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4AB89" w14:textId="50CB89E2" w:rsidR="359072EA" w:rsidRDefault="359072EA" w:rsidP="372029BD">
      <w:pPr>
        <w:pStyle w:val="Heade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ANEXA </w:t>
      </w:r>
      <w:r w:rsidR="003A46A5">
        <w:rPr>
          <w:rFonts w:ascii="Times New Roman" w:eastAsia="Times New Roman" w:hAnsi="Times New Roman" w:cs="Times New Roman"/>
          <w:sz w:val="24"/>
          <w:szCs w:val="24"/>
          <w:lang w:val="ro-RO"/>
        </w:rPr>
        <w:t>3</w:t>
      </w:r>
      <w:r w:rsidRPr="372029BD">
        <w:rPr>
          <w:rFonts w:ascii="Times New Roman" w:eastAsia="Times New Roman" w:hAnsi="Times New Roman" w:cs="Times New Roman"/>
          <w:sz w:val="24"/>
          <w:szCs w:val="24"/>
          <w:lang w:val="ro-RO"/>
        </w:rPr>
        <w:t xml:space="preserve"> la HCL nr. ....../........</w:t>
      </w:r>
    </w:p>
    <w:p w14:paraId="5E630A00" w14:textId="300BB3D9" w:rsidR="2B44DF10" w:rsidRDefault="2B44DF10" w:rsidP="372029BD">
      <w:pPr>
        <w:pStyle w:val="Title"/>
        <w:pBdr>
          <w:bottom w:val="none" w:sz="0" w:space="0" w:color="000000"/>
        </w:pBdr>
        <w:spacing w:line="360" w:lineRule="auto"/>
        <w:jc w:val="center"/>
        <w:rPr>
          <w:rFonts w:ascii="Times New Roman" w:eastAsia="Times New Roman" w:hAnsi="Times New Roman" w:cs="Times New Roman"/>
          <w:color w:val="auto"/>
          <w:sz w:val="24"/>
          <w:szCs w:val="24"/>
          <w:lang w:val="ro-RO"/>
        </w:rPr>
      </w:pPr>
      <w:r w:rsidRPr="372029BD">
        <w:rPr>
          <w:rFonts w:ascii="Times New Roman" w:eastAsia="Times New Roman" w:hAnsi="Times New Roman" w:cs="Times New Roman"/>
          <w:color w:val="auto"/>
          <w:sz w:val="24"/>
          <w:szCs w:val="24"/>
          <w:lang w:val="ro-RO"/>
        </w:rPr>
        <w:t>REGULAMENT</w:t>
      </w:r>
      <w:r>
        <w:br/>
      </w:r>
      <w:r w:rsidRPr="372029BD">
        <w:rPr>
          <w:rFonts w:ascii="Times New Roman" w:eastAsia="Times New Roman" w:hAnsi="Times New Roman" w:cs="Times New Roman"/>
          <w:color w:val="auto"/>
          <w:sz w:val="24"/>
          <w:szCs w:val="24"/>
          <w:lang w:val="ro-RO"/>
        </w:rPr>
        <w:t>privind desfășurarea programului</w:t>
      </w:r>
      <w:r>
        <w:br/>
      </w:r>
      <w:r w:rsidRPr="372029BD">
        <w:rPr>
          <w:rFonts w:ascii="Times New Roman" w:eastAsia="Times New Roman" w:hAnsi="Times New Roman" w:cs="Times New Roman"/>
          <w:color w:val="auto"/>
          <w:sz w:val="24"/>
          <w:szCs w:val="24"/>
          <w:lang w:val="ro-RO"/>
        </w:rPr>
        <w:t xml:space="preserve">Youth Climate </w:t>
      </w:r>
      <w:proofErr w:type="spellStart"/>
      <w:r w:rsidRPr="372029BD">
        <w:rPr>
          <w:rFonts w:ascii="Times New Roman" w:eastAsia="Times New Roman" w:hAnsi="Times New Roman" w:cs="Times New Roman"/>
          <w:color w:val="auto"/>
          <w:sz w:val="24"/>
          <w:szCs w:val="24"/>
          <w:lang w:val="ro-RO"/>
        </w:rPr>
        <w:t>Action</w:t>
      </w:r>
      <w:proofErr w:type="spellEnd"/>
      <w:r w:rsidRPr="372029BD">
        <w:rPr>
          <w:rFonts w:ascii="Times New Roman" w:eastAsia="Times New Roman" w:hAnsi="Times New Roman" w:cs="Times New Roman"/>
          <w:color w:val="auto"/>
          <w:sz w:val="24"/>
          <w:szCs w:val="24"/>
          <w:lang w:val="ro-RO"/>
        </w:rPr>
        <w:t xml:space="preserve"> Fund - </w:t>
      </w:r>
      <w:proofErr w:type="spellStart"/>
      <w:r w:rsidRPr="372029BD">
        <w:rPr>
          <w:rFonts w:ascii="Times New Roman" w:eastAsia="Times New Roman" w:hAnsi="Times New Roman" w:cs="Times New Roman"/>
          <w:color w:val="auto"/>
          <w:sz w:val="24"/>
          <w:szCs w:val="24"/>
          <w:lang w:val="ro-RO"/>
        </w:rPr>
        <w:t>Bloomberg</w:t>
      </w:r>
      <w:proofErr w:type="spellEnd"/>
      <w:r w:rsidRPr="372029BD">
        <w:rPr>
          <w:rFonts w:ascii="Times New Roman" w:eastAsia="Times New Roman" w:hAnsi="Times New Roman" w:cs="Times New Roman"/>
          <w:color w:val="auto"/>
          <w:sz w:val="24"/>
          <w:szCs w:val="24"/>
          <w:lang w:val="ro-RO"/>
        </w:rPr>
        <w:t xml:space="preserve"> </w:t>
      </w:r>
      <w:proofErr w:type="spellStart"/>
      <w:r w:rsidRPr="372029BD">
        <w:rPr>
          <w:rFonts w:ascii="Times New Roman" w:eastAsia="Times New Roman" w:hAnsi="Times New Roman" w:cs="Times New Roman"/>
          <w:color w:val="auto"/>
          <w:sz w:val="24"/>
          <w:szCs w:val="24"/>
          <w:lang w:val="ro-RO"/>
        </w:rPr>
        <w:t>Philanthropies</w:t>
      </w:r>
      <w:proofErr w:type="spellEnd"/>
      <w:r>
        <w:br/>
      </w:r>
      <w:r w:rsidRPr="372029BD">
        <w:rPr>
          <w:rFonts w:ascii="Times New Roman" w:eastAsia="Times New Roman" w:hAnsi="Times New Roman" w:cs="Times New Roman"/>
          <w:color w:val="auto"/>
          <w:sz w:val="24"/>
          <w:szCs w:val="24"/>
          <w:lang w:val="ro-RO"/>
        </w:rPr>
        <w:t>în Municipiul Timișoara</w:t>
      </w:r>
      <w:r w:rsidR="642E2FB7" w:rsidRPr="372029BD">
        <w:rPr>
          <w:rFonts w:ascii="Times New Roman" w:eastAsia="Times New Roman" w:hAnsi="Times New Roman" w:cs="Times New Roman"/>
          <w:color w:val="auto"/>
          <w:sz w:val="24"/>
          <w:szCs w:val="24"/>
          <w:lang w:val="ro-RO"/>
        </w:rPr>
        <w:t xml:space="preserve">, </w:t>
      </w:r>
      <w:r w:rsidRPr="372029BD">
        <w:rPr>
          <w:rFonts w:ascii="Times New Roman" w:eastAsia="Times New Roman" w:hAnsi="Times New Roman" w:cs="Times New Roman"/>
          <w:color w:val="auto"/>
          <w:sz w:val="24"/>
          <w:szCs w:val="24"/>
          <w:lang w:val="ro-RO"/>
        </w:rPr>
        <w:t>Runda 1: 2026-2027</w:t>
      </w:r>
    </w:p>
    <w:p w14:paraId="33CB5BEB" w14:textId="600F1A3B" w:rsidR="005F11B0" w:rsidRDefault="24BB5425" w:rsidP="372029BD">
      <w:pPr>
        <w:pStyle w:val="Heading1"/>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Introducere</w:t>
      </w:r>
    </w:p>
    <w:p w14:paraId="54D92647" w14:textId="7BF79014" w:rsidR="005F11B0" w:rsidRPr="004A6561" w:rsidRDefault="14D0C0A4" w:rsidP="372029BD">
      <w:pPr>
        <w:spacing w:line="360" w:lineRule="auto"/>
        <w:ind w:firstLine="720"/>
        <w:jc w:val="both"/>
        <w:rPr>
          <w:rFonts w:ascii="Times New Roman" w:eastAsia="Times New Roman" w:hAnsi="Times New Roman" w:cs="Times New Roman"/>
          <w:sz w:val="24"/>
          <w:szCs w:val="24"/>
          <w:lang w:val="ro-RO"/>
        </w:rPr>
      </w:pPr>
      <w:r w:rsidRPr="004A6561">
        <w:rPr>
          <w:rFonts w:ascii="Times New Roman" w:eastAsia="Times New Roman" w:hAnsi="Times New Roman" w:cs="Times New Roman"/>
          <w:sz w:val="24"/>
          <w:szCs w:val="24"/>
          <w:lang w:val="ro-RO"/>
        </w:rPr>
        <w:t xml:space="preserve">Programul Youth Climate </w:t>
      </w:r>
      <w:proofErr w:type="spellStart"/>
      <w:r w:rsidRPr="004A6561">
        <w:rPr>
          <w:rFonts w:ascii="Times New Roman" w:eastAsia="Times New Roman" w:hAnsi="Times New Roman" w:cs="Times New Roman"/>
          <w:sz w:val="24"/>
          <w:szCs w:val="24"/>
          <w:lang w:val="ro-RO"/>
        </w:rPr>
        <w:t>Action</w:t>
      </w:r>
      <w:proofErr w:type="spellEnd"/>
      <w:r w:rsidRPr="004A6561">
        <w:rPr>
          <w:rFonts w:ascii="Times New Roman" w:eastAsia="Times New Roman" w:hAnsi="Times New Roman" w:cs="Times New Roman"/>
          <w:sz w:val="24"/>
          <w:szCs w:val="24"/>
          <w:lang w:val="ro-RO"/>
        </w:rPr>
        <w:t xml:space="preserve"> Fund </w:t>
      </w:r>
      <w:r w:rsidR="13A029FB" w:rsidRPr="004A6561">
        <w:rPr>
          <w:rFonts w:ascii="Times New Roman" w:eastAsia="Times New Roman" w:hAnsi="Times New Roman" w:cs="Times New Roman"/>
          <w:sz w:val="24"/>
          <w:szCs w:val="24"/>
          <w:lang w:val="ro-RO"/>
        </w:rPr>
        <w:t>(YCAF)</w:t>
      </w:r>
      <w:r w:rsidRPr="004A6561">
        <w:rPr>
          <w:rFonts w:ascii="Times New Roman" w:eastAsia="Times New Roman" w:hAnsi="Times New Roman" w:cs="Times New Roman"/>
          <w:sz w:val="24"/>
          <w:szCs w:val="24"/>
          <w:lang w:val="ro-RO"/>
        </w:rPr>
        <w:t xml:space="preserve"> sprijină orașele să colaboreze cu tinerii </w:t>
      </w:r>
      <w:r w:rsidR="712C2175" w:rsidRPr="004A6561">
        <w:rPr>
          <w:rFonts w:ascii="Times New Roman" w:eastAsia="Times New Roman" w:hAnsi="Times New Roman" w:cs="Times New Roman"/>
          <w:sz w:val="24"/>
          <w:szCs w:val="24"/>
          <w:lang w:val="ro-RO"/>
        </w:rPr>
        <w:t xml:space="preserve">de </w:t>
      </w:r>
      <w:r w:rsidR="6633210D" w:rsidRPr="004A6561">
        <w:rPr>
          <w:rFonts w:ascii="Times New Roman" w:eastAsia="Times New Roman" w:hAnsi="Times New Roman" w:cs="Times New Roman"/>
          <w:sz w:val="24"/>
          <w:szCs w:val="24"/>
          <w:lang w:val="ro-RO"/>
        </w:rPr>
        <w:t>15–24</w:t>
      </w:r>
      <w:r w:rsidR="712C2175" w:rsidRPr="004A6561">
        <w:rPr>
          <w:rFonts w:ascii="Times New Roman" w:eastAsia="Times New Roman" w:hAnsi="Times New Roman" w:cs="Times New Roman"/>
          <w:sz w:val="24"/>
          <w:szCs w:val="24"/>
          <w:lang w:val="ro-RO"/>
        </w:rPr>
        <w:t xml:space="preserve"> de ani </w:t>
      </w:r>
      <w:r w:rsidRPr="004A6561">
        <w:rPr>
          <w:rFonts w:ascii="Times New Roman" w:eastAsia="Times New Roman" w:hAnsi="Times New Roman" w:cs="Times New Roman"/>
          <w:sz w:val="24"/>
          <w:szCs w:val="24"/>
          <w:lang w:val="ro-RO"/>
        </w:rPr>
        <w:t xml:space="preserve">pentru </w:t>
      </w:r>
      <w:r w:rsidR="3A3B2599" w:rsidRPr="004A6561">
        <w:rPr>
          <w:rFonts w:ascii="Times New Roman" w:eastAsia="Times New Roman" w:hAnsi="Times New Roman" w:cs="Times New Roman"/>
          <w:sz w:val="24"/>
          <w:szCs w:val="24"/>
          <w:lang w:val="ro-RO"/>
        </w:rPr>
        <w:t xml:space="preserve">identificarea unor </w:t>
      </w:r>
      <w:r w:rsidRPr="004A6561">
        <w:rPr>
          <w:rFonts w:ascii="Times New Roman" w:eastAsia="Times New Roman" w:hAnsi="Times New Roman" w:cs="Times New Roman"/>
          <w:sz w:val="24"/>
          <w:szCs w:val="24"/>
          <w:lang w:val="ro-RO"/>
        </w:rPr>
        <w:t>soluții locale la provocările climatice</w:t>
      </w:r>
      <w:r w:rsidR="114593B1" w:rsidRPr="004A6561">
        <w:rPr>
          <w:rFonts w:ascii="Times New Roman" w:eastAsia="Times New Roman" w:hAnsi="Times New Roman" w:cs="Times New Roman"/>
          <w:sz w:val="24"/>
          <w:szCs w:val="24"/>
          <w:lang w:val="ro-RO"/>
        </w:rPr>
        <w:t xml:space="preserve"> oferind finanța</w:t>
      </w:r>
      <w:r w:rsidR="4B2D82F7" w:rsidRPr="004A6561">
        <w:rPr>
          <w:rFonts w:ascii="Times New Roman" w:eastAsia="Times New Roman" w:hAnsi="Times New Roman" w:cs="Times New Roman"/>
          <w:sz w:val="24"/>
          <w:szCs w:val="24"/>
          <w:lang w:val="ro-RO"/>
        </w:rPr>
        <w:t>re</w:t>
      </w:r>
      <w:r w:rsidR="114593B1" w:rsidRPr="004A6561">
        <w:rPr>
          <w:rFonts w:ascii="Times New Roman" w:eastAsia="Times New Roman" w:hAnsi="Times New Roman" w:cs="Times New Roman"/>
          <w:sz w:val="24"/>
          <w:szCs w:val="24"/>
          <w:lang w:val="ro-RO"/>
        </w:rPr>
        <w:t xml:space="preserve"> și </w:t>
      </w:r>
      <w:r w:rsidR="7791A940" w:rsidRPr="004A6561">
        <w:rPr>
          <w:rFonts w:ascii="Times New Roman" w:eastAsia="Times New Roman" w:hAnsi="Times New Roman" w:cs="Times New Roman"/>
          <w:sz w:val="24"/>
          <w:szCs w:val="24"/>
          <w:lang w:val="ro-RO"/>
        </w:rPr>
        <w:t>mentorat</w:t>
      </w:r>
      <w:r w:rsidR="114593B1" w:rsidRPr="004A6561">
        <w:rPr>
          <w:rFonts w:ascii="Times New Roman" w:eastAsia="Times New Roman" w:hAnsi="Times New Roman" w:cs="Times New Roman"/>
          <w:sz w:val="24"/>
          <w:szCs w:val="24"/>
          <w:lang w:val="ro-RO"/>
        </w:rPr>
        <w:t>.</w:t>
      </w:r>
      <w:r w:rsidRPr="004A6561">
        <w:rPr>
          <w:rFonts w:ascii="Times New Roman" w:eastAsia="Times New Roman" w:hAnsi="Times New Roman" w:cs="Times New Roman"/>
          <w:sz w:val="24"/>
          <w:szCs w:val="24"/>
          <w:lang w:val="ro-RO"/>
        </w:rPr>
        <w:t xml:space="preserve"> </w:t>
      </w:r>
      <w:r w:rsidR="474C704A" w:rsidRPr="004A6561">
        <w:rPr>
          <w:rFonts w:ascii="Times New Roman" w:eastAsia="Times New Roman" w:hAnsi="Times New Roman" w:cs="Times New Roman"/>
          <w:sz w:val="24"/>
          <w:szCs w:val="24"/>
          <w:lang w:val="ro-RO"/>
        </w:rPr>
        <w:t xml:space="preserve"> </w:t>
      </w:r>
    </w:p>
    <w:p w14:paraId="287C42BF" w14:textId="7A572C2B" w:rsidR="584B6C46" w:rsidRDefault="584B6C46" w:rsidP="372029BD">
      <w:pPr>
        <w:spacing w:line="360" w:lineRule="auto"/>
        <w:ind w:firstLine="720"/>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YCAF</w:t>
      </w:r>
      <w:r w:rsidR="2B7977CC" w:rsidRPr="372029BD">
        <w:rPr>
          <w:rFonts w:ascii="Times New Roman" w:eastAsia="Times New Roman" w:hAnsi="Times New Roman" w:cs="Times New Roman"/>
          <w:sz w:val="24"/>
          <w:szCs w:val="24"/>
          <w:lang w:val="ro-RO"/>
        </w:rPr>
        <w:t xml:space="preserve"> este înființat și susținut de </w:t>
      </w:r>
      <w:proofErr w:type="spellStart"/>
      <w:r w:rsidR="2B7977CC" w:rsidRPr="372029BD">
        <w:rPr>
          <w:rFonts w:ascii="Times New Roman" w:eastAsia="Times New Roman" w:hAnsi="Times New Roman" w:cs="Times New Roman"/>
          <w:sz w:val="24"/>
          <w:szCs w:val="24"/>
          <w:lang w:val="ro-RO"/>
        </w:rPr>
        <w:t>Bloomberg</w:t>
      </w:r>
      <w:proofErr w:type="spellEnd"/>
      <w:r w:rsidR="2B7977CC" w:rsidRPr="372029BD">
        <w:rPr>
          <w:rFonts w:ascii="Times New Roman" w:eastAsia="Times New Roman" w:hAnsi="Times New Roman" w:cs="Times New Roman"/>
          <w:sz w:val="24"/>
          <w:szCs w:val="24"/>
          <w:lang w:val="ro-RO"/>
        </w:rPr>
        <w:t xml:space="preserve"> </w:t>
      </w:r>
      <w:proofErr w:type="spellStart"/>
      <w:r w:rsidR="2B7977CC" w:rsidRPr="372029BD">
        <w:rPr>
          <w:rFonts w:ascii="Times New Roman" w:eastAsia="Times New Roman" w:hAnsi="Times New Roman" w:cs="Times New Roman"/>
          <w:sz w:val="24"/>
          <w:szCs w:val="24"/>
          <w:lang w:val="ro-RO"/>
        </w:rPr>
        <w:t>Philanthropies</w:t>
      </w:r>
      <w:proofErr w:type="spellEnd"/>
      <w:r w:rsidR="2B7977CC" w:rsidRPr="372029BD">
        <w:rPr>
          <w:rFonts w:ascii="Times New Roman" w:eastAsia="Times New Roman" w:hAnsi="Times New Roman" w:cs="Times New Roman"/>
          <w:sz w:val="24"/>
          <w:szCs w:val="24"/>
          <w:lang w:val="ro-RO"/>
        </w:rPr>
        <w:t xml:space="preserve"> și implementat în parteneriat cu Centrul </w:t>
      </w:r>
      <w:proofErr w:type="spellStart"/>
      <w:r w:rsidR="2B7977CC" w:rsidRPr="372029BD">
        <w:rPr>
          <w:rFonts w:ascii="Times New Roman" w:eastAsia="Times New Roman" w:hAnsi="Times New Roman" w:cs="Times New Roman"/>
          <w:sz w:val="24"/>
          <w:szCs w:val="24"/>
          <w:lang w:val="ro-RO"/>
        </w:rPr>
        <w:t>Bloomberg</w:t>
      </w:r>
      <w:proofErr w:type="spellEnd"/>
      <w:r w:rsidR="2B7977CC" w:rsidRPr="372029BD">
        <w:rPr>
          <w:rFonts w:ascii="Times New Roman" w:eastAsia="Times New Roman" w:hAnsi="Times New Roman" w:cs="Times New Roman"/>
          <w:sz w:val="24"/>
          <w:szCs w:val="24"/>
          <w:lang w:val="ro-RO"/>
        </w:rPr>
        <w:t xml:space="preserve"> pentru Inovație Publică (BCPI) de la Universitatea </w:t>
      </w:r>
      <w:proofErr w:type="spellStart"/>
      <w:r w:rsidR="2B7977CC" w:rsidRPr="372029BD">
        <w:rPr>
          <w:rFonts w:ascii="Times New Roman" w:eastAsia="Times New Roman" w:hAnsi="Times New Roman" w:cs="Times New Roman"/>
          <w:sz w:val="24"/>
          <w:szCs w:val="24"/>
          <w:lang w:val="ro-RO"/>
        </w:rPr>
        <w:t>Johns</w:t>
      </w:r>
      <w:proofErr w:type="spellEnd"/>
      <w:r w:rsidR="2B7977CC" w:rsidRPr="372029BD">
        <w:rPr>
          <w:rFonts w:ascii="Times New Roman" w:eastAsia="Times New Roman" w:hAnsi="Times New Roman" w:cs="Times New Roman"/>
          <w:sz w:val="24"/>
          <w:szCs w:val="24"/>
          <w:lang w:val="ro-RO"/>
        </w:rPr>
        <w:t xml:space="preserve"> Hopkins, Grupul de Leadership Climatic C40 </w:t>
      </w:r>
      <w:proofErr w:type="spellStart"/>
      <w:r w:rsidR="2B7977CC" w:rsidRPr="372029BD">
        <w:rPr>
          <w:rFonts w:ascii="Times New Roman" w:eastAsia="Times New Roman" w:hAnsi="Times New Roman" w:cs="Times New Roman"/>
          <w:sz w:val="24"/>
          <w:szCs w:val="24"/>
          <w:lang w:val="ro-RO"/>
        </w:rPr>
        <w:t>Cities</w:t>
      </w:r>
      <w:proofErr w:type="spellEnd"/>
      <w:r w:rsidR="2B7977CC" w:rsidRPr="372029BD">
        <w:rPr>
          <w:rFonts w:ascii="Times New Roman" w:eastAsia="Times New Roman" w:hAnsi="Times New Roman" w:cs="Times New Roman"/>
          <w:sz w:val="24"/>
          <w:szCs w:val="24"/>
          <w:lang w:val="ro-RO"/>
        </w:rPr>
        <w:t xml:space="preserve"> și Organizația Orașelor și Guvernelor Locale Unite (UCLG), </w:t>
      </w:r>
      <w:r w:rsidR="560EAE00" w:rsidRPr="372029BD">
        <w:rPr>
          <w:rFonts w:ascii="Times New Roman" w:eastAsia="Times New Roman" w:hAnsi="Times New Roman" w:cs="Times New Roman"/>
          <w:sz w:val="24"/>
          <w:szCs w:val="24"/>
          <w:lang w:val="ro-RO"/>
        </w:rPr>
        <w:t xml:space="preserve">fiind sponsorizat </w:t>
      </w:r>
      <w:r w:rsidR="2B7977CC" w:rsidRPr="372029BD">
        <w:rPr>
          <w:rFonts w:ascii="Times New Roman" w:eastAsia="Times New Roman" w:hAnsi="Times New Roman" w:cs="Times New Roman"/>
          <w:sz w:val="24"/>
          <w:szCs w:val="24"/>
          <w:lang w:val="ro-RO"/>
        </w:rPr>
        <w:t xml:space="preserve">financiar de </w:t>
      </w:r>
      <w:proofErr w:type="spellStart"/>
      <w:r w:rsidR="2B7977CC" w:rsidRPr="372029BD">
        <w:rPr>
          <w:rFonts w:ascii="Times New Roman" w:eastAsia="Times New Roman" w:hAnsi="Times New Roman" w:cs="Times New Roman"/>
          <w:sz w:val="24"/>
          <w:szCs w:val="24"/>
          <w:lang w:val="ro-RO"/>
        </w:rPr>
        <w:t>Rockefeller</w:t>
      </w:r>
      <w:proofErr w:type="spellEnd"/>
      <w:r w:rsidR="2B7977CC" w:rsidRPr="372029BD">
        <w:rPr>
          <w:rFonts w:ascii="Times New Roman" w:eastAsia="Times New Roman" w:hAnsi="Times New Roman" w:cs="Times New Roman"/>
          <w:sz w:val="24"/>
          <w:szCs w:val="24"/>
          <w:lang w:val="ro-RO"/>
        </w:rPr>
        <w:t xml:space="preserve"> </w:t>
      </w:r>
      <w:proofErr w:type="spellStart"/>
      <w:r w:rsidR="2B7977CC" w:rsidRPr="372029BD">
        <w:rPr>
          <w:rFonts w:ascii="Times New Roman" w:eastAsia="Times New Roman" w:hAnsi="Times New Roman" w:cs="Times New Roman"/>
          <w:sz w:val="24"/>
          <w:szCs w:val="24"/>
          <w:lang w:val="ro-RO"/>
        </w:rPr>
        <w:t>Philanthropy</w:t>
      </w:r>
      <w:proofErr w:type="spellEnd"/>
      <w:r w:rsidR="2B7977CC" w:rsidRPr="372029BD">
        <w:rPr>
          <w:rFonts w:ascii="Times New Roman" w:eastAsia="Times New Roman" w:hAnsi="Times New Roman" w:cs="Times New Roman"/>
          <w:sz w:val="24"/>
          <w:szCs w:val="24"/>
          <w:lang w:val="ro-RO"/>
        </w:rPr>
        <w:t xml:space="preserve"> </w:t>
      </w:r>
      <w:proofErr w:type="spellStart"/>
      <w:r w:rsidR="2B7977CC" w:rsidRPr="372029BD">
        <w:rPr>
          <w:rFonts w:ascii="Times New Roman" w:eastAsia="Times New Roman" w:hAnsi="Times New Roman" w:cs="Times New Roman"/>
          <w:sz w:val="24"/>
          <w:szCs w:val="24"/>
          <w:lang w:val="ro-RO"/>
        </w:rPr>
        <w:t>Advisors</w:t>
      </w:r>
      <w:proofErr w:type="spellEnd"/>
      <w:r w:rsidR="2B7977CC" w:rsidRPr="372029BD">
        <w:rPr>
          <w:rFonts w:ascii="Times New Roman" w:eastAsia="Times New Roman" w:hAnsi="Times New Roman" w:cs="Times New Roman"/>
          <w:sz w:val="24"/>
          <w:szCs w:val="24"/>
          <w:lang w:val="ro-RO"/>
        </w:rPr>
        <w:t xml:space="preserve"> (RPA).</w:t>
      </w:r>
    </w:p>
    <w:p w14:paraId="0AFEFE84" w14:textId="77777777" w:rsidR="005F11B0" w:rsidRDefault="2286FFAF" w:rsidP="372029BD">
      <w:pPr>
        <w:pStyle w:val="Heading1"/>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CAPITOLUL 1. DISPOZIȚII GENERALE</w:t>
      </w:r>
    </w:p>
    <w:p w14:paraId="32974D53" w14:textId="77777777" w:rsidR="005F11B0" w:rsidRDefault="2286FFAF" w:rsidP="372029BD">
      <w:pPr>
        <w:spacing w:line="360" w:lineRule="auto"/>
        <w:jc w:val="both"/>
        <w:rPr>
          <w:rFonts w:ascii="Times New Roman" w:eastAsia="Times New Roman" w:hAnsi="Times New Roman" w:cs="Times New Roman"/>
          <w:b/>
          <w:bCs/>
          <w:sz w:val="24"/>
          <w:szCs w:val="24"/>
          <w:lang w:val="ro-RO"/>
        </w:rPr>
      </w:pPr>
      <w:r w:rsidRPr="372029BD">
        <w:rPr>
          <w:rFonts w:ascii="Times New Roman" w:eastAsia="Times New Roman" w:hAnsi="Times New Roman" w:cs="Times New Roman"/>
          <w:b/>
          <w:bCs/>
          <w:sz w:val="24"/>
          <w:szCs w:val="24"/>
          <w:lang w:val="ro-RO"/>
        </w:rPr>
        <w:t>Articolul 1. Scopul regulamentului</w:t>
      </w:r>
    </w:p>
    <w:p w14:paraId="04FBDF53" w14:textId="3E929729" w:rsidR="005F11B0" w:rsidRDefault="0238EEEE" w:rsidP="372029BD">
      <w:pPr>
        <w:pStyle w:val="ListParagraph"/>
        <w:numPr>
          <w:ilvl w:val="0"/>
          <w:numId w:val="25"/>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Municipiul Timișoara își asumă angajamentul de</w:t>
      </w:r>
      <w:r w:rsidR="52DB03DB" w:rsidRPr="372029BD">
        <w:rPr>
          <w:rFonts w:ascii="Times New Roman" w:eastAsia="Times New Roman" w:hAnsi="Times New Roman" w:cs="Times New Roman"/>
          <w:sz w:val="24"/>
          <w:szCs w:val="24"/>
          <w:lang w:val="ro-RO"/>
        </w:rPr>
        <w:t xml:space="preserve"> a</w:t>
      </w:r>
      <w:r w:rsidRPr="372029BD">
        <w:rPr>
          <w:rFonts w:ascii="Times New Roman" w:eastAsia="Times New Roman" w:hAnsi="Times New Roman" w:cs="Times New Roman"/>
          <w:sz w:val="24"/>
          <w:szCs w:val="24"/>
          <w:lang w:val="ro-RO"/>
        </w:rPr>
        <w:t xml:space="preserve"> susține tinerii</w:t>
      </w:r>
      <w:r w:rsidR="1AEB4067" w:rsidRPr="372029BD">
        <w:rPr>
          <w:rFonts w:ascii="Times New Roman" w:eastAsia="Times New Roman" w:hAnsi="Times New Roman" w:cs="Times New Roman"/>
          <w:sz w:val="24"/>
          <w:szCs w:val="24"/>
          <w:lang w:val="ro-RO"/>
        </w:rPr>
        <w:t xml:space="preserve"> să identifice și să dezvolte soluții pentru reducerea impactului schimbărilor climatice </w:t>
      </w:r>
      <w:r w:rsidR="5FFBFEA7" w:rsidRPr="372029BD">
        <w:rPr>
          <w:rFonts w:ascii="Times New Roman" w:eastAsia="Times New Roman" w:hAnsi="Times New Roman" w:cs="Times New Roman"/>
          <w:sz w:val="24"/>
          <w:szCs w:val="24"/>
          <w:lang w:val="ro-RO"/>
        </w:rPr>
        <w:t>conform priorităților orașului</w:t>
      </w:r>
      <w:r w:rsidR="1AEB4067" w:rsidRPr="372029BD">
        <w:rPr>
          <w:rFonts w:ascii="Times New Roman" w:eastAsia="Times New Roman" w:hAnsi="Times New Roman" w:cs="Times New Roman"/>
          <w:sz w:val="24"/>
          <w:szCs w:val="24"/>
          <w:lang w:val="ro-RO"/>
        </w:rPr>
        <w:t xml:space="preserve"> în cadrul programului</w:t>
      </w:r>
      <w:r w:rsidR="652F7042" w:rsidRPr="372029BD">
        <w:rPr>
          <w:rFonts w:ascii="Times New Roman" w:eastAsia="Times New Roman" w:hAnsi="Times New Roman" w:cs="Times New Roman"/>
          <w:sz w:val="24"/>
          <w:szCs w:val="24"/>
          <w:lang w:val="ro-RO"/>
        </w:rPr>
        <w:t xml:space="preserve"> Youth Climate </w:t>
      </w:r>
      <w:proofErr w:type="spellStart"/>
      <w:r w:rsidR="652F7042" w:rsidRPr="372029BD">
        <w:rPr>
          <w:rFonts w:ascii="Times New Roman" w:eastAsia="Times New Roman" w:hAnsi="Times New Roman" w:cs="Times New Roman"/>
          <w:sz w:val="24"/>
          <w:szCs w:val="24"/>
          <w:lang w:val="ro-RO"/>
        </w:rPr>
        <w:t>Action</w:t>
      </w:r>
      <w:proofErr w:type="spellEnd"/>
      <w:r w:rsidR="652F7042" w:rsidRPr="372029BD">
        <w:rPr>
          <w:rFonts w:ascii="Times New Roman" w:eastAsia="Times New Roman" w:hAnsi="Times New Roman" w:cs="Times New Roman"/>
          <w:sz w:val="24"/>
          <w:szCs w:val="24"/>
          <w:lang w:val="ro-RO"/>
        </w:rPr>
        <w:t xml:space="preserve"> Fund - </w:t>
      </w:r>
      <w:proofErr w:type="spellStart"/>
      <w:r w:rsidR="652F7042" w:rsidRPr="372029BD">
        <w:rPr>
          <w:rFonts w:ascii="Times New Roman" w:eastAsia="Times New Roman" w:hAnsi="Times New Roman" w:cs="Times New Roman"/>
          <w:sz w:val="24"/>
          <w:szCs w:val="24"/>
          <w:lang w:val="ro-RO"/>
        </w:rPr>
        <w:t>Bloomberg</w:t>
      </w:r>
      <w:proofErr w:type="spellEnd"/>
      <w:r w:rsidR="652F7042" w:rsidRPr="372029BD">
        <w:rPr>
          <w:rFonts w:ascii="Times New Roman" w:eastAsia="Times New Roman" w:hAnsi="Times New Roman" w:cs="Times New Roman"/>
          <w:sz w:val="24"/>
          <w:szCs w:val="24"/>
          <w:lang w:val="ro-RO"/>
        </w:rPr>
        <w:t xml:space="preserve"> </w:t>
      </w:r>
      <w:proofErr w:type="spellStart"/>
      <w:r w:rsidR="652F7042" w:rsidRPr="372029BD">
        <w:rPr>
          <w:rFonts w:ascii="Times New Roman" w:eastAsia="Times New Roman" w:hAnsi="Times New Roman" w:cs="Times New Roman"/>
          <w:sz w:val="24"/>
          <w:szCs w:val="24"/>
          <w:lang w:val="ro-RO"/>
        </w:rPr>
        <w:t>Philanthropies</w:t>
      </w:r>
      <w:proofErr w:type="spellEnd"/>
      <w:r w:rsidR="274E8125" w:rsidRPr="372029BD">
        <w:rPr>
          <w:rFonts w:ascii="Times New Roman" w:eastAsia="Times New Roman" w:hAnsi="Times New Roman" w:cs="Times New Roman"/>
          <w:sz w:val="24"/>
          <w:szCs w:val="24"/>
          <w:lang w:val="ro-RO"/>
        </w:rPr>
        <w:t xml:space="preserve"> oferind acestora </w:t>
      </w:r>
      <w:r w:rsidR="438EE88D" w:rsidRPr="372029BD">
        <w:rPr>
          <w:rFonts w:ascii="Times New Roman" w:eastAsia="Times New Roman" w:hAnsi="Times New Roman" w:cs="Times New Roman"/>
          <w:sz w:val="24"/>
          <w:szCs w:val="24"/>
          <w:lang w:val="ro-RO"/>
        </w:rPr>
        <w:t>mentorat</w:t>
      </w:r>
      <w:r w:rsidR="274E8125" w:rsidRPr="372029BD">
        <w:rPr>
          <w:rFonts w:ascii="Times New Roman" w:eastAsia="Times New Roman" w:hAnsi="Times New Roman" w:cs="Times New Roman"/>
          <w:sz w:val="24"/>
          <w:szCs w:val="24"/>
          <w:lang w:val="ro-RO"/>
        </w:rPr>
        <w:t xml:space="preserve"> și </w:t>
      </w:r>
      <w:proofErr w:type="spellStart"/>
      <w:r w:rsidR="274E8125" w:rsidRPr="372029BD">
        <w:rPr>
          <w:rFonts w:ascii="Times New Roman" w:eastAsia="Times New Roman" w:hAnsi="Times New Roman" w:cs="Times New Roman"/>
          <w:sz w:val="24"/>
          <w:szCs w:val="24"/>
          <w:lang w:val="ro-RO"/>
        </w:rPr>
        <w:t>microgranturi</w:t>
      </w:r>
      <w:proofErr w:type="spellEnd"/>
      <w:r w:rsidR="274E8125" w:rsidRPr="372029BD">
        <w:rPr>
          <w:rFonts w:ascii="Times New Roman" w:eastAsia="Times New Roman" w:hAnsi="Times New Roman" w:cs="Times New Roman"/>
          <w:sz w:val="24"/>
          <w:szCs w:val="24"/>
          <w:lang w:val="ro-RO"/>
        </w:rPr>
        <w:t xml:space="preserve"> între 1000$ și 5000$. </w:t>
      </w:r>
    </w:p>
    <w:p w14:paraId="6BB16218" w14:textId="3E6432F4" w:rsidR="005F11B0" w:rsidRDefault="2286FFAF" w:rsidP="372029BD">
      <w:pPr>
        <w:pStyle w:val="ListParagraph"/>
        <w:numPr>
          <w:ilvl w:val="0"/>
          <w:numId w:val="25"/>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Prezentul regulament stabilește modul de organizare și desfășurare a programului Youth Climate </w:t>
      </w:r>
      <w:proofErr w:type="spellStart"/>
      <w:r w:rsidRPr="372029BD">
        <w:rPr>
          <w:rFonts w:ascii="Times New Roman" w:eastAsia="Times New Roman" w:hAnsi="Times New Roman" w:cs="Times New Roman"/>
          <w:sz w:val="24"/>
          <w:szCs w:val="24"/>
          <w:lang w:val="ro-RO"/>
        </w:rPr>
        <w:t>Action</w:t>
      </w:r>
      <w:proofErr w:type="spellEnd"/>
      <w:r w:rsidRPr="372029BD">
        <w:rPr>
          <w:rFonts w:ascii="Times New Roman" w:eastAsia="Times New Roman" w:hAnsi="Times New Roman" w:cs="Times New Roman"/>
          <w:sz w:val="24"/>
          <w:szCs w:val="24"/>
          <w:lang w:val="ro-RO"/>
        </w:rPr>
        <w:t xml:space="preserve"> Fund - </w:t>
      </w:r>
      <w:proofErr w:type="spellStart"/>
      <w:r w:rsidRPr="372029BD">
        <w:rPr>
          <w:rFonts w:ascii="Times New Roman" w:eastAsia="Times New Roman" w:hAnsi="Times New Roman" w:cs="Times New Roman"/>
          <w:sz w:val="24"/>
          <w:szCs w:val="24"/>
          <w:lang w:val="ro-RO"/>
        </w:rPr>
        <w:t>Bloomberg</w:t>
      </w:r>
      <w:proofErr w:type="spellEnd"/>
      <w:r w:rsidRPr="372029BD">
        <w:rPr>
          <w:rFonts w:ascii="Times New Roman" w:eastAsia="Times New Roman" w:hAnsi="Times New Roman" w:cs="Times New Roman"/>
          <w:sz w:val="24"/>
          <w:szCs w:val="24"/>
          <w:lang w:val="ro-RO"/>
        </w:rPr>
        <w:t xml:space="preserve"> </w:t>
      </w:r>
      <w:proofErr w:type="spellStart"/>
      <w:r w:rsidRPr="372029BD">
        <w:rPr>
          <w:rFonts w:ascii="Times New Roman" w:eastAsia="Times New Roman" w:hAnsi="Times New Roman" w:cs="Times New Roman"/>
          <w:sz w:val="24"/>
          <w:szCs w:val="24"/>
          <w:lang w:val="ro-RO"/>
        </w:rPr>
        <w:t>Philanthropies</w:t>
      </w:r>
      <w:proofErr w:type="spellEnd"/>
      <w:r w:rsidRPr="372029BD">
        <w:rPr>
          <w:rFonts w:ascii="Times New Roman" w:eastAsia="Times New Roman" w:hAnsi="Times New Roman" w:cs="Times New Roman"/>
          <w:sz w:val="24"/>
          <w:szCs w:val="24"/>
          <w:lang w:val="ro-RO"/>
        </w:rPr>
        <w:t xml:space="preserve"> în Municipiul Timișoara, Runda 1: 2026-2027</w:t>
      </w:r>
      <w:r w:rsidR="244977BC" w:rsidRPr="372029BD">
        <w:rPr>
          <w:rFonts w:ascii="Times New Roman" w:eastAsia="Times New Roman" w:hAnsi="Times New Roman" w:cs="Times New Roman"/>
          <w:sz w:val="24"/>
          <w:szCs w:val="24"/>
          <w:lang w:val="ro-RO"/>
        </w:rPr>
        <w:t>.</w:t>
      </w:r>
    </w:p>
    <w:p w14:paraId="02257E64" w14:textId="0B419614" w:rsidR="005F11B0" w:rsidRDefault="7757AAD0" w:rsidP="372029BD">
      <w:pPr>
        <w:pStyle w:val="ListParagraph"/>
        <w:numPr>
          <w:ilvl w:val="0"/>
          <w:numId w:val="25"/>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YCAF</w:t>
      </w:r>
      <w:r w:rsidR="2286FFAF" w:rsidRPr="372029BD">
        <w:rPr>
          <w:rFonts w:ascii="Times New Roman" w:eastAsia="Times New Roman" w:hAnsi="Times New Roman" w:cs="Times New Roman"/>
          <w:sz w:val="24"/>
          <w:szCs w:val="24"/>
          <w:lang w:val="ro-RO"/>
        </w:rPr>
        <w:t xml:space="preserve"> se desfășoară cu respectarea </w:t>
      </w:r>
      <w:r w:rsidR="5910F080" w:rsidRPr="372029BD">
        <w:rPr>
          <w:rFonts w:ascii="Times New Roman" w:eastAsia="Times New Roman" w:hAnsi="Times New Roman" w:cs="Times New Roman"/>
          <w:sz w:val="24"/>
          <w:szCs w:val="24"/>
          <w:lang w:val="ro-RO"/>
        </w:rPr>
        <w:t>Cartei programului</w:t>
      </w:r>
      <w:r w:rsidR="2286FFAF" w:rsidRPr="372029BD">
        <w:rPr>
          <w:rFonts w:ascii="Times New Roman" w:eastAsia="Times New Roman" w:hAnsi="Times New Roman" w:cs="Times New Roman"/>
          <w:sz w:val="24"/>
          <w:szCs w:val="24"/>
          <w:lang w:val="ro-RO"/>
        </w:rPr>
        <w:t>, a acordului de grant, a legislației române aplicabile și a prezentului regulament.</w:t>
      </w:r>
    </w:p>
    <w:p w14:paraId="0A12FDB6" w14:textId="25584727" w:rsidR="02CC84A7" w:rsidRDefault="02CC84A7" w:rsidP="372029BD">
      <w:pPr>
        <w:pStyle w:val="ListParagraph"/>
        <w:spacing w:line="360" w:lineRule="auto"/>
        <w:ind w:left="360"/>
        <w:jc w:val="both"/>
        <w:rPr>
          <w:rFonts w:ascii="Times New Roman" w:eastAsia="Times New Roman" w:hAnsi="Times New Roman" w:cs="Times New Roman"/>
          <w:sz w:val="24"/>
          <w:szCs w:val="24"/>
          <w:lang w:val="ro-RO"/>
        </w:rPr>
      </w:pPr>
    </w:p>
    <w:p w14:paraId="58689D66" w14:textId="7F31D72D" w:rsidR="73137792" w:rsidRDefault="73137792" w:rsidP="372029BD">
      <w:pPr>
        <w:spacing w:line="360" w:lineRule="auto"/>
        <w:jc w:val="both"/>
        <w:rPr>
          <w:rFonts w:ascii="Times New Roman" w:eastAsia="Times New Roman" w:hAnsi="Times New Roman" w:cs="Times New Roman"/>
          <w:b/>
          <w:bCs/>
          <w:sz w:val="24"/>
          <w:szCs w:val="24"/>
          <w:lang w:val="ro-RO"/>
        </w:rPr>
      </w:pPr>
      <w:r w:rsidRPr="372029BD">
        <w:rPr>
          <w:rFonts w:ascii="Times New Roman" w:eastAsia="Times New Roman" w:hAnsi="Times New Roman" w:cs="Times New Roman"/>
          <w:b/>
          <w:bCs/>
          <w:sz w:val="24"/>
          <w:szCs w:val="24"/>
          <w:lang w:val="ro-RO"/>
        </w:rPr>
        <w:t xml:space="preserve">Articolul </w:t>
      </w:r>
      <w:r w:rsidR="6DA2DAC7" w:rsidRPr="372029BD">
        <w:rPr>
          <w:rFonts w:ascii="Times New Roman" w:eastAsia="Times New Roman" w:hAnsi="Times New Roman" w:cs="Times New Roman"/>
          <w:b/>
          <w:bCs/>
          <w:sz w:val="24"/>
          <w:szCs w:val="24"/>
          <w:lang w:val="ro-RO"/>
        </w:rPr>
        <w:t>2</w:t>
      </w:r>
      <w:r w:rsidRPr="372029BD">
        <w:rPr>
          <w:rFonts w:ascii="Times New Roman" w:eastAsia="Times New Roman" w:hAnsi="Times New Roman" w:cs="Times New Roman"/>
          <w:b/>
          <w:bCs/>
          <w:sz w:val="24"/>
          <w:szCs w:val="24"/>
          <w:lang w:val="ro-RO"/>
        </w:rPr>
        <w:t>. Prioritățile programului</w:t>
      </w:r>
    </w:p>
    <w:p w14:paraId="2CA75234" w14:textId="4E3D2F78" w:rsidR="475D7DB3" w:rsidRDefault="475D7DB3" w:rsidP="372029BD">
      <w:pPr>
        <w:spacing w:line="360" w:lineRule="auto"/>
        <w:ind w:left="397" w:hanging="283"/>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Prioritățile</w:t>
      </w:r>
      <w:r w:rsidR="622EC12E" w:rsidRPr="372029BD">
        <w:rPr>
          <w:rFonts w:ascii="Times New Roman" w:eastAsia="Times New Roman" w:hAnsi="Times New Roman" w:cs="Times New Roman"/>
          <w:sz w:val="24"/>
          <w:szCs w:val="24"/>
          <w:lang w:val="ro-RO"/>
        </w:rPr>
        <w:t xml:space="preserve"> </w:t>
      </w:r>
      <w:r w:rsidRPr="372029BD">
        <w:rPr>
          <w:rFonts w:ascii="Times New Roman" w:eastAsia="Times New Roman" w:hAnsi="Times New Roman" w:cs="Times New Roman"/>
          <w:sz w:val="24"/>
          <w:szCs w:val="24"/>
          <w:lang w:val="ro-RO"/>
        </w:rPr>
        <w:t>stabilite de municipalitate</w:t>
      </w:r>
      <w:r w:rsidR="3DDE0AA2" w:rsidRPr="372029BD">
        <w:rPr>
          <w:rFonts w:ascii="Times New Roman" w:eastAsia="Times New Roman" w:hAnsi="Times New Roman" w:cs="Times New Roman"/>
          <w:sz w:val="24"/>
          <w:szCs w:val="24"/>
          <w:lang w:val="ro-RO"/>
        </w:rPr>
        <w:t xml:space="preserve"> pentru această ediție sunt:</w:t>
      </w:r>
    </w:p>
    <w:p w14:paraId="7CED8F9A" w14:textId="79CE7678" w:rsidR="162262F3" w:rsidRDefault="39C7AAA2" w:rsidP="372029BD">
      <w:pPr>
        <w:widowControl w:val="0"/>
        <w:numPr>
          <w:ilvl w:val="0"/>
          <w:numId w:val="33"/>
        </w:numPr>
        <w:spacing w:line="360" w:lineRule="auto"/>
        <w:ind w:left="397" w:hanging="283"/>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b/>
          <w:bCs/>
          <w:sz w:val="24"/>
          <w:szCs w:val="24"/>
          <w:lang w:val="ro-RO"/>
        </w:rPr>
        <w:t>Mobilitate activă: mers pe jos, ciclism și acces sigur la transport</w:t>
      </w:r>
      <w:r w:rsidR="18EFA02E" w:rsidRPr="372029BD">
        <w:rPr>
          <w:rFonts w:ascii="Times New Roman" w:eastAsia="Times New Roman" w:hAnsi="Times New Roman" w:cs="Times New Roman"/>
          <w:b/>
          <w:bCs/>
          <w:sz w:val="24"/>
          <w:szCs w:val="24"/>
          <w:lang w:val="ro-RO"/>
        </w:rPr>
        <w:t>ul</w:t>
      </w:r>
      <w:r w:rsidRPr="372029BD">
        <w:rPr>
          <w:rFonts w:ascii="Times New Roman" w:eastAsia="Times New Roman" w:hAnsi="Times New Roman" w:cs="Times New Roman"/>
          <w:b/>
          <w:bCs/>
          <w:sz w:val="24"/>
          <w:szCs w:val="24"/>
          <w:lang w:val="ro-RO"/>
        </w:rPr>
        <w:t xml:space="preserve"> public</w:t>
      </w:r>
    </w:p>
    <w:p w14:paraId="7A650A7B" w14:textId="3E462B95" w:rsidR="162262F3" w:rsidRDefault="162262F3" w:rsidP="372029BD">
      <w:pPr>
        <w:numPr>
          <w:ilvl w:val="0"/>
          <w:numId w:val="33"/>
        </w:numPr>
        <w:spacing w:line="360" w:lineRule="auto"/>
        <w:ind w:left="397" w:hanging="283"/>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b/>
          <w:bCs/>
          <w:sz w:val="24"/>
          <w:szCs w:val="24"/>
          <w:lang w:val="ro-RO"/>
        </w:rPr>
        <w:t>Economie circulară și reducerea deșeurilor</w:t>
      </w:r>
    </w:p>
    <w:p w14:paraId="67B1EF8B" w14:textId="796CD579" w:rsidR="162262F3" w:rsidRDefault="162262F3" w:rsidP="372029BD">
      <w:pPr>
        <w:numPr>
          <w:ilvl w:val="0"/>
          <w:numId w:val="33"/>
        </w:numPr>
        <w:spacing w:line="360" w:lineRule="auto"/>
        <w:ind w:left="397" w:hanging="283"/>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b/>
          <w:bCs/>
          <w:sz w:val="24"/>
          <w:szCs w:val="24"/>
          <w:lang w:val="ro-RO"/>
        </w:rPr>
        <w:t>Spații verzi, biodiversitate și coridoare verzi-albastre</w:t>
      </w:r>
    </w:p>
    <w:p w14:paraId="5C1CB023" w14:textId="74F4EF5C" w:rsidR="162262F3" w:rsidRDefault="162262F3" w:rsidP="372029BD">
      <w:pPr>
        <w:numPr>
          <w:ilvl w:val="0"/>
          <w:numId w:val="33"/>
        </w:numPr>
        <w:spacing w:line="360" w:lineRule="auto"/>
        <w:ind w:left="397" w:hanging="283"/>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b/>
          <w:bCs/>
          <w:sz w:val="24"/>
          <w:szCs w:val="24"/>
          <w:lang w:val="ro-RO"/>
        </w:rPr>
        <w:lastRenderedPageBreak/>
        <w:t>Reducerea poluării aerului și zgomotului în jurul școlilor, parcurilor și zonelor rezidențiale.</w:t>
      </w:r>
    </w:p>
    <w:p w14:paraId="0862A62B" w14:textId="08DE4E49" w:rsidR="7ACE0C86" w:rsidRDefault="7ACE0C86" w:rsidP="372029BD">
      <w:pPr>
        <w:pStyle w:val="Heading1"/>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CAPITOLUL 2. ELIGIBILITATE</w:t>
      </w:r>
    </w:p>
    <w:p w14:paraId="2516132B" w14:textId="33D3A255" w:rsidR="7ACE0C86" w:rsidRDefault="7ACE0C86" w:rsidP="372029BD">
      <w:pPr>
        <w:spacing w:line="360" w:lineRule="auto"/>
        <w:jc w:val="both"/>
        <w:rPr>
          <w:rFonts w:ascii="Times New Roman" w:eastAsia="Times New Roman" w:hAnsi="Times New Roman" w:cs="Times New Roman"/>
          <w:b/>
          <w:bCs/>
          <w:sz w:val="24"/>
          <w:szCs w:val="24"/>
          <w:lang w:val="ro-RO"/>
        </w:rPr>
      </w:pPr>
      <w:r w:rsidRPr="372029BD">
        <w:rPr>
          <w:rFonts w:ascii="Times New Roman" w:eastAsia="Times New Roman" w:hAnsi="Times New Roman" w:cs="Times New Roman"/>
          <w:b/>
          <w:bCs/>
          <w:sz w:val="24"/>
          <w:szCs w:val="24"/>
          <w:lang w:val="ro-RO"/>
        </w:rPr>
        <w:t>Articolul 3. Cine poate aplica</w:t>
      </w:r>
    </w:p>
    <w:p w14:paraId="3B4E92D6" w14:textId="0DBEA56C" w:rsidR="28224DA5" w:rsidRDefault="28224DA5" w:rsidP="372029BD">
      <w:pPr>
        <w:pStyle w:val="ListParagraph"/>
        <w:numPr>
          <w:ilvl w:val="0"/>
          <w:numId w:val="24"/>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Proiectele pot fi inițiate, dezvoltate și înscrise în program </w:t>
      </w:r>
      <w:r w:rsidR="642D5FBA" w:rsidRPr="372029BD">
        <w:rPr>
          <w:rFonts w:ascii="Times New Roman" w:eastAsia="Times New Roman" w:hAnsi="Times New Roman" w:cs="Times New Roman"/>
          <w:sz w:val="24"/>
          <w:szCs w:val="24"/>
          <w:lang w:val="ro-RO"/>
        </w:rPr>
        <w:t xml:space="preserve">doar </w:t>
      </w:r>
      <w:r w:rsidRPr="372029BD">
        <w:rPr>
          <w:rFonts w:ascii="Times New Roman" w:eastAsia="Times New Roman" w:hAnsi="Times New Roman" w:cs="Times New Roman"/>
          <w:sz w:val="24"/>
          <w:szCs w:val="24"/>
          <w:lang w:val="ro-RO"/>
        </w:rPr>
        <w:t>de către e</w:t>
      </w:r>
      <w:r w:rsidR="7ACE0C86" w:rsidRPr="372029BD">
        <w:rPr>
          <w:rFonts w:ascii="Times New Roman" w:eastAsia="Times New Roman" w:hAnsi="Times New Roman" w:cs="Times New Roman"/>
          <w:sz w:val="24"/>
          <w:szCs w:val="24"/>
          <w:lang w:val="ro-RO"/>
        </w:rPr>
        <w:t>chip</w:t>
      </w:r>
      <w:r w:rsidR="24A38F24" w:rsidRPr="372029BD">
        <w:rPr>
          <w:rFonts w:ascii="Times New Roman" w:eastAsia="Times New Roman" w:hAnsi="Times New Roman" w:cs="Times New Roman"/>
          <w:sz w:val="24"/>
          <w:szCs w:val="24"/>
          <w:lang w:val="ro-RO"/>
        </w:rPr>
        <w:t>e</w:t>
      </w:r>
      <w:r w:rsidR="7ACE0C86" w:rsidRPr="372029BD">
        <w:rPr>
          <w:rFonts w:ascii="Times New Roman" w:eastAsia="Times New Roman" w:hAnsi="Times New Roman" w:cs="Times New Roman"/>
          <w:sz w:val="24"/>
          <w:szCs w:val="24"/>
          <w:lang w:val="ro-RO"/>
        </w:rPr>
        <w:t xml:space="preserve"> format</w:t>
      </w:r>
      <w:r w:rsidR="29432B3C" w:rsidRPr="372029BD">
        <w:rPr>
          <w:rFonts w:ascii="Times New Roman" w:eastAsia="Times New Roman" w:hAnsi="Times New Roman" w:cs="Times New Roman"/>
          <w:sz w:val="24"/>
          <w:szCs w:val="24"/>
          <w:lang w:val="ro-RO"/>
        </w:rPr>
        <w:t>e</w:t>
      </w:r>
      <w:r w:rsidR="7ACE0C86" w:rsidRPr="372029BD">
        <w:rPr>
          <w:rFonts w:ascii="Times New Roman" w:eastAsia="Times New Roman" w:hAnsi="Times New Roman" w:cs="Times New Roman"/>
          <w:sz w:val="24"/>
          <w:szCs w:val="24"/>
          <w:lang w:val="ro-RO"/>
        </w:rPr>
        <w:t xml:space="preserve"> din </w:t>
      </w:r>
      <w:r w:rsidR="7ACE0C86" w:rsidRPr="372029BD">
        <w:rPr>
          <w:rFonts w:ascii="Times New Roman" w:eastAsia="Times New Roman" w:hAnsi="Times New Roman" w:cs="Times New Roman"/>
          <w:b/>
          <w:bCs/>
          <w:sz w:val="24"/>
          <w:szCs w:val="24"/>
          <w:lang w:val="ro-RO"/>
        </w:rPr>
        <w:t>minimum 2 tineri</w:t>
      </w:r>
      <w:r w:rsidR="7ACE0C86" w:rsidRPr="372029BD">
        <w:rPr>
          <w:rFonts w:ascii="Times New Roman" w:eastAsia="Times New Roman" w:hAnsi="Times New Roman" w:cs="Times New Roman"/>
          <w:sz w:val="24"/>
          <w:szCs w:val="24"/>
          <w:lang w:val="ro-RO"/>
        </w:rPr>
        <w:t xml:space="preserve"> cu vârst</w:t>
      </w:r>
      <w:r w:rsidR="07CB5455" w:rsidRPr="372029BD">
        <w:rPr>
          <w:rFonts w:ascii="Times New Roman" w:eastAsia="Times New Roman" w:hAnsi="Times New Roman" w:cs="Times New Roman"/>
          <w:sz w:val="24"/>
          <w:szCs w:val="24"/>
          <w:lang w:val="ro-RO"/>
        </w:rPr>
        <w:t>ă</w:t>
      </w:r>
      <w:r w:rsidR="7ACE0C86" w:rsidRPr="372029BD">
        <w:rPr>
          <w:rFonts w:ascii="Times New Roman" w:eastAsia="Times New Roman" w:hAnsi="Times New Roman" w:cs="Times New Roman"/>
          <w:sz w:val="24"/>
          <w:szCs w:val="24"/>
          <w:lang w:val="ro-RO"/>
        </w:rPr>
        <w:t xml:space="preserve"> între </w:t>
      </w:r>
      <w:r w:rsidR="7ACE0C86" w:rsidRPr="372029BD">
        <w:rPr>
          <w:rFonts w:ascii="Times New Roman" w:eastAsia="Times New Roman" w:hAnsi="Times New Roman" w:cs="Times New Roman"/>
          <w:b/>
          <w:bCs/>
          <w:sz w:val="24"/>
          <w:szCs w:val="24"/>
          <w:lang w:val="ro-RO"/>
        </w:rPr>
        <w:t>15 și 24 de ani</w:t>
      </w:r>
      <w:r w:rsidR="7EBA9657" w:rsidRPr="372029BD">
        <w:rPr>
          <w:rFonts w:ascii="Times New Roman" w:eastAsia="Times New Roman" w:hAnsi="Times New Roman" w:cs="Times New Roman"/>
          <w:sz w:val="24"/>
          <w:szCs w:val="24"/>
          <w:lang w:val="ro-RO"/>
        </w:rPr>
        <w:t xml:space="preserve">, cu condiția ca fondurile să fie distribuite prin intermediul unei organizații eligibile. </w:t>
      </w:r>
    </w:p>
    <w:p w14:paraId="170EB130" w14:textId="246865F6" w:rsidR="178B01FF" w:rsidRDefault="178B01FF" w:rsidP="372029BD">
      <w:pPr>
        <w:pStyle w:val="ListParagraph"/>
        <w:numPr>
          <w:ilvl w:val="0"/>
          <w:numId w:val="24"/>
        </w:numPr>
        <w:spacing w:line="360" w:lineRule="auto"/>
        <w:jc w:val="both"/>
        <w:rPr>
          <w:rFonts w:ascii="Times New Roman" w:eastAsia="Times New Roman" w:hAnsi="Times New Roman" w:cs="Times New Roman"/>
          <w:sz w:val="24"/>
          <w:szCs w:val="24"/>
          <w:lang w:val="ro-RO"/>
        </w:rPr>
      </w:pPr>
      <w:r w:rsidRPr="677C4805">
        <w:rPr>
          <w:rFonts w:ascii="Times New Roman" w:eastAsia="Times New Roman" w:hAnsi="Times New Roman" w:cs="Times New Roman"/>
          <w:sz w:val="24"/>
          <w:szCs w:val="24"/>
          <w:lang w:val="ro-RO"/>
        </w:rPr>
        <w:t xml:space="preserve">Proiectele se depun online, în limba română și în engleză, completând formularul din Anexa </w:t>
      </w:r>
      <w:r w:rsidR="00EB561C">
        <w:rPr>
          <w:rFonts w:ascii="Times New Roman" w:eastAsia="Times New Roman" w:hAnsi="Times New Roman" w:cs="Times New Roman"/>
          <w:sz w:val="24"/>
          <w:szCs w:val="24"/>
          <w:lang w:val="ro-RO"/>
        </w:rPr>
        <w:t>1</w:t>
      </w:r>
      <w:r w:rsidR="71F4E4A6" w:rsidRPr="677C4805">
        <w:rPr>
          <w:rFonts w:ascii="Times New Roman" w:eastAsia="Times New Roman" w:hAnsi="Times New Roman" w:cs="Times New Roman"/>
          <w:sz w:val="24"/>
          <w:szCs w:val="24"/>
          <w:lang w:val="ro-RO"/>
        </w:rPr>
        <w:t xml:space="preserve"> – Cererea de finanțare</w:t>
      </w:r>
      <w:r w:rsidR="698180F4" w:rsidRPr="677C4805">
        <w:rPr>
          <w:rFonts w:ascii="Times New Roman" w:eastAsia="Times New Roman" w:hAnsi="Times New Roman" w:cs="Times New Roman"/>
          <w:sz w:val="24"/>
          <w:szCs w:val="24"/>
          <w:lang w:val="ro-RO"/>
        </w:rPr>
        <w:t xml:space="preserve"> și Anexa </w:t>
      </w:r>
      <w:r w:rsidR="00EB561C">
        <w:rPr>
          <w:rFonts w:ascii="Times New Roman" w:eastAsia="Times New Roman" w:hAnsi="Times New Roman" w:cs="Times New Roman"/>
          <w:sz w:val="24"/>
          <w:szCs w:val="24"/>
          <w:lang w:val="ro-RO"/>
        </w:rPr>
        <w:t>2</w:t>
      </w:r>
      <w:r w:rsidR="698180F4" w:rsidRPr="677C4805">
        <w:rPr>
          <w:rFonts w:ascii="Times New Roman" w:eastAsia="Times New Roman" w:hAnsi="Times New Roman" w:cs="Times New Roman"/>
          <w:sz w:val="24"/>
          <w:szCs w:val="24"/>
          <w:lang w:val="ro-RO"/>
        </w:rPr>
        <w:t xml:space="preserve"> – Bugetul proiectulu</w:t>
      </w:r>
      <w:r w:rsidR="4E1FF564" w:rsidRPr="677C4805">
        <w:rPr>
          <w:rFonts w:ascii="Times New Roman" w:eastAsia="Times New Roman" w:hAnsi="Times New Roman" w:cs="Times New Roman"/>
          <w:sz w:val="24"/>
          <w:szCs w:val="24"/>
          <w:lang w:val="ro-RO"/>
        </w:rPr>
        <w:t>i</w:t>
      </w:r>
      <w:r w:rsidRPr="677C4805">
        <w:rPr>
          <w:rFonts w:ascii="Times New Roman" w:eastAsia="Times New Roman" w:hAnsi="Times New Roman" w:cs="Times New Roman"/>
          <w:sz w:val="24"/>
          <w:szCs w:val="24"/>
          <w:lang w:val="ro-RO"/>
        </w:rPr>
        <w:t xml:space="preserve">, prin platforma indicată în apelul public. </w:t>
      </w:r>
    </w:p>
    <w:p w14:paraId="26FBA573" w14:textId="604C9122" w:rsidR="28C97C02" w:rsidRDefault="28C97C02" w:rsidP="372029BD">
      <w:pPr>
        <w:pStyle w:val="ListParagraph"/>
        <w:numPr>
          <w:ilvl w:val="0"/>
          <w:numId w:val="24"/>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Pentru depunerea proiectului, o</w:t>
      </w:r>
      <w:r w:rsidR="7ACE0C86" w:rsidRPr="372029BD">
        <w:rPr>
          <w:rFonts w:ascii="Times New Roman" w:eastAsia="Times New Roman" w:hAnsi="Times New Roman" w:cs="Times New Roman"/>
          <w:sz w:val="24"/>
          <w:szCs w:val="24"/>
          <w:lang w:val="ro-RO"/>
        </w:rPr>
        <w:t>rganizații</w:t>
      </w:r>
      <w:r w:rsidR="20C11D0D" w:rsidRPr="372029BD">
        <w:rPr>
          <w:rFonts w:ascii="Times New Roman" w:eastAsia="Times New Roman" w:hAnsi="Times New Roman" w:cs="Times New Roman"/>
          <w:sz w:val="24"/>
          <w:szCs w:val="24"/>
          <w:lang w:val="ro-RO"/>
        </w:rPr>
        <w:t>le</w:t>
      </w:r>
      <w:r w:rsidR="7ACE0C86" w:rsidRPr="372029BD">
        <w:rPr>
          <w:rFonts w:ascii="Times New Roman" w:eastAsia="Times New Roman" w:hAnsi="Times New Roman" w:cs="Times New Roman"/>
          <w:sz w:val="24"/>
          <w:szCs w:val="24"/>
          <w:lang w:val="ro-RO"/>
        </w:rPr>
        <w:t xml:space="preserve"> eligibile</w:t>
      </w:r>
      <w:r w:rsidR="786D5381" w:rsidRPr="372029BD">
        <w:rPr>
          <w:rFonts w:ascii="Times New Roman" w:eastAsia="Times New Roman" w:hAnsi="Times New Roman" w:cs="Times New Roman"/>
          <w:sz w:val="24"/>
          <w:szCs w:val="24"/>
          <w:lang w:val="ro-RO"/>
        </w:rPr>
        <w:t xml:space="preserve"> </w:t>
      </w:r>
      <w:r w:rsidR="71825E5C" w:rsidRPr="372029BD">
        <w:rPr>
          <w:rFonts w:ascii="Times New Roman" w:eastAsia="Times New Roman" w:hAnsi="Times New Roman" w:cs="Times New Roman"/>
          <w:sz w:val="24"/>
          <w:szCs w:val="24"/>
          <w:lang w:val="ro-RO"/>
        </w:rPr>
        <w:t>vor</w:t>
      </w:r>
      <w:r w:rsidR="0A78EEC0" w:rsidRPr="372029BD">
        <w:rPr>
          <w:rFonts w:ascii="Times New Roman" w:eastAsia="Times New Roman" w:hAnsi="Times New Roman" w:cs="Times New Roman"/>
          <w:sz w:val="24"/>
          <w:szCs w:val="24"/>
          <w:lang w:val="ro-RO"/>
        </w:rPr>
        <w:t xml:space="preserve"> </w:t>
      </w:r>
      <w:r w:rsidR="7ACE0C86" w:rsidRPr="372029BD">
        <w:rPr>
          <w:rFonts w:ascii="Times New Roman" w:eastAsia="Times New Roman" w:hAnsi="Times New Roman" w:cs="Times New Roman"/>
          <w:sz w:val="24"/>
          <w:szCs w:val="24"/>
          <w:lang w:val="ro-RO"/>
        </w:rPr>
        <w:t>completa declarația de angajament prev</w:t>
      </w:r>
      <w:r w:rsidR="0AB2EDBB" w:rsidRPr="372029BD">
        <w:rPr>
          <w:rFonts w:ascii="Times New Roman" w:eastAsia="Times New Roman" w:hAnsi="Times New Roman" w:cs="Times New Roman"/>
          <w:sz w:val="24"/>
          <w:szCs w:val="24"/>
          <w:lang w:val="ro-RO"/>
        </w:rPr>
        <w:t>ă</w:t>
      </w:r>
      <w:r w:rsidR="7ACE0C86" w:rsidRPr="372029BD">
        <w:rPr>
          <w:rFonts w:ascii="Times New Roman" w:eastAsia="Times New Roman" w:hAnsi="Times New Roman" w:cs="Times New Roman"/>
          <w:sz w:val="24"/>
          <w:szCs w:val="24"/>
          <w:lang w:val="ro-RO"/>
        </w:rPr>
        <w:t>zut</w:t>
      </w:r>
      <w:r w:rsidR="7EA053F3" w:rsidRPr="372029BD">
        <w:rPr>
          <w:rFonts w:ascii="Times New Roman" w:eastAsia="Times New Roman" w:hAnsi="Times New Roman" w:cs="Times New Roman"/>
          <w:sz w:val="24"/>
          <w:szCs w:val="24"/>
          <w:lang w:val="ro-RO"/>
        </w:rPr>
        <w:t>ă</w:t>
      </w:r>
      <w:r w:rsidR="7ACE0C86" w:rsidRPr="372029BD">
        <w:rPr>
          <w:rFonts w:ascii="Times New Roman" w:eastAsia="Times New Roman" w:hAnsi="Times New Roman" w:cs="Times New Roman"/>
          <w:sz w:val="24"/>
          <w:szCs w:val="24"/>
          <w:lang w:val="ro-RO"/>
        </w:rPr>
        <w:t xml:space="preserve"> în Anexa </w:t>
      </w:r>
      <w:r w:rsidR="00EB561C">
        <w:rPr>
          <w:rFonts w:ascii="Times New Roman" w:eastAsia="Times New Roman" w:hAnsi="Times New Roman" w:cs="Times New Roman"/>
          <w:sz w:val="24"/>
          <w:szCs w:val="24"/>
          <w:lang w:val="ro-RO"/>
        </w:rPr>
        <w:t>3</w:t>
      </w:r>
      <w:r w:rsidR="7ACE0C86" w:rsidRPr="372029BD">
        <w:rPr>
          <w:rFonts w:ascii="Times New Roman" w:eastAsia="Times New Roman" w:hAnsi="Times New Roman" w:cs="Times New Roman"/>
          <w:sz w:val="24"/>
          <w:szCs w:val="24"/>
          <w:lang w:val="ro-RO"/>
        </w:rPr>
        <w:t>.</w:t>
      </w:r>
    </w:p>
    <w:p w14:paraId="743A1524" w14:textId="5B62A6FC" w:rsidR="3DBCD618" w:rsidRDefault="3DBCD618" w:rsidP="372029BD">
      <w:pPr>
        <w:spacing w:line="360" w:lineRule="auto"/>
        <w:jc w:val="both"/>
        <w:rPr>
          <w:rFonts w:ascii="Times New Roman" w:eastAsia="Times New Roman" w:hAnsi="Times New Roman" w:cs="Times New Roman"/>
          <w:b/>
          <w:bCs/>
          <w:sz w:val="24"/>
          <w:szCs w:val="24"/>
          <w:lang w:val="ro-RO"/>
        </w:rPr>
      </w:pPr>
      <w:r w:rsidRPr="372029BD">
        <w:rPr>
          <w:rFonts w:ascii="Times New Roman" w:eastAsia="Times New Roman" w:hAnsi="Times New Roman" w:cs="Times New Roman"/>
          <w:b/>
          <w:bCs/>
          <w:sz w:val="24"/>
          <w:szCs w:val="24"/>
          <w:lang w:val="ro-RO"/>
        </w:rPr>
        <w:t xml:space="preserve">Articolul 4. Cine poate primi și administra un </w:t>
      </w:r>
      <w:proofErr w:type="spellStart"/>
      <w:r w:rsidRPr="372029BD">
        <w:rPr>
          <w:rFonts w:ascii="Times New Roman" w:eastAsia="Times New Roman" w:hAnsi="Times New Roman" w:cs="Times New Roman"/>
          <w:b/>
          <w:bCs/>
          <w:sz w:val="24"/>
          <w:szCs w:val="24"/>
          <w:lang w:val="ro-RO"/>
        </w:rPr>
        <w:t>microgrant</w:t>
      </w:r>
      <w:proofErr w:type="spellEnd"/>
    </w:p>
    <w:p w14:paraId="4B10FDD8" w14:textId="507CCC57" w:rsidR="3DBCD618" w:rsidRDefault="3DBCD618" w:rsidP="372029BD">
      <w:pPr>
        <w:pStyle w:val="ListParagraph"/>
        <w:numPr>
          <w:ilvl w:val="0"/>
          <w:numId w:val="23"/>
        </w:numPr>
        <w:spacing w:line="360" w:lineRule="auto"/>
        <w:jc w:val="both"/>
        <w:rPr>
          <w:rFonts w:ascii="Times New Roman" w:eastAsia="Times New Roman" w:hAnsi="Times New Roman" w:cs="Times New Roman"/>
          <w:sz w:val="24"/>
          <w:szCs w:val="24"/>
          <w:lang w:val="ro-RO"/>
        </w:rPr>
      </w:pPr>
      <w:proofErr w:type="spellStart"/>
      <w:r w:rsidRPr="372029BD">
        <w:rPr>
          <w:rFonts w:ascii="Times New Roman" w:eastAsia="Times New Roman" w:hAnsi="Times New Roman" w:cs="Times New Roman"/>
          <w:sz w:val="24"/>
          <w:szCs w:val="24"/>
          <w:lang w:val="ro-RO"/>
        </w:rPr>
        <w:t>Microgranturile</w:t>
      </w:r>
      <w:proofErr w:type="spellEnd"/>
      <w:r w:rsidRPr="372029BD">
        <w:rPr>
          <w:rFonts w:ascii="Times New Roman" w:eastAsia="Times New Roman" w:hAnsi="Times New Roman" w:cs="Times New Roman"/>
          <w:sz w:val="24"/>
          <w:szCs w:val="24"/>
          <w:lang w:val="ro-RO"/>
        </w:rPr>
        <w:t xml:space="preserve"> se acordă către organizații</w:t>
      </w:r>
      <w:r w:rsidR="1A9C7571" w:rsidRPr="372029BD">
        <w:rPr>
          <w:rFonts w:ascii="Times New Roman" w:eastAsia="Times New Roman" w:hAnsi="Times New Roman" w:cs="Times New Roman"/>
          <w:sz w:val="24"/>
          <w:szCs w:val="24"/>
          <w:lang w:val="ro-RO"/>
        </w:rPr>
        <w:t xml:space="preserve"> care îndeplinesc următoarele condiții cumulative: </w:t>
      </w:r>
      <w:r w:rsidR="5BA093B2" w:rsidRPr="372029BD">
        <w:rPr>
          <w:rFonts w:ascii="Times New Roman" w:eastAsia="Times New Roman" w:hAnsi="Times New Roman" w:cs="Times New Roman"/>
          <w:sz w:val="24"/>
          <w:szCs w:val="24"/>
          <w:lang w:val="ro-RO"/>
        </w:rPr>
        <w:t>să fie entitate legal</w:t>
      </w:r>
      <w:r w:rsidR="352930BC" w:rsidRPr="372029BD">
        <w:rPr>
          <w:rFonts w:ascii="Times New Roman" w:eastAsia="Times New Roman" w:hAnsi="Times New Roman" w:cs="Times New Roman"/>
          <w:sz w:val="24"/>
          <w:szCs w:val="24"/>
          <w:lang w:val="ro-RO"/>
        </w:rPr>
        <w:t>ă cu personalitate juridică distinctă</w:t>
      </w:r>
      <w:r w:rsidR="5BA093B2" w:rsidRPr="372029BD">
        <w:rPr>
          <w:rFonts w:ascii="Times New Roman" w:eastAsia="Times New Roman" w:hAnsi="Times New Roman" w:cs="Times New Roman"/>
          <w:sz w:val="24"/>
          <w:szCs w:val="24"/>
          <w:lang w:val="ro-RO"/>
        </w:rPr>
        <w:t xml:space="preserve"> înregistrată</w:t>
      </w:r>
      <w:r w:rsidR="400B9183" w:rsidRPr="372029BD">
        <w:rPr>
          <w:rFonts w:ascii="Times New Roman" w:eastAsia="Times New Roman" w:hAnsi="Times New Roman" w:cs="Times New Roman"/>
          <w:sz w:val="24"/>
          <w:szCs w:val="24"/>
          <w:lang w:val="ro-RO"/>
        </w:rPr>
        <w:t xml:space="preserve"> în România conform legislației în vigoare</w:t>
      </w:r>
      <w:r w:rsidR="5BA093B2" w:rsidRPr="372029BD">
        <w:rPr>
          <w:rFonts w:ascii="Times New Roman" w:eastAsia="Times New Roman" w:hAnsi="Times New Roman" w:cs="Times New Roman"/>
          <w:sz w:val="24"/>
          <w:szCs w:val="24"/>
          <w:lang w:val="ro-RO"/>
        </w:rPr>
        <w:t>, să fie organizație non-profit/ caritabilă sau să fie instituție publică, să dețină cont bancar pe numele său și să nu se afle sub niciun regim de sancțiuni aplicabil.</w:t>
      </w:r>
    </w:p>
    <w:p w14:paraId="43F99C90" w14:textId="36A38F5D" w:rsidR="3DBCD618" w:rsidRDefault="3DBCD618" w:rsidP="372029BD">
      <w:pPr>
        <w:pStyle w:val="ListParagraph"/>
        <w:numPr>
          <w:ilvl w:val="0"/>
          <w:numId w:val="23"/>
        </w:numPr>
        <w:spacing w:line="360" w:lineRule="auto"/>
        <w:jc w:val="both"/>
        <w:rPr>
          <w:rFonts w:ascii="Times New Roman" w:eastAsia="Times New Roman" w:hAnsi="Times New Roman" w:cs="Times New Roman"/>
          <w:sz w:val="24"/>
          <w:szCs w:val="24"/>
          <w:lang w:val="ro-RO"/>
        </w:rPr>
      </w:pPr>
      <w:r w:rsidRPr="677C4805">
        <w:rPr>
          <w:rFonts w:ascii="Times New Roman" w:eastAsia="Times New Roman" w:hAnsi="Times New Roman" w:cs="Times New Roman"/>
          <w:sz w:val="24"/>
          <w:szCs w:val="24"/>
          <w:lang w:val="ro-RO"/>
        </w:rPr>
        <w:t>Organizații</w:t>
      </w:r>
      <w:r w:rsidR="061EFCCD" w:rsidRPr="677C4805">
        <w:rPr>
          <w:rFonts w:ascii="Times New Roman" w:eastAsia="Times New Roman" w:hAnsi="Times New Roman" w:cs="Times New Roman"/>
          <w:sz w:val="24"/>
          <w:szCs w:val="24"/>
          <w:lang w:val="ro-RO"/>
        </w:rPr>
        <w:t>le</w:t>
      </w:r>
      <w:r w:rsidRPr="677C4805">
        <w:rPr>
          <w:rFonts w:ascii="Times New Roman" w:eastAsia="Times New Roman" w:hAnsi="Times New Roman" w:cs="Times New Roman"/>
          <w:sz w:val="24"/>
          <w:szCs w:val="24"/>
          <w:lang w:val="ro-RO"/>
        </w:rPr>
        <w:t xml:space="preserve"> eligibile</w:t>
      </w:r>
      <w:r w:rsidR="5E9DBD04" w:rsidRPr="677C4805">
        <w:rPr>
          <w:rFonts w:ascii="Times New Roman" w:eastAsia="Times New Roman" w:hAnsi="Times New Roman" w:cs="Times New Roman"/>
          <w:sz w:val="24"/>
          <w:szCs w:val="24"/>
          <w:lang w:val="ro-RO"/>
        </w:rPr>
        <w:t xml:space="preserve"> sunt</w:t>
      </w:r>
      <w:r w:rsidR="3ABFD42B" w:rsidRPr="677C4805">
        <w:rPr>
          <w:rFonts w:ascii="Times New Roman" w:eastAsia="Times New Roman" w:hAnsi="Times New Roman" w:cs="Times New Roman"/>
          <w:sz w:val="24"/>
          <w:szCs w:val="24"/>
          <w:lang w:val="ro-RO"/>
        </w:rPr>
        <w:t xml:space="preserve">: </w:t>
      </w:r>
      <w:r w:rsidRPr="677C4805">
        <w:rPr>
          <w:rFonts w:ascii="Times New Roman" w:eastAsia="Times New Roman" w:hAnsi="Times New Roman" w:cs="Times New Roman"/>
          <w:sz w:val="24"/>
          <w:szCs w:val="24"/>
          <w:lang w:val="ro-RO"/>
        </w:rPr>
        <w:t>organizați</w:t>
      </w:r>
      <w:r w:rsidR="5F775F83" w:rsidRPr="677C4805">
        <w:rPr>
          <w:rFonts w:ascii="Times New Roman" w:eastAsia="Times New Roman" w:hAnsi="Times New Roman" w:cs="Times New Roman"/>
          <w:sz w:val="24"/>
          <w:szCs w:val="24"/>
          <w:lang w:val="ro-RO"/>
        </w:rPr>
        <w:t>i de tineret</w:t>
      </w:r>
      <w:r w:rsidR="485E3795" w:rsidRPr="677C4805">
        <w:rPr>
          <w:rFonts w:ascii="Times New Roman" w:eastAsia="Times New Roman" w:hAnsi="Times New Roman" w:cs="Times New Roman"/>
          <w:sz w:val="24"/>
          <w:szCs w:val="24"/>
          <w:lang w:val="ro-RO"/>
        </w:rPr>
        <w:t xml:space="preserve"> și</w:t>
      </w:r>
      <w:r w:rsidRPr="677C4805">
        <w:rPr>
          <w:rFonts w:ascii="Times New Roman" w:eastAsia="Times New Roman" w:hAnsi="Times New Roman" w:cs="Times New Roman"/>
          <w:sz w:val="24"/>
          <w:szCs w:val="24"/>
          <w:lang w:val="ro-RO"/>
        </w:rPr>
        <w:t xml:space="preserve"> organizații </w:t>
      </w:r>
      <w:r w:rsidR="0E7CE62A" w:rsidRPr="677C4805">
        <w:rPr>
          <w:rFonts w:ascii="Times New Roman" w:eastAsia="Times New Roman" w:hAnsi="Times New Roman" w:cs="Times New Roman"/>
          <w:sz w:val="24"/>
          <w:szCs w:val="24"/>
          <w:lang w:val="ro-RO"/>
        </w:rPr>
        <w:t>pentru tineri conform Legii Tinerilor nr. 350/2006, precum și</w:t>
      </w:r>
      <w:r w:rsidRPr="677C4805">
        <w:rPr>
          <w:rFonts w:ascii="Times New Roman" w:eastAsia="Times New Roman" w:hAnsi="Times New Roman" w:cs="Times New Roman"/>
          <w:sz w:val="24"/>
          <w:szCs w:val="24"/>
          <w:lang w:val="ro-RO"/>
        </w:rPr>
        <w:t xml:space="preserve"> muzee ori organizații comunitare, dacă </w:t>
      </w:r>
      <w:r w:rsidR="5F9B9953" w:rsidRPr="677C4805">
        <w:rPr>
          <w:rFonts w:ascii="Times New Roman" w:eastAsia="Times New Roman" w:hAnsi="Times New Roman" w:cs="Times New Roman"/>
          <w:sz w:val="24"/>
          <w:szCs w:val="24"/>
          <w:lang w:val="ro-RO"/>
        </w:rPr>
        <w:t>î</w:t>
      </w:r>
      <w:r w:rsidRPr="677C4805">
        <w:rPr>
          <w:rFonts w:ascii="Times New Roman" w:eastAsia="Times New Roman" w:hAnsi="Times New Roman" w:cs="Times New Roman"/>
          <w:sz w:val="24"/>
          <w:szCs w:val="24"/>
          <w:lang w:val="ro-RO"/>
        </w:rPr>
        <w:t>ndeplinesc condițiile prezentului regulament.</w:t>
      </w:r>
    </w:p>
    <w:p w14:paraId="3DF8A88D" w14:textId="2BFA0342" w:rsidR="4CBD97C0" w:rsidRDefault="4CBD97C0" w:rsidP="372029BD">
      <w:pPr>
        <w:pStyle w:val="ListParagraph"/>
        <w:numPr>
          <w:ilvl w:val="0"/>
          <w:numId w:val="23"/>
        </w:numPr>
        <w:spacing w:line="360" w:lineRule="auto"/>
        <w:jc w:val="both"/>
        <w:rPr>
          <w:rFonts w:ascii="Times New Roman" w:eastAsia="Times New Roman" w:hAnsi="Times New Roman" w:cs="Times New Roman"/>
          <w:sz w:val="24"/>
          <w:szCs w:val="24"/>
          <w:lang w:val="ro-RO"/>
        </w:rPr>
      </w:pPr>
      <w:r w:rsidRPr="6FCB756D">
        <w:rPr>
          <w:rFonts w:ascii="Times New Roman" w:eastAsia="Times New Roman" w:hAnsi="Times New Roman" w:cs="Times New Roman"/>
          <w:sz w:val="24"/>
          <w:szCs w:val="24"/>
          <w:lang w:val="ro-RO"/>
        </w:rPr>
        <w:t>Nu sunt eligibile ca beneficiari</w:t>
      </w:r>
      <w:r w:rsidR="4CDB8F6C" w:rsidRPr="6FCB756D">
        <w:rPr>
          <w:rFonts w:ascii="Times New Roman" w:eastAsia="Times New Roman" w:hAnsi="Times New Roman" w:cs="Times New Roman"/>
          <w:sz w:val="24"/>
          <w:szCs w:val="24"/>
          <w:lang w:val="ro-RO"/>
        </w:rPr>
        <w:t xml:space="preserve"> ai </w:t>
      </w:r>
      <w:proofErr w:type="spellStart"/>
      <w:r w:rsidR="4CDB8F6C" w:rsidRPr="6FCB756D">
        <w:rPr>
          <w:rFonts w:ascii="Times New Roman" w:eastAsia="Times New Roman" w:hAnsi="Times New Roman" w:cs="Times New Roman"/>
          <w:sz w:val="24"/>
          <w:szCs w:val="24"/>
          <w:lang w:val="ro-RO"/>
        </w:rPr>
        <w:t>micrograntului</w:t>
      </w:r>
      <w:proofErr w:type="spellEnd"/>
      <w:r w:rsidRPr="6FCB756D">
        <w:rPr>
          <w:rFonts w:ascii="Times New Roman" w:eastAsia="Times New Roman" w:hAnsi="Times New Roman" w:cs="Times New Roman"/>
          <w:sz w:val="24"/>
          <w:szCs w:val="24"/>
          <w:lang w:val="ro-RO"/>
        </w:rPr>
        <w:t>: persoane fizice, societăți comerciale, partide politice, organizații afiliate partidelor politice și organizații care urmăresc scopuri comerciale</w:t>
      </w:r>
      <w:r w:rsidR="73FC81DF" w:rsidRPr="6FCB756D">
        <w:rPr>
          <w:rFonts w:ascii="Times New Roman" w:eastAsia="Times New Roman" w:hAnsi="Times New Roman" w:cs="Times New Roman"/>
          <w:sz w:val="24"/>
          <w:szCs w:val="24"/>
          <w:lang w:val="ro-RO"/>
        </w:rPr>
        <w:t xml:space="preserve"> sau </w:t>
      </w:r>
      <w:r w:rsidRPr="6FCB756D">
        <w:rPr>
          <w:rFonts w:ascii="Times New Roman" w:eastAsia="Times New Roman" w:hAnsi="Times New Roman" w:cs="Times New Roman"/>
          <w:sz w:val="24"/>
          <w:szCs w:val="24"/>
          <w:lang w:val="ro-RO"/>
        </w:rPr>
        <w:t>publicitare</w:t>
      </w:r>
      <w:r w:rsidR="1B3D4445" w:rsidRPr="6FCB756D">
        <w:rPr>
          <w:rFonts w:ascii="Times New Roman" w:eastAsia="Times New Roman" w:hAnsi="Times New Roman" w:cs="Times New Roman"/>
          <w:sz w:val="24"/>
          <w:szCs w:val="24"/>
          <w:lang w:val="ro-RO"/>
        </w:rPr>
        <w:t>, instituții publice subordonate Consiliului Local</w:t>
      </w:r>
      <w:r w:rsidR="69FE3EBD" w:rsidRPr="6FCB756D">
        <w:rPr>
          <w:rFonts w:ascii="Times New Roman" w:eastAsia="Times New Roman" w:hAnsi="Times New Roman" w:cs="Times New Roman"/>
          <w:sz w:val="24"/>
          <w:szCs w:val="24"/>
          <w:lang w:val="ro-RO"/>
        </w:rPr>
        <w:t>/Municipiului</w:t>
      </w:r>
      <w:r w:rsidR="1B3D4445" w:rsidRPr="6FCB756D">
        <w:rPr>
          <w:rFonts w:ascii="Times New Roman" w:eastAsia="Times New Roman" w:hAnsi="Times New Roman" w:cs="Times New Roman"/>
          <w:sz w:val="24"/>
          <w:szCs w:val="24"/>
          <w:lang w:val="ro-RO"/>
        </w:rPr>
        <w:t xml:space="preserve"> Timișoara</w:t>
      </w:r>
      <w:r w:rsidR="4AC3AD97" w:rsidRPr="6FCB756D">
        <w:rPr>
          <w:rFonts w:ascii="Times New Roman" w:eastAsia="Times New Roman" w:hAnsi="Times New Roman" w:cs="Times New Roman"/>
          <w:sz w:val="24"/>
          <w:szCs w:val="24"/>
          <w:lang w:val="ro-RO"/>
        </w:rPr>
        <w:t xml:space="preserve">. </w:t>
      </w:r>
    </w:p>
    <w:p w14:paraId="371702C7" w14:textId="1A16B777" w:rsidR="1535AD3C" w:rsidRDefault="1535AD3C" w:rsidP="372029BD">
      <w:pPr>
        <w:pStyle w:val="ListParagraph"/>
        <w:numPr>
          <w:ilvl w:val="0"/>
          <w:numId w:val="23"/>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O organizație eligibilă poate gestiona până la maxim 3 </w:t>
      </w:r>
      <w:proofErr w:type="spellStart"/>
      <w:r w:rsidRPr="372029BD">
        <w:rPr>
          <w:rFonts w:ascii="Times New Roman" w:eastAsia="Times New Roman" w:hAnsi="Times New Roman" w:cs="Times New Roman"/>
          <w:sz w:val="24"/>
          <w:szCs w:val="24"/>
          <w:lang w:val="ro-RO"/>
        </w:rPr>
        <w:t>microgranturi</w:t>
      </w:r>
      <w:proofErr w:type="spellEnd"/>
      <w:r w:rsidRPr="372029BD">
        <w:rPr>
          <w:rFonts w:ascii="Times New Roman" w:eastAsia="Times New Roman" w:hAnsi="Times New Roman" w:cs="Times New Roman"/>
          <w:sz w:val="24"/>
          <w:szCs w:val="24"/>
          <w:lang w:val="ro-RO"/>
        </w:rPr>
        <w:t xml:space="preserve">. </w:t>
      </w:r>
    </w:p>
    <w:p w14:paraId="7914629E" w14:textId="6612D990" w:rsidR="07FFCD74" w:rsidRDefault="07FFCD74" w:rsidP="372029BD">
      <w:pPr>
        <w:pStyle w:val="ListParagraph"/>
        <w:numPr>
          <w:ilvl w:val="0"/>
          <w:numId w:val="23"/>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Organizațiile își asumă administrarea responsabilă a </w:t>
      </w:r>
      <w:proofErr w:type="spellStart"/>
      <w:r w:rsidRPr="372029BD">
        <w:rPr>
          <w:rFonts w:ascii="Times New Roman" w:eastAsia="Times New Roman" w:hAnsi="Times New Roman" w:cs="Times New Roman"/>
          <w:sz w:val="24"/>
          <w:szCs w:val="24"/>
          <w:lang w:val="ro-RO"/>
        </w:rPr>
        <w:t>micrograntului</w:t>
      </w:r>
      <w:proofErr w:type="spellEnd"/>
      <w:r w:rsidRPr="372029BD">
        <w:rPr>
          <w:rFonts w:ascii="Times New Roman" w:eastAsia="Times New Roman" w:hAnsi="Times New Roman" w:cs="Times New Roman"/>
          <w:sz w:val="24"/>
          <w:szCs w:val="24"/>
          <w:lang w:val="ro-RO"/>
        </w:rPr>
        <w:t xml:space="preserve">, sprijinirea echipei de tineri, păstrarea documentelor justificative și transmiterea raportului final de </w:t>
      </w:r>
      <w:proofErr w:type="spellStart"/>
      <w:r w:rsidRPr="372029BD">
        <w:rPr>
          <w:rFonts w:ascii="Times New Roman" w:eastAsia="Times New Roman" w:hAnsi="Times New Roman" w:cs="Times New Roman"/>
          <w:sz w:val="24"/>
          <w:szCs w:val="24"/>
          <w:lang w:val="ro-RO"/>
        </w:rPr>
        <w:t>microgrant</w:t>
      </w:r>
      <w:proofErr w:type="spellEnd"/>
      <w:r w:rsidRPr="372029BD">
        <w:rPr>
          <w:rFonts w:ascii="Times New Roman" w:eastAsia="Times New Roman" w:hAnsi="Times New Roman" w:cs="Times New Roman"/>
          <w:sz w:val="24"/>
          <w:szCs w:val="24"/>
          <w:lang w:val="ro-RO"/>
        </w:rPr>
        <w:t>.</w:t>
      </w:r>
    </w:p>
    <w:p w14:paraId="7F8A27ED" w14:textId="6A8FDF7A" w:rsidR="02CC84A7" w:rsidRDefault="02CC84A7" w:rsidP="372029BD">
      <w:pPr>
        <w:pStyle w:val="ListParagraph"/>
        <w:spacing w:line="360" w:lineRule="auto"/>
        <w:ind w:left="360"/>
        <w:jc w:val="both"/>
        <w:rPr>
          <w:rFonts w:ascii="Times New Roman" w:eastAsia="Times New Roman" w:hAnsi="Times New Roman" w:cs="Times New Roman"/>
          <w:sz w:val="24"/>
          <w:szCs w:val="24"/>
          <w:lang w:val="ro-RO"/>
        </w:rPr>
      </w:pPr>
    </w:p>
    <w:p w14:paraId="76B976ED" w14:textId="5358292D" w:rsidR="4CBD97C0" w:rsidRDefault="4CBD97C0" w:rsidP="372029BD">
      <w:pPr>
        <w:spacing w:line="360" w:lineRule="auto"/>
        <w:jc w:val="both"/>
        <w:rPr>
          <w:rFonts w:ascii="Times New Roman" w:eastAsia="Times New Roman" w:hAnsi="Times New Roman" w:cs="Times New Roman"/>
          <w:b/>
          <w:bCs/>
          <w:sz w:val="24"/>
          <w:szCs w:val="24"/>
          <w:lang w:val="ro-RO"/>
        </w:rPr>
      </w:pPr>
      <w:r w:rsidRPr="677C4805">
        <w:rPr>
          <w:rFonts w:ascii="Times New Roman" w:eastAsia="Times New Roman" w:hAnsi="Times New Roman" w:cs="Times New Roman"/>
          <w:b/>
          <w:bCs/>
          <w:sz w:val="24"/>
          <w:szCs w:val="24"/>
          <w:lang w:val="ro-RO"/>
        </w:rPr>
        <w:t>Articolul 5. C</w:t>
      </w:r>
      <w:r w:rsidR="43D53A1B" w:rsidRPr="677C4805">
        <w:rPr>
          <w:rFonts w:ascii="Times New Roman" w:eastAsia="Times New Roman" w:hAnsi="Times New Roman" w:cs="Times New Roman"/>
          <w:b/>
          <w:bCs/>
          <w:sz w:val="24"/>
          <w:szCs w:val="24"/>
          <w:lang w:val="ro-RO"/>
        </w:rPr>
        <w:t>riterii generale de</w:t>
      </w:r>
      <w:r w:rsidRPr="677C4805">
        <w:rPr>
          <w:rFonts w:ascii="Times New Roman" w:eastAsia="Times New Roman" w:hAnsi="Times New Roman" w:cs="Times New Roman"/>
          <w:b/>
          <w:bCs/>
          <w:sz w:val="24"/>
          <w:szCs w:val="24"/>
          <w:lang w:val="ro-RO"/>
        </w:rPr>
        <w:t xml:space="preserve"> eligibilitate ale proiectelor</w:t>
      </w:r>
    </w:p>
    <w:p w14:paraId="538CC191" w14:textId="2A23E8C7" w:rsidR="6B7B6E04" w:rsidRDefault="6B7B6E04" w:rsidP="372029BD">
      <w:p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Pentru a fi eligibil, un proiect trebuie să îndeplinească toate condițiile de mai jos:</w:t>
      </w:r>
    </w:p>
    <w:p w14:paraId="73A75900" w14:textId="6C610221" w:rsidR="59AEC49B" w:rsidRDefault="59AEC49B" w:rsidP="372029BD">
      <w:pPr>
        <w:pStyle w:val="ListParagraph"/>
        <w:numPr>
          <w:ilvl w:val="0"/>
          <w:numId w:val="19"/>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Să se încadreze într-un</w:t>
      </w:r>
      <w:r w:rsidR="0BB8589E" w:rsidRPr="372029BD">
        <w:rPr>
          <w:rFonts w:ascii="Times New Roman" w:eastAsia="Times New Roman" w:hAnsi="Times New Roman" w:cs="Times New Roman"/>
          <w:sz w:val="24"/>
          <w:szCs w:val="24"/>
          <w:lang w:val="ro-RO"/>
        </w:rPr>
        <w:t>a</w:t>
      </w:r>
      <w:r w:rsidRPr="372029BD">
        <w:rPr>
          <w:rFonts w:ascii="Times New Roman" w:eastAsia="Times New Roman" w:hAnsi="Times New Roman" w:cs="Times New Roman"/>
          <w:sz w:val="24"/>
          <w:szCs w:val="24"/>
          <w:lang w:val="ro-RO"/>
        </w:rPr>
        <w:t xml:space="preserve"> sau mai multe dintre prioritățile programului conform art. 2 și să contribuie la transformarea </w:t>
      </w:r>
      <w:r w:rsidR="4D42115B" w:rsidRPr="372029BD">
        <w:rPr>
          <w:rFonts w:ascii="Times New Roman" w:eastAsia="Times New Roman" w:hAnsi="Times New Roman" w:cs="Times New Roman"/>
          <w:sz w:val="24"/>
          <w:szCs w:val="24"/>
          <w:lang w:val="ro-RO"/>
        </w:rPr>
        <w:t xml:space="preserve">Municipiului Timișoara </w:t>
      </w:r>
      <w:r w:rsidRPr="372029BD">
        <w:rPr>
          <w:rFonts w:ascii="Times New Roman" w:eastAsia="Times New Roman" w:hAnsi="Times New Roman" w:cs="Times New Roman"/>
          <w:sz w:val="24"/>
          <w:szCs w:val="24"/>
          <w:lang w:val="ro-RO"/>
        </w:rPr>
        <w:t>într-un oraș neutru din punct de vedere climatic și rezistent la schimbările climatice</w:t>
      </w:r>
      <w:r w:rsidR="382C37C5" w:rsidRPr="372029BD">
        <w:rPr>
          <w:rFonts w:ascii="Times New Roman" w:eastAsia="Times New Roman" w:hAnsi="Times New Roman" w:cs="Times New Roman"/>
          <w:sz w:val="24"/>
          <w:szCs w:val="24"/>
          <w:lang w:val="ro-RO"/>
        </w:rPr>
        <w:t>;</w:t>
      </w:r>
    </w:p>
    <w:p w14:paraId="47870148" w14:textId="1DE57709" w:rsidR="382C37C5" w:rsidRDefault="382C37C5" w:rsidP="372029BD">
      <w:pPr>
        <w:pStyle w:val="ListParagraph"/>
        <w:numPr>
          <w:ilvl w:val="0"/>
          <w:numId w:val="19"/>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lastRenderedPageBreak/>
        <w:t>S</w:t>
      </w:r>
      <w:r w:rsidR="6B7B6E04" w:rsidRPr="372029BD">
        <w:rPr>
          <w:rFonts w:ascii="Times New Roman" w:eastAsia="Times New Roman" w:hAnsi="Times New Roman" w:cs="Times New Roman"/>
          <w:sz w:val="24"/>
          <w:szCs w:val="24"/>
          <w:lang w:val="ro-RO"/>
        </w:rPr>
        <w:t>ă fie propus, elaborat</w:t>
      </w:r>
      <w:r w:rsidR="30957FD2" w:rsidRPr="372029BD">
        <w:rPr>
          <w:rFonts w:ascii="Times New Roman" w:eastAsia="Times New Roman" w:hAnsi="Times New Roman" w:cs="Times New Roman"/>
          <w:sz w:val="24"/>
          <w:szCs w:val="24"/>
          <w:lang w:val="ro-RO"/>
        </w:rPr>
        <w:t>, condus</w:t>
      </w:r>
      <w:r w:rsidR="6B7B6E04" w:rsidRPr="372029BD">
        <w:rPr>
          <w:rFonts w:ascii="Times New Roman" w:eastAsia="Times New Roman" w:hAnsi="Times New Roman" w:cs="Times New Roman"/>
          <w:sz w:val="24"/>
          <w:szCs w:val="24"/>
          <w:lang w:val="ro-RO"/>
        </w:rPr>
        <w:t xml:space="preserve"> și </w:t>
      </w:r>
      <w:r w:rsidR="1590395B" w:rsidRPr="372029BD">
        <w:rPr>
          <w:rFonts w:ascii="Times New Roman" w:eastAsia="Times New Roman" w:hAnsi="Times New Roman" w:cs="Times New Roman"/>
          <w:sz w:val="24"/>
          <w:szCs w:val="24"/>
          <w:lang w:val="ro-RO"/>
        </w:rPr>
        <w:t>implementat</w:t>
      </w:r>
      <w:r w:rsidR="6B7B6E04" w:rsidRPr="372029BD">
        <w:rPr>
          <w:rFonts w:ascii="Times New Roman" w:eastAsia="Times New Roman" w:hAnsi="Times New Roman" w:cs="Times New Roman"/>
          <w:sz w:val="24"/>
          <w:szCs w:val="24"/>
          <w:lang w:val="ro-RO"/>
        </w:rPr>
        <w:t xml:space="preserve"> de </w:t>
      </w:r>
      <w:r w:rsidR="300BD0AE" w:rsidRPr="372029BD">
        <w:rPr>
          <w:rFonts w:ascii="Times New Roman" w:eastAsia="Times New Roman" w:hAnsi="Times New Roman" w:cs="Times New Roman"/>
          <w:sz w:val="24"/>
          <w:szCs w:val="24"/>
          <w:lang w:val="ro-RO"/>
        </w:rPr>
        <w:t xml:space="preserve">echipe formate din </w:t>
      </w:r>
      <w:r w:rsidR="6B7B6E04" w:rsidRPr="372029BD">
        <w:rPr>
          <w:rFonts w:ascii="Times New Roman" w:eastAsia="Times New Roman" w:hAnsi="Times New Roman" w:cs="Times New Roman"/>
          <w:sz w:val="24"/>
          <w:szCs w:val="24"/>
          <w:lang w:val="ro-RO"/>
        </w:rPr>
        <w:t>minimum 2 tineri cu vârstă între 15 și 24 de ani</w:t>
      </w:r>
      <w:r w:rsidR="75B10F58" w:rsidRPr="372029BD">
        <w:rPr>
          <w:rFonts w:ascii="Times New Roman" w:eastAsia="Times New Roman" w:hAnsi="Times New Roman" w:cs="Times New Roman"/>
          <w:sz w:val="24"/>
          <w:szCs w:val="24"/>
          <w:lang w:val="ro-RO"/>
        </w:rPr>
        <w:t>;</w:t>
      </w:r>
    </w:p>
    <w:p w14:paraId="18C8FD7E" w14:textId="6002FDD2" w:rsidR="55BA4068" w:rsidRDefault="55BA4068" w:rsidP="372029BD">
      <w:pPr>
        <w:pStyle w:val="ListParagraph"/>
        <w:numPr>
          <w:ilvl w:val="0"/>
          <w:numId w:val="19"/>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Să prezinte în mod clar scopul proiectului, durata și pașii de implementare;</w:t>
      </w:r>
    </w:p>
    <w:p w14:paraId="2671CB85" w14:textId="1FE780AB" w:rsidR="55BA4068" w:rsidRDefault="55BA4068" w:rsidP="372029BD">
      <w:pPr>
        <w:pStyle w:val="ListParagraph"/>
        <w:numPr>
          <w:ilvl w:val="0"/>
          <w:numId w:val="19"/>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Să includă cel puțin un rezultat direct (output), un efect al proiectului asupra comunității</w:t>
      </w:r>
      <w:r w:rsidR="62151126" w:rsidRPr="372029BD">
        <w:rPr>
          <w:rFonts w:ascii="Times New Roman" w:eastAsia="Times New Roman" w:hAnsi="Times New Roman" w:cs="Times New Roman"/>
          <w:sz w:val="24"/>
          <w:szCs w:val="24"/>
          <w:lang w:val="ro-RO"/>
        </w:rPr>
        <w:t xml:space="preserve">, </w:t>
      </w:r>
      <w:r w:rsidRPr="372029BD">
        <w:rPr>
          <w:rFonts w:ascii="Times New Roman" w:eastAsia="Times New Roman" w:hAnsi="Times New Roman" w:cs="Times New Roman"/>
          <w:sz w:val="24"/>
          <w:szCs w:val="24"/>
          <w:lang w:val="ro-RO"/>
        </w:rPr>
        <w:t>a grupurilor țintă sau a mediului (</w:t>
      </w:r>
      <w:proofErr w:type="spellStart"/>
      <w:r w:rsidRPr="372029BD">
        <w:rPr>
          <w:rFonts w:ascii="Times New Roman" w:eastAsia="Times New Roman" w:hAnsi="Times New Roman" w:cs="Times New Roman"/>
          <w:sz w:val="24"/>
          <w:szCs w:val="24"/>
          <w:lang w:val="ro-RO"/>
        </w:rPr>
        <w:t>outcome</w:t>
      </w:r>
      <w:proofErr w:type="spellEnd"/>
      <w:r w:rsidRPr="372029BD">
        <w:rPr>
          <w:rFonts w:ascii="Times New Roman" w:eastAsia="Times New Roman" w:hAnsi="Times New Roman" w:cs="Times New Roman"/>
          <w:sz w:val="24"/>
          <w:szCs w:val="24"/>
          <w:lang w:val="ro-RO"/>
        </w:rPr>
        <w:t>) și să propună ținte numerice predefinite pentru acestea;</w:t>
      </w:r>
    </w:p>
    <w:p w14:paraId="08945FFD" w14:textId="75EF2B8E" w:rsidR="7D1476DE" w:rsidRDefault="7D1476DE" w:rsidP="372029BD">
      <w:pPr>
        <w:pStyle w:val="ListParagraph"/>
        <w:numPr>
          <w:ilvl w:val="0"/>
          <w:numId w:val="19"/>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S</w:t>
      </w:r>
      <w:r w:rsidR="6B7B6E04" w:rsidRPr="372029BD">
        <w:rPr>
          <w:rFonts w:ascii="Times New Roman" w:eastAsia="Times New Roman" w:hAnsi="Times New Roman" w:cs="Times New Roman"/>
          <w:sz w:val="24"/>
          <w:szCs w:val="24"/>
          <w:lang w:val="ro-RO"/>
        </w:rPr>
        <w:t xml:space="preserve">ă solicite un </w:t>
      </w:r>
      <w:proofErr w:type="spellStart"/>
      <w:r w:rsidR="46754947" w:rsidRPr="372029BD">
        <w:rPr>
          <w:rFonts w:ascii="Times New Roman" w:eastAsia="Times New Roman" w:hAnsi="Times New Roman" w:cs="Times New Roman"/>
          <w:sz w:val="24"/>
          <w:szCs w:val="24"/>
          <w:lang w:val="ro-RO"/>
        </w:rPr>
        <w:t>microgrant</w:t>
      </w:r>
      <w:proofErr w:type="spellEnd"/>
      <w:r w:rsidR="46754947" w:rsidRPr="372029BD">
        <w:rPr>
          <w:rFonts w:ascii="Times New Roman" w:eastAsia="Times New Roman" w:hAnsi="Times New Roman" w:cs="Times New Roman"/>
          <w:sz w:val="24"/>
          <w:szCs w:val="24"/>
          <w:lang w:val="ro-RO"/>
        </w:rPr>
        <w:t xml:space="preserve"> </w:t>
      </w:r>
      <w:r w:rsidR="6B7B6E04" w:rsidRPr="372029BD">
        <w:rPr>
          <w:rFonts w:ascii="Times New Roman" w:eastAsia="Times New Roman" w:hAnsi="Times New Roman" w:cs="Times New Roman"/>
          <w:sz w:val="24"/>
          <w:szCs w:val="24"/>
          <w:lang w:val="ro-RO"/>
        </w:rPr>
        <w:t>între 1.000 USD și 5.000 USD sau echivalentul în lei</w:t>
      </w:r>
      <w:r w:rsidR="6F516B83" w:rsidRPr="372029BD">
        <w:rPr>
          <w:rFonts w:ascii="Times New Roman" w:eastAsia="Times New Roman" w:hAnsi="Times New Roman" w:cs="Times New Roman"/>
          <w:sz w:val="24"/>
          <w:szCs w:val="24"/>
          <w:lang w:val="ro-RO"/>
        </w:rPr>
        <w:t xml:space="preserve">, să detalieze bugetul și să includă doar cheltuieli eligibile </w:t>
      </w:r>
      <w:r w:rsidR="7CA6797A" w:rsidRPr="372029BD">
        <w:rPr>
          <w:rFonts w:ascii="Times New Roman" w:eastAsia="Times New Roman" w:hAnsi="Times New Roman" w:cs="Times New Roman"/>
          <w:sz w:val="24"/>
          <w:szCs w:val="24"/>
          <w:lang w:val="ro-RO"/>
        </w:rPr>
        <w:t xml:space="preserve">și în limitele stabilite </w:t>
      </w:r>
      <w:r w:rsidR="6F516B83" w:rsidRPr="372029BD">
        <w:rPr>
          <w:rFonts w:ascii="Times New Roman" w:eastAsia="Times New Roman" w:hAnsi="Times New Roman" w:cs="Times New Roman"/>
          <w:sz w:val="24"/>
          <w:szCs w:val="24"/>
          <w:lang w:val="ro-RO"/>
        </w:rPr>
        <w:t>conform prezentului regulament</w:t>
      </w:r>
      <w:r w:rsidR="7998874D" w:rsidRPr="372029BD">
        <w:rPr>
          <w:rFonts w:ascii="Times New Roman" w:eastAsia="Times New Roman" w:hAnsi="Times New Roman" w:cs="Times New Roman"/>
          <w:sz w:val="24"/>
          <w:szCs w:val="24"/>
          <w:lang w:val="ro-RO"/>
        </w:rPr>
        <w:t xml:space="preserve">. </w:t>
      </w:r>
      <w:r w:rsidR="5F0C5408" w:rsidRPr="372029BD">
        <w:rPr>
          <w:rFonts w:ascii="Times New Roman" w:eastAsia="Times New Roman" w:hAnsi="Times New Roman" w:cs="Times New Roman"/>
          <w:sz w:val="24"/>
          <w:szCs w:val="24"/>
          <w:lang w:val="ro-RO"/>
        </w:rPr>
        <w:t>Costurile echipamentelor și infrastructurii nu trebuie să depășească 50% din bugetul proiectului</w:t>
      </w:r>
      <w:r w:rsidR="030485A0" w:rsidRPr="372029BD">
        <w:rPr>
          <w:rFonts w:ascii="Times New Roman" w:eastAsia="Times New Roman" w:hAnsi="Times New Roman" w:cs="Times New Roman"/>
          <w:sz w:val="24"/>
          <w:szCs w:val="24"/>
          <w:lang w:val="ro-RO"/>
        </w:rPr>
        <w:t>;</w:t>
      </w:r>
      <w:r w:rsidR="5F0C5408" w:rsidRPr="372029BD">
        <w:rPr>
          <w:rFonts w:ascii="Times New Roman" w:eastAsia="Times New Roman" w:hAnsi="Times New Roman" w:cs="Times New Roman"/>
          <w:sz w:val="24"/>
          <w:szCs w:val="24"/>
          <w:lang w:val="ro-RO"/>
        </w:rPr>
        <w:t xml:space="preserve"> </w:t>
      </w:r>
    </w:p>
    <w:p w14:paraId="4A63043E" w14:textId="44BAF551" w:rsidR="1256ACBA" w:rsidRDefault="1256ACBA" w:rsidP="372029BD">
      <w:pPr>
        <w:pStyle w:val="ListParagraph"/>
        <w:numPr>
          <w:ilvl w:val="0"/>
          <w:numId w:val="19"/>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Să înceapă cel mai devreme după</w:t>
      </w:r>
      <w:r w:rsidR="00633734" w:rsidRPr="372029BD">
        <w:rPr>
          <w:rFonts w:ascii="Times New Roman" w:eastAsia="Times New Roman" w:hAnsi="Times New Roman" w:cs="Times New Roman"/>
          <w:sz w:val="24"/>
          <w:szCs w:val="24"/>
          <w:lang w:val="ro-RO"/>
        </w:rPr>
        <w:t xml:space="preserve"> semnarea contractului de finanțare cu organizația care va gestiona </w:t>
      </w:r>
      <w:proofErr w:type="spellStart"/>
      <w:r w:rsidR="00633734" w:rsidRPr="372029BD">
        <w:rPr>
          <w:rFonts w:ascii="Times New Roman" w:eastAsia="Times New Roman" w:hAnsi="Times New Roman" w:cs="Times New Roman"/>
          <w:sz w:val="24"/>
          <w:szCs w:val="24"/>
          <w:lang w:val="ro-RO"/>
        </w:rPr>
        <w:t>micrograntul</w:t>
      </w:r>
      <w:proofErr w:type="spellEnd"/>
      <w:r w:rsidRPr="372029BD">
        <w:rPr>
          <w:rFonts w:ascii="Times New Roman" w:eastAsia="Times New Roman" w:hAnsi="Times New Roman" w:cs="Times New Roman"/>
          <w:sz w:val="24"/>
          <w:szCs w:val="24"/>
          <w:lang w:val="ro-RO"/>
        </w:rPr>
        <w:t xml:space="preserve"> și să fie  implementat până cel târziu la data de 15 aprilie 2027;</w:t>
      </w:r>
    </w:p>
    <w:p w14:paraId="77E79876" w14:textId="23364B79" w:rsidR="77CD71E1" w:rsidRDefault="77CD71E1" w:rsidP="372029BD">
      <w:pPr>
        <w:pStyle w:val="ListParagraph"/>
        <w:numPr>
          <w:ilvl w:val="0"/>
          <w:numId w:val="19"/>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S</w:t>
      </w:r>
      <w:r w:rsidR="6B7B6E04" w:rsidRPr="372029BD">
        <w:rPr>
          <w:rFonts w:ascii="Times New Roman" w:eastAsia="Times New Roman" w:hAnsi="Times New Roman" w:cs="Times New Roman"/>
          <w:sz w:val="24"/>
          <w:szCs w:val="24"/>
          <w:lang w:val="ro-RO"/>
        </w:rPr>
        <w:t>ă nu aib</w:t>
      </w:r>
      <w:r w:rsidR="30F7D52C" w:rsidRPr="372029BD">
        <w:rPr>
          <w:rFonts w:ascii="Times New Roman" w:eastAsia="Times New Roman" w:hAnsi="Times New Roman" w:cs="Times New Roman"/>
          <w:sz w:val="24"/>
          <w:szCs w:val="24"/>
          <w:lang w:val="ro-RO"/>
        </w:rPr>
        <w:t>ă</w:t>
      </w:r>
      <w:r w:rsidR="6B7B6E04" w:rsidRPr="372029BD">
        <w:rPr>
          <w:rFonts w:ascii="Times New Roman" w:eastAsia="Times New Roman" w:hAnsi="Times New Roman" w:cs="Times New Roman"/>
          <w:sz w:val="24"/>
          <w:szCs w:val="24"/>
          <w:lang w:val="ro-RO"/>
        </w:rPr>
        <w:t xml:space="preserve"> caracter comercial, publicitar, partizan politic, electoral, discriminatoriu sau de lobby;</w:t>
      </w:r>
    </w:p>
    <w:p w14:paraId="430F7E04" w14:textId="656B9F36" w:rsidR="4431EB49" w:rsidRDefault="4431EB49" w:rsidP="372029BD">
      <w:pPr>
        <w:pStyle w:val="ListParagraph"/>
        <w:numPr>
          <w:ilvl w:val="0"/>
          <w:numId w:val="19"/>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S</w:t>
      </w:r>
      <w:r w:rsidR="6B7B6E04" w:rsidRPr="372029BD">
        <w:rPr>
          <w:rFonts w:ascii="Times New Roman" w:eastAsia="Times New Roman" w:hAnsi="Times New Roman" w:cs="Times New Roman"/>
          <w:sz w:val="24"/>
          <w:szCs w:val="24"/>
          <w:lang w:val="ro-RO"/>
        </w:rPr>
        <w:t xml:space="preserve">ă nu </w:t>
      </w:r>
      <w:r w:rsidR="29C8A13B" w:rsidRPr="372029BD">
        <w:rPr>
          <w:rFonts w:ascii="Times New Roman" w:eastAsia="Times New Roman" w:hAnsi="Times New Roman" w:cs="Times New Roman"/>
          <w:sz w:val="24"/>
          <w:szCs w:val="24"/>
          <w:lang w:val="ro-RO"/>
        </w:rPr>
        <w:t>vizeze</w:t>
      </w:r>
      <w:r w:rsidR="6B7B6E04" w:rsidRPr="372029BD">
        <w:rPr>
          <w:rFonts w:ascii="Times New Roman" w:eastAsia="Times New Roman" w:hAnsi="Times New Roman" w:cs="Times New Roman"/>
          <w:sz w:val="24"/>
          <w:szCs w:val="24"/>
          <w:lang w:val="ro-RO"/>
        </w:rPr>
        <w:t xml:space="preserve"> servicii sau cheltuieli deja acoperite prin alte inițiative existente ale municipalității</w:t>
      </w:r>
      <w:r w:rsidR="3747B92E" w:rsidRPr="372029BD">
        <w:rPr>
          <w:rFonts w:ascii="Times New Roman" w:eastAsia="Times New Roman" w:hAnsi="Times New Roman" w:cs="Times New Roman"/>
          <w:sz w:val="24"/>
          <w:szCs w:val="24"/>
          <w:lang w:val="ro-RO"/>
        </w:rPr>
        <w:t>;</w:t>
      </w:r>
    </w:p>
    <w:p w14:paraId="6C9E0417" w14:textId="3473ACC5" w:rsidR="005F11B0" w:rsidRDefault="2286FFAF" w:rsidP="372029BD">
      <w:pPr>
        <w:pStyle w:val="Heading1"/>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CAPITOLUL </w:t>
      </w:r>
      <w:r w:rsidR="52CBCECA" w:rsidRPr="372029BD">
        <w:rPr>
          <w:rFonts w:ascii="Times New Roman" w:eastAsia="Times New Roman" w:hAnsi="Times New Roman" w:cs="Times New Roman"/>
          <w:sz w:val="24"/>
          <w:szCs w:val="24"/>
          <w:lang w:val="ro-RO"/>
        </w:rPr>
        <w:t>3</w:t>
      </w:r>
      <w:r w:rsidRPr="372029BD">
        <w:rPr>
          <w:rFonts w:ascii="Times New Roman" w:eastAsia="Times New Roman" w:hAnsi="Times New Roman" w:cs="Times New Roman"/>
          <w:sz w:val="24"/>
          <w:szCs w:val="24"/>
          <w:lang w:val="ro-RO"/>
        </w:rPr>
        <w:t>. BUGET ȘI MICROGRANTURI</w:t>
      </w:r>
    </w:p>
    <w:p w14:paraId="7CF050C7" w14:textId="34F8493C" w:rsidR="005F11B0" w:rsidRDefault="2286FFAF" w:rsidP="372029BD">
      <w:pPr>
        <w:spacing w:line="360" w:lineRule="auto"/>
        <w:jc w:val="both"/>
        <w:rPr>
          <w:rFonts w:ascii="Times New Roman" w:eastAsia="Times New Roman" w:hAnsi="Times New Roman" w:cs="Times New Roman"/>
          <w:b/>
          <w:bCs/>
          <w:sz w:val="24"/>
          <w:szCs w:val="24"/>
          <w:lang w:val="ro-RO"/>
        </w:rPr>
      </w:pPr>
      <w:r w:rsidRPr="372029BD">
        <w:rPr>
          <w:rFonts w:ascii="Times New Roman" w:eastAsia="Times New Roman" w:hAnsi="Times New Roman" w:cs="Times New Roman"/>
          <w:b/>
          <w:bCs/>
          <w:sz w:val="24"/>
          <w:szCs w:val="24"/>
          <w:lang w:val="ro-RO"/>
        </w:rPr>
        <w:t xml:space="preserve">Articolul </w:t>
      </w:r>
      <w:r w:rsidR="4119CC08" w:rsidRPr="372029BD">
        <w:rPr>
          <w:rFonts w:ascii="Times New Roman" w:eastAsia="Times New Roman" w:hAnsi="Times New Roman" w:cs="Times New Roman"/>
          <w:b/>
          <w:bCs/>
          <w:sz w:val="24"/>
          <w:szCs w:val="24"/>
          <w:lang w:val="ro-RO"/>
        </w:rPr>
        <w:t>6</w:t>
      </w:r>
      <w:r w:rsidRPr="372029BD">
        <w:rPr>
          <w:rFonts w:ascii="Times New Roman" w:eastAsia="Times New Roman" w:hAnsi="Times New Roman" w:cs="Times New Roman"/>
          <w:b/>
          <w:bCs/>
          <w:sz w:val="24"/>
          <w:szCs w:val="24"/>
          <w:lang w:val="ro-RO"/>
        </w:rPr>
        <w:t>. Bugetul programului</w:t>
      </w:r>
    </w:p>
    <w:p w14:paraId="002873A2" w14:textId="5E5B786D" w:rsidR="2286FFAF" w:rsidRDefault="2286FFAF" w:rsidP="372029BD">
      <w:p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Bugetul total </w:t>
      </w:r>
      <w:r w:rsidR="414769FA" w:rsidRPr="372029BD">
        <w:rPr>
          <w:rFonts w:ascii="Times New Roman" w:eastAsia="Times New Roman" w:hAnsi="Times New Roman" w:cs="Times New Roman"/>
          <w:sz w:val="24"/>
          <w:szCs w:val="24"/>
          <w:lang w:val="ro-RO"/>
        </w:rPr>
        <w:t xml:space="preserve">alocat </w:t>
      </w:r>
      <w:proofErr w:type="spellStart"/>
      <w:r w:rsidR="414769FA" w:rsidRPr="372029BD">
        <w:rPr>
          <w:rFonts w:ascii="Times New Roman" w:eastAsia="Times New Roman" w:hAnsi="Times New Roman" w:cs="Times New Roman"/>
          <w:sz w:val="24"/>
          <w:szCs w:val="24"/>
          <w:lang w:val="ro-RO"/>
        </w:rPr>
        <w:t>microgranturilor</w:t>
      </w:r>
      <w:proofErr w:type="spellEnd"/>
      <w:r w:rsidR="414769FA" w:rsidRPr="372029BD">
        <w:rPr>
          <w:rFonts w:ascii="Times New Roman" w:eastAsia="Times New Roman" w:hAnsi="Times New Roman" w:cs="Times New Roman"/>
          <w:sz w:val="24"/>
          <w:szCs w:val="24"/>
          <w:lang w:val="ro-RO"/>
        </w:rPr>
        <w:t xml:space="preserve"> este în valoare de 40.000 USD, echivalent în lei</w:t>
      </w:r>
      <w:r w:rsidR="25C69FF3" w:rsidRPr="372029BD">
        <w:rPr>
          <w:rFonts w:ascii="Times New Roman" w:eastAsia="Times New Roman" w:hAnsi="Times New Roman" w:cs="Times New Roman"/>
          <w:sz w:val="24"/>
          <w:szCs w:val="24"/>
          <w:lang w:val="ro-RO"/>
        </w:rPr>
        <w:t xml:space="preserve">. </w:t>
      </w:r>
    </w:p>
    <w:p w14:paraId="2CDBA264" w14:textId="4860885C" w:rsidR="25C69FF3" w:rsidRDefault="25C69FF3" w:rsidP="372029BD">
      <w:pPr>
        <w:spacing w:line="360" w:lineRule="auto"/>
        <w:jc w:val="both"/>
        <w:rPr>
          <w:rFonts w:ascii="Times New Roman" w:eastAsia="Times New Roman" w:hAnsi="Times New Roman" w:cs="Times New Roman"/>
          <w:b/>
          <w:bCs/>
          <w:sz w:val="24"/>
          <w:szCs w:val="24"/>
          <w:lang w:val="ro-RO"/>
        </w:rPr>
      </w:pPr>
      <w:r w:rsidRPr="372029BD">
        <w:rPr>
          <w:rFonts w:ascii="Times New Roman" w:eastAsia="Times New Roman" w:hAnsi="Times New Roman" w:cs="Times New Roman"/>
          <w:b/>
          <w:bCs/>
          <w:sz w:val="24"/>
          <w:szCs w:val="24"/>
          <w:lang w:val="ro-RO"/>
        </w:rPr>
        <w:t xml:space="preserve">Articolul </w:t>
      </w:r>
      <w:r w:rsidR="5F8643DC" w:rsidRPr="372029BD">
        <w:rPr>
          <w:rFonts w:ascii="Times New Roman" w:eastAsia="Times New Roman" w:hAnsi="Times New Roman" w:cs="Times New Roman"/>
          <w:b/>
          <w:bCs/>
          <w:sz w:val="24"/>
          <w:szCs w:val="24"/>
          <w:lang w:val="ro-RO"/>
        </w:rPr>
        <w:t>7</w:t>
      </w:r>
      <w:r w:rsidRPr="372029BD">
        <w:rPr>
          <w:rFonts w:ascii="Times New Roman" w:eastAsia="Times New Roman" w:hAnsi="Times New Roman" w:cs="Times New Roman"/>
          <w:b/>
          <w:bCs/>
          <w:sz w:val="24"/>
          <w:szCs w:val="24"/>
          <w:lang w:val="ro-RO"/>
        </w:rPr>
        <w:t xml:space="preserve">. Valoarea </w:t>
      </w:r>
      <w:proofErr w:type="spellStart"/>
      <w:r w:rsidRPr="372029BD">
        <w:rPr>
          <w:rFonts w:ascii="Times New Roman" w:eastAsia="Times New Roman" w:hAnsi="Times New Roman" w:cs="Times New Roman"/>
          <w:b/>
          <w:bCs/>
          <w:sz w:val="24"/>
          <w:szCs w:val="24"/>
          <w:lang w:val="ro-RO"/>
        </w:rPr>
        <w:t>microgranturilor</w:t>
      </w:r>
      <w:proofErr w:type="spellEnd"/>
    </w:p>
    <w:p w14:paraId="24F735EC" w14:textId="6F8ED5D7" w:rsidR="25C69FF3" w:rsidRDefault="25C69FF3" w:rsidP="372029BD">
      <w:pPr>
        <w:pStyle w:val="ListParagraph"/>
        <w:numPr>
          <w:ilvl w:val="0"/>
          <w:numId w:val="18"/>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Se vor finanța </w:t>
      </w:r>
      <w:r w:rsidR="6116E9A4" w:rsidRPr="372029BD">
        <w:rPr>
          <w:rFonts w:ascii="Times New Roman" w:eastAsia="Times New Roman" w:hAnsi="Times New Roman" w:cs="Times New Roman"/>
          <w:sz w:val="24"/>
          <w:szCs w:val="24"/>
          <w:lang w:val="ro-RO"/>
        </w:rPr>
        <w:t xml:space="preserve">între 8 și 40 de </w:t>
      </w:r>
      <w:r w:rsidR="4A9C6062" w:rsidRPr="372029BD">
        <w:rPr>
          <w:rFonts w:ascii="Times New Roman" w:eastAsia="Times New Roman" w:hAnsi="Times New Roman" w:cs="Times New Roman"/>
          <w:sz w:val="24"/>
          <w:szCs w:val="24"/>
          <w:lang w:val="ro-RO"/>
        </w:rPr>
        <w:t xml:space="preserve">proiecte, cu câte un </w:t>
      </w:r>
      <w:proofErr w:type="spellStart"/>
      <w:r w:rsidR="4A9C6062" w:rsidRPr="372029BD">
        <w:rPr>
          <w:rFonts w:ascii="Times New Roman" w:eastAsia="Times New Roman" w:hAnsi="Times New Roman" w:cs="Times New Roman"/>
          <w:sz w:val="24"/>
          <w:szCs w:val="24"/>
          <w:lang w:val="ro-RO"/>
        </w:rPr>
        <w:t>microgrant</w:t>
      </w:r>
      <w:proofErr w:type="spellEnd"/>
      <w:r w:rsidR="4A9C6062" w:rsidRPr="372029BD">
        <w:rPr>
          <w:rFonts w:ascii="Times New Roman" w:eastAsia="Times New Roman" w:hAnsi="Times New Roman" w:cs="Times New Roman"/>
          <w:sz w:val="24"/>
          <w:szCs w:val="24"/>
          <w:lang w:val="ro-RO"/>
        </w:rPr>
        <w:t xml:space="preserve"> în valoare</w:t>
      </w:r>
      <w:r w:rsidR="427176DB" w:rsidRPr="372029BD">
        <w:rPr>
          <w:rFonts w:ascii="Times New Roman" w:eastAsia="Times New Roman" w:hAnsi="Times New Roman" w:cs="Times New Roman"/>
          <w:sz w:val="24"/>
          <w:szCs w:val="24"/>
          <w:lang w:val="ro-RO"/>
        </w:rPr>
        <w:t xml:space="preserve"> minimă de 1.000 USD și valoarea maximă </w:t>
      </w:r>
      <w:r w:rsidR="4A9C6062" w:rsidRPr="372029BD">
        <w:rPr>
          <w:rFonts w:ascii="Times New Roman" w:eastAsia="Times New Roman" w:hAnsi="Times New Roman" w:cs="Times New Roman"/>
          <w:sz w:val="24"/>
          <w:szCs w:val="24"/>
          <w:lang w:val="ro-RO"/>
        </w:rPr>
        <w:t>de 5.000 USD/proiect, echivalentul în lei</w:t>
      </w:r>
      <w:r w:rsidR="59B803D7" w:rsidRPr="372029BD">
        <w:rPr>
          <w:rFonts w:ascii="Times New Roman" w:eastAsia="Times New Roman" w:hAnsi="Times New Roman" w:cs="Times New Roman"/>
          <w:sz w:val="24"/>
          <w:szCs w:val="24"/>
          <w:lang w:val="ro-RO"/>
        </w:rPr>
        <w:t xml:space="preserve">, astfel încât valoarea totală a </w:t>
      </w:r>
      <w:proofErr w:type="spellStart"/>
      <w:r w:rsidR="59B803D7" w:rsidRPr="372029BD">
        <w:rPr>
          <w:rFonts w:ascii="Times New Roman" w:eastAsia="Times New Roman" w:hAnsi="Times New Roman" w:cs="Times New Roman"/>
          <w:sz w:val="24"/>
          <w:szCs w:val="24"/>
          <w:lang w:val="ro-RO"/>
        </w:rPr>
        <w:t>microgranturilor</w:t>
      </w:r>
      <w:proofErr w:type="spellEnd"/>
      <w:r w:rsidR="59B803D7" w:rsidRPr="372029BD">
        <w:rPr>
          <w:rFonts w:ascii="Times New Roman" w:eastAsia="Times New Roman" w:hAnsi="Times New Roman" w:cs="Times New Roman"/>
          <w:sz w:val="24"/>
          <w:szCs w:val="24"/>
          <w:lang w:val="ro-RO"/>
        </w:rPr>
        <w:t xml:space="preserve"> acordate să nu depășească 40.000 USD</w:t>
      </w:r>
      <w:r w:rsidR="7A468664" w:rsidRPr="372029BD">
        <w:rPr>
          <w:rFonts w:ascii="Times New Roman" w:eastAsia="Times New Roman" w:hAnsi="Times New Roman" w:cs="Times New Roman"/>
          <w:sz w:val="24"/>
          <w:szCs w:val="24"/>
          <w:lang w:val="ro-RO"/>
        </w:rPr>
        <w:t>, echivalent în lei</w:t>
      </w:r>
      <w:r w:rsidR="59B803D7" w:rsidRPr="372029BD">
        <w:rPr>
          <w:rFonts w:ascii="Times New Roman" w:eastAsia="Times New Roman" w:hAnsi="Times New Roman" w:cs="Times New Roman"/>
          <w:sz w:val="24"/>
          <w:szCs w:val="24"/>
          <w:lang w:val="ro-RO"/>
        </w:rPr>
        <w:t xml:space="preserve">; </w:t>
      </w:r>
    </w:p>
    <w:p w14:paraId="192523DB" w14:textId="67390745" w:rsidR="25C69FF3" w:rsidRDefault="25C69FF3" w:rsidP="372029BD">
      <w:pPr>
        <w:pStyle w:val="ListParagraph"/>
        <w:numPr>
          <w:ilvl w:val="0"/>
          <w:numId w:val="18"/>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Un </w:t>
      </w:r>
      <w:proofErr w:type="spellStart"/>
      <w:r w:rsidRPr="372029BD">
        <w:rPr>
          <w:rFonts w:ascii="Times New Roman" w:eastAsia="Times New Roman" w:hAnsi="Times New Roman" w:cs="Times New Roman"/>
          <w:sz w:val="24"/>
          <w:szCs w:val="24"/>
          <w:lang w:val="ro-RO"/>
        </w:rPr>
        <w:t>microgrant</w:t>
      </w:r>
      <w:proofErr w:type="spellEnd"/>
      <w:r w:rsidRPr="372029BD">
        <w:rPr>
          <w:rFonts w:ascii="Times New Roman" w:eastAsia="Times New Roman" w:hAnsi="Times New Roman" w:cs="Times New Roman"/>
          <w:sz w:val="24"/>
          <w:szCs w:val="24"/>
          <w:lang w:val="ro-RO"/>
        </w:rPr>
        <w:t xml:space="preserve"> </w:t>
      </w:r>
      <w:r w:rsidR="55BA4B76" w:rsidRPr="372029BD">
        <w:rPr>
          <w:rFonts w:ascii="Times New Roman" w:eastAsia="Times New Roman" w:hAnsi="Times New Roman" w:cs="Times New Roman"/>
          <w:sz w:val="24"/>
          <w:szCs w:val="24"/>
          <w:lang w:val="ro-RO"/>
        </w:rPr>
        <w:t>finanțează</w:t>
      </w:r>
      <w:r w:rsidRPr="372029BD">
        <w:rPr>
          <w:rFonts w:ascii="Times New Roman" w:eastAsia="Times New Roman" w:hAnsi="Times New Roman" w:cs="Times New Roman"/>
          <w:sz w:val="24"/>
          <w:szCs w:val="24"/>
          <w:lang w:val="ro-RO"/>
        </w:rPr>
        <w:t xml:space="preserve"> un singur proiect distinct. </w:t>
      </w:r>
    </w:p>
    <w:p w14:paraId="4A3F0A8D" w14:textId="64D24D61" w:rsidR="681995EF" w:rsidRDefault="681995EF" w:rsidP="372029BD">
      <w:pPr>
        <w:pStyle w:val="ListParagraph"/>
        <w:numPr>
          <w:ilvl w:val="0"/>
          <w:numId w:val="18"/>
        </w:numPr>
        <w:spacing w:line="360" w:lineRule="auto"/>
        <w:jc w:val="both"/>
        <w:rPr>
          <w:rFonts w:ascii="Times New Roman" w:eastAsia="Times New Roman" w:hAnsi="Times New Roman" w:cs="Times New Roman"/>
          <w:sz w:val="24"/>
          <w:szCs w:val="24"/>
          <w:lang w:val="ro-RO"/>
        </w:rPr>
      </w:pPr>
      <w:proofErr w:type="spellStart"/>
      <w:r w:rsidRPr="372029BD">
        <w:rPr>
          <w:rFonts w:ascii="Times New Roman" w:eastAsia="Times New Roman" w:hAnsi="Times New Roman" w:cs="Times New Roman"/>
          <w:sz w:val="24"/>
          <w:szCs w:val="24"/>
          <w:lang w:val="ro-RO"/>
        </w:rPr>
        <w:t>Microgranturile</w:t>
      </w:r>
      <w:proofErr w:type="spellEnd"/>
      <w:r w:rsidRPr="372029BD">
        <w:rPr>
          <w:rFonts w:ascii="Times New Roman" w:eastAsia="Times New Roman" w:hAnsi="Times New Roman" w:cs="Times New Roman"/>
          <w:sz w:val="24"/>
          <w:szCs w:val="24"/>
          <w:lang w:val="ro-RO"/>
        </w:rPr>
        <w:t xml:space="preserve"> se transferă </w:t>
      </w:r>
      <w:r w:rsidR="1CF13726" w:rsidRPr="372029BD">
        <w:rPr>
          <w:rFonts w:ascii="Times New Roman" w:eastAsia="Times New Roman" w:hAnsi="Times New Roman" w:cs="Times New Roman"/>
          <w:sz w:val="24"/>
          <w:szCs w:val="24"/>
          <w:lang w:val="ro-RO"/>
        </w:rPr>
        <w:t xml:space="preserve">organizației eligibile </w:t>
      </w:r>
      <w:r w:rsidRPr="372029BD">
        <w:rPr>
          <w:rFonts w:ascii="Times New Roman" w:eastAsia="Times New Roman" w:hAnsi="Times New Roman" w:cs="Times New Roman"/>
          <w:sz w:val="24"/>
          <w:szCs w:val="24"/>
          <w:lang w:val="ro-RO"/>
        </w:rPr>
        <w:t xml:space="preserve">și sunt gestionate de </w:t>
      </w:r>
      <w:r w:rsidR="7F0DD7F5" w:rsidRPr="372029BD">
        <w:rPr>
          <w:rFonts w:ascii="Times New Roman" w:eastAsia="Times New Roman" w:hAnsi="Times New Roman" w:cs="Times New Roman"/>
          <w:sz w:val="24"/>
          <w:szCs w:val="24"/>
          <w:lang w:val="ro-RO"/>
        </w:rPr>
        <w:t>aceasta</w:t>
      </w:r>
      <w:r w:rsidRPr="372029BD">
        <w:rPr>
          <w:rFonts w:ascii="Times New Roman" w:eastAsia="Times New Roman" w:hAnsi="Times New Roman" w:cs="Times New Roman"/>
          <w:sz w:val="24"/>
          <w:szCs w:val="24"/>
          <w:lang w:val="ro-RO"/>
        </w:rPr>
        <w:t xml:space="preserve">. </w:t>
      </w:r>
      <w:r w:rsidR="306016A3" w:rsidRPr="372029BD">
        <w:rPr>
          <w:rFonts w:ascii="Times New Roman" w:eastAsia="Times New Roman" w:hAnsi="Times New Roman" w:cs="Times New Roman"/>
          <w:sz w:val="24"/>
          <w:szCs w:val="24"/>
          <w:lang w:val="ro-RO"/>
        </w:rPr>
        <w:t>Municipiul Timișoara nu va transfera fonduri direct persoanelor fizice.</w:t>
      </w:r>
    </w:p>
    <w:p w14:paraId="7F46392A" w14:textId="0DB121F4" w:rsidR="02CC84A7" w:rsidRDefault="681A501D" w:rsidP="372029BD">
      <w:pPr>
        <w:pStyle w:val="ListParagraph"/>
        <w:numPr>
          <w:ilvl w:val="0"/>
          <w:numId w:val="18"/>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Aceeași organizație </w:t>
      </w:r>
      <w:r w:rsidR="50DD3A57" w:rsidRPr="372029BD">
        <w:rPr>
          <w:rFonts w:ascii="Times New Roman" w:eastAsia="Times New Roman" w:hAnsi="Times New Roman" w:cs="Times New Roman"/>
          <w:sz w:val="24"/>
          <w:szCs w:val="24"/>
          <w:lang w:val="ro-RO"/>
        </w:rPr>
        <w:t>eligibilă</w:t>
      </w:r>
      <w:r w:rsidRPr="372029BD">
        <w:rPr>
          <w:rFonts w:ascii="Times New Roman" w:eastAsia="Times New Roman" w:hAnsi="Times New Roman" w:cs="Times New Roman"/>
          <w:sz w:val="24"/>
          <w:szCs w:val="24"/>
          <w:lang w:val="ro-RO"/>
        </w:rPr>
        <w:t xml:space="preserve"> poate primi maximum 3 </w:t>
      </w:r>
      <w:proofErr w:type="spellStart"/>
      <w:r w:rsidRPr="372029BD">
        <w:rPr>
          <w:rFonts w:ascii="Times New Roman" w:eastAsia="Times New Roman" w:hAnsi="Times New Roman" w:cs="Times New Roman"/>
          <w:sz w:val="24"/>
          <w:szCs w:val="24"/>
          <w:lang w:val="ro-RO"/>
        </w:rPr>
        <w:t>microgranturi</w:t>
      </w:r>
      <w:proofErr w:type="spellEnd"/>
      <w:r w:rsidRPr="372029BD">
        <w:rPr>
          <w:rFonts w:ascii="Times New Roman" w:eastAsia="Times New Roman" w:hAnsi="Times New Roman" w:cs="Times New Roman"/>
          <w:sz w:val="24"/>
          <w:szCs w:val="24"/>
          <w:lang w:val="ro-RO"/>
        </w:rPr>
        <w:t xml:space="preserve"> pentru proiecte separate, cu echipe de proiect și activități distincte.</w:t>
      </w:r>
    </w:p>
    <w:p w14:paraId="21370CCF" w14:textId="62FC28D2" w:rsidR="1A2EAD00" w:rsidRDefault="1A2EAD00" w:rsidP="372029BD">
      <w:pPr>
        <w:pStyle w:val="ListParagraph"/>
        <w:spacing w:line="360" w:lineRule="auto"/>
        <w:ind w:left="360"/>
        <w:jc w:val="both"/>
        <w:rPr>
          <w:rFonts w:ascii="Times New Roman" w:eastAsia="Times New Roman" w:hAnsi="Times New Roman" w:cs="Times New Roman"/>
          <w:sz w:val="24"/>
          <w:szCs w:val="24"/>
          <w:lang w:val="ro-RO"/>
        </w:rPr>
      </w:pPr>
    </w:p>
    <w:p w14:paraId="7C400BC5" w14:textId="5CB11A7B" w:rsidR="7F9BA0F1" w:rsidRDefault="7F9BA0F1" w:rsidP="372029BD">
      <w:pPr>
        <w:spacing w:line="360" w:lineRule="auto"/>
        <w:jc w:val="both"/>
        <w:rPr>
          <w:rFonts w:ascii="Times New Roman" w:eastAsia="Times New Roman" w:hAnsi="Times New Roman" w:cs="Times New Roman"/>
          <w:b/>
          <w:bCs/>
          <w:sz w:val="24"/>
          <w:szCs w:val="24"/>
          <w:lang w:val="ro-RO"/>
        </w:rPr>
      </w:pPr>
      <w:r w:rsidRPr="372029BD">
        <w:rPr>
          <w:rFonts w:ascii="Times New Roman" w:eastAsia="Times New Roman" w:hAnsi="Times New Roman" w:cs="Times New Roman"/>
          <w:b/>
          <w:bCs/>
          <w:sz w:val="24"/>
          <w:szCs w:val="24"/>
          <w:lang w:val="ro-RO"/>
        </w:rPr>
        <w:t>Articolul 8. Cheltuieli eligibile și neeligibile</w:t>
      </w:r>
    </w:p>
    <w:p w14:paraId="4559D329" w14:textId="16CFB181" w:rsidR="02CC84A7" w:rsidRDefault="7F9BA0F1" w:rsidP="372029BD">
      <w:pPr>
        <w:pStyle w:val="ListParagraph"/>
        <w:numPr>
          <w:ilvl w:val="0"/>
          <w:numId w:val="17"/>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Cheltuielile trebuie să f</w:t>
      </w:r>
      <w:r w:rsidR="275E0273" w:rsidRPr="372029BD">
        <w:rPr>
          <w:rFonts w:ascii="Times New Roman" w:eastAsia="Times New Roman" w:hAnsi="Times New Roman" w:cs="Times New Roman"/>
          <w:sz w:val="24"/>
          <w:szCs w:val="24"/>
          <w:lang w:val="ro-RO"/>
        </w:rPr>
        <w:t>ie</w:t>
      </w:r>
      <w:r w:rsidRPr="372029BD">
        <w:rPr>
          <w:rFonts w:ascii="Times New Roman" w:eastAsia="Times New Roman" w:hAnsi="Times New Roman" w:cs="Times New Roman"/>
          <w:sz w:val="24"/>
          <w:szCs w:val="24"/>
          <w:lang w:val="ro-RO"/>
        </w:rPr>
        <w:t xml:space="preserve"> rezonabile</w:t>
      </w:r>
      <w:r w:rsidR="2EE5E25D" w:rsidRPr="372029BD">
        <w:rPr>
          <w:rFonts w:ascii="Times New Roman" w:eastAsia="Times New Roman" w:hAnsi="Times New Roman" w:cs="Times New Roman"/>
          <w:sz w:val="24"/>
          <w:szCs w:val="24"/>
          <w:lang w:val="ro-RO"/>
        </w:rPr>
        <w:t xml:space="preserve">, corelate cu </w:t>
      </w:r>
      <w:r w:rsidRPr="372029BD">
        <w:rPr>
          <w:rFonts w:ascii="Times New Roman" w:eastAsia="Times New Roman" w:hAnsi="Times New Roman" w:cs="Times New Roman"/>
          <w:sz w:val="24"/>
          <w:szCs w:val="24"/>
          <w:lang w:val="ro-RO"/>
        </w:rPr>
        <w:t xml:space="preserve">activitățile proiectului și </w:t>
      </w:r>
      <w:r w:rsidR="5D34610B" w:rsidRPr="372029BD">
        <w:rPr>
          <w:rFonts w:ascii="Times New Roman" w:eastAsia="Times New Roman" w:hAnsi="Times New Roman" w:cs="Times New Roman"/>
          <w:sz w:val="24"/>
          <w:szCs w:val="24"/>
          <w:lang w:val="ro-RO"/>
        </w:rPr>
        <w:t>însoțite de documente justificative.</w:t>
      </w:r>
    </w:p>
    <w:p w14:paraId="4E6356E6" w14:textId="59EF21DE" w:rsidR="0D0991FA" w:rsidRDefault="0D0991FA" w:rsidP="372029BD">
      <w:pPr>
        <w:pStyle w:val="ListParagraph"/>
        <w:spacing w:line="360" w:lineRule="auto"/>
        <w:ind w:left="360"/>
        <w:jc w:val="both"/>
        <w:rPr>
          <w:rFonts w:ascii="Times New Roman" w:eastAsia="Times New Roman" w:hAnsi="Times New Roman" w:cs="Times New Roman"/>
          <w:sz w:val="24"/>
          <w:szCs w:val="24"/>
          <w:lang w:val="ro-RO"/>
        </w:rPr>
      </w:pPr>
    </w:p>
    <w:p w14:paraId="6553E819" w14:textId="247E410E" w:rsidR="7F9BA0F1" w:rsidRDefault="7F9BA0F1" w:rsidP="372029BD">
      <w:pPr>
        <w:pStyle w:val="ListParagraph"/>
        <w:numPr>
          <w:ilvl w:val="0"/>
          <w:numId w:val="17"/>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Cheltuieli</w:t>
      </w:r>
      <w:r w:rsidR="78698595" w:rsidRPr="372029BD">
        <w:rPr>
          <w:rFonts w:ascii="Times New Roman" w:eastAsia="Times New Roman" w:hAnsi="Times New Roman" w:cs="Times New Roman"/>
          <w:sz w:val="24"/>
          <w:szCs w:val="24"/>
          <w:lang w:val="ro-RO"/>
        </w:rPr>
        <w:t>le</w:t>
      </w:r>
      <w:r w:rsidRPr="372029BD">
        <w:rPr>
          <w:rFonts w:ascii="Times New Roman" w:eastAsia="Times New Roman" w:hAnsi="Times New Roman" w:cs="Times New Roman"/>
          <w:sz w:val="24"/>
          <w:szCs w:val="24"/>
          <w:lang w:val="ro-RO"/>
        </w:rPr>
        <w:t xml:space="preserve"> eligibile</w:t>
      </w:r>
      <w:r w:rsidR="7168FE18" w:rsidRPr="372029BD">
        <w:rPr>
          <w:rFonts w:ascii="Times New Roman" w:eastAsia="Times New Roman" w:hAnsi="Times New Roman" w:cs="Times New Roman"/>
          <w:sz w:val="24"/>
          <w:szCs w:val="24"/>
          <w:lang w:val="ro-RO"/>
        </w:rPr>
        <w:t xml:space="preserve"> sunt:</w:t>
      </w:r>
    </w:p>
    <w:p w14:paraId="199F3AE1" w14:textId="3758FBD7" w:rsidR="69172FF1" w:rsidRDefault="69172FF1" w:rsidP="372029BD">
      <w:pPr>
        <w:pStyle w:val="ListParagraph"/>
        <w:numPr>
          <w:ilvl w:val="0"/>
          <w:numId w:val="16"/>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lastRenderedPageBreak/>
        <w:t>materiale și consumabile necesare proiectului, inclusiv închirierea și achiziționarea de articole necesare în mod direct pentru implementarea proiectului, cum ar fi echipamente, unelte, articole pentru desen și pictură etc.;</w:t>
      </w:r>
    </w:p>
    <w:p w14:paraId="5985406E" w14:textId="427A0EBD" w:rsidR="69172FF1" w:rsidRDefault="69172FF1" w:rsidP="372029BD">
      <w:pPr>
        <w:pStyle w:val="ListParagraph"/>
        <w:numPr>
          <w:ilvl w:val="0"/>
          <w:numId w:val="16"/>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costuri pentru organizarea </w:t>
      </w:r>
      <w:r w:rsidR="5A0B6E58" w:rsidRPr="372029BD">
        <w:rPr>
          <w:rFonts w:ascii="Times New Roman" w:eastAsia="Times New Roman" w:hAnsi="Times New Roman" w:cs="Times New Roman"/>
          <w:sz w:val="24"/>
          <w:szCs w:val="24"/>
          <w:lang w:val="ro-RO"/>
        </w:rPr>
        <w:t xml:space="preserve">de </w:t>
      </w:r>
      <w:r w:rsidRPr="372029BD">
        <w:rPr>
          <w:rFonts w:ascii="Times New Roman" w:eastAsia="Times New Roman" w:hAnsi="Times New Roman" w:cs="Times New Roman"/>
          <w:sz w:val="24"/>
          <w:szCs w:val="24"/>
          <w:lang w:val="ro-RO"/>
        </w:rPr>
        <w:t>evenimente dedicate comunității, ateliere sau sesiuni informative: închiriere spații, tipărirea de materiale pentru participanți, produse pentru pauza de cafea;</w:t>
      </w:r>
    </w:p>
    <w:p w14:paraId="5F6ACC9B" w14:textId="082B6474" w:rsidR="69172FF1" w:rsidRDefault="69172FF1" w:rsidP="372029BD">
      <w:pPr>
        <w:pStyle w:val="ListParagraph"/>
        <w:numPr>
          <w:ilvl w:val="0"/>
          <w:numId w:val="16"/>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permise, avize sau autorizații necesare pentru implementare; </w:t>
      </w:r>
    </w:p>
    <w:p w14:paraId="3503DDAF" w14:textId="4C049FBC" w:rsidR="69172FF1" w:rsidRDefault="69172FF1" w:rsidP="372029BD">
      <w:pPr>
        <w:pStyle w:val="ListParagraph"/>
        <w:numPr>
          <w:ilvl w:val="0"/>
          <w:numId w:val="16"/>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transport local rezonabil pentru tineri sau membri ai echipei implicați direct</w:t>
      </w:r>
      <w:r w:rsidR="7B1B1E99" w:rsidRPr="372029BD">
        <w:rPr>
          <w:rFonts w:ascii="Times New Roman" w:eastAsia="Times New Roman" w:hAnsi="Times New Roman" w:cs="Times New Roman"/>
          <w:sz w:val="24"/>
          <w:szCs w:val="24"/>
          <w:lang w:val="ro-RO"/>
        </w:rPr>
        <w:t>, inclusiv transportul materialelor</w:t>
      </w:r>
      <w:r w:rsidRPr="372029BD">
        <w:rPr>
          <w:rFonts w:ascii="Times New Roman" w:eastAsia="Times New Roman" w:hAnsi="Times New Roman" w:cs="Times New Roman"/>
          <w:sz w:val="24"/>
          <w:szCs w:val="24"/>
          <w:lang w:val="ro-RO"/>
        </w:rPr>
        <w:t xml:space="preserve">; </w:t>
      </w:r>
    </w:p>
    <w:p w14:paraId="56BDE8A9" w14:textId="02AFA817" w:rsidR="69172FF1" w:rsidRDefault="69172FF1" w:rsidP="372029BD">
      <w:pPr>
        <w:pStyle w:val="ListParagraph"/>
        <w:numPr>
          <w:ilvl w:val="0"/>
          <w:numId w:val="16"/>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materiale promoționale, </w:t>
      </w:r>
      <w:proofErr w:type="spellStart"/>
      <w:r w:rsidRPr="372029BD">
        <w:rPr>
          <w:rFonts w:ascii="Times New Roman" w:eastAsia="Times New Roman" w:hAnsi="Times New Roman" w:cs="Times New Roman"/>
          <w:sz w:val="24"/>
          <w:szCs w:val="24"/>
          <w:lang w:val="ro-RO"/>
        </w:rPr>
        <w:t>foto</w:t>
      </w:r>
      <w:proofErr w:type="spellEnd"/>
      <w:r w:rsidRPr="372029BD">
        <w:rPr>
          <w:rFonts w:ascii="Times New Roman" w:eastAsia="Times New Roman" w:hAnsi="Times New Roman" w:cs="Times New Roman"/>
          <w:sz w:val="24"/>
          <w:szCs w:val="24"/>
          <w:lang w:val="ro-RO"/>
        </w:rPr>
        <w:t xml:space="preserve">, video, editare și comunicare pentru promovarea proiectului și a  rezultatelor către grupul/grupurile țină și către publicul larg; </w:t>
      </w:r>
    </w:p>
    <w:p w14:paraId="30A2B1D3" w14:textId="22C397E6" w:rsidR="69172FF1" w:rsidRDefault="69172FF1" w:rsidP="372029BD">
      <w:pPr>
        <w:pStyle w:val="ListParagraph"/>
        <w:numPr>
          <w:ilvl w:val="0"/>
          <w:numId w:val="16"/>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costuri rezonabile pentru training și mentorat în </w:t>
      </w:r>
      <w:r w:rsidR="60153598" w:rsidRPr="372029BD">
        <w:rPr>
          <w:rFonts w:ascii="Times New Roman" w:eastAsia="Times New Roman" w:hAnsi="Times New Roman" w:cs="Times New Roman"/>
          <w:sz w:val="24"/>
          <w:szCs w:val="24"/>
          <w:lang w:val="ro-RO"/>
        </w:rPr>
        <w:t xml:space="preserve">cadrul unor </w:t>
      </w:r>
      <w:r w:rsidRPr="372029BD">
        <w:rPr>
          <w:rFonts w:ascii="Times New Roman" w:eastAsia="Times New Roman" w:hAnsi="Times New Roman" w:cs="Times New Roman"/>
          <w:sz w:val="24"/>
          <w:szCs w:val="24"/>
          <w:lang w:val="ro-RO"/>
        </w:rPr>
        <w:t xml:space="preserve">ateliere cu participare activă a tinerilor; </w:t>
      </w:r>
    </w:p>
    <w:p w14:paraId="68617D34" w14:textId="3D2EC14A" w:rsidR="69172FF1" w:rsidRDefault="69172FF1" w:rsidP="372029BD">
      <w:pPr>
        <w:pStyle w:val="ListParagraph"/>
        <w:numPr>
          <w:ilvl w:val="0"/>
          <w:numId w:val="16"/>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costuri administrative percepute de organizația beneficiară, în limita a 15% din</w:t>
      </w:r>
      <w:r w:rsidR="2727724F" w:rsidRPr="372029BD">
        <w:rPr>
          <w:rFonts w:ascii="Times New Roman" w:eastAsia="Times New Roman" w:hAnsi="Times New Roman" w:cs="Times New Roman"/>
          <w:sz w:val="24"/>
          <w:szCs w:val="24"/>
          <w:lang w:val="ro-RO"/>
        </w:rPr>
        <w:t xml:space="preserve"> </w:t>
      </w:r>
      <w:r w:rsidRPr="372029BD">
        <w:rPr>
          <w:rFonts w:ascii="Times New Roman" w:eastAsia="Times New Roman" w:hAnsi="Times New Roman" w:cs="Times New Roman"/>
          <w:sz w:val="24"/>
          <w:szCs w:val="24"/>
          <w:lang w:val="ro-RO"/>
        </w:rPr>
        <w:t xml:space="preserve">valoarea </w:t>
      </w:r>
      <w:proofErr w:type="spellStart"/>
      <w:r w:rsidRPr="372029BD">
        <w:rPr>
          <w:rFonts w:ascii="Times New Roman" w:eastAsia="Times New Roman" w:hAnsi="Times New Roman" w:cs="Times New Roman"/>
          <w:sz w:val="24"/>
          <w:szCs w:val="24"/>
          <w:lang w:val="ro-RO"/>
        </w:rPr>
        <w:t>micrograntului</w:t>
      </w:r>
      <w:proofErr w:type="spellEnd"/>
      <w:r w:rsidRPr="372029BD">
        <w:rPr>
          <w:rFonts w:ascii="Times New Roman" w:eastAsia="Times New Roman" w:hAnsi="Times New Roman" w:cs="Times New Roman"/>
          <w:sz w:val="24"/>
          <w:szCs w:val="24"/>
          <w:lang w:val="ro-RO"/>
        </w:rPr>
        <w:t>;</w:t>
      </w:r>
    </w:p>
    <w:p w14:paraId="06DD2805" w14:textId="50CEE125" w:rsidR="69172FF1" w:rsidRDefault="69172FF1" w:rsidP="372029BD">
      <w:pPr>
        <w:pStyle w:val="ListParagraph"/>
        <w:numPr>
          <w:ilvl w:val="0"/>
          <w:numId w:val="16"/>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sume mici care facilitează participarea tinerilor, precum diurnă sau carduri cadou rezonabile, fără ca acestea să reprezinte majoritatea bugetului; </w:t>
      </w:r>
    </w:p>
    <w:p w14:paraId="7004D699" w14:textId="001ED5E2" w:rsidR="69172FF1" w:rsidRDefault="69172FF1" w:rsidP="372029BD">
      <w:pPr>
        <w:pStyle w:val="ListParagraph"/>
        <w:numPr>
          <w:ilvl w:val="0"/>
          <w:numId w:val="16"/>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investiții în infrastructură și echipamente numai dacă sunt esențiale pentru proiect, propuse de tineri și nu depășesc 50% din bugetul </w:t>
      </w:r>
      <w:proofErr w:type="spellStart"/>
      <w:r w:rsidRPr="372029BD">
        <w:rPr>
          <w:rFonts w:ascii="Times New Roman" w:eastAsia="Times New Roman" w:hAnsi="Times New Roman" w:cs="Times New Roman"/>
          <w:sz w:val="24"/>
          <w:szCs w:val="24"/>
          <w:lang w:val="ro-RO"/>
        </w:rPr>
        <w:t>micrograntului</w:t>
      </w:r>
      <w:proofErr w:type="spellEnd"/>
      <w:r w:rsidRPr="372029BD">
        <w:rPr>
          <w:rFonts w:ascii="Times New Roman" w:eastAsia="Times New Roman" w:hAnsi="Times New Roman" w:cs="Times New Roman"/>
          <w:sz w:val="24"/>
          <w:szCs w:val="24"/>
          <w:lang w:val="ro-RO"/>
        </w:rPr>
        <w:t>.</w:t>
      </w:r>
    </w:p>
    <w:p w14:paraId="41E45C64" w14:textId="08C9F993" w:rsidR="02CC84A7" w:rsidRDefault="02CC84A7" w:rsidP="372029BD">
      <w:pPr>
        <w:pStyle w:val="ListParagraph"/>
        <w:spacing w:line="360" w:lineRule="auto"/>
        <w:ind w:left="474"/>
        <w:jc w:val="both"/>
        <w:rPr>
          <w:rFonts w:ascii="Times New Roman" w:eastAsia="Times New Roman" w:hAnsi="Times New Roman" w:cs="Times New Roman"/>
          <w:sz w:val="24"/>
          <w:szCs w:val="24"/>
          <w:lang w:val="ro-RO"/>
        </w:rPr>
      </w:pPr>
    </w:p>
    <w:p w14:paraId="6B92DB1C" w14:textId="04C18359" w:rsidR="67768B96" w:rsidRDefault="67768B96" w:rsidP="372029BD">
      <w:pPr>
        <w:pStyle w:val="ListParagraph"/>
        <w:numPr>
          <w:ilvl w:val="0"/>
          <w:numId w:val="17"/>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Cheltuieli neeligibile </w:t>
      </w:r>
    </w:p>
    <w:p w14:paraId="027194AE" w14:textId="7407DA04" w:rsidR="4953B860" w:rsidRDefault="4953B860" w:rsidP="372029BD">
      <w:pPr>
        <w:pStyle w:val="ListParagraph"/>
        <w:numPr>
          <w:ilvl w:val="0"/>
          <w:numId w:val="15"/>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c</w:t>
      </w:r>
      <w:r w:rsidR="01FA681D" w:rsidRPr="372029BD">
        <w:rPr>
          <w:rFonts w:ascii="Times New Roman" w:eastAsia="Times New Roman" w:hAnsi="Times New Roman" w:cs="Times New Roman"/>
          <w:sz w:val="24"/>
          <w:szCs w:val="24"/>
          <w:lang w:val="ro-RO"/>
        </w:rPr>
        <w:t>heltuieli efectuate în afara perioadei de implementare a proiectelor;</w:t>
      </w:r>
    </w:p>
    <w:p w14:paraId="7DB78265" w14:textId="5BA40A66" w:rsidR="67768B96" w:rsidRDefault="67768B96" w:rsidP="372029BD">
      <w:pPr>
        <w:pStyle w:val="ListParagraph"/>
        <w:numPr>
          <w:ilvl w:val="0"/>
          <w:numId w:val="15"/>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servicii sau cheltuieli deja acoperite de inițiative existente ale </w:t>
      </w:r>
      <w:r w:rsidR="42A986C7" w:rsidRPr="372029BD">
        <w:rPr>
          <w:rFonts w:ascii="Times New Roman" w:eastAsia="Times New Roman" w:hAnsi="Times New Roman" w:cs="Times New Roman"/>
          <w:sz w:val="24"/>
          <w:szCs w:val="24"/>
          <w:lang w:val="ro-RO"/>
        </w:rPr>
        <w:t>municipalității</w:t>
      </w:r>
      <w:r w:rsidRPr="372029BD">
        <w:rPr>
          <w:rFonts w:ascii="Times New Roman" w:eastAsia="Times New Roman" w:hAnsi="Times New Roman" w:cs="Times New Roman"/>
          <w:sz w:val="24"/>
          <w:szCs w:val="24"/>
          <w:lang w:val="ro-RO"/>
        </w:rPr>
        <w:t xml:space="preserve">; </w:t>
      </w:r>
    </w:p>
    <w:p w14:paraId="3CFE486E" w14:textId="3823264A" w:rsidR="67768B96" w:rsidRDefault="67768B96" w:rsidP="372029BD">
      <w:pPr>
        <w:pStyle w:val="ListParagraph"/>
        <w:numPr>
          <w:ilvl w:val="0"/>
          <w:numId w:val="15"/>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chirie sau utilități, cu excepția situațiilor permise expres pentru activitățile proiectului</w:t>
      </w:r>
      <w:r w:rsidR="07D94434" w:rsidRPr="372029BD">
        <w:rPr>
          <w:rFonts w:ascii="Times New Roman" w:eastAsia="Times New Roman" w:hAnsi="Times New Roman" w:cs="Times New Roman"/>
          <w:sz w:val="24"/>
          <w:szCs w:val="24"/>
          <w:lang w:val="ro-RO"/>
        </w:rPr>
        <w:t xml:space="preserve"> (de exemplu închirierea unei săli pentru un atelier)</w:t>
      </w:r>
      <w:r w:rsidRPr="372029BD">
        <w:rPr>
          <w:rFonts w:ascii="Times New Roman" w:eastAsia="Times New Roman" w:hAnsi="Times New Roman" w:cs="Times New Roman"/>
          <w:sz w:val="24"/>
          <w:szCs w:val="24"/>
          <w:lang w:val="ro-RO"/>
        </w:rPr>
        <w:t xml:space="preserve">; </w:t>
      </w:r>
    </w:p>
    <w:p w14:paraId="6E1B78B3" w14:textId="79E5EE72" w:rsidR="67768B96" w:rsidRDefault="67768B96" w:rsidP="372029BD">
      <w:pPr>
        <w:pStyle w:val="ListParagraph"/>
        <w:numPr>
          <w:ilvl w:val="0"/>
          <w:numId w:val="15"/>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costuri de înființare a unui ONG sau alte taxe </w:t>
      </w:r>
      <w:r w:rsidR="20D29BFF" w:rsidRPr="372029BD">
        <w:rPr>
          <w:rFonts w:ascii="Times New Roman" w:eastAsia="Times New Roman" w:hAnsi="Times New Roman" w:cs="Times New Roman"/>
          <w:sz w:val="24"/>
          <w:szCs w:val="24"/>
          <w:lang w:val="ro-RO"/>
        </w:rPr>
        <w:t>aferente</w:t>
      </w:r>
      <w:r w:rsidRPr="372029BD">
        <w:rPr>
          <w:rFonts w:ascii="Times New Roman" w:eastAsia="Times New Roman" w:hAnsi="Times New Roman" w:cs="Times New Roman"/>
          <w:sz w:val="24"/>
          <w:szCs w:val="24"/>
          <w:lang w:val="ro-RO"/>
        </w:rPr>
        <w:t xml:space="preserve">; </w:t>
      </w:r>
    </w:p>
    <w:p w14:paraId="4F61D3A7" w14:textId="60DEADE3" w:rsidR="67768B96" w:rsidRDefault="67768B96" w:rsidP="372029BD">
      <w:pPr>
        <w:pStyle w:val="ListParagraph"/>
        <w:numPr>
          <w:ilvl w:val="0"/>
          <w:numId w:val="15"/>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onorarii pentru vorbitori/ </w:t>
      </w:r>
      <w:r w:rsidR="68176A6B" w:rsidRPr="372029BD">
        <w:rPr>
          <w:rFonts w:ascii="Times New Roman" w:eastAsia="Times New Roman" w:hAnsi="Times New Roman" w:cs="Times New Roman"/>
          <w:sz w:val="24"/>
          <w:szCs w:val="24"/>
          <w:lang w:val="ro-RO"/>
        </w:rPr>
        <w:t>prezentatori</w:t>
      </w:r>
      <w:r w:rsidRPr="372029BD">
        <w:rPr>
          <w:rFonts w:ascii="Times New Roman" w:eastAsia="Times New Roman" w:hAnsi="Times New Roman" w:cs="Times New Roman"/>
          <w:sz w:val="24"/>
          <w:szCs w:val="24"/>
          <w:lang w:val="ro-RO"/>
        </w:rPr>
        <w:t xml:space="preserve">; </w:t>
      </w:r>
    </w:p>
    <w:p w14:paraId="079FDC25" w14:textId="6449D281" w:rsidR="67768B96" w:rsidRDefault="67768B96" w:rsidP="372029BD">
      <w:pPr>
        <w:pStyle w:val="ListParagraph"/>
        <w:numPr>
          <w:ilvl w:val="0"/>
          <w:numId w:val="15"/>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burse, ajutoare directe pentru persoane sau familii; </w:t>
      </w:r>
    </w:p>
    <w:p w14:paraId="21C40755" w14:textId="1CA4CC32" w:rsidR="75F2DE86" w:rsidRDefault="75F2DE86" w:rsidP="372029BD">
      <w:pPr>
        <w:pStyle w:val="ListParagraph"/>
        <w:numPr>
          <w:ilvl w:val="0"/>
          <w:numId w:val="15"/>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cheltuieli ocazionate de campanii electorale, strângeri de fonduri sau proiecte, cheltuieli </w:t>
      </w:r>
      <w:r w:rsidR="4B6C65E3" w:rsidRPr="372029BD">
        <w:rPr>
          <w:rFonts w:ascii="Times New Roman" w:eastAsia="Times New Roman" w:hAnsi="Times New Roman" w:cs="Times New Roman"/>
          <w:sz w:val="24"/>
          <w:szCs w:val="24"/>
          <w:lang w:val="ro-RO"/>
        </w:rPr>
        <w:t xml:space="preserve">efectuate de organizații </w:t>
      </w:r>
      <w:r w:rsidR="7D262235" w:rsidRPr="372029BD">
        <w:rPr>
          <w:rFonts w:ascii="Times New Roman" w:eastAsia="Times New Roman" w:hAnsi="Times New Roman" w:cs="Times New Roman"/>
          <w:sz w:val="24"/>
          <w:szCs w:val="24"/>
          <w:lang w:val="ro-RO"/>
        </w:rPr>
        <w:t>afiliate</w:t>
      </w:r>
      <w:r w:rsidR="4B6C65E3" w:rsidRPr="372029BD">
        <w:rPr>
          <w:rFonts w:ascii="Times New Roman" w:eastAsia="Times New Roman" w:hAnsi="Times New Roman" w:cs="Times New Roman"/>
          <w:sz w:val="24"/>
          <w:szCs w:val="24"/>
          <w:lang w:val="ro-RO"/>
        </w:rPr>
        <w:t xml:space="preserve"> unor partide politice;</w:t>
      </w:r>
    </w:p>
    <w:p w14:paraId="75FAD029" w14:textId="3E3DDA9F" w:rsidR="67768B96" w:rsidRDefault="67768B96" w:rsidP="372029BD">
      <w:pPr>
        <w:pStyle w:val="ListParagraph"/>
        <w:numPr>
          <w:ilvl w:val="0"/>
          <w:numId w:val="15"/>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activități comerciale sau proiecte care urmăresc </w:t>
      </w:r>
      <w:r w:rsidR="0BB5845B" w:rsidRPr="372029BD">
        <w:rPr>
          <w:rFonts w:ascii="Times New Roman" w:eastAsia="Times New Roman" w:hAnsi="Times New Roman" w:cs="Times New Roman"/>
          <w:sz w:val="24"/>
          <w:szCs w:val="24"/>
          <w:lang w:val="ro-RO"/>
        </w:rPr>
        <w:t xml:space="preserve">generarea unii </w:t>
      </w:r>
      <w:r w:rsidRPr="372029BD">
        <w:rPr>
          <w:rFonts w:ascii="Times New Roman" w:eastAsia="Times New Roman" w:hAnsi="Times New Roman" w:cs="Times New Roman"/>
          <w:sz w:val="24"/>
          <w:szCs w:val="24"/>
          <w:lang w:val="ro-RO"/>
        </w:rPr>
        <w:t xml:space="preserve">profit privat; </w:t>
      </w:r>
    </w:p>
    <w:p w14:paraId="6291EB8C" w14:textId="72208D2C" w:rsidR="67768B96" w:rsidRDefault="67768B96" w:rsidP="372029BD">
      <w:pPr>
        <w:pStyle w:val="ListParagraph"/>
        <w:numPr>
          <w:ilvl w:val="0"/>
          <w:numId w:val="15"/>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plăți către funcționari publici sau </w:t>
      </w:r>
      <w:r w:rsidR="440594C8" w:rsidRPr="372029BD">
        <w:rPr>
          <w:rFonts w:ascii="Times New Roman" w:eastAsia="Times New Roman" w:hAnsi="Times New Roman" w:cs="Times New Roman"/>
          <w:sz w:val="24"/>
          <w:szCs w:val="24"/>
          <w:lang w:val="ro-RO"/>
        </w:rPr>
        <w:t>alți reprezentanți ai autorităților publice</w:t>
      </w:r>
      <w:r w:rsidRPr="372029BD">
        <w:rPr>
          <w:rFonts w:ascii="Times New Roman" w:eastAsia="Times New Roman" w:hAnsi="Times New Roman" w:cs="Times New Roman"/>
          <w:sz w:val="24"/>
          <w:szCs w:val="24"/>
          <w:lang w:val="ro-RO"/>
        </w:rPr>
        <w:t xml:space="preserve">; </w:t>
      </w:r>
    </w:p>
    <w:p w14:paraId="5B8E341D" w14:textId="5DA769DC" w:rsidR="67768B96" w:rsidRDefault="67768B96" w:rsidP="372029BD">
      <w:pPr>
        <w:pStyle w:val="ListParagraph"/>
        <w:numPr>
          <w:ilvl w:val="0"/>
          <w:numId w:val="15"/>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evenimente sau strângere de fonduri fără legătură directă cu </w:t>
      </w:r>
      <w:r w:rsidR="54B06548" w:rsidRPr="372029BD">
        <w:rPr>
          <w:rFonts w:ascii="Times New Roman" w:eastAsia="Times New Roman" w:hAnsi="Times New Roman" w:cs="Times New Roman"/>
          <w:sz w:val="24"/>
          <w:szCs w:val="24"/>
          <w:lang w:val="ro-RO"/>
        </w:rPr>
        <w:t>proiectul propus</w:t>
      </w:r>
      <w:r w:rsidRPr="372029BD">
        <w:rPr>
          <w:rFonts w:ascii="Times New Roman" w:eastAsia="Times New Roman" w:hAnsi="Times New Roman" w:cs="Times New Roman"/>
          <w:sz w:val="24"/>
          <w:szCs w:val="24"/>
          <w:lang w:val="ro-RO"/>
        </w:rPr>
        <w:t>;</w:t>
      </w:r>
    </w:p>
    <w:p w14:paraId="489BDB88" w14:textId="1C7AAA40" w:rsidR="1CCDF274" w:rsidRDefault="1CCDF274" w:rsidP="372029BD">
      <w:pPr>
        <w:pStyle w:val="ListParagraph"/>
        <w:numPr>
          <w:ilvl w:val="0"/>
          <w:numId w:val="15"/>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transferul</w:t>
      </w:r>
      <w:r w:rsidR="3832EF92" w:rsidRPr="372029BD">
        <w:rPr>
          <w:rFonts w:ascii="Times New Roman" w:eastAsia="Times New Roman" w:hAnsi="Times New Roman" w:cs="Times New Roman"/>
          <w:sz w:val="24"/>
          <w:szCs w:val="24"/>
          <w:lang w:val="ro-RO"/>
        </w:rPr>
        <w:t xml:space="preserve"> </w:t>
      </w:r>
      <w:proofErr w:type="spellStart"/>
      <w:r w:rsidR="3832EF92" w:rsidRPr="372029BD">
        <w:rPr>
          <w:rFonts w:ascii="Times New Roman" w:eastAsia="Times New Roman" w:hAnsi="Times New Roman" w:cs="Times New Roman"/>
          <w:sz w:val="24"/>
          <w:szCs w:val="24"/>
          <w:lang w:val="ro-RO"/>
        </w:rPr>
        <w:t>micrograntului</w:t>
      </w:r>
      <w:proofErr w:type="spellEnd"/>
      <w:r w:rsidR="3832EF92" w:rsidRPr="372029BD">
        <w:rPr>
          <w:rFonts w:ascii="Times New Roman" w:eastAsia="Times New Roman" w:hAnsi="Times New Roman" w:cs="Times New Roman"/>
          <w:sz w:val="24"/>
          <w:szCs w:val="24"/>
          <w:lang w:val="ro-RO"/>
        </w:rPr>
        <w:t xml:space="preserve"> către alte organizații sau persoane</w:t>
      </w:r>
      <w:r w:rsidR="0E479CFC" w:rsidRPr="372029BD">
        <w:rPr>
          <w:rFonts w:ascii="Times New Roman" w:eastAsia="Times New Roman" w:hAnsi="Times New Roman" w:cs="Times New Roman"/>
          <w:sz w:val="24"/>
          <w:szCs w:val="24"/>
          <w:lang w:val="ro-RO"/>
        </w:rPr>
        <w:t>.</w:t>
      </w:r>
    </w:p>
    <w:p w14:paraId="05CC4FCF" w14:textId="40F12C3D" w:rsidR="1A2EAD00" w:rsidRDefault="1A2EAD00" w:rsidP="372029BD">
      <w:pPr>
        <w:pStyle w:val="ListParagraph"/>
        <w:spacing w:line="360" w:lineRule="auto"/>
        <w:ind w:left="360"/>
        <w:jc w:val="both"/>
        <w:rPr>
          <w:rFonts w:ascii="Times New Roman" w:eastAsia="Times New Roman" w:hAnsi="Times New Roman" w:cs="Times New Roman"/>
          <w:sz w:val="24"/>
          <w:szCs w:val="24"/>
          <w:lang w:val="ro-RO"/>
        </w:rPr>
      </w:pPr>
    </w:p>
    <w:p w14:paraId="4685D790" w14:textId="77777777" w:rsidR="621CBB0C" w:rsidRDefault="621CBB0C" w:rsidP="372029BD">
      <w:pPr>
        <w:pStyle w:val="Heading1"/>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CAPITOLUL 4. CALENDARUL PROGRAMULUI</w:t>
      </w:r>
    </w:p>
    <w:p w14:paraId="505C11CB" w14:textId="41AC5E9A" w:rsidR="621CBB0C" w:rsidRDefault="621CBB0C" w:rsidP="372029BD">
      <w:pPr>
        <w:spacing w:line="360" w:lineRule="auto"/>
        <w:jc w:val="both"/>
        <w:rPr>
          <w:rFonts w:ascii="Times New Roman" w:eastAsia="Times New Roman" w:hAnsi="Times New Roman" w:cs="Times New Roman"/>
          <w:b/>
          <w:bCs/>
          <w:sz w:val="24"/>
          <w:szCs w:val="24"/>
          <w:lang w:val="ro-RO"/>
        </w:rPr>
      </w:pPr>
      <w:r w:rsidRPr="372029BD">
        <w:rPr>
          <w:rFonts w:ascii="Times New Roman" w:eastAsia="Times New Roman" w:hAnsi="Times New Roman" w:cs="Times New Roman"/>
          <w:b/>
          <w:bCs/>
          <w:sz w:val="24"/>
          <w:szCs w:val="24"/>
          <w:lang w:val="ro-RO"/>
        </w:rPr>
        <w:t>Articolul 8. Etapele programului</w:t>
      </w:r>
    </w:p>
    <w:p w14:paraId="571F13A4" w14:textId="3F864BB5" w:rsidR="621CBB0C" w:rsidRDefault="621CBB0C" w:rsidP="372029BD">
      <w:p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Calendarul </w:t>
      </w:r>
      <w:r w:rsidR="043BA6B5" w:rsidRPr="372029BD">
        <w:rPr>
          <w:rFonts w:ascii="Times New Roman" w:eastAsia="Times New Roman" w:hAnsi="Times New Roman" w:cs="Times New Roman"/>
          <w:sz w:val="24"/>
          <w:szCs w:val="24"/>
          <w:lang w:val="ro-RO"/>
        </w:rPr>
        <w:t>privind desfășurarea programului YCAF</w:t>
      </w:r>
      <w:r w:rsidR="4E112817" w:rsidRPr="372029BD">
        <w:rPr>
          <w:rFonts w:ascii="Times New Roman" w:eastAsia="Times New Roman" w:hAnsi="Times New Roman" w:cs="Times New Roman"/>
          <w:sz w:val="24"/>
          <w:szCs w:val="24"/>
          <w:lang w:val="ro-RO"/>
        </w:rPr>
        <w:t xml:space="preserve"> </w:t>
      </w:r>
      <w:r w:rsidR="043BA6B5" w:rsidRPr="372029BD">
        <w:rPr>
          <w:rFonts w:ascii="Times New Roman" w:eastAsia="Times New Roman" w:hAnsi="Times New Roman" w:cs="Times New Roman"/>
          <w:sz w:val="24"/>
          <w:szCs w:val="24"/>
          <w:lang w:val="ro-RO"/>
        </w:rPr>
        <w:t xml:space="preserve">în Municipiul Timișoara </w:t>
      </w:r>
      <w:r w:rsidRPr="372029BD">
        <w:rPr>
          <w:rFonts w:ascii="Times New Roman" w:eastAsia="Times New Roman" w:hAnsi="Times New Roman" w:cs="Times New Roman"/>
          <w:sz w:val="24"/>
          <w:szCs w:val="24"/>
          <w:lang w:val="ro-RO"/>
        </w:rPr>
        <w:t>va fi publicat pe pagina dedicată programului și poate fi actualizat pentru motive jus</w:t>
      </w:r>
      <w:r w:rsidR="3791F6EC" w:rsidRPr="372029BD">
        <w:rPr>
          <w:rFonts w:ascii="Times New Roman" w:eastAsia="Times New Roman" w:hAnsi="Times New Roman" w:cs="Times New Roman"/>
          <w:sz w:val="24"/>
          <w:szCs w:val="24"/>
          <w:lang w:val="ro-RO"/>
        </w:rPr>
        <w:t xml:space="preserve">tificate, cu mențiunea că orice modificare va interveni va fi comunicată atât publicului general cât și părților implicate. </w:t>
      </w:r>
    </w:p>
    <w:tbl>
      <w:tblPr>
        <w:tblStyle w:val="TableGrid"/>
        <w:tblW w:w="9829" w:type="dxa"/>
        <w:jc w:val="center"/>
        <w:tblLook w:val="04A0" w:firstRow="1" w:lastRow="0" w:firstColumn="1" w:lastColumn="0" w:noHBand="0" w:noVBand="1"/>
      </w:tblPr>
      <w:tblGrid>
        <w:gridCol w:w="3615"/>
        <w:gridCol w:w="6214"/>
      </w:tblGrid>
      <w:tr w:rsidR="02CC84A7" w14:paraId="341D6B77" w14:textId="77777777" w:rsidTr="372029BD">
        <w:trPr>
          <w:trHeight w:val="300"/>
          <w:jc w:val="center"/>
        </w:trPr>
        <w:tc>
          <w:tcPr>
            <w:tcW w:w="3615" w:type="dxa"/>
          </w:tcPr>
          <w:p w14:paraId="7C266D38" w14:textId="77777777" w:rsidR="02CC84A7" w:rsidRDefault="0A124804" w:rsidP="372029BD">
            <w:pPr>
              <w:spacing w:line="360" w:lineRule="auto"/>
              <w:jc w:val="both"/>
              <w:rPr>
                <w:rFonts w:ascii="Times New Roman" w:eastAsia="Times New Roman" w:hAnsi="Times New Roman" w:cs="Times New Roman"/>
                <w:b/>
                <w:bCs/>
                <w:sz w:val="24"/>
                <w:szCs w:val="24"/>
                <w:lang w:val="ro-RO"/>
              </w:rPr>
            </w:pPr>
            <w:r w:rsidRPr="372029BD">
              <w:rPr>
                <w:rFonts w:ascii="Times New Roman" w:eastAsia="Times New Roman" w:hAnsi="Times New Roman" w:cs="Times New Roman"/>
                <w:b/>
                <w:bCs/>
                <w:sz w:val="24"/>
                <w:szCs w:val="24"/>
                <w:lang w:val="ro-RO"/>
              </w:rPr>
              <w:t>Perioadă / termen</w:t>
            </w:r>
          </w:p>
        </w:tc>
        <w:tc>
          <w:tcPr>
            <w:tcW w:w="6214" w:type="dxa"/>
          </w:tcPr>
          <w:p w14:paraId="51B287F3" w14:textId="77777777" w:rsidR="02CC84A7" w:rsidRDefault="0A124804" w:rsidP="372029BD">
            <w:pPr>
              <w:spacing w:line="360" w:lineRule="auto"/>
              <w:jc w:val="both"/>
              <w:rPr>
                <w:rFonts w:ascii="Times New Roman" w:eastAsia="Times New Roman" w:hAnsi="Times New Roman" w:cs="Times New Roman"/>
                <w:b/>
                <w:bCs/>
                <w:sz w:val="24"/>
                <w:szCs w:val="24"/>
                <w:lang w:val="ro-RO"/>
              </w:rPr>
            </w:pPr>
            <w:r w:rsidRPr="372029BD">
              <w:rPr>
                <w:rFonts w:ascii="Times New Roman" w:eastAsia="Times New Roman" w:hAnsi="Times New Roman" w:cs="Times New Roman"/>
                <w:b/>
                <w:bCs/>
                <w:sz w:val="24"/>
                <w:szCs w:val="24"/>
                <w:lang w:val="ro-RO"/>
              </w:rPr>
              <w:t>Activitate</w:t>
            </w:r>
          </w:p>
        </w:tc>
      </w:tr>
      <w:tr w:rsidR="02CC84A7" w14:paraId="63EB0C30" w14:textId="77777777" w:rsidTr="372029BD">
        <w:trPr>
          <w:trHeight w:val="300"/>
          <w:jc w:val="center"/>
        </w:trPr>
        <w:tc>
          <w:tcPr>
            <w:tcW w:w="3615" w:type="dxa"/>
          </w:tcPr>
          <w:p w14:paraId="40A4C39A" w14:textId="51892FFB" w:rsidR="02CC84A7" w:rsidRDefault="0A124804" w:rsidP="372029BD">
            <w:p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Sfârșitul lunii august 2026 – 4 septembrie 2026</w:t>
            </w:r>
          </w:p>
        </w:tc>
        <w:tc>
          <w:tcPr>
            <w:tcW w:w="6214" w:type="dxa"/>
          </w:tcPr>
          <w:p w14:paraId="7CC13C85" w14:textId="733F0A9D" w:rsidR="02CC84A7" w:rsidRDefault="0A124804" w:rsidP="372029BD">
            <w:p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Lansarea apelului public.</w:t>
            </w:r>
          </w:p>
          <w:p w14:paraId="66CA16AF" w14:textId="3CDAEF96" w:rsidR="02CC84A7" w:rsidRDefault="0A124804" w:rsidP="372029BD">
            <w:p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 Apelul poate fi lansat oric</w:t>
            </w:r>
            <w:r w:rsidR="655DA3A7" w:rsidRPr="372029BD">
              <w:rPr>
                <w:rFonts w:ascii="Times New Roman" w:eastAsia="Times New Roman" w:hAnsi="Times New Roman" w:cs="Times New Roman"/>
                <w:sz w:val="24"/>
                <w:szCs w:val="24"/>
                <w:lang w:val="ro-RO"/>
              </w:rPr>
              <w:t>â</w:t>
            </w:r>
            <w:r w:rsidRPr="372029BD">
              <w:rPr>
                <w:rFonts w:ascii="Times New Roman" w:eastAsia="Times New Roman" w:hAnsi="Times New Roman" w:cs="Times New Roman"/>
                <w:sz w:val="24"/>
                <w:szCs w:val="24"/>
                <w:lang w:val="ro-RO"/>
              </w:rPr>
              <w:t>nd în acest interval.</w:t>
            </w:r>
          </w:p>
        </w:tc>
      </w:tr>
      <w:tr w:rsidR="02CC84A7" w:rsidRPr="003A46A5" w14:paraId="7D6999E4" w14:textId="77777777" w:rsidTr="372029BD">
        <w:trPr>
          <w:trHeight w:val="300"/>
          <w:jc w:val="center"/>
        </w:trPr>
        <w:tc>
          <w:tcPr>
            <w:tcW w:w="3615" w:type="dxa"/>
          </w:tcPr>
          <w:p w14:paraId="4E112D11" w14:textId="1EC9E1C1" w:rsidR="3A53E984" w:rsidRDefault="34DF32FB" w:rsidP="372029BD">
            <w:p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M</w:t>
            </w:r>
            <w:r w:rsidR="0A124804" w:rsidRPr="372029BD">
              <w:rPr>
                <w:rFonts w:ascii="Times New Roman" w:eastAsia="Times New Roman" w:hAnsi="Times New Roman" w:cs="Times New Roman"/>
                <w:sz w:val="24"/>
                <w:szCs w:val="24"/>
                <w:lang w:val="ro-RO"/>
              </w:rPr>
              <w:t xml:space="preserve">inimum 6 </w:t>
            </w:r>
            <w:r w:rsidR="629913EB" w:rsidRPr="372029BD">
              <w:rPr>
                <w:rFonts w:ascii="Times New Roman" w:eastAsia="Times New Roman" w:hAnsi="Times New Roman" w:cs="Times New Roman"/>
                <w:sz w:val="24"/>
                <w:szCs w:val="24"/>
                <w:lang w:val="ro-RO"/>
              </w:rPr>
              <w:t>săptămâni</w:t>
            </w:r>
            <w:r w:rsidR="0A124804" w:rsidRPr="372029BD">
              <w:rPr>
                <w:rFonts w:ascii="Times New Roman" w:eastAsia="Times New Roman" w:hAnsi="Times New Roman" w:cs="Times New Roman"/>
                <w:sz w:val="24"/>
                <w:szCs w:val="24"/>
                <w:lang w:val="ro-RO"/>
              </w:rPr>
              <w:t xml:space="preserve"> de la lansare, dar nu mai târziu de 16 octombrie 2026</w:t>
            </w:r>
          </w:p>
        </w:tc>
        <w:tc>
          <w:tcPr>
            <w:tcW w:w="6214" w:type="dxa"/>
          </w:tcPr>
          <w:p w14:paraId="76DF4A6C" w14:textId="1A6A433B" w:rsidR="02E839E5" w:rsidRDefault="71ED5926" w:rsidP="372029BD">
            <w:p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Formare echipe, identificare propuneri</w:t>
            </w:r>
            <w:r w:rsidR="6AC84F04" w:rsidRPr="372029BD">
              <w:rPr>
                <w:rFonts w:ascii="Times New Roman" w:eastAsia="Times New Roman" w:hAnsi="Times New Roman" w:cs="Times New Roman"/>
                <w:sz w:val="24"/>
                <w:szCs w:val="24"/>
                <w:lang w:val="ro-RO"/>
              </w:rPr>
              <w:t>, dezvoltare și depunere proiecte</w:t>
            </w:r>
          </w:p>
          <w:p w14:paraId="2ADEFAA2" w14:textId="79B65C18" w:rsidR="06F767EA" w:rsidRDefault="27CA2470" w:rsidP="372029BD">
            <w:p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S</w:t>
            </w:r>
            <w:r w:rsidR="0A124804" w:rsidRPr="372029BD">
              <w:rPr>
                <w:rFonts w:ascii="Times New Roman" w:eastAsia="Times New Roman" w:hAnsi="Times New Roman" w:cs="Times New Roman"/>
                <w:sz w:val="24"/>
                <w:szCs w:val="24"/>
                <w:lang w:val="ro-RO"/>
              </w:rPr>
              <w:t xml:space="preserve">esiuni de </w:t>
            </w:r>
            <w:proofErr w:type="spellStart"/>
            <w:r w:rsidR="0A124804" w:rsidRPr="372029BD">
              <w:rPr>
                <w:rFonts w:ascii="Times New Roman" w:eastAsia="Times New Roman" w:hAnsi="Times New Roman" w:cs="Times New Roman"/>
                <w:sz w:val="24"/>
                <w:szCs w:val="24"/>
                <w:lang w:val="ro-RO"/>
              </w:rPr>
              <w:t>co</w:t>
            </w:r>
            <w:proofErr w:type="spellEnd"/>
            <w:r w:rsidR="0A124804" w:rsidRPr="372029BD">
              <w:rPr>
                <w:rFonts w:ascii="Times New Roman" w:eastAsia="Times New Roman" w:hAnsi="Times New Roman" w:cs="Times New Roman"/>
                <w:sz w:val="24"/>
                <w:szCs w:val="24"/>
                <w:lang w:val="ro-RO"/>
              </w:rPr>
              <w:t>-design, întrebări și răspunsuri, verificare preliminar</w:t>
            </w:r>
            <w:r w:rsidR="574819D3" w:rsidRPr="372029BD">
              <w:rPr>
                <w:rFonts w:ascii="Times New Roman" w:eastAsia="Times New Roman" w:hAnsi="Times New Roman" w:cs="Times New Roman"/>
                <w:sz w:val="24"/>
                <w:szCs w:val="24"/>
                <w:lang w:val="ro-RO"/>
              </w:rPr>
              <w:t>ă</w:t>
            </w:r>
            <w:r w:rsidR="0196890E" w:rsidRPr="372029BD">
              <w:rPr>
                <w:rFonts w:ascii="Times New Roman" w:eastAsia="Times New Roman" w:hAnsi="Times New Roman" w:cs="Times New Roman"/>
                <w:sz w:val="24"/>
                <w:szCs w:val="24"/>
                <w:lang w:val="ro-RO"/>
              </w:rPr>
              <w:t>, completări</w:t>
            </w:r>
            <w:r w:rsidR="110D3BFC" w:rsidRPr="372029BD">
              <w:rPr>
                <w:rFonts w:ascii="Times New Roman" w:eastAsia="Times New Roman" w:hAnsi="Times New Roman" w:cs="Times New Roman"/>
                <w:sz w:val="24"/>
                <w:szCs w:val="24"/>
                <w:lang w:val="ro-RO"/>
              </w:rPr>
              <w:t>, depunerea proiectelor.</w:t>
            </w:r>
          </w:p>
        </w:tc>
      </w:tr>
      <w:tr w:rsidR="02CC84A7" w14:paraId="0093204D" w14:textId="77777777" w:rsidTr="372029BD">
        <w:trPr>
          <w:trHeight w:val="300"/>
          <w:jc w:val="center"/>
        </w:trPr>
        <w:tc>
          <w:tcPr>
            <w:tcW w:w="3615" w:type="dxa"/>
          </w:tcPr>
          <w:p w14:paraId="723D0279" w14:textId="5E93084E" w:rsidR="200F890B" w:rsidRDefault="2D1FBF8C" w:rsidP="372029BD">
            <w:p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Maxim două săptămâni de la </w:t>
            </w:r>
            <w:r w:rsidR="6A34A9CA" w:rsidRPr="372029BD">
              <w:rPr>
                <w:rFonts w:ascii="Times New Roman" w:eastAsia="Times New Roman" w:hAnsi="Times New Roman" w:cs="Times New Roman"/>
                <w:sz w:val="24"/>
                <w:szCs w:val="24"/>
                <w:lang w:val="ro-RO"/>
              </w:rPr>
              <w:t>data limită de depunere a proiectelor</w:t>
            </w:r>
          </w:p>
        </w:tc>
        <w:tc>
          <w:tcPr>
            <w:tcW w:w="6214" w:type="dxa"/>
          </w:tcPr>
          <w:p w14:paraId="05545293" w14:textId="15B2BC7E" w:rsidR="02CC84A7" w:rsidRDefault="0A124804" w:rsidP="372029BD">
            <w:p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Verificare eligibilitate</w:t>
            </w:r>
            <w:r w:rsidR="54F14BE8" w:rsidRPr="372029BD">
              <w:rPr>
                <w:rFonts w:ascii="Times New Roman" w:eastAsia="Times New Roman" w:hAnsi="Times New Roman" w:cs="Times New Roman"/>
                <w:sz w:val="24"/>
                <w:szCs w:val="24"/>
                <w:lang w:val="ro-RO"/>
              </w:rPr>
              <w:t>,</w:t>
            </w:r>
            <w:r w:rsidRPr="372029BD">
              <w:rPr>
                <w:rFonts w:ascii="Times New Roman" w:eastAsia="Times New Roman" w:hAnsi="Times New Roman" w:cs="Times New Roman"/>
                <w:sz w:val="24"/>
                <w:szCs w:val="24"/>
                <w:lang w:val="ro-RO"/>
              </w:rPr>
              <w:t xml:space="preserve"> selecția  proiectelor câștigătoare, comunicarea rezultatelor</w:t>
            </w:r>
          </w:p>
        </w:tc>
      </w:tr>
      <w:tr w:rsidR="02CC84A7" w14:paraId="24A470C1" w14:textId="77777777" w:rsidTr="372029BD">
        <w:trPr>
          <w:trHeight w:val="300"/>
          <w:jc w:val="center"/>
        </w:trPr>
        <w:tc>
          <w:tcPr>
            <w:tcW w:w="3615" w:type="dxa"/>
          </w:tcPr>
          <w:p w14:paraId="3CC17305" w14:textId="5516B3C6" w:rsidR="0DADE992" w:rsidRDefault="052E599D" w:rsidP="372029BD">
            <w:p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P</w:t>
            </w:r>
            <w:r w:rsidR="0A124804" w:rsidRPr="372029BD">
              <w:rPr>
                <w:rFonts w:ascii="Times New Roman" w:eastAsia="Times New Roman" w:hAnsi="Times New Roman" w:cs="Times New Roman"/>
                <w:sz w:val="24"/>
                <w:szCs w:val="24"/>
                <w:lang w:val="ro-RO"/>
              </w:rPr>
              <w:t xml:space="preserve">ână la </w:t>
            </w:r>
            <w:r w:rsidR="4612D8F8" w:rsidRPr="372029BD">
              <w:rPr>
                <w:rFonts w:ascii="Times New Roman" w:eastAsia="Times New Roman" w:hAnsi="Times New Roman" w:cs="Times New Roman"/>
                <w:sz w:val="24"/>
                <w:szCs w:val="24"/>
                <w:lang w:val="ro-RO"/>
              </w:rPr>
              <w:t xml:space="preserve">data de </w:t>
            </w:r>
            <w:r w:rsidR="0A124804" w:rsidRPr="372029BD">
              <w:rPr>
                <w:rFonts w:ascii="Times New Roman" w:eastAsia="Times New Roman" w:hAnsi="Times New Roman" w:cs="Times New Roman"/>
                <w:sz w:val="24"/>
                <w:szCs w:val="24"/>
                <w:lang w:val="ro-RO"/>
              </w:rPr>
              <w:t>13 noiembrie 2026</w:t>
            </w:r>
          </w:p>
        </w:tc>
        <w:tc>
          <w:tcPr>
            <w:tcW w:w="6214" w:type="dxa"/>
          </w:tcPr>
          <w:p w14:paraId="6EDDFB9F" w14:textId="04D091E6" w:rsidR="02CC84A7" w:rsidRDefault="0A124804" w:rsidP="372029BD">
            <w:p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Virarea</w:t>
            </w:r>
            <w:r w:rsidR="210BA47E" w:rsidRPr="372029BD">
              <w:rPr>
                <w:rFonts w:ascii="Times New Roman" w:eastAsia="Times New Roman" w:hAnsi="Times New Roman" w:cs="Times New Roman"/>
                <w:sz w:val="24"/>
                <w:szCs w:val="24"/>
                <w:lang w:val="ro-RO"/>
              </w:rPr>
              <w:t xml:space="preserve"> </w:t>
            </w:r>
            <w:proofErr w:type="spellStart"/>
            <w:r w:rsidR="210BA47E" w:rsidRPr="372029BD">
              <w:rPr>
                <w:rFonts w:ascii="Times New Roman" w:eastAsia="Times New Roman" w:hAnsi="Times New Roman" w:cs="Times New Roman"/>
                <w:sz w:val="24"/>
                <w:szCs w:val="24"/>
                <w:lang w:val="ro-RO"/>
              </w:rPr>
              <w:t>microgranturilor</w:t>
            </w:r>
            <w:proofErr w:type="spellEnd"/>
            <w:r w:rsidR="210BA47E" w:rsidRPr="372029BD">
              <w:rPr>
                <w:rFonts w:ascii="Times New Roman" w:eastAsia="Times New Roman" w:hAnsi="Times New Roman" w:cs="Times New Roman"/>
                <w:sz w:val="24"/>
                <w:szCs w:val="24"/>
                <w:lang w:val="ro-RO"/>
              </w:rPr>
              <w:t xml:space="preserve"> către organizațiile eligibile aferent</w:t>
            </w:r>
            <w:r w:rsidR="180DE15E" w:rsidRPr="372029BD">
              <w:rPr>
                <w:rFonts w:ascii="Times New Roman" w:eastAsia="Times New Roman" w:hAnsi="Times New Roman" w:cs="Times New Roman"/>
                <w:sz w:val="24"/>
                <w:szCs w:val="24"/>
                <w:lang w:val="ro-RO"/>
              </w:rPr>
              <w:t>e</w:t>
            </w:r>
            <w:r w:rsidR="210BA47E" w:rsidRPr="372029BD">
              <w:rPr>
                <w:rFonts w:ascii="Times New Roman" w:eastAsia="Times New Roman" w:hAnsi="Times New Roman" w:cs="Times New Roman"/>
                <w:sz w:val="24"/>
                <w:szCs w:val="24"/>
                <w:lang w:val="ro-RO"/>
              </w:rPr>
              <w:t xml:space="preserve"> proiectelor câștigătoare</w:t>
            </w:r>
          </w:p>
        </w:tc>
      </w:tr>
      <w:tr w:rsidR="02CC84A7" w:rsidRPr="003A46A5" w14:paraId="1AD686DF" w14:textId="77777777" w:rsidTr="372029BD">
        <w:trPr>
          <w:trHeight w:val="300"/>
          <w:jc w:val="center"/>
        </w:trPr>
        <w:tc>
          <w:tcPr>
            <w:tcW w:w="3615" w:type="dxa"/>
          </w:tcPr>
          <w:p w14:paraId="3080C05C" w14:textId="172F43A7" w:rsidR="089BCB09" w:rsidRDefault="6AA81969" w:rsidP="372029BD">
            <w:p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13 n</w:t>
            </w:r>
            <w:r w:rsidR="0A124804" w:rsidRPr="372029BD">
              <w:rPr>
                <w:rFonts w:ascii="Times New Roman" w:eastAsia="Times New Roman" w:hAnsi="Times New Roman" w:cs="Times New Roman"/>
                <w:sz w:val="24"/>
                <w:szCs w:val="24"/>
                <w:lang w:val="ro-RO"/>
              </w:rPr>
              <w:t>oiembrie 2026 - 15 aprilie 2027</w:t>
            </w:r>
          </w:p>
        </w:tc>
        <w:tc>
          <w:tcPr>
            <w:tcW w:w="6214" w:type="dxa"/>
          </w:tcPr>
          <w:p w14:paraId="772E1FFD" w14:textId="1EB92583" w:rsidR="02CC84A7" w:rsidRDefault="0A124804" w:rsidP="372029BD">
            <w:p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Implementarea proiectelor</w:t>
            </w:r>
          </w:p>
          <w:p w14:paraId="18CD1AA9" w14:textId="16C49BAF" w:rsidR="78C38671" w:rsidRDefault="07422C81" w:rsidP="372029BD">
            <w:p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Î</w:t>
            </w:r>
            <w:r w:rsidR="0A124804" w:rsidRPr="372029BD">
              <w:rPr>
                <w:rFonts w:ascii="Times New Roman" w:eastAsia="Times New Roman" w:hAnsi="Times New Roman" w:cs="Times New Roman"/>
                <w:sz w:val="24"/>
                <w:szCs w:val="24"/>
                <w:lang w:val="ro-RO"/>
              </w:rPr>
              <w:t xml:space="preserve">ntâlniri de sprijin, documentare </w:t>
            </w:r>
            <w:proofErr w:type="spellStart"/>
            <w:r w:rsidR="0A124804" w:rsidRPr="372029BD">
              <w:rPr>
                <w:rFonts w:ascii="Times New Roman" w:eastAsia="Times New Roman" w:hAnsi="Times New Roman" w:cs="Times New Roman"/>
                <w:sz w:val="24"/>
                <w:szCs w:val="24"/>
                <w:lang w:val="ro-RO"/>
              </w:rPr>
              <w:t>foto</w:t>
            </w:r>
            <w:proofErr w:type="spellEnd"/>
            <w:r w:rsidR="0A124804" w:rsidRPr="372029BD">
              <w:rPr>
                <w:rFonts w:ascii="Times New Roman" w:eastAsia="Times New Roman" w:hAnsi="Times New Roman" w:cs="Times New Roman"/>
                <w:sz w:val="24"/>
                <w:szCs w:val="24"/>
                <w:lang w:val="ro-RO"/>
              </w:rPr>
              <w:t>/video, monitorizare</w:t>
            </w:r>
          </w:p>
        </w:tc>
      </w:tr>
      <w:tr w:rsidR="02CC84A7" w:rsidRPr="003A46A5" w14:paraId="503041C7" w14:textId="77777777" w:rsidTr="372029BD">
        <w:trPr>
          <w:trHeight w:val="300"/>
          <w:jc w:val="center"/>
        </w:trPr>
        <w:tc>
          <w:tcPr>
            <w:tcW w:w="3615" w:type="dxa"/>
          </w:tcPr>
          <w:p w14:paraId="4944B3AB" w14:textId="0011B6D2" w:rsidR="02CC84A7" w:rsidRDefault="0A124804" w:rsidP="372029BD">
            <w:p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30 aprilie 2027</w:t>
            </w:r>
          </w:p>
        </w:tc>
        <w:tc>
          <w:tcPr>
            <w:tcW w:w="6214" w:type="dxa"/>
          </w:tcPr>
          <w:p w14:paraId="00CD5167" w14:textId="4FF11AF6" w:rsidR="02CC84A7" w:rsidRDefault="0A124804" w:rsidP="372029BD">
            <w:p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Transmiterea rapoartelor finale de către organizațiile </w:t>
            </w:r>
            <w:r w:rsidR="6A92C8D2" w:rsidRPr="372029BD">
              <w:rPr>
                <w:rFonts w:ascii="Times New Roman" w:eastAsia="Times New Roman" w:hAnsi="Times New Roman" w:cs="Times New Roman"/>
                <w:sz w:val="24"/>
                <w:szCs w:val="24"/>
                <w:lang w:val="ro-RO"/>
              </w:rPr>
              <w:t xml:space="preserve">care au primit </w:t>
            </w:r>
            <w:proofErr w:type="spellStart"/>
            <w:r w:rsidR="6A92C8D2" w:rsidRPr="372029BD">
              <w:rPr>
                <w:rFonts w:ascii="Times New Roman" w:eastAsia="Times New Roman" w:hAnsi="Times New Roman" w:cs="Times New Roman"/>
                <w:sz w:val="24"/>
                <w:szCs w:val="24"/>
                <w:lang w:val="ro-RO"/>
              </w:rPr>
              <w:t>microgranturile</w:t>
            </w:r>
            <w:proofErr w:type="spellEnd"/>
            <w:r w:rsidR="6A92C8D2" w:rsidRPr="372029BD">
              <w:rPr>
                <w:rFonts w:ascii="Times New Roman" w:eastAsia="Times New Roman" w:hAnsi="Times New Roman" w:cs="Times New Roman"/>
                <w:sz w:val="24"/>
                <w:szCs w:val="24"/>
                <w:lang w:val="ro-RO"/>
              </w:rPr>
              <w:t>.</w:t>
            </w:r>
          </w:p>
        </w:tc>
      </w:tr>
    </w:tbl>
    <w:p w14:paraId="7C35E6CB" w14:textId="4EBE091C" w:rsidR="02CC84A7" w:rsidRDefault="02CC84A7" w:rsidP="372029BD">
      <w:pPr>
        <w:spacing w:line="360" w:lineRule="auto"/>
        <w:jc w:val="both"/>
        <w:rPr>
          <w:rFonts w:ascii="Times New Roman" w:eastAsia="Times New Roman" w:hAnsi="Times New Roman" w:cs="Times New Roman"/>
          <w:sz w:val="24"/>
          <w:szCs w:val="24"/>
          <w:lang w:val="ro-RO"/>
        </w:rPr>
      </w:pPr>
    </w:p>
    <w:p w14:paraId="2C08AB05" w14:textId="177BC055" w:rsidR="372029BD" w:rsidRDefault="372029BD" w:rsidP="372029BD">
      <w:pPr>
        <w:spacing w:line="360" w:lineRule="auto"/>
        <w:jc w:val="both"/>
        <w:rPr>
          <w:rFonts w:ascii="Times New Roman" w:eastAsia="Times New Roman" w:hAnsi="Times New Roman" w:cs="Times New Roman"/>
          <w:sz w:val="24"/>
          <w:szCs w:val="24"/>
          <w:lang w:val="ro-RO"/>
        </w:rPr>
      </w:pPr>
    </w:p>
    <w:p w14:paraId="03A08235" w14:textId="3A0277B5" w:rsidR="372029BD" w:rsidRDefault="372029BD" w:rsidP="372029BD">
      <w:pPr>
        <w:spacing w:line="360" w:lineRule="auto"/>
        <w:jc w:val="both"/>
        <w:rPr>
          <w:rFonts w:ascii="Times New Roman" w:eastAsia="Times New Roman" w:hAnsi="Times New Roman" w:cs="Times New Roman"/>
          <w:sz w:val="24"/>
          <w:szCs w:val="24"/>
          <w:lang w:val="ro-RO"/>
        </w:rPr>
      </w:pPr>
    </w:p>
    <w:p w14:paraId="67EFC285" w14:textId="0495EB82" w:rsidR="372029BD" w:rsidRDefault="372029BD" w:rsidP="372029BD">
      <w:pPr>
        <w:spacing w:line="360" w:lineRule="auto"/>
        <w:jc w:val="both"/>
        <w:rPr>
          <w:rFonts w:ascii="Times New Roman" w:eastAsia="Times New Roman" w:hAnsi="Times New Roman" w:cs="Times New Roman"/>
          <w:sz w:val="24"/>
          <w:szCs w:val="24"/>
          <w:lang w:val="ro-RO"/>
        </w:rPr>
      </w:pPr>
    </w:p>
    <w:p w14:paraId="164C0F44" w14:textId="77777777" w:rsidR="697ACE3C" w:rsidRDefault="697ACE3C" w:rsidP="372029BD">
      <w:pPr>
        <w:pStyle w:val="Heading1"/>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lastRenderedPageBreak/>
        <w:t>CAPITOLUL 5. APELUL PUBLIC ȘI DEPUNEREA PROIECTELOR</w:t>
      </w:r>
    </w:p>
    <w:p w14:paraId="59A21481" w14:textId="12F7E7CB" w:rsidR="697ACE3C" w:rsidRDefault="697ACE3C" w:rsidP="372029BD">
      <w:pPr>
        <w:spacing w:line="360" w:lineRule="auto"/>
        <w:jc w:val="both"/>
        <w:rPr>
          <w:rFonts w:ascii="Times New Roman" w:eastAsia="Times New Roman" w:hAnsi="Times New Roman" w:cs="Times New Roman"/>
          <w:b/>
          <w:bCs/>
          <w:sz w:val="24"/>
          <w:szCs w:val="24"/>
          <w:lang w:val="ro-RO"/>
        </w:rPr>
      </w:pPr>
      <w:r w:rsidRPr="372029BD">
        <w:rPr>
          <w:rFonts w:ascii="Times New Roman" w:eastAsia="Times New Roman" w:hAnsi="Times New Roman" w:cs="Times New Roman"/>
          <w:b/>
          <w:bCs/>
          <w:sz w:val="24"/>
          <w:szCs w:val="24"/>
          <w:lang w:val="ro-RO"/>
        </w:rPr>
        <w:t>Articolul</w:t>
      </w:r>
      <w:r w:rsidR="093856F8" w:rsidRPr="372029BD">
        <w:rPr>
          <w:rFonts w:ascii="Times New Roman" w:eastAsia="Times New Roman" w:hAnsi="Times New Roman" w:cs="Times New Roman"/>
          <w:b/>
          <w:bCs/>
          <w:sz w:val="24"/>
          <w:szCs w:val="24"/>
          <w:lang w:val="ro-RO"/>
        </w:rPr>
        <w:t xml:space="preserve"> 9</w:t>
      </w:r>
      <w:r w:rsidRPr="372029BD">
        <w:rPr>
          <w:rFonts w:ascii="Times New Roman" w:eastAsia="Times New Roman" w:hAnsi="Times New Roman" w:cs="Times New Roman"/>
          <w:b/>
          <w:bCs/>
          <w:sz w:val="24"/>
          <w:szCs w:val="24"/>
          <w:lang w:val="ro-RO"/>
        </w:rPr>
        <w:t>. Lansarea și promovarea apelului public</w:t>
      </w:r>
    </w:p>
    <w:p w14:paraId="2AEBAA64" w14:textId="16C8C6EA" w:rsidR="29995B74" w:rsidRDefault="29995B74" w:rsidP="372029BD">
      <w:pPr>
        <w:pStyle w:val="ListParagraph"/>
        <w:numPr>
          <w:ilvl w:val="0"/>
          <w:numId w:val="14"/>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Pentru colectarea propunerilor, Municipiului Timișoara va lansa un </w:t>
      </w:r>
      <w:r w:rsidR="697ACE3C" w:rsidRPr="372029BD">
        <w:rPr>
          <w:rFonts w:ascii="Times New Roman" w:eastAsia="Times New Roman" w:hAnsi="Times New Roman" w:cs="Times New Roman"/>
          <w:sz w:val="24"/>
          <w:szCs w:val="24"/>
          <w:lang w:val="ro-RO"/>
        </w:rPr>
        <w:t xml:space="preserve">apel public deschis </w:t>
      </w:r>
      <w:r w:rsidR="0CC79C51" w:rsidRPr="372029BD">
        <w:rPr>
          <w:rFonts w:ascii="Times New Roman" w:eastAsia="Times New Roman" w:hAnsi="Times New Roman" w:cs="Times New Roman"/>
          <w:sz w:val="24"/>
          <w:szCs w:val="24"/>
          <w:lang w:val="ro-RO"/>
        </w:rPr>
        <w:t>anunțat</w:t>
      </w:r>
      <w:r w:rsidR="697ACE3C" w:rsidRPr="372029BD">
        <w:rPr>
          <w:rFonts w:ascii="Times New Roman" w:eastAsia="Times New Roman" w:hAnsi="Times New Roman" w:cs="Times New Roman"/>
          <w:sz w:val="24"/>
          <w:szCs w:val="24"/>
          <w:lang w:val="ro-RO"/>
        </w:rPr>
        <w:t xml:space="preserve"> pe pagina dedicată, pe canalele de social media ale municipiului și prin rețelele de parteneri relevante pentru tineri.</w:t>
      </w:r>
    </w:p>
    <w:p w14:paraId="30AFE875" w14:textId="27EF10D0" w:rsidR="697ACE3C" w:rsidRDefault="697ACE3C" w:rsidP="372029BD">
      <w:pPr>
        <w:pStyle w:val="ListParagraph"/>
        <w:numPr>
          <w:ilvl w:val="0"/>
          <w:numId w:val="14"/>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Municipiul Timișoara va organiza cel puțin o sesiune de design/ </w:t>
      </w:r>
      <w:proofErr w:type="spellStart"/>
      <w:r w:rsidRPr="372029BD">
        <w:rPr>
          <w:rFonts w:ascii="Times New Roman" w:eastAsia="Times New Roman" w:hAnsi="Times New Roman" w:cs="Times New Roman"/>
          <w:sz w:val="24"/>
          <w:szCs w:val="24"/>
          <w:lang w:val="ro-RO"/>
        </w:rPr>
        <w:t>co</w:t>
      </w:r>
      <w:proofErr w:type="spellEnd"/>
      <w:r w:rsidRPr="372029BD">
        <w:rPr>
          <w:rFonts w:ascii="Times New Roman" w:eastAsia="Times New Roman" w:hAnsi="Times New Roman" w:cs="Times New Roman"/>
          <w:sz w:val="24"/>
          <w:szCs w:val="24"/>
          <w:lang w:val="ro-RO"/>
        </w:rPr>
        <w:t xml:space="preserve">-creare cu tineri și personal al </w:t>
      </w:r>
      <w:r w:rsidR="270FBD95" w:rsidRPr="372029BD">
        <w:rPr>
          <w:rFonts w:ascii="Times New Roman" w:eastAsia="Times New Roman" w:hAnsi="Times New Roman" w:cs="Times New Roman"/>
          <w:sz w:val="24"/>
          <w:szCs w:val="24"/>
          <w:lang w:val="ro-RO"/>
        </w:rPr>
        <w:t>administrației</w:t>
      </w:r>
      <w:r w:rsidRPr="372029BD">
        <w:rPr>
          <w:rFonts w:ascii="Times New Roman" w:eastAsia="Times New Roman" w:hAnsi="Times New Roman" w:cs="Times New Roman"/>
          <w:sz w:val="24"/>
          <w:szCs w:val="24"/>
          <w:lang w:val="ro-RO"/>
        </w:rPr>
        <w:t xml:space="preserve"> pentru prezentarea </w:t>
      </w:r>
      <w:r w:rsidR="1B30848E" w:rsidRPr="372029BD">
        <w:rPr>
          <w:rFonts w:ascii="Times New Roman" w:eastAsia="Times New Roman" w:hAnsi="Times New Roman" w:cs="Times New Roman"/>
          <w:sz w:val="24"/>
          <w:szCs w:val="24"/>
          <w:lang w:val="ro-RO"/>
        </w:rPr>
        <w:t>priorităților</w:t>
      </w:r>
      <w:r w:rsidRPr="372029BD">
        <w:rPr>
          <w:rFonts w:ascii="Times New Roman" w:eastAsia="Times New Roman" w:hAnsi="Times New Roman" w:cs="Times New Roman"/>
          <w:sz w:val="24"/>
          <w:szCs w:val="24"/>
          <w:lang w:val="ro-RO"/>
        </w:rPr>
        <w:t xml:space="preserve"> climatice locale și dezvoltarea ideilor de proiect.</w:t>
      </w:r>
    </w:p>
    <w:p w14:paraId="7619ACE1" w14:textId="4CF05A2A" w:rsidR="0D0991FA" w:rsidRDefault="0D0991FA" w:rsidP="372029BD">
      <w:pPr>
        <w:pStyle w:val="ListParagraph"/>
        <w:spacing w:line="360" w:lineRule="auto"/>
        <w:ind w:left="360"/>
        <w:jc w:val="both"/>
        <w:rPr>
          <w:rFonts w:ascii="Times New Roman" w:eastAsia="Times New Roman" w:hAnsi="Times New Roman" w:cs="Times New Roman"/>
          <w:sz w:val="24"/>
          <w:szCs w:val="24"/>
          <w:lang w:val="ro-RO"/>
        </w:rPr>
      </w:pPr>
    </w:p>
    <w:p w14:paraId="4AA0EE51" w14:textId="674D4938" w:rsidR="697ACE3C" w:rsidRDefault="697ACE3C" w:rsidP="372029BD">
      <w:pPr>
        <w:spacing w:line="360" w:lineRule="auto"/>
        <w:jc w:val="both"/>
        <w:rPr>
          <w:rFonts w:ascii="Times New Roman" w:eastAsia="Times New Roman" w:hAnsi="Times New Roman" w:cs="Times New Roman"/>
          <w:b/>
          <w:bCs/>
          <w:sz w:val="24"/>
          <w:szCs w:val="24"/>
          <w:lang w:val="ro-RO"/>
        </w:rPr>
      </w:pPr>
      <w:r w:rsidRPr="372029BD">
        <w:rPr>
          <w:rFonts w:ascii="Times New Roman" w:eastAsia="Times New Roman" w:hAnsi="Times New Roman" w:cs="Times New Roman"/>
          <w:b/>
          <w:bCs/>
          <w:sz w:val="24"/>
          <w:szCs w:val="24"/>
          <w:lang w:val="ro-RO"/>
        </w:rPr>
        <w:t>Articolul 1</w:t>
      </w:r>
      <w:r w:rsidR="15E5A843" w:rsidRPr="372029BD">
        <w:rPr>
          <w:rFonts w:ascii="Times New Roman" w:eastAsia="Times New Roman" w:hAnsi="Times New Roman" w:cs="Times New Roman"/>
          <w:b/>
          <w:bCs/>
          <w:sz w:val="24"/>
          <w:szCs w:val="24"/>
          <w:lang w:val="ro-RO"/>
        </w:rPr>
        <w:t>0</w:t>
      </w:r>
      <w:r w:rsidRPr="372029BD">
        <w:rPr>
          <w:rFonts w:ascii="Times New Roman" w:eastAsia="Times New Roman" w:hAnsi="Times New Roman" w:cs="Times New Roman"/>
          <w:b/>
          <w:bCs/>
          <w:sz w:val="24"/>
          <w:szCs w:val="24"/>
          <w:lang w:val="ro-RO"/>
        </w:rPr>
        <w:t>. Cum se depune proiectul</w:t>
      </w:r>
    </w:p>
    <w:p w14:paraId="5525A848" w14:textId="23B5A423" w:rsidR="697ACE3C" w:rsidRDefault="697ACE3C" w:rsidP="372029BD">
      <w:pPr>
        <w:pStyle w:val="ListParagraph"/>
        <w:numPr>
          <w:ilvl w:val="0"/>
          <w:numId w:val="13"/>
        </w:numPr>
        <w:spacing w:line="360" w:lineRule="auto"/>
        <w:jc w:val="both"/>
        <w:rPr>
          <w:rFonts w:ascii="Times New Roman" w:eastAsia="Times New Roman" w:hAnsi="Times New Roman" w:cs="Times New Roman"/>
          <w:sz w:val="24"/>
          <w:szCs w:val="24"/>
          <w:lang w:val="ro-RO"/>
        </w:rPr>
      </w:pPr>
      <w:r w:rsidRPr="677C4805">
        <w:rPr>
          <w:rFonts w:ascii="Times New Roman" w:eastAsia="Times New Roman" w:hAnsi="Times New Roman" w:cs="Times New Roman"/>
          <w:sz w:val="24"/>
          <w:szCs w:val="24"/>
          <w:lang w:val="ro-RO"/>
        </w:rPr>
        <w:t xml:space="preserve">Proiectele se depun online, în limba română și în engleză, completând formularul din Anexa </w:t>
      </w:r>
      <w:r w:rsidR="00EB561C">
        <w:rPr>
          <w:rFonts w:ascii="Times New Roman" w:eastAsia="Times New Roman" w:hAnsi="Times New Roman" w:cs="Times New Roman"/>
          <w:sz w:val="24"/>
          <w:szCs w:val="24"/>
          <w:lang w:val="ro-RO"/>
        </w:rPr>
        <w:t>1</w:t>
      </w:r>
      <w:r w:rsidR="003A46A5">
        <w:rPr>
          <w:rFonts w:ascii="Times New Roman" w:eastAsia="Times New Roman" w:hAnsi="Times New Roman" w:cs="Times New Roman"/>
          <w:sz w:val="24"/>
          <w:szCs w:val="24"/>
          <w:lang w:val="ro-RO"/>
        </w:rPr>
        <w:t xml:space="preserve"> a Regulamentului</w:t>
      </w:r>
      <w:r w:rsidRPr="677C4805">
        <w:rPr>
          <w:rFonts w:ascii="Times New Roman" w:eastAsia="Times New Roman" w:hAnsi="Times New Roman" w:cs="Times New Roman"/>
          <w:sz w:val="24"/>
          <w:szCs w:val="24"/>
          <w:lang w:val="ro-RO"/>
        </w:rPr>
        <w:t>,</w:t>
      </w:r>
      <w:r w:rsidR="5551F48E" w:rsidRPr="677C4805">
        <w:rPr>
          <w:rFonts w:ascii="Times New Roman" w:eastAsia="Times New Roman" w:hAnsi="Times New Roman" w:cs="Times New Roman"/>
          <w:sz w:val="24"/>
          <w:szCs w:val="24"/>
          <w:lang w:val="ro-RO"/>
        </w:rPr>
        <w:t xml:space="preserve"> </w:t>
      </w:r>
      <w:r w:rsidR="4EC5E435" w:rsidRPr="677C4805">
        <w:rPr>
          <w:rFonts w:ascii="Times New Roman" w:eastAsia="Times New Roman" w:hAnsi="Times New Roman" w:cs="Times New Roman"/>
          <w:sz w:val="24"/>
          <w:szCs w:val="24"/>
          <w:lang w:val="ro-RO"/>
        </w:rPr>
        <w:t xml:space="preserve">conform indicațiilor care vor fi comunicate prin </w:t>
      </w:r>
      <w:r w:rsidRPr="677C4805">
        <w:rPr>
          <w:rFonts w:ascii="Times New Roman" w:eastAsia="Times New Roman" w:hAnsi="Times New Roman" w:cs="Times New Roman"/>
          <w:sz w:val="24"/>
          <w:szCs w:val="24"/>
          <w:lang w:val="ro-RO"/>
        </w:rPr>
        <w:t>apelul public. Dacă există bariere de acces digital sau lingvistic, Municipiul Timișoara poate oferi alternative de suport sau depunere asistată.</w:t>
      </w:r>
    </w:p>
    <w:p w14:paraId="52F803FA" w14:textId="6D84A2E6" w:rsidR="697ACE3C" w:rsidRDefault="697ACE3C" w:rsidP="372029BD">
      <w:pPr>
        <w:pStyle w:val="ListParagraph"/>
        <w:numPr>
          <w:ilvl w:val="0"/>
          <w:numId w:val="13"/>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Formularul de proiect va include cel puțin informațiile din Anexa </w:t>
      </w:r>
      <w:r w:rsidR="00EB561C">
        <w:rPr>
          <w:rFonts w:ascii="Times New Roman" w:eastAsia="Times New Roman" w:hAnsi="Times New Roman" w:cs="Times New Roman"/>
          <w:sz w:val="24"/>
          <w:szCs w:val="24"/>
          <w:lang w:val="ro-RO"/>
        </w:rPr>
        <w:t>1</w:t>
      </w:r>
      <w:r w:rsidRPr="372029BD">
        <w:rPr>
          <w:rFonts w:ascii="Times New Roman" w:eastAsia="Times New Roman" w:hAnsi="Times New Roman" w:cs="Times New Roman"/>
          <w:sz w:val="24"/>
          <w:szCs w:val="24"/>
          <w:lang w:val="ro-RO"/>
        </w:rPr>
        <w:t xml:space="preserve">: </w:t>
      </w:r>
      <w:r w:rsidR="77CDB46C" w:rsidRPr="372029BD">
        <w:rPr>
          <w:rFonts w:ascii="Times New Roman" w:eastAsia="Times New Roman" w:hAnsi="Times New Roman" w:cs="Times New Roman"/>
          <w:sz w:val="24"/>
          <w:szCs w:val="24"/>
          <w:lang w:val="ro-RO"/>
        </w:rPr>
        <w:t xml:space="preserve">informații privind </w:t>
      </w:r>
      <w:r w:rsidRPr="372029BD">
        <w:rPr>
          <w:rFonts w:ascii="Times New Roman" w:eastAsia="Times New Roman" w:hAnsi="Times New Roman" w:cs="Times New Roman"/>
          <w:sz w:val="24"/>
          <w:szCs w:val="24"/>
          <w:lang w:val="ro-RO"/>
        </w:rPr>
        <w:t>echip</w:t>
      </w:r>
      <w:r w:rsidR="52F02E7F" w:rsidRPr="372029BD">
        <w:rPr>
          <w:rFonts w:ascii="Times New Roman" w:eastAsia="Times New Roman" w:hAnsi="Times New Roman" w:cs="Times New Roman"/>
          <w:sz w:val="24"/>
          <w:szCs w:val="24"/>
          <w:lang w:val="ro-RO"/>
        </w:rPr>
        <w:t>a</w:t>
      </w:r>
      <w:r w:rsidRPr="372029BD">
        <w:rPr>
          <w:rFonts w:ascii="Times New Roman" w:eastAsia="Times New Roman" w:hAnsi="Times New Roman" w:cs="Times New Roman"/>
          <w:sz w:val="24"/>
          <w:szCs w:val="24"/>
          <w:lang w:val="ro-RO"/>
        </w:rPr>
        <w:t xml:space="preserve">, organizația </w:t>
      </w:r>
      <w:r w:rsidR="6EBCF0C5" w:rsidRPr="372029BD">
        <w:rPr>
          <w:rFonts w:ascii="Times New Roman" w:eastAsia="Times New Roman" w:hAnsi="Times New Roman" w:cs="Times New Roman"/>
          <w:sz w:val="24"/>
          <w:szCs w:val="24"/>
          <w:lang w:val="ro-RO"/>
        </w:rPr>
        <w:t xml:space="preserve">care gestionează </w:t>
      </w:r>
      <w:proofErr w:type="spellStart"/>
      <w:r w:rsidR="6EBCF0C5" w:rsidRPr="372029BD">
        <w:rPr>
          <w:rFonts w:ascii="Times New Roman" w:eastAsia="Times New Roman" w:hAnsi="Times New Roman" w:cs="Times New Roman"/>
          <w:sz w:val="24"/>
          <w:szCs w:val="24"/>
          <w:lang w:val="ro-RO"/>
        </w:rPr>
        <w:t>micrograntul</w:t>
      </w:r>
      <w:proofErr w:type="spellEnd"/>
      <w:r w:rsidRPr="372029BD">
        <w:rPr>
          <w:rFonts w:ascii="Times New Roman" w:eastAsia="Times New Roman" w:hAnsi="Times New Roman" w:cs="Times New Roman"/>
          <w:sz w:val="24"/>
          <w:szCs w:val="24"/>
          <w:lang w:val="ro-RO"/>
        </w:rPr>
        <w:t xml:space="preserve">, problema </w:t>
      </w:r>
      <w:r w:rsidR="06CD50AB" w:rsidRPr="372029BD">
        <w:rPr>
          <w:rFonts w:ascii="Times New Roman" w:eastAsia="Times New Roman" w:hAnsi="Times New Roman" w:cs="Times New Roman"/>
          <w:sz w:val="24"/>
          <w:szCs w:val="24"/>
          <w:lang w:val="ro-RO"/>
        </w:rPr>
        <w:t>identificată</w:t>
      </w:r>
      <w:r w:rsidRPr="372029BD">
        <w:rPr>
          <w:rFonts w:ascii="Times New Roman" w:eastAsia="Times New Roman" w:hAnsi="Times New Roman" w:cs="Times New Roman"/>
          <w:sz w:val="24"/>
          <w:szCs w:val="24"/>
          <w:lang w:val="ro-RO"/>
        </w:rPr>
        <w:t xml:space="preserve">, </w:t>
      </w:r>
      <w:r w:rsidR="1B47B135" w:rsidRPr="372029BD">
        <w:rPr>
          <w:rFonts w:ascii="Times New Roman" w:eastAsia="Times New Roman" w:hAnsi="Times New Roman" w:cs="Times New Roman"/>
          <w:sz w:val="24"/>
          <w:szCs w:val="24"/>
          <w:lang w:val="ro-RO"/>
        </w:rPr>
        <w:t>soluția</w:t>
      </w:r>
      <w:r w:rsidRPr="372029BD">
        <w:rPr>
          <w:rFonts w:ascii="Times New Roman" w:eastAsia="Times New Roman" w:hAnsi="Times New Roman" w:cs="Times New Roman"/>
          <w:sz w:val="24"/>
          <w:szCs w:val="24"/>
          <w:lang w:val="ro-RO"/>
        </w:rPr>
        <w:t xml:space="preserve"> propus</w:t>
      </w:r>
      <w:r w:rsidR="3555F7C7" w:rsidRPr="372029BD">
        <w:rPr>
          <w:rFonts w:ascii="Times New Roman" w:eastAsia="Times New Roman" w:hAnsi="Times New Roman" w:cs="Times New Roman"/>
          <w:sz w:val="24"/>
          <w:szCs w:val="24"/>
          <w:lang w:val="ro-RO"/>
        </w:rPr>
        <w:t>ă</w:t>
      </w:r>
      <w:r w:rsidRPr="372029BD">
        <w:rPr>
          <w:rFonts w:ascii="Times New Roman" w:eastAsia="Times New Roman" w:hAnsi="Times New Roman" w:cs="Times New Roman"/>
          <w:sz w:val="24"/>
          <w:szCs w:val="24"/>
          <w:lang w:val="ro-RO"/>
        </w:rPr>
        <w:t xml:space="preserve">, activități, buget, </w:t>
      </w:r>
      <w:r w:rsidR="22F1C98A" w:rsidRPr="372029BD">
        <w:rPr>
          <w:rFonts w:ascii="Times New Roman" w:eastAsia="Times New Roman" w:hAnsi="Times New Roman" w:cs="Times New Roman"/>
          <w:sz w:val="24"/>
          <w:szCs w:val="24"/>
          <w:lang w:val="ro-RO"/>
        </w:rPr>
        <w:t>rezultat direct/</w:t>
      </w:r>
      <w:r w:rsidRPr="372029BD">
        <w:rPr>
          <w:rFonts w:ascii="Times New Roman" w:eastAsia="Times New Roman" w:hAnsi="Times New Roman" w:cs="Times New Roman"/>
          <w:sz w:val="24"/>
          <w:szCs w:val="24"/>
          <w:lang w:val="ro-RO"/>
        </w:rPr>
        <w:t xml:space="preserve">output, </w:t>
      </w:r>
      <w:r w:rsidR="39F54CB7" w:rsidRPr="372029BD">
        <w:rPr>
          <w:rFonts w:ascii="Times New Roman" w:eastAsia="Times New Roman" w:hAnsi="Times New Roman" w:cs="Times New Roman"/>
          <w:sz w:val="24"/>
          <w:szCs w:val="24"/>
          <w:lang w:val="ro-RO"/>
        </w:rPr>
        <w:t>efect/</w:t>
      </w:r>
      <w:proofErr w:type="spellStart"/>
      <w:r w:rsidRPr="372029BD">
        <w:rPr>
          <w:rFonts w:ascii="Times New Roman" w:eastAsia="Times New Roman" w:hAnsi="Times New Roman" w:cs="Times New Roman"/>
          <w:sz w:val="24"/>
          <w:szCs w:val="24"/>
          <w:lang w:val="ro-RO"/>
        </w:rPr>
        <w:t>outcome</w:t>
      </w:r>
      <w:proofErr w:type="spellEnd"/>
      <w:r w:rsidRPr="372029BD">
        <w:rPr>
          <w:rFonts w:ascii="Times New Roman" w:eastAsia="Times New Roman" w:hAnsi="Times New Roman" w:cs="Times New Roman"/>
          <w:sz w:val="24"/>
          <w:szCs w:val="24"/>
          <w:lang w:val="ro-RO"/>
        </w:rPr>
        <w:t>, calendar, rolul tinerilor și modul de măsurare a rezultatelor.</w:t>
      </w:r>
    </w:p>
    <w:p w14:paraId="4BCA9335" w14:textId="0E227692" w:rsidR="697ACE3C" w:rsidRDefault="697ACE3C" w:rsidP="372029BD">
      <w:pPr>
        <w:pStyle w:val="ListParagraph"/>
        <w:numPr>
          <w:ilvl w:val="0"/>
          <w:numId w:val="13"/>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Pro</w:t>
      </w:r>
      <w:r w:rsidR="1468828E" w:rsidRPr="372029BD">
        <w:rPr>
          <w:rFonts w:ascii="Times New Roman" w:eastAsia="Times New Roman" w:hAnsi="Times New Roman" w:cs="Times New Roman"/>
          <w:sz w:val="24"/>
          <w:szCs w:val="24"/>
          <w:lang w:val="ro-RO"/>
        </w:rPr>
        <w:t>iectele</w:t>
      </w:r>
      <w:r w:rsidRPr="372029BD">
        <w:rPr>
          <w:rFonts w:ascii="Times New Roman" w:eastAsia="Times New Roman" w:hAnsi="Times New Roman" w:cs="Times New Roman"/>
          <w:sz w:val="24"/>
          <w:szCs w:val="24"/>
          <w:lang w:val="ro-RO"/>
        </w:rPr>
        <w:t xml:space="preserve"> incomplete pot primi solicitări de clarificare sau completare în perioada de verificare, </w:t>
      </w:r>
      <w:r w:rsidR="3268B23F" w:rsidRPr="372029BD">
        <w:rPr>
          <w:rFonts w:ascii="Times New Roman" w:eastAsia="Times New Roman" w:hAnsi="Times New Roman" w:cs="Times New Roman"/>
          <w:sz w:val="24"/>
          <w:szCs w:val="24"/>
          <w:lang w:val="ro-RO"/>
        </w:rPr>
        <w:t xml:space="preserve">urmând ca echipa de proiect să efectueze modificările aferente </w:t>
      </w:r>
      <w:r w:rsidRPr="372029BD">
        <w:rPr>
          <w:rFonts w:ascii="Times New Roman" w:eastAsia="Times New Roman" w:hAnsi="Times New Roman" w:cs="Times New Roman"/>
          <w:sz w:val="24"/>
          <w:szCs w:val="24"/>
          <w:lang w:val="ro-RO"/>
        </w:rPr>
        <w:t xml:space="preserve">până la data limită </w:t>
      </w:r>
      <w:r w:rsidR="6E5E5631" w:rsidRPr="372029BD">
        <w:rPr>
          <w:rFonts w:ascii="Times New Roman" w:eastAsia="Times New Roman" w:hAnsi="Times New Roman" w:cs="Times New Roman"/>
          <w:sz w:val="24"/>
          <w:szCs w:val="24"/>
          <w:lang w:val="ro-RO"/>
        </w:rPr>
        <w:t xml:space="preserve">de </w:t>
      </w:r>
      <w:r w:rsidRPr="372029BD">
        <w:rPr>
          <w:rFonts w:ascii="Times New Roman" w:eastAsia="Times New Roman" w:hAnsi="Times New Roman" w:cs="Times New Roman"/>
          <w:sz w:val="24"/>
          <w:szCs w:val="24"/>
          <w:lang w:val="ro-RO"/>
        </w:rPr>
        <w:t>depunere</w:t>
      </w:r>
      <w:r w:rsidR="5C168F21" w:rsidRPr="372029BD">
        <w:rPr>
          <w:rFonts w:ascii="Times New Roman" w:eastAsia="Times New Roman" w:hAnsi="Times New Roman" w:cs="Times New Roman"/>
          <w:sz w:val="24"/>
          <w:szCs w:val="24"/>
          <w:lang w:val="ro-RO"/>
        </w:rPr>
        <w:t xml:space="preserve"> a</w:t>
      </w:r>
      <w:r w:rsidRPr="372029BD">
        <w:rPr>
          <w:rFonts w:ascii="Times New Roman" w:eastAsia="Times New Roman" w:hAnsi="Times New Roman" w:cs="Times New Roman"/>
          <w:sz w:val="24"/>
          <w:szCs w:val="24"/>
          <w:lang w:val="ro-RO"/>
        </w:rPr>
        <w:t xml:space="preserve"> proiectelor. </w:t>
      </w:r>
    </w:p>
    <w:p w14:paraId="746BFE66" w14:textId="22ECB473" w:rsidR="0C3D441E" w:rsidRDefault="0C3D441E" w:rsidP="372029BD">
      <w:pPr>
        <w:pStyle w:val="ListParagraph"/>
        <w:numPr>
          <w:ilvl w:val="0"/>
          <w:numId w:val="13"/>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Toate proiectele vor fi afișate pe pagina website dedicată programului.</w:t>
      </w:r>
    </w:p>
    <w:p w14:paraId="0C70E0DF" w14:textId="58CD3F15" w:rsidR="697ACE3C" w:rsidRDefault="697ACE3C" w:rsidP="372029BD">
      <w:pPr>
        <w:pStyle w:val="ListParagraph"/>
        <w:numPr>
          <w:ilvl w:val="0"/>
          <w:numId w:val="13"/>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Municipiul Timișoara </w:t>
      </w:r>
      <w:r w:rsidR="05418855" w:rsidRPr="372029BD">
        <w:rPr>
          <w:rFonts w:ascii="Times New Roman" w:eastAsia="Times New Roman" w:hAnsi="Times New Roman" w:cs="Times New Roman"/>
          <w:sz w:val="24"/>
          <w:szCs w:val="24"/>
          <w:lang w:val="ro-RO"/>
        </w:rPr>
        <w:t>își rezervă dreptul de a</w:t>
      </w:r>
      <w:r w:rsidRPr="372029BD">
        <w:rPr>
          <w:rFonts w:ascii="Times New Roman" w:eastAsia="Times New Roman" w:hAnsi="Times New Roman" w:cs="Times New Roman"/>
          <w:sz w:val="24"/>
          <w:szCs w:val="24"/>
          <w:lang w:val="ro-RO"/>
        </w:rPr>
        <w:t xml:space="preserve"> elimina </w:t>
      </w:r>
      <w:r w:rsidR="24E0AEED" w:rsidRPr="372029BD">
        <w:rPr>
          <w:rFonts w:ascii="Times New Roman" w:eastAsia="Times New Roman" w:hAnsi="Times New Roman" w:cs="Times New Roman"/>
          <w:sz w:val="24"/>
          <w:szCs w:val="24"/>
          <w:lang w:val="ro-RO"/>
        </w:rPr>
        <w:t xml:space="preserve">din pagina website dedicată programului </w:t>
      </w:r>
      <w:r w:rsidRPr="372029BD">
        <w:rPr>
          <w:rFonts w:ascii="Times New Roman" w:eastAsia="Times New Roman" w:hAnsi="Times New Roman" w:cs="Times New Roman"/>
          <w:sz w:val="24"/>
          <w:szCs w:val="24"/>
          <w:lang w:val="ro-RO"/>
        </w:rPr>
        <w:t>propunerile duplicate, mesajele cu limbaj licențios, discriminatoriu, ofensator sau cele care încalcă legea ori prezentul regulament.</w:t>
      </w:r>
    </w:p>
    <w:p w14:paraId="027C3112" w14:textId="1F8FE80B" w:rsidR="5719E25C" w:rsidRDefault="5719E25C" w:rsidP="372029BD">
      <w:pPr>
        <w:pStyle w:val="Heading1"/>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CAPITOLUL 6. VERIFICAREA</w:t>
      </w:r>
      <w:r w:rsidR="25E2A775" w:rsidRPr="372029BD">
        <w:rPr>
          <w:rFonts w:ascii="Times New Roman" w:eastAsia="Times New Roman" w:hAnsi="Times New Roman" w:cs="Times New Roman"/>
          <w:sz w:val="24"/>
          <w:szCs w:val="24"/>
          <w:lang w:val="ro-RO"/>
        </w:rPr>
        <w:t xml:space="preserve"> ELIGIBILITĂȚII ȘI</w:t>
      </w:r>
      <w:r w:rsidRPr="372029BD">
        <w:rPr>
          <w:rFonts w:ascii="Times New Roman" w:eastAsia="Times New Roman" w:hAnsi="Times New Roman" w:cs="Times New Roman"/>
          <w:sz w:val="24"/>
          <w:szCs w:val="24"/>
          <w:lang w:val="ro-RO"/>
        </w:rPr>
        <w:t xml:space="preserve"> SELECȚIA</w:t>
      </w:r>
      <w:r w:rsidR="2090E206" w:rsidRPr="372029BD">
        <w:rPr>
          <w:rFonts w:ascii="Times New Roman" w:eastAsia="Times New Roman" w:hAnsi="Times New Roman" w:cs="Times New Roman"/>
          <w:sz w:val="24"/>
          <w:szCs w:val="24"/>
          <w:lang w:val="ro-RO"/>
        </w:rPr>
        <w:t xml:space="preserve"> PROIECTELOR CÂȘTIGĂTOARE</w:t>
      </w:r>
    </w:p>
    <w:p w14:paraId="57DB926B" w14:textId="6332F058" w:rsidR="5719E25C" w:rsidRDefault="5719E25C" w:rsidP="372029BD">
      <w:pPr>
        <w:spacing w:line="360" w:lineRule="auto"/>
        <w:jc w:val="both"/>
        <w:rPr>
          <w:rFonts w:ascii="Times New Roman" w:eastAsia="Times New Roman" w:hAnsi="Times New Roman" w:cs="Times New Roman"/>
          <w:b/>
          <w:bCs/>
          <w:sz w:val="24"/>
          <w:szCs w:val="24"/>
          <w:lang w:val="ro-RO"/>
        </w:rPr>
      </w:pPr>
      <w:r w:rsidRPr="372029BD">
        <w:rPr>
          <w:rFonts w:ascii="Times New Roman" w:eastAsia="Times New Roman" w:hAnsi="Times New Roman" w:cs="Times New Roman"/>
          <w:b/>
          <w:bCs/>
          <w:sz w:val="24"/>
          <w:szCs w:val="24"/>
          <w:lang w:val="ro-RO"/>
        </w:rPr>
        <w:t>Articolul 11. Verificarea eligibilității</w:t>
      </w:r>
    </w:p>
    <w:p w14:paraId="26E64F02" w14:textId="2FF5A476" w:rsidR="5719E25C" w:rsidRDefault="5719E25C" w:rsidP="372029BD">
      <w:pPr>
        <w:pStyle w:val="ListParagraph"/>
        <w:numPr>
          <w:ilvl w:val="0"/>
          <w:numId w:val="12"/>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Verificarea eligibilității urmărește respectarea </w:t>
      </w:r>
      <w:r w:rsidR="103408A3" w:rsidRPr="372029BD">
        <w:rPr>
          <w:rFonts w:ascii="Times New Roman" w:eastAsia="Times New Roman" w:hAnsi="Times New Roman" w:cs="Times New Roman"/>
          <w:sz w:val="24"/>
          <w:szCs w:val="24"/>
          <w:lang w:val="ro-RO"/>
        </w:rPr>
        <w:t>c</w:t>
      </w:r>
      <w:r w:rsidR="6A6C460D" w:rsidRPr="372029BD">
        <w:rPr>
          <w:rFonts w:ascii="Times New Roman" w:eastAsia="Times New Roman" w:hAnsi="Times New Roman" w:cs="Times New Roman"/>
          <w:sz w:val="24"/>
          <w:szCs w:val="24"/>
          <w:lang w:val="ro-RO"/>
        </w:rPr>
        <w:t xml:space="preserve">riteriilor de eligibilitate </w:t>
      </w:r>
      <w:r w:rsidR="32360E5C" w:rsidRPr="372029BD">
        <w:rPr>
          <w:rFonts w:ascii="Times New Roman" w:eastAsia="Times New Roman" w:hAnsi="Times New Roman" w:cs="Times New Roman"/>
          <w:sz w:val="24"/>
          <w:szCs w:val="24"/>
          <w:lang w:val="ro-RO"/>
        </w:rPr>
        <w:t xml:space="preserve">conform </w:t>
      </w:r>
      <w:r w:rsidR="32360E5C" w:rsidRPr="372029BD">
        <w:rPr>
          <w:rFonts w:ascii="Times New Roman" w:eastAsia="Times New Roman" w:hAnsi="Times New Roman" w:cs="Times New Roman"/>
          <w:b/>
          <w:bCs/>
          <w:sz w:val="24"/>
          <w:szCs w:val="24"/>
          <w:lang w:val="ro-RO"/>
        </w:rPr>
        <w:t xml:space="preserve">Anexei </w:t>
      </w:r>
      <w:r w:rsidR="00EB561C">
        <w:rPr>
          <w:rFonts w:ascii="Times New Roman" w:eastAsia="Times New Roman" w:hAnsi="Times New Roman" w:cs="Times New Roman"/>
          <w:b/>
          <w:bCs/>
          <w:sz w:val="24"/>
          <w:szCs w:val="24"/>
          <w:lang w:val="ro-RO"/>
        </w:rPr>
        <w:t>4</w:t>
      </w:r>
      <w:r w:rsidR="63506336" w:rsidRPr="372029BD">
        <w:rPr>
          <w:rFonts w:ascii="Times New Roman" w:eastAsia="Times New Roman" w:hAnsi="Times New Roman" w:cs="Times New Roman"/>
          <w:b/>
          <w:bCs/>
          <w:sz w:val="24"/>
          <w:szCs w:val="24"/>
          <w:lang w:val="ro-RO"/>
        </w:rPr>
        <w:t xml:space="preserve"> </w:t>
      </w:r>
      <w:r w:rsidR="361A5E16" w:rsidRPr="372029BD">
        <w:rPr>
          <w:rFonts w:ascii="Times New Roman" w:eastAsia="Times New Roman" w:hAnsi="Times New Roman" w:cs="Times New Roman"/>
          <w:sz w:val="24"/>
          <w:szCs w:val="24"/>
          <w:lang w:val="ro-RO"/>
        </w:rPr>
        <w:t>și art. 5.</w:t>
      </w:r>
    </w:p>
    <w:p w14:paraId="028990EE" w14:textId="6FECC965" w:rsidR="5719E25C" w:rsidRDefault="5719E25C" w:rsidP="372029BD">
      <w:pPr>
        <w:pStyle w:val="ListParagraph"/>
        <w:numPr>
          <w:ilvl w:val="0"/>
          <w:numId w:val="12"/>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Rezultatul verificării </w:t>
      </w:r>
      <w:r w:rsidR="73AF8DDF" w:rsidRPr="372029BD">
        <w:rPr>
          <w:rFonts w:ascii="Times New Roman" w:eastAsia="Times New Roman" w:hAnsi="Times New Roman" w:cs="Times New Roman"/>
          <w:sz w:val="24"/>
          <w:szCs w:val="24"/>
          <w:lang w:val="ro-RO"/>
        </w:rPr>
        <w:t xml:space="preserve">eligibilității </w:t>
      </w:r>
      <w:r w:rsidRPr="372029BD">
        <w:rPr>
          <w:rFonts w:ascii="Times New Roman" w:eastAsia="Times New Roman" w:hAnsi="Times New Roman" w:cs="Times New Roman"/>
          <w:sz w:val="24"/>
          <w:szCs w:val="24"/>
          <w:lang w:val="ro-RO"/>
        </w:rPr>
        <w:t xml:space="preserve">poate fi: eligibil pentru selecție, eligibil cu clarificări/ ajustări, respins </w:t>
      </w:r>
      <w:r w:rsidR="64B389C7" w:rsidRPr="372029BD">
        <w:rPr>
          <w:rFonts w:ascii="Times New Roman" w:eastAsia="Times New Roman" w:hAnsi="Times New Roman" w:cs="Times New Roman"/>
          <w:sz w:val="24"/>
          <w:szCs w:val="24"/>
          <w:lang w:val="ro-RO"/>
        </w:rPr>
        <w:t>drept</w:t>
      </w:r>
      <w:r w:rsidRPr="372029BD">
        <w:rPr>
          <w:rFonts w:ascii="Times New Roman" w:eastAsia="Times New Roman" w:hAnsi="Times New Roman" w:cs="Times New Roman"/>
          <w:sz w:val="24"/>
          <w:szCs w:val="24"/>
          <w:lang w:val="ro-RO"/>
        </w:rPr>
        <w:t xml:space="preserve"> neeligibil</w:t>
      </w:r>
      <w:r w:rsidR="43AFE188" w:rsidRPr="372029BD">
        <w:rPr>
          <w:rFonts w:ascii="Times New Roman" w:eastAsia="Times New Roman" w:hAnsi="Times New Roman" w:cs="Times New Roman"/>
          <w:sz w:val="24"/>
          <w:szCs w:val="24"/>
          <w:lang w:val="ro-RO"/>
        </w:rPr>
        <w:t>.</w:t>
      </w:r>
    </w:p>
    <w:p w14:paraId="235C1CB4" w14:textId="2C583625" w:rsidR="5719E25C" w:rsidRDefault="5719E25C" w:rsidP="372029BD">
      <w:pPr>
        <w:pStyle w:val="ListParagraph"/>
        <w:numPr>
          <w:ilvl w:val="0"/>
          <w:numId w:val="12"/>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lastRenderedPageBreak/>
        <w:t>În cazul respingerii, motivarea se comunică în scris echipei de tineri și organizației</w:t>
      </w:r>
      <w:r w:rsidR="33983FDD" w:rsidRPr="372029BD">
        <w:rPr>
          <w:rFonts w:ascii="Times New Roman" w:eastAsia="Times New Roman" w:hAnsi="Times New Roman" w:cs="Times New Roman"/>
          <w:sz w:val="24"/>
          <w:szCs w:val="24"/>
          <w:lang w:val="ro-RO"/>
        </w:rPr>
        <w:t>, precum și public, pe pagina website dedicată programului.</w:t>
      </w:r>
    </w:p>
    <w:p w14:paraId="664FD2C0" w14:textId="1A836E84" w:rsidR="02CC84A7" w:rsidRDefault="02CC84A7" w:rsidP="372029BD">
      <w:pPr>
        <w:pStyle w:val="ListParagraph"/>
        <w:spacing w:line="360" w:lineRule="auto"/>
        <w:ind w:left="360" w:hanging="360"/>
        <w:jc w:val="both"/>
        <w:rPr>
          <w:rFonts w:ascii="Times New Roman" w:eastAsia="Times New Roman" w:hAnsi="Times New Roman" w:cs="Times New Roman"/>
          <w:sz w:val="24"/>
          <w:szCs w:val="24"/>
          <w:lang w:val="ro-RO"/>
        </w:rPr>
      </w:pPr>
    </w:p>
    <w:p w14:paraId="50C77904" w14:textId="56F3E5A0" w:rsidR="0EC25984" w:rsidRDefault="0EC25984" w:rsidP="372029BD">
      <w:pPr>
        <w:spacing w:line="360" w:lineRule="auto"/>
        <w:jc w:val="both"/>
        <w:rPr>
          <w:rFonts w:ascii="Times New Roman" w:eastAsia="Times New Roman" w:hAnsi="Times New Roman" w:cs="Times New Roman"/>
          <w:b/>
          <w:bCs/>
          <w:sz w:val="24"/>
          <w:szCs w:val="24"/>
          <w:lang w:val="ro-RO"/>
        </w:rPr>
      </w:pPr>
      <w:r w:rsidRPr="372029BD">
        <w:rPr>
          <w:rFonts w:ascii="Times New Roman" w:eastAsia="Times New Roman" w:hAnsi="Times New Roman" w:cs="Times New Roman"/>
          <w:b/>
          <w:bCs/>
          <w:sz w:val="24"/>
          <w:szCs w:val="24"/>
          <w:lang w:val="ro-RO"/>
        </w:rPr>
        <w:t>Articolul 12. Jurizarea proiectelor eligibile pentru selecție</w:t>
      </w:r>
    </w:p>
    <w:p w14:paraId="174FC3BA" w14:textId="31DB4122" w:rsidR="0EC25984" w:rsidRDefault="0EC25984" w:rsidP="372029BD">
      <w:pPr>
        <w:pStyle w:val="ListParagraph"/>
        <w:numPr>
          <w:ilvl w:val="0"/>
          <w:numId w:val="11"/>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Proiectele considerate eligibile în urma verificării eligibilității vor fi analizate și selectate de o comisie independentă de selecție, formată din</w:t>
      </w:r>
      <w:r w:rsidR="17E8CF7B" w:rsidRPr="372029BD">
        <w:rPr>
          <w:rFonts w:ascii="Times New Roman" w:eastAsia="Times New Roman" w:hAnsi="Times New Roman" w:cs="Times New Roman"/>
          <w:sz w:val="24"/>
          <w:szCs w:val="24"/>
          <w:lang w:val="ro-RO"/>
        </w:rPr>
        <w:t xml:space="preserve"> 5</w:t>
      </w:r>
      <w:r w:rsidRPr="372029BD">
        <w:rPr>
          <w:rFonts w:ascii="Times New Roman" w:eastAsia="Times New Roman" w:hAnsi="Times New Roman" w:cs="Times New Roman"/>
          <w:sz w:val="24"/>
          <w:szCs w:val="24"/>
          <w:lang w:val="ro-RO"/>
        </w:rPr>
        <w:t xml:space="preserve"> membri.</w:t>
      </w:r>
    </w:p>
    <w:p w14:paraId="6ED48455" w14:textId="0DEC79BE" w:rsidR="0EC25984" w:rsidRDefault="0EC25984" w:rsidP="372029BD">
      <w:pPr>
        <w:pStyle w:val="ListParagraph"/>
        <w:numPr>
          <w:ilvl w:val="0"/>
          <w:numId w:val="11"/>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Comisia de selecție </w:t>
      </w:r>
      <w:r w:rsidR="60C2BC39" w:rsidRPr="372029BD">
        <w:rPr>
          <w:rFonts w:ascii="Times New Roman" w:eastAsia="Times New Roman" w:hAnsi="Times New Roman" w:cs="Times New Roman"/>
          <w:sz w:val="24"/>
          <w:szCs w:val="24"/>
          <w:lang w:val="ro-RO"/>
        </w:rPr>
        <w:t>va include</w:t>
      </w:r>
      <w:r w:rsidRPr="372029BD">
        <w:rPr>
          <w:rFonts w:ascii="Times New Roman" w:eastAsia="Times New Roman" w:hAnsi="Times New Roman" w:cs="Times New Roman"/>
          <w:sz w:val="24"/>
          <w:szCs w:val="24"/>
          <w:lang w:val="ro-RO"/>
        </w:rPr>
        <w:t xml:space="preserve"> persoane cu experien</w:t>
      </w:r>
      <w:r w:rsidR="0CE3FBFD" w:rsidRPr="372029BD">
        <w:rPr>
          <w:rFonts w:ascii="Times New Roman" w:eastAsia="Times New Roman" w:hAnsi="Times New Roman" w:cs="Times New Roman"/>
          <w:sz w:val="24"/>
          <w:szCs w:val="24"/>
          <w:lang w:val="ro-RO"/>
        </w:rPr>
        <w:t>ță</w:t>
      </w:r>
      <w:r w:rsidRPr="372029BD">
        <w:rPr>
          <w:rFonts w:ascii="Times New Roman" w:eastAsia="Times New Roman" w:hAnsi="Times New Roman" w:cs="Times New Roman"/>
          <w:sz w:val="24"/>
          <w:szCs w:val="24"/>
          <w:lang w:val="ro-RO"/>
        </w:rPr>
        <w:t xml:space="preserve">  în</w:t>
      </w:r>
      <w:r w:rsidR="0826FBBA" w:rsidRPr="372029BD">
        <w:rPr>
          <w:rFonts w:ascii="Times New Roman" w:eastAsia="Times New Roman" w:hAnsi="Times New Roman" w:cs="Times New Roman"/>
          <w:sz w:val="24"/>
          <w:szCs w:val="24"/>
          <w:lang w:val="ro-RO"/>
        </w:rPr>
        <w:t xml:space="preserve"> domenii precum</w:t>
      </w:r>
      <w:r w:rsidRPr="372029BD">
        <w:rPr>
          <w:rFonts w:ascii="Times New Roman" w:eastAsia="Times New Roman" w:hAnsi="Times New Roman" w:cs="Times New Roman"/>
          <w:sz w:val="24"/>
          <w:szCs w:val="24"/>
          <w:lang w:val="ro-RO"/>
        </w:rPr>
        <w:t xml:space="preserve"> </w:t>
      </w:r>
      <w:r w:rsidR="3A57314E" w:rsidRPr="372029BD">
        <w:rPr>
          <w:rFonts w:ascii="Times New Roman" w:eastAsia="Times New Roman" w:hAnsi="Times New Roman" w:cs="Times New Roman"/>
          <w:sz w:val="24"/>
          <w:szCs w:val="24"/>
          <w:lang w:val="ro-RO"/>
        </w:rPr>
        <w:t>schim</w:t>
      </w:r>
      <w:r w:rsidR="7CCBFD13" w:rsidRPr="372029BD">
        <w:rPr>
          <w:rFonts w:ascii="Times New Roman" w:eastAsia="Times New Roman" w:hAnsi="Times New Roman" w:cs="Times New Roman"/>
          <w:sz w:val="24"/>
          <w:szCs w:val="24"/>
          <w:lang w:val="ro-RO"/>
        </w:rPr>
        <w:t>b</w:t>
      </w:r>
      <w:r w:rsidR="3A57314E" w:rsidRPr="372029BD">
        <w:rPr>
          <w:rFonts w:ascii="Times New Roman" w:eastAsia="Times New Roman" w:hAnsi="Times New Roman" w:cs="Times New Roman"/>
          <w:sz w:val="24"/>
          <w:szCs w:val="24"/>
          <w:lang w:val="ro-RO"/>
        </w:rPr>
        <w:t>ări climatice, p</w:t>
      </w:r>
      <w:r w:rsidRPr="372029BD">
        <w:rPr>
          <w:rFonts w:ascii="Times New Roman" w:eastAsia="Times New Roman" w:hAnsi="Times New Roman" w:cs="Times New Roman"/>
          <w:sz w:val="24"/>
          <w:szCs w:val="24"/>
          <w:lang w:val="ro-RO"/>
        </w:rPr>
        <w:t>rocese participative, implicarea tinerilor, educație, management de proiect, bugetare sau evaluare</w:t>
      </w:r>
      <w:r w:rsidR="16C2D7EB" w:rsidRPr="372029BD">
        <w:rPr>
          <w:rFonts w:ascii="Times New Roman" w:eastAsia="Times New Roman" w:hAnsi="Times New Roman" w:cs="Times New Roman"/>
          <w:sz w:val="24"/>
          <w:szCs w:val="24"/>
          <w:lang w:val="ro-RO"/>
        </w:rPr>
        <w:t xml:space="preserve"> de proiecte.</w:t>
      </w:r>
    </w:p>
    <w:p w14:paraId="3F989DC5" w14:textId="21D5A841" w:rsidR="0EC25984" w:rsidRPr="0020183B" w:rsidRDefault="0EC25984" w:rsidP="372029BD">
      <w:pPr>
        <w:pStyle w:val="ListParagraph"/>
        <w:numPr>
          <w:ilvl w:val="0"/>
          <w:numId w:val="11"/>
        </w:numPr>
        <w:spacing w:line="360" w:lineRule="auto"/>
        <w:jc w:val="both"/>
        <w:rPr>
          <w:rFonts w:ascii="Times New Roman" w:eastAsia="Times New Roman" w:hAnsi="Times New Roman" w:cs="Times New Roman"/>
          <w:sz w:val="24"/>
          <w:szCs w:val="24"/>
          <w:lang w:val="ro-RO"/>
        </w:rPr>
      </w:pPr>
      <w:r w:rsidRPr="0020183B">
        <w:rPr>
          <w:rFonts w:ascii="Times New Roman" w:eastAsia="Times New Roman" w:hAnsi="Times New Roman" w:cs="Times New Roman"/>
          <w:sz w:val="24"/>
          <w:szCs w:val="24"/>
          <w:lang w:val="ro-RO"/>
        </w:rPr>
        <w:t xml:space="preserve">Comisia </w:t>
      </w:r>
      <w:r w:rsidR="285DA57E" w:rsidRPr="0020183B">
        <w:rPr>
          <w:rFonts w:ascii="Times New Roman" w:eastAsia="Times New Roman" w:hAnsi="Times New Roman" w:cs="Times New Roman"/>
          <w:sz w:val="24"/>
          <w:szCs w:val="24"/>
          <w:lang w:val="ro-RO"/>
        </w:rPr>
        <w:t xml:space="preserve">va include 3 reprezentanți </w:t>
      </w:r>
      <w:r w:rsidRPr="0020183B">
        <w:rPr>
          <w:rFonts w:ascii="Times New Roman" w:eastAsia="Times New Roman" w:hAnsi="Times New Roman" w:cs="Times New Roman"/>
          <w:sz w:val="24"/>
          <w:szCs w:val="24"/>
          <w:lang w:val="ro-RO"/>
        </w:rPr>
        <w:t xml:space="preserve">ai </w:t>
      </w:r>
      <w:r w:rsidR="4685D51B" w:rsidRPr="0020183B">
        <w:rPr>
          <w:rFonts w:ascii="Times New Roman" w:eastAsia="Times New Roman" w:hAnsi="Times New Roman" w:cs="Times New Roman"/>
          <w:sz w:val="24"/>
          <w:szCs w:val="24"/>
          <w:lang w:val="ro-RO"/>
        </w:rPr>
        <w:t>administrației</w:t>
      </w:r>
      <w:r w:rsidRPr="0020183B">
        <w:rPr>
          <w:rFonts w:ascii="Times New Roman" w:eastAsia="Times New Roman" w:hAnsi="Times New Roman" w:cs="Times New Roman"/>
          <w:sz w:val="24"/>
          <w:szCs w:val="24"/>
          <w:lang w:val="ro-RO"/>
        </w:rPr>
        <w:t xml:space="preserve"> </w:t>
      </w:r>
      <w:r w:rsidR="34E04D83" w:rsidRPr="0020183B">
        <w:rPr>
          <w:rFonts w:ascii="Times New Roman" w:eastAsia="Times New Roman" w:hAnsi="Times New Roman" w:cs="Times New Roman"/>
          <w:sz w:val="24"/>
          <w:szCs w:val="24"/>
          <w:lang w:val="ro-RO"/>
        </w:rPr>
        <w:t xml:space="preserve">publice </w:t>
      </w:r>
      <w:r w:rsidRPr="0020183B">
        <w:rPr>
          <w:rFonts w:ascii="Times New Roman" w:eastAsia="Times New Roman" w:hAnsi="Times New Roman" w:cs="Times New Roman"/>
          <w:sz w:val="24"/>
          <w:szCs w:val="24"/>
          <w:lang w:val="ro-RO"/>
        </w:rPr>
        <w:t>locale</w:t>
      </w:r>
      <w:r w:rsidR="64FDB91B" w:rsidRPr="0020183B">
        <w:rPr>
          <w:rFonts w:ascii="Times New Roman" w:eastAsia="Times New Roman" w:hAnsi="Times New Roman" w:cs="Times New Roman"/>
          <w:sz w:val="24"/>
          <w:szCs w:val="24"/>
          <w:lang w:val="ro-RO"/>
        </w:rPr>
        <w:t xml:space="preserve"> și 2</w:t>
      </w:r>
      <w:r w:rsidRPr="0020183B">
        <w:rPr>
          <w:rFonts w:ascii="Times New Roman" w:eastAsia="Times New Roman" w:hAnsi="Times New Roman" w:cs="Times New Roman"/>
          <w:sz w:val="24"/>
          <w:szCs w:val="24"/>
          <w:lang w:val="ro-RO"/>
        </w:rPr>
        <w:t xml:space="preserve"> exper</w:t>
      </w:r>
      <w:r w:rsidR="2D8F96E2" w:rsidRPr="0020183B">
        <w:rPr>
          <w:rFonts w:ascii="Times New Roman" w:eastAsia="Times New Roman" w:hAnsi="Times New Roman" w:cs="Times New Roman"/>
          <w:sz w:val="24"/>
          <w:szCs w:val="24"/>
          <w:lang w:val="ro-RO"/>
        </w:rPr>
        <w:t>ț</w:t>
      </w:r>
      <w:r w:rsidRPr="0020183B">
        <w:rPr>
          <w:rFonts w:ascii="Times New Roman" w:eastAsia="Times New Roman" w:hAnsi="Times New Roman" w:cs="Times New Roman"/>
          <w:sz w:val="24"/>
          <w:szCs w:val="24"/>
          <w:lang w:val="ro-RO"/>
        </w:rPr>
        <w:t>i externi, reprezentanți ai societ</w:t>
      </w:r>
      <w:r w:rsidR="1B8214F4" w:rsidRPr="0020183B">
        <w:rPr>
          <w:rFonts w:ascii="Times New Roman" w:eastAsia="Times New Roman" w:hAnsi="Times New Roman" w:cs="Times New Roman"/>
          <w:sz w:val="24"/>
          <w:szCs w:val="24"/>
          <w:lang w:val="ro-RO"/>
        </w:rPr>
        <w:t>ăț</w:t>
      </w:r>
      <w:r w:rsidRPr="0020183B">
        <w:rPr>
          <w:rFonts w:ascii="Times New Roman" w:eastAsia="Times New Roman" w:hAnsi="Times New Roman" w:cs="Times New Roman"/>
          <w:sz w:val="24"/>
          <w:szCs w:val="24"/>
          <w:lang w:val="ro-RO"/>
        </w:rPr>
        <w:t xml:space="preserve">ii civile </w:t>
      </w:r>
      <w:r w:rsidR="43D91FEC" w:rsidRPr="0020183B">
        <w:rPr>
          <w:rFonts w:ascii="Times New Roman" w:eastAsia="Times New Roman" w:hAnsi="Times New Roman" w:cs="Times New Roman"/>
          <w:sz w:val="24"/>
          <w:szCs w:val="24"/>
          <w:lang w:val="ro-RO"/>
        </w:rPr>
        <w:t>sau</w:t>
      </w:r>
      <w:r w:rsidRPr="0020183B">
        <w:rPr>
          <w:rFonts w:ascii="Times New Roman" w:eastAsia="Times New Roman" w:hAnsi="Times New Roman" w:cs="Times New Roman"/>
          <w:sz w:val="24"/>
          <w:szCs w:val="24"/>
          <w:lang w:val="ro-RO"/>
        </w:rPr>
        <w:t xml:space="preserve"> tineri care nu aplic</w:t>
      </w:r>
      <w:r w:rsidR="661925CC" w:rsidRPr="0020183B">
        <w:rPr>
          <w:rFonts w:ascii="Times New Roman" w:eastAsia="Times New Roman" w:hAnsi="Times New Roman" w:cs="Times New Roman"/>
          <w:sz w:val="24"/>
          <w:szCs w:val="24"/>
          <w:lang w:val="ro-RO"/>
        </w:rPr>
        <w:t>ă</w:t>
      </w:r>
      <w:r w:rsidRPr="0020183B">
        <w:rPr>
          <w:rFonts w:ascii="Times New Roman" w:eastAsia="Times New Roman" w:hAnsi="Times New Roman" w:cs="Times New Roman"/>
          <w:sz w:val="24"/>
          <w:szCs w:val="24"/>
          <w:lang w:val="ro-RO"/>
        </w:rPr>
        <w:t xml:space="preserve"> în program și nu sunt </w:t>
      </w:r>
      <w:r w:rsidR="4F551CBB" w:rsidRPr="0020183B">
        <w:rPr>
          <w:rFonts w:ascii="Times New Roman" w:eastAsia="Times New Roman" w:hAnsi="Times New Roman" w:cs="Times New Roman"/>
          <w:sz w:val="24"/>
          <w:szCs w:val="24"/>
          <w:lang w:val="ro-RO"/>
        </w:rPr>
        <w:t>afiliați</w:t>
      </w:r>
      <w:r w:rsidRPr="0020183B">
        <w:rPr>
          <w:rFonts w:ascii="Times New Roman" w:eastAsia="Times New Roman" w:hAnsi="Times New Roman" w:cs="Times New Roman"/>
          <w:sz w:val="24"/>
          <w:szCs w:val="24"/>
          <w:lang w:val="ro-RO"/>
        </w:rPr>
        <w:t xml:space="preserve"> </w:t>
      </w:r>
      <w:r w:rsidR="499D0B11" w:rsidRPr="0020183B">
        <w:rPr>
          <w:rFonts w:ascii="Times New Roman" w:eastAsia="Times New Roman" w:hAnsi="Times New Roman" w:cs="Times New Roman"/>
          <w:sz w:val="24"/>
          <w:szCs w:val="24"/>
          <w:lang w:val="ro-RO"/>
        </w:rPr>
        <w:t xml:space="preserve">organizațiilor care gestionează </w:t>
      </w:r>
      <w:proofErr w:type="spellStart"/>
      <w:r w:rsidR="499D0B11" w:rsidRPr="0020183B">
        <w:rPr>
          <w:rFonts w:ascii="Times New Roman" w:eastAsia="Times New Roman" w:hAnsi="Times New Roman" w:cs="Times New Roman"/>
          <w:sz w:val="24"/>
          <w:szCs w:val="24"/>
          <w:lang w:val="ro-RO"/>
        </w:rPr>
        <w:t>microgranturile</w:t>
      </w:r>
      <w:proofErr w:type="spellEnd"/>
      <w:r w:rsidR="499D0B11" w:rsidRPr="0020183B">
        <w:rPr>
          <w:rFonts w:ascii="Times New Roman" w:eastAsia="Times New Roman" w:hAnsi="Times New Roman" w:cs="Times New Roman"/>
          <w:sz w:val="24"/>
          <w:szCs w:val="24"/>
          <w:lang w:val="ro-RO"/>
        </w:rPr>
        <w:t xml:space="preserve">. </w:t>
      </w:r>
      <w:r w:rsidR="11A0F735" w:rsidRPr="0020183B">
        <w:rPr>
          <w:rFonts w:ascii="Times New Roman" w:eastAsia="Times New Roman" w:hAnsi="Times New Roman" w:cs="Times New Roman"/>
          <w:sz w:val="24"/>
          <w:szCs w:val="24"/>
          <w:lang w:val="ro-RO"/>
        </w:rPr>
        <w:t>Comisia va fi numită prin Dispoziție de Primar.</w:t>
      </w:r>
    </w:p>
    <w:p w14:paraId="55F081DE" w14:textId="77431255" w:rsidR="31AB9687" w:rsidRPr="0020183B" w:rsidRDefault="31AB9687" w:rsidP="372029BD">
      <w:pPr>
        <w:pStyle w:val="ListParagraph"/>
        <w:numPr>
          <w:ilvl w:val="0"/>
          <w:numId w:val="11"/>
        </w:numPr>
        <w:spacing w:line="360" w:lineRule="auto"/>
        <w:jc w:val="both"/>
        <w:rPr>
          <w:rFonts w:ascii="Times New Roman" w:eastAsia="Times New Roman" w:hAnsi="Times New Roman" w:cs="Times New Roman"/>
          <w:sz w:val="24"/>
          <w:szCs w:val="24"/>
          <w:lang w:val="ro-RO"/>
        </w:rPr>
      </w:pPr>
      <w:r w:rsidRPr="0020183B">
        <w:rPr>
          <w:rFonts w:ascii="Times New Roman" w:eastAsia="Times New Roman" w:hAnsi="Times New Roman" w:cs="Times New Roman"/>
          <w:sz w:val="24"/>
          <w:szCs w:val="24"/>
          <w:lang w:val="ro-RO"/>
        </w:rPr>
        <w:t xml:space="preserve">Selecția se face pe bază unei grile de maximum 100 de puncte, prevăzută în </w:t>
      </w:r>
      <w:r w:rsidRPr="0020183B">
        <w:rPr>
          <w:rFonts w:ascii="Times New Roman" w:eastAsia="Times New Roman" w:hAnsi="Times New Roman" w:cs="Times New Roman"/>
          <w:b/>
          <w:bCs/>
          <w:sz w:val="24"/>
          <w:szCs w:val="24"/>
          <w:lang w:val="ro-RO"/>
        </w:rPr>
        <w:t xml:space="preserve">Anexa </w:t>
      </w:r>
      <w:r w:rsidR="00EB561C">
        <w:rPr>
          <w:rFonts w:ascii="Times New Roman" w:eastAsia="Times New Roman" w:hAnsi="Times New Roman" w:cs="Times New Roman"/>
          <w:b/>
          <w:bCs/>
          <w:sz w:val="24"/>
          <w:szCs w:val="24"/>
          <w:lang w:val="ro-RO"/>
        </w:rPr>
        <w:t>5</w:t>
      </w:r>
      <w:r w:rsidR="6F1B23F2" w:rsidRPr="0020183B">
        <w:rPr>
          <w:rFonts w:ascii="Times New Roman" w:eastAsia="Times New Roman" w:hAnsi="Times New Roman" w:cs="Times New Roman"/>
          <w:sz w:val="24"/>
          <w:szCs w:val="24"/>
          <w:lang w:val="ro-RO"/>
        </w:rPr>
        <w:t xml:space="preserve"> astfel:</w:t>
      </w:r>
    </w:p>
    <w:p w14:paraId="762E4C28" w14:textId="2F6881ED" w:rsidR="6F1B23F2" w:rsidRPr="0020183B" w:rsidRDefault="6F1B23F2" w:rsidP="372029BD">
      <w:pPr>
        <w:pStyle w:val="ListParagraph"/>
        <w:numPr>
          <w:ilvl w:val="0"/>
          <w:numId w:val="10"/>
        </w:numPr>
        <w:spacing w:line="360" w:lineRule="auto"/>
        <w:jc w:val="both"/>
        <w:rPr>
          <w:rFonts w:ascii="Times New Roman" w:eastAsia="Times New Roman" w:hAnsi="Times New Roman" w:cs="Times New Roman"/>
          <w:sz w:val="24"/>
          <w:szCs w:val="24"/>
          <w:lang w:val="ro-RO"/>
        </w:rPr>
      </w:pPr>
      <w:r w:rsidRPr="0020183B">
        <w:rPr>
          <w:rFonts w:ascii="Times New Roman" w:eastAsia="Times New Roman" w:hAnsi="Times New Roman" w:cs="Times New Roman"/>
          <w:sz w:val="24"/>
          <w:szCs w:val="24"/>
          <w:lang w:val="ro-RO"/>
        </w:rPr>
        <w:t>Relevanță pentru prioritățile programului– 20 puncte</w:t>
      </w:r>
    </w:p>
    <w:p w14:paraId="48DF63EC" w14:textId="2F5E035E" w:rsidR="6F1B23F2" w:rsidRDefault="6F1B23F2" w:rsidP="372029BD">
      <w:pPr>
        <w:pStyle w:val="ListParagraph"/>
        <w:numPr>
          <w:ilvl w:val="0"/>
          <w:numId w:val="10"/>
        </w:numPr>
        <w:spacing w:line="360" w:lineRule="auto"/>
        <w:jc w:val="both"/>
        <w:rPr>
          <w:rFonts w:ascii="Times New Roman" w:eastAsia="Times New Roman" w:hAnsi="Times New Roman" w:cs="Times New Roman"/>
          <w:sz w:val="24"/>
          <w:szCs w:val="24"/>
          <w:lang w:val="ro-RO"/>
        </w:rPr>
      </w:pPr>
      <w:r w:rsidRPr="0020183B">
        <w:rPr>
          <w:rFonts w:ascii="Times New Roman" w:eastAsia="Times New Roman" w:hAnsi="Times New Roman" w:cs="Times New Roman"/>
          <w:sz w:val="24"/>
          <w:szCs w:val="24"/>
          <w:lang w:val="ro-RO"/>
        </w:rPr>
        <w:t>Gradul de implicare</w:t>
      </w:r>
      <w:r w:rsidRPr="372029BD">
        <w:rPr>
          <w:rFonts w:ascii="Times New Roman" w:eastAsia="Times New Roman" w:hAnsi="Times New Roman" w:cs="Times New Roman"/>
          <w:sz w:val="24"/>
          <w:szCs w:val="24"/>
          <w:lang w:val="ro-RO"/>
        </w:rPr>
        <w:t xml:space="preserve"> al tinerilor – 20 puncte</w:t>
      </w:r>
    </w:p>
    <w:p w14:paraId="328FFA3A" w14:textId="69749DC9" w:rsidR="6F1B23F2" w:rsidRDefault="6F1B23F2" w:rsidP="372029BD">
      <w:pPr>
        <w:pStyle w:val="ListParagraph"/>
        <w:numPr>
          <w:ilvl w:val="0"/>
          <w:numId w:val="10"/>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Inovație - 10 puncte</w:t>
      </w:r>
    </w:p>
    <w:p w14:paraId="517CAAC0" w14:textId="4DF42210" w:rsidR="6F1B23F2" w:rsidRDefault="6F1B23F2" w:rsidP="372029BD">
      <w:pPr>
        <w:pStyle w:val="ListParagraph"/>
        <w:numPr>
          <w:ilvl w:val="0"/>
          <w:numId w:val="10"/>
        </w:numPr>
        <w:spacing w:line="360" w:lineRule="auto"/>
        <w:jc w:val="both"/>
        <w:rPr>
          <w:rFonts w:ascii="Times New Roman" w:eastAsia="Times New Roman" w:hAnsi="Times New Roman" w:cs="Times New Roman"/>
          <w:sz w:val="24"/>
          <w:szCs w:val="24"/>
          <w:lang w:val="ro-RO"/>
        </w:rPr>
      </w:pPr>
      <w:r w:rsidRPr="17590D9D">
        <w:rPr>
          <w:rFonts w:ascii="Times New Roman" w:eastAsia="Times New Roman" w:hAnsi="Times New Roman" w:cs="Times New Roman"/>
          <w:sz w:val="24"/>
          <w:szCs w:val="24"/>
          <w:lang w:val="ro-RO"/>
        </w:rPr>
        <w:t xml:space="preserve">Fezabilitate și planificare – </w:t>
      </w:r>
      <w:r w:rsidR="1267372F" w:rsidRPr="17590D9D">
        <w:rPr>
          <w:rFonts w:ascii="Times New Roman" w:eastAsia="Times New Roman" w:hAnsi="Times New Roman" w:cs="Times New Roman"/>
          <w:sz w:val="24"/>
          <w:szCs w:val="24"/>
          <w:lang w:val="ro-RO"/>
        </w:rPr>
        <w:t>2</w:t>
      </w:r>
      <w:r w:rsidRPr="17590D9D">
        <w:rPr>
          <w:rFonts w:ascii="Times New Roman" w:eastAsia="Times New Roman" w:hAnsi="Times New Roman" w:cs="Times New Roman"/>
          <w:sz w:val="24"/>
          <w:szCs w:val="24"/>
          <w:lang w:val="ro-RO"/>
        </w:rPr>
        <w:t>0 puncte</w:t>
      </w:r>
    </w:p>
    <w:p w14:paraId="4533CF69" w14:textId="0013DD13" w:rsidR="6F1B23F2" w:rsidRDefault="6F1B23F2" w:rsidP="372029BD">
      <w:pPr>
        <w:pStyle w:val="ListParagraph"/>
        <w:numPr>
          <w:ilvl w:val="0"/>
          <w:numId w:val="10"/>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Buget – 10 puncte</w:t>
      </w:r>
    </w:p>
    <w:p w14:paraId="6993FCFC" w14:textId="1878AFF1" w:rsidR="6F1B23F2" w:rsidRDefault="6F1B23F2" w:rsidP="372029BD">
      <w:pPr>
        <w:pStyle w:val="ListParagraph"/>
        <w:numPr>
          <w:ilvl w:val="0"/>
          <w:numId w:val="10"/>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Impact – 20 puncte</w:t>
      </w:r>
    </w:p>
    <w:p w14:paraId="7F4E76AC" w14:textId="756E05B6" w:rsidR="0D0991FA" w:rsidRDefault="0D0991FA" w:rsidP="372029BD">
      <w:pPr>
        <w:pStyle w:val="ListParagraph"/>
        <w:spacing w:line="360" w:lineRule="auto"/>
        <w:jc w:val="both"/>
        <w:rPr>
          <w:rFonts w:ascii="Times New Roman" w:eastAsia="Times New Roman" w:hAnsi="Times New Roman" w:cs="Times New Roman"/>
          <w:sz w:val="24"/>
          <w:szCs w:val="24"/>
          <w:lang w:val="ro-RO"/>
        </w:rPr>
      </w:pPr>
    </w:p>
    <w:p w14:paraId="5E94C3B2" w14:textId="47A5AC15" w:rsidR="005F11B0" w:rsidRDefault="14D0C0A4" w:rsidP="372029BD">
      <w:pPr>
        <w:numPr>
          <w:ilvl w:val="0"/>
          <w:numId w:val="11"/>
        </w:numPr>
        <w:spacing w:line="360" w:lineRule="auto"/>
        <w:jc w:val="both"/>
        <w:rPr>
          <w:rFonts w:ascii="Times New Roman" w:eastAsia="Times New Roman" w:hAnsi="Times New Roman" w:cs="Times New Roman"/>
          <w:b/>
          <w:bCs/>
          <w:sz w:val="24"/>
          <w:szCs w:val="24"/>
          <w:lang w:val="ro-RO"/>
        </w:rPr>
      </w:pPr>
      <w:r w:rsidRPr="372029BD">
        <w:rPr>
          <w:rFonts w:ascii="Times New Roman" w:eastAsia="Times New Roman" w:hAnsi="Times New Roman" w:cs="Times New Roman"/>
          <w:b/>
          <w:bCs/>
          <w:sz w:val="24"/>
          <w:szCs w:val="24"/>
          <w:lang w:val="ro-RO"/>
        </w:rPr>
        <w:t xml:space="preserve">Articolul </w:t>
      </w:r>
      <w:r w:rsidR="58E248D4" w:rsidRPr="372029BD">
        <w:rPr>
          <w:rFonts w:ascii="Times New Roman" w:eastAsia="Times New Roman" w:hAnsi="Times New Roman" w:cs="Times New Roman"/>
          <w:b/>
          <w:bCs/>
          <w:sz w:val="24"/>
          <w:szCs w:val="24"/>
          <w:lang w:val="ro-RO"/>
        </w:rPr>
        <w:t>1</w:t>
      </w:r>
      <w:r w:rsidRPr="372029BD">
        <w:rPr>
          <w:rFonts w:ascii="Times New Roman" w:eastAsia="Times New Roman" w:hAnsi="Times New Roman" w:cs="Times New Roman"/>
          <w:b/>
          <w:bCs/>
          <w:sz w:val="24"/>
          <w:szCs w:val="24"/>
          <w:lang w:val="ro-RO"/>
        </w:rPr>
        <w:t xml:space="preserve">3. Reguli </w:t>
      </w:r>
      <w:r w:rsidR="6A63564A" w:rsidRPr="372029BD">
        <w:rPr>
          <w:rFonts w:ascii="Times New Roman" w:eastAsia="Times New Roman" w:hAnsi="Times New Roman" w:cs="Times New Roman"/>
          <w:b/>
          <w:bCs/>
          <w:sz w:val="24"/>
          <w:szCs w:val="24"/>
          <w:lang w:val="ro-RO"/>
        </w:rPr>
        <w:t>privind selecția proiectelor câștigătoare</w:t>
      </w:r>
    </w:p>
    <w:p w14:paraId="26FB8B89" w14:textId="77FB4F23" w:rsidR="43CD20E2" w:rsidRDefault="43CD20E2" w:rsidP="372029BD">
      <w:pPr>
        <w:pStyle w:val="ListParagraph"/>
        <w:numPr>
          <w:ilvl w:val="0"/>
          <w:numId w:val="9"/>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Fiecare proiect va fi evaluat de către cel puțin 3 membrii ai Comisiei de Selecție, iar punctajul va fi reprezentat de media evaluărilor individuale.  </w:t>
      </w:r>
    </w:p>
    <w:p w14:paraId="18F2A863" w14:textId="2C9F673A" w:rsidR="005F11B0" w:rsidRDefault="14D0C0A4" w:rsidP="372029BD">
      <w:pPr>
        <w:pStyle w:val="ListParagraph"/>
        <w:numPr>
          <w:ilvl w:val="0"/>
          <w:numId w:val="9"/>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Vor fi </w:t>
      </w:r>
      <w:r w:rsidR="5101D972" w:rsidRPr="372029BD">
        <w:rPr>
          <w:rFonts w:ascii="Times New Roman" w:eastAsia="Times New Roman" w:hAnsi="Times New Roman" w:cs="Times New Roman"/>
          <w:sz w:val="24"/>
          <w:szCs w:val="24"/>
          <w:lang w:val="ro-RO"/>
        </w:rPr>
        <w:t xml:space="preserve">declarate câștigătoare </w:t>
      </w:r>
      <w:r w:rsidRPr="372029BD">
        <w:rPr>
          <w:rFonts w:ascii="Times New Roman" w:eastAsia="Times New Roman" w:hAnsi="Times New Roman" w:cs="Times New Roman"/>
          <w:sz w:val="24"/>
          <w:szCs w:val="24"/>
          <w:lang w:val="ro-RO"/>
        </w:rPr>
        <w:t xml:space="preserve">cel puțin 8 proiecte și cel mult </w:t>
      </w:r>
      <w:r w:rsidR="51000315" w:rsidRPr="372029BD">
        <w:rPr>
          <w:rFonts w:ascii="Times New Roman" w:eastAsia="Times New Roman" w:hAnsi="Times New Roman" w:cs="Times New Roman"/>
          <w:sz w:val="24"/>
          <w:szCs w:val="24"/>
          <w:lang w:val="ro-RO"/>
        </w:rPr>
        <w:t>4</w:t>
      </w:r>
      <w:r w:rsidRPr="372029BD">
        <w:rPr>
          <w:rFonts w:ascii="Times New Roman" w:eastAsia="Times New Roman" w:hAnsi="Times New Roman" w:cs="Times New Roman"/>
          <w:sz w:val="24"/>
          <w:szCs w:val="24"/>
          <w:lang w:val="ro-RO"/>
        </w:rPr>
        <w:t xml:space="preserve">0 de proiecte, </w:t>
      </w:r>
      <w:r w:rsidR="1655B2A0" w:rsidRPr="372029BD">
        <w:rPr>
          <w:rFonts w:ascii="Times New Roman" w:eastAsia="Times New Roman" w:hAnsi="Times New Roman" w:cs="Times New Roman"/>
          <w:sz w:val="24"/>
          <w:szCs w:val="24"/>
          <w:lang w:val="ro-RO"/>
        </w:rPr>
        <w:t xml:space="preserve">în ordinea descrescătoare a punctajului obținut, până la epuizarea </w:t>
      </w:r>
      <w:r w:rsidRPr="372029BD">
        <w:rPr>
          <w:rFonts w:ascii="Times New Roman" w:eastAsia="Times New Roman" w:hAnsi="Times New Roman" w:cs="Times New Roman"/>
          <w:sz w:val="24"/>
          <w:szCs w:val="24"/>
          <w:lang w:val="ro-RO"/>
        </w:rPr>
        <w:t xml:space="preserve">bugetului disponibil pentru </w:t>
      </w:r>
      <w:proofErr w:type="spellStart"/>
      <w:r w:rsidRPr="372029BD">
        <w:rPr>
          <w:rFonts w:ascii="Times New Roman" w:eastAsia="Times New Roman" w:hAnsi="Times New Roman" w:cs="Times New Roman"/>
          <w:sz w:val="24"/>
          <w:szCs w:val="24"/>
          <w:lang w:val="ro-RO"/>
        </w:rPr>
        <w:t>microgranturi</w:t>
      </w:r>
      <w:proofErr w:type="spellEnd"/>
      <w:r w:rsidRPr="372029BD">
        <w:rPr>
          <w:rFonts w:ascii="Times New Roman" w:eastAsia="Times New Roman" w:hAnsi="Times New Roman" w:cs="Times New Roman"/>
          <w:sz w:val="24"/>
          <w:szCs w:val="24"/>
          <w:lang w:val="ro-RO"/>
        </w:rPr>
        <w:t>.</w:t>
      </w:r>
    </w:p>
    <w:p w14:paraId="3A1A988C" w14:textId="32164E2E" w:rsidR="005F11B0" w:rsidRDefault="14D0C0A4" w:rsidP="372029BD">
      <w:pPr>
        <w:pStyle w:val="ListParagraph"/>
        <w:numPr>
          <w:ilvl w:val="0"/>
          <w:numId w:val="9"/>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Rezultatele selecției </w:t>
      </w:r>
      <w:r w:rsidR="59366A81" w:rsidRPr="372029BD">
        <w:rPr>
          <w:rFonts w:ascii="Times New Roman" w:eastAsia="Times New Roman" w:hAnsi="Times New Roman" w:cs="Times New Roman"/>
          <w:sz w:val="24"/>
          <w:szCs w:val="24"/>
          <w:lang w:val="ro-RO"/>
        </w:rPr>
        <w:t>vor fi publicate</w:t>
      </w:r>
      <w:r w:rsidRPr="372029BD">
        <w:rPr>
          <w:rFonts w:ascii="Times New Roman" w:eastAsia="Times New Roman" w:hAnsi="Times New Roman" w:cs="Times New Roman"/>
          <w:sz w:val="24"/>
          <w:szCs w:val="24"/>
          <w:lang w:val="ro-RO"/>
        </w:rPr>
        <w:t xml:space="preserve"> pe pagina dedicată programului, cu titlul proiectului, </w:t>
      </w:r>
      <w:r w:rsidR="233AE36D" w:rsidRPr="372029BD">
        <w:rPr>
          <w:rFonts w:ascii="Times New Roman" w:eastAsia="Times New Roman" w:hAnsi="Times New Roman" w:cs="Times New Roman"/>
          <w:sz w:val="24"/>
          <w:szCs w:val="24"/>
          <w:lang w:val="ro-RO"/>
        </w:rPr>
        <w:t xml:space="preserve">membrii echipei, </w:t>
      </w:r>
      <w:r w:rsidRPr="372029BD">
        <w:rPr>
          <w:rFonts w:ascii="Times New Roman" w:eastAsia="Times New Roman" w:hAnsi="Times New Roman" w:cs="Times New Roman"/>
          <w:sz w:val="24"/>
          <w:szCs w:val="24"/>
          <w:lang w:val="ro-RO"/>
        </w:rPr>
        <w:t>organizați</w:t>
      </w:r>
      <w:r w:rsidR="3F110585" w:rsidRPr="372029BD">
        <w:rPr>
          <w:rFonts w:ascii="Times New Roman" w:eastAsia="Times New Roman" w:hAnsi="Times New Roman" w:cs="Times New Roman"/>
          <w:sz w:val="24"/>
          <w:szCs w:val="24"/>
          <w:lang w:val="ro-RO"/>
        </w:rPr>
        <w:t>a</w:t>
      </w:r>
      <w:r w:rsidR="566C5C4C" w:rsidRPr="372029BD">
        <w:rPr>
          <w:rFonts w:ascii="Times New Roman" w:eastAsia="Times New Roman" w:hAnsi="Times New Roman" w:cs="Times New Roman"/>
          <w:sz w:val="24"/>
          <w:szCs w:val="24"/>
          <w:lang w:val="ro-RO"/>
        </w:rPr>
        <w:t>,</w:t>
      </w:r>
      <w:r w:rsidRPr="372029BD">
        <w:rPr>
          <w:rFonts w:ascii="Times New Roman" w:eastAsia="Times New Roman" w:hAnsi="Times New Roman" w:cs="Times New Roman"/>
          <w:sz w:val="24"/>
          <w:szCs w:val="24"/>
          <w:lang w:val="ro-RO"/>
        </w:rPr>
        <w:t xml:space="preserve"> valoarea </w:t>
      </w:r>
      <w:proofErr w:type="spellStart"/>
      <w:r w:rsidRPr="372029BD">
        <w:rPr>
          <w:rFonts w:ascii="Times New Roman" w:eastAsia="Times New Roman" w:hAnsi="Times New Roman" w:cs="Times New Roman"/>
          <w:sz w:val="24"/>
          <w:szCs w:val="24"/>
          <w:lang w:val="ro-RO"/>
        </w:rPr>
        <w:t>micrograntului</w:t>
      </w:r>
      <w:proofErr w:type="spellEnd"/>
      <w:r w:rsidRPr="372029BD">
        <w:rPr>
          <w:rFonts w:ascii="Times New Roman" w:eastAsia="Times New Roman" w:hAnsi="Times New Roman" w:cs="Times New Roman"/>
          <w:sz w:val="24"/>
          <w:szCs w:val="24"/>
          <w:lang w:val="ro-RO"/>
        </w:rPr>
        <w:t xml:space="preserve">, </w:t>
      </w:r>
      <w:r w:rsidR="3BDDCDC9" w:rsidRPr="372029BD">
        <w:rPr>
          <w:rFonts w:ascii="Times New Roman" w:eastAsia="Times New Roman" w:hAnsi="Times New Roman" w:cs="Times New Roman"/>
          <w:sz w:val="24"/>
          <w:szCs w:val="24"/>
          <w:lang w:val="ro-RO"/>
        </w:rPr>
        <w:t>prioritatea adresată</w:t>
      </w:r>
      <w:r w:rsidRPr="372029BD">
        <w:rPr>
          <w:rFonts w:ascii="Times New Roman" w:eastAsia="Times New Roman" w:hAnsi="Times New Roman" w:cs="Times New Roman"/>
          <w:sz w:val="24"/>
          <w:szCs w:val="24"/>
          <w:lang w:val="ro-RO"/>
        </w:rPr>
        <w:t xml:space="preserve"> și un scurt rezumat.</w:t>
      </w:r>
    </w:p>
    <w:p w14:paraId="52737735" w14:textId="3DED4AB5" w:rsidR="50E6AF01" w:rsidRDefault="50E6AF01" w:rsidP="372029BD">
      <w:pPr>
        <w:pStyle w:val="Heading1"/>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CAPITOLUL 7. </w:t>
      </w:r>
      <w:r w:rsidR="71E469D2" w:rsidRPr="372029BD">
        <w:rPr>
          <w:rFonts w:ascii="Times New Roman" w:eastAsia="Times New Roman" w:hAnsi="Times New Roman" w:cs="Times New Roman"/>
          <w:sz w:val="24"/>
          <w:szCs w:val="24"/>
          <w:lang w:val="ro-RO"/>
        </w:rPr>
        <w:t>ACORDAREA</w:t>
      </w:r>
      <w:r w:rsidRPr="372029BD">
        <w:rPr>
          <w:rFonts w:ascii="Times New Roman" w:eastAsia="Times New Roman" w:hAnsi="Times New Roman" w:cs="Times New Roman"/>
          <w:sz w:val="24"/>
          <w:szCs w:val="24"/>
          <w:lang w:val="ro-RO"/>
        </w:rPr>
        <w:t xml:space="preserve"> MICROGRANTURILOR </w:t>
      </w:r>
      <w:r w:rsidR="63BAD9A2" w:rsidRPr="372029BD">
        <w:rPr>
          <w:rFonts w:ascii="Times New Roman" w:eastAsia="Times New Roman" w:hAnsi="Times New Roman" w:cs="Times New Roman"/>
          <w:sz w:val="24"/>
          <w:szCs w:val="24"/>
          <w:lang w:val="ro-RO"/>
        </w:rPr>
        <w:t xml:space="preserve"> ȘI IMPLEMENTAREA PROIECTELOR</w:t>
      </w:r>
    </w:p>
    <w:p w14:paraId="6441AC52" w14:textId="5E31C553" w:rsidR="005F11B0" w:rsidRDefault="14D0C0A4" w:rsidP="372029BD">
      <w:pPr>
        <w:spacing w:line="360" w:lineRule="auto"/>
        <w:jc w:val="both"/>
        <w:rPr>
          <w:rFonts w:ascii="Times New Roman" w:eastAsia="Times New Roman" w:hAnsi="Times New Roman" w:cs="Times New Roman"/>
          <w:b/>
          <w:bCs/>
          <w:sz w:val="24"/>
          <w:szCs w:val="24"/>
          <w:lang w:val="ro-RO"/>
        </w:rPr>
      </w:pPr>
      <w:r w:rsidRPr="372029BD">
        <w:rPr>
          <w:rFonts w:ascii="Times New Roman" w:eastAsia="Times New Roman" w:hAnsi="Times New Roman" w:cs="Times New Roman"/>
          <w:b/>
          <w:bCs/>
          <w:sz w:val="24"/>
          <w:szCs w:val="24"/>
          <w:lang w:val="ro-RO"/>
        </w:rPr>
        <w:t xml:space="preserve">Articolul </w:t>
      </w:r>
      <w:r w:rsidR="62C63936" w:rsidRPr="372029BD">
        <w:rPr>
          <w:rFonts w:ascii="Times New Roman" w:eastAsia="Times New Roman" w:hAnsi="Times New Roman" w:cs="Times New Roman"/>
          <w:b/>
          <w:bCs/>
          <w:sz w:val="24"/>
          <w:szCs w:val="24"/>
          <w:lang w:val="ro-RO"/>
        </w:rPr>
        <w:t>14</w:t>
      </w:r>
      <w:r w:rsidRPr="372029BD">
        <w:rPr>
          <w:rFonts w:ascii="Times New Roman" w:eastAsia="Times New Roman" w:hAnsi="Times New Roman" w:cs="Times New Roman"/>
          <w:b/>
          <w:bCs/>
          <w:sz w:val="24"/>
          <w:szCs w:val="24"/>
          <w:lang w:val="ro-RO"/>
        </w:rPr>
        <w:t xml:space="preserve">. </w:t>
      </w:r>
      <w:r w:rsidR="049D6BF5" w:rsidRPr="372029BD">
        <w:rPr>
          <w:rFonts w:ascii="Times New Roman" w:eastAsia="Times New Roman" w:hAnsi="Times New Roman" w:cs="Times New Roman"/>
          <w:b/>
          <w:bCs/>
          <w:sz w:val="24"/>
          <w:szCs w:val="24"/>
          <w:lang w:val="ro-RO"/>
        </w:rPr>
        <w:t>Transferul fondurilor</w:t>
      </w:r>
    </w:p>
    <w:p w14:paraId="7034DC4B" w14:textId="757B2CC8" w:rsidR="005F11B0" w:rsidRDefault="0BBBACB7" w:rsidP="372029BD">
      <w:pPr>
        <w:pStyle w:val="ListParagraph"/>
        <w:numPr>
          <w:ilvl w:val="0"/>
          <w:numId w:val="8"/>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lastRenderedPageBreak/>
        <w:t xml:space="preserve">Până la data de 13 noiembrie 2026, </w:t>
      </w:r>
      <w:r w:rsidR="14D0C0A4" w:rsidRPr="372029BD">
        <w:rPr>
          <w:rFonts w:ascii="Times New Roman" w:eastAsia="Times New Roman" w:hAnsi="Times New Roman" w:cs="Times New Roman"/>
          <w:sz w:val="24"/>
          <w:szCs w:val="24"/>
          <w:lang w:val="ro-RO"/>
        </w:rPr>
        <w:t xml:space="preserve">Municipiul Timișoara </w:t>
      </w:r>
      <w:r w:rsidR="705DB0F5" w:rsidRPr="372029BD">
        <w:rPr>
          <w:rFonts w:ascii="Times New Roman" w:eastAsia="Times New Roman" w:hAnsi="Times New Roman" w:cs="Times New Roman"/>
          <w:sz w:val="24"/>
          <w:szCs w:val="24"/>
          <w:lang w:val="ro-RO"/>
        </w:rPr>
        <w:t xml:space="preserve">va transfera fondurile aferente proiectelor câștigătoare către organizațiile care gestionează </w:t>
      </w:r>
      <w:proofErr w:type="spellStart"/>
      <w:r w:rsidR="705DB0F5" w:rsidRPr="372029BD">
        <w:rPr>
          <w:rFonts w:ascii="Times New Roman" w:eastAsia="Times New Roman" w:hAnsi="Times New Roman" w:cs="Times New Roman"/>
          <w:sz w:val="24"/>
          <w:szCs w:val="24"/>
          <w:lang w:val="ro-RO"/>
        </w:rPr>
        <w:t>microgranturile</w:t>
      </w:r>
      <w:proofErr w:type="spellEnd"/>
      <w:r w:rsidR="390B15C8" w:rsidRPr="372029BD">
        <w:rPr>
          <w:rFonts w:ascii="Times New Roman" w:eastAsia="Times New Roman" w:hAnsi="Times New Roman" w:cs="Times New Roman"/>
          <w:sz w:val="24"/>
          <w:szCs w:val="24"/>
          <w:lang w:val="ro-RO"/>
        </w:rPr>
        <w:t xml:space="preserve"> în contul bancar al organizației, conform</w:t>
      </w:r>
      <w:r w:rsidR="2171E0D3" w:rsidRPr="372029BD">
        <w:rPr>
          <w:rFonts w:ascii="Times New Roman" w:eastAsia="Times New Roman" w:hAnsi="Times New Roman" w:cs="Times New Roman"/>
          <w:sz w:val="24"/>
          <w:szCs w:val="24"/>
          <w:lang w:val="ro-RO"/>
        </w:rPr>
        <w:t xml:space="preserve"> contractelor de finanțare încheiate cu fiecare organ</w:t>
      </w:r>
      <w:r w:rsidR="60DB0A76" w:rsidRPr="372029BD">
        <w:rPr>
          <w:rFonts w:ascii="Times New Roman" w:eastAsia="Times New Roman" w:hAnsi="Times New Roman" w:cs="Times New Roman"/>
          <w:sz w:val="24"/>
          <w:szCs w:val="24"/>
          <w:lang w:val="ro-RO"/>
        </w:rPr>
        <w:t>i</w:t>
      </w:r>
      <w:r w:rsidR="2171E0D3" w:rsidRPr="372029BD">
        <w:rPr>
          <w:rFonts w:ascii="Times New Roman" w:eastAsia="Times New Roman" w:hAnsi="Times New Roman" w:cs="Times New Roman"/>
          <w:sz w:val="24"/>
          <w:szCs w:val="24"/>
          <w:lang w:val="ro-RO"/>
        </w:rPr>
        <w:t>zație</w:t>
      </w:r>
      <w:r w:rsidR="0832ED45" w:rsidRPr="372029BD">
        <w:rPr>
          <w:rFonts w:ascii="Times New Roman" w:eastAsia="Times New Roman" w:hAnsi="Times New Roman" w:cs="Times New Roman"/>
          <w:sz w:val="24"/>
          <w:szCs w:val="24"/>
          <w:lang w:val="ro-RO"/>
        </w:rPr>
        <w:t>, cu respectarea acordului de grant și a legislației aplicabile.</w:t>
      </w:r>
    </w:p>
    <w:p w14:paraId="7523ADC7" w14:textId="2E0A5D15" w:rsidR="005F11B0" w:rsidRDefault="55AB91F4" w:rsidP="372029BD">
      <w:pPr>
        <w:pStyle w:val="ListParagraph"/>
        <w:numPr>
          <w:ilvl w:val="0"/>
          <w:numId w:val="8"/>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Contractul de finanțare </w:t>
      </w:r>
      <w:r w:rsidR="14D0C0A4" w:rsidRPr="372029BD">
        <w:rPr>
          <w:rFonts w:ascii="Times New Roman" w:eastAsia="Times New Roman" w:hAnsi="Times New Roman" w:cs="Times New Roman"/>
          <w:sz w:val="24"/>
          <w:szCs w:val="24"/>
          <w:lang w:val="ro-RO"/>
        </w:rPr>
        <w:t xml:space="preserve">va include cel puțin: descrierea proiectului, bugetul aprobat, activitățile, calendarul, </w:t>
      </w:r>
      <w:r w:rsidR="52232B89" w:rsidRPr="372029BD">
        <w:rPr>
          <w:rFonts w:ascii="Times New Roman" w:eastAsia="Times New Roman" w:hAnsi="Times New Roman" w:cs="Times New Roman"/>
          <w:sz w:val="24"/>
          <w:szCs w:val="24"/>
          <w:lang w:val="ro-RO"/>
        </w:rPr>
        <w:t>rezultatele</w:t>
      </w:r>
      <w:r w:rsidR="14D0C0A4" w:rsidRPr="372029BD">
        <w:rPr>
          <w:rFonts w:ascii="Times New Roman" w:eastAsia="Times New Roman" w:hAnsi="Times New Roman" w:cs="Times New Roman"/>
          <w:sz w:val="24"/>
          <w:szCs w:val="24"/>
          <w:lang w:val="ro-RO"/>
        </w:rPr>
        <w:t xml:space="preserve"> asumate, regulile de cheltuire, obliga</w:t>
      </w:r>
      <w:r w:rsidR="6D69F4E4" w:rsidRPr="372029BD">
        <w:rPr>
          <w:rFonts w:ascii="Times New Roman" w:eastAsia="Times New Roman" w:hAnsi="Times New Roman" w:cs="Times New Roman"/>
          <w:sz w:val="24"/>
          <w:szCs w:val="24"/>
          <w:lang w:val="ro-RO"/>
        </w:rPr>
        <w:t>ț</w:t>
      </w:r>
      <w:r w:rsidR="14D0C0A4" w:rsidRPr="372029BD">
        <w:rPr>
          <w:rFonts w:ascii="Times New Roman" w:eastAsia="Times New Roman" w:hAnsi="Times New Roman" w:cs="Times New Roman"/>
          <w:sz w:val="24"/>
          <w:szCs w:val="24"/>
          <w:lang w:val="ro-RO"/>
        </w:rPr>
        <w:t>iile de raportare, condițiile de comunicare publică și regulile privind modificările proiectului.</w:t>
      </w:r>
    </w:p>
    <w:p w14:paraId="77D334F1" w14:textId="2F6C7761" w:rsidR="005F11B0" w:rsidRDefault="439A7DC1" w:rsidP="372029BD">
      <w:pPr>
        <w:pStyle w:val="ListParagraph"/>
        <w:numPr>
          <w:ilvl w:val="0"/>
          <w:numId w:val="8"/>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Dacă o organizație nu poate </w:t>
      </w:r>
      <w:r w:rsidR="3934E90C" w:rsidRPr="372029BD">
        <w:rPr>
          <w:rFonts w:ascii="Times New Roman" w:eastAsia="Times New Roman" w:hAnsi="Times New Roman" w:cs="Times New Roman"/>
          <w:sz w:val="24"/>
          <w:szCs w:val="24"/>
          <w:lang w:val="ro-RO"/>
        </w:rPr>
        <w:t>îndeplini</w:t>
      </w:r>
      <w:r w:rsidRPr="372029BD">
        <w:rPr>
          <w:rFonts w:ascii="Times New Roman" w:eastAsia="Times New Roman" w:hAnsi="Times New Roman" w:cs="Times New Roman"/>
          <w:sz w:val="24"/>
          <w:szCs w:val="24"/>
          <w:lang w:val="ro-RO"/>
        </w:rPr>
        <w:t xml:space="preserve"> condițiile de contractare/virare fonduri în termen, </w:t>
      </w:r>
      <w:r w:rsidR="49D10E66" w:rsidRPr="372029BD">
        <w:rPr>
          <w:rFonts w:ascii="Times New Roman" w:eastAsia="Times New Roman" w:hAnsi="Times New Roman" w:cs="Times New Roman"/>
          <w:sz w:val="24"/>
          <w:szCs w:val="24"/>
          <w:lang w:val="ro-RO"/>
        </w:rPr>
        <w:t xml:space="preserve">echipa poate identifica o altă organizație eligibilă în termen de maxim 5 zile sau </w:t>
      </w:r>
      <w:r w:rsidRPr="372029BD">
        <w:rPr>
          <w:rFonts w:ascii="Times New Roman" w:eastAsia="Times New Roman" w:hAnsi="Times New Roman" w:cs="Times New Roman"/>
          <w:sz w:val="24"/>
          <w:szCs w:val="24"/>
          <w:lang w:val="ro-RO"/>
        </w:rPr>
        <w:t>proiectul poate fi înlocuit cu urm</w:t>
      </w:r>
      <w:r w:rsidR="277DA41D" w:rsidRPr="372029BD">
        <w:rPr>
          <w:rFonts w:ascii="Times New Roman" w:eastAsia="Times New Roman" w:hAnsi="Times New Roman" w:cs="Times New Roman"/>
          <w:sz w:val="24"/>
          <w:szCs w:val="24"/>
          <w:lang w:val="ro-RO"/>
        </w:rPr>
        <w:t>ă</w:t>
      </w:r>
      <w:r w:rsidRPr="372029BD">
        <w:rPr>
          <w:rFonts w:ascii="Times New Roman" w:eastAsia="Times New Roman" w:hAnsi="Times New Roman" w:cs="Times New Roman"/>
          <w:sz w:val="24"/>
          <w:szCs w:val="24"/>
          <w:lang w:val="ro-RO"/>
        </w:rPr>
        <w:t>torul proiect eligibil, în ordinea rezultat</w:t>
      </w:r>
      <w:r w:rsidR="580982B9" w:rsidRPr="372029BD">
        <w:rPr>
          <w:rFonts w:ascii="Times New Roman" w:eastAsia="Times New Roman" w:hAnsi="Times New Roman" w:cs="Times New Roman"/>
          <w:sz w:val="24"/>
          <w:szCs w:val="24"/>
          <w:lang w:val="ro-RO"/>
        </w:rPr>
        <w:t>ă</w:t>
      </w:r>
      <w:r w:rsidRPr="372029BD">
        <w:rPr>
          <w:rFonts w:ascii="Times New Roman" w:eastAsia="Times New Roman" w:hAnsi="Times New Roman" w:cs="Times New Roman"/>
          <w:sz w:val="24"/>
          <w:szCs w:val="24"/>
          <w:lang w:val="ro-RO"/>
        </w:rPr>
        <w:t xml:space="preserve"> din selecție, cu respectarea termenelor programului.</w:t>
      </w:r>
    </w:p>
    <w:p w14:paraId="45DDEB31" w14:textId="683C44F0" w:rsidR="0D0991FA" w:rsidRDefault="0D0991FA" w:rsidP="372029BD">
      <w:pPr>
        <w:pStyle w:val="ListParagraph"/>
        <w:spacing w:line="360" w:lineRule="auto"/>
        <w:ind w:left="360" w:hanging="360"/>
        <w:jc w:val="both"/>
        <w:rPr>
          <w:rFonts w:ascii="Times New Roman" w:eastAsia="Times New Roman" w:hAnsi="Times New Roman" w:cs="Times New Roman"/>
          <w:sz w:val="24"/>
          <w:szCs w:val="24"/>
          <w:lang w:val="ro-RO"/>
        </w:rPr>
      </w:pPr>
    </w:p>
    <w:p w14:paraId="4377463B" w14:textId="50E3CFE0" w:rsidR="005F11B0" w:rsidRDefault="2782AE78" w:rsidP="372029BD">
      <w:pPr>
        <w:spacing w:line="360" w:lineRule="auto"/>
        <w:jc w:val="both"/>
        <w:rPr>
          <w:rFonts w:ascii="Times New Roman" w:eastAsia="Times New Roman" w:hAnsi="Times New Roman" w:cs="Times New Roman"/>
          <w:b/>
          <w:bCs/>
          <w:sz w:val="24"/>
          <w:szCs w:val="24"/>
          <w:lang w:val="ro-RO"/>
        </w:rPr>
      </w:pPr>
      <w:r w:rsidRPr="372029BD">
        <w:rPr>
          <w:rFonts w:ascii="Times New Roman" w:eastAsia="Times New Roman" w:hAnsi="Times New Roman" w:cs="Times New Roman"/>
          <w:b/>
          <w:bCs/>
          <w:sz w:val="24"/>
          <w:szCs w:val="24"/>
          <w:lang w:val="ro-RO"/>
        </w:rPr>
        <w:t xml:space="preserve">Articolul 15. </w:t>
      </w:r>
      <w:r w:rsidR="1FF0BAA3" w:rsidRPr="372029BD">
        <w:rPr>
          <w:rFonts w:ascii="Times New Roman" w:eastAsia="Times New Roman" w:hAnsi="Times New Roman" w:cs="Times New Roman"/>
          <w:b/>
          <w:bCs/>
          <w:sz w:val="24"/>
          <w:szCs w:val="24"/>
          <w:lang w:val="ro-RO"/>
        </w:rPr>
        <w:t>Implementarea proiectelor</w:t>
      </w:r>
    </w:p>
    <w:p w14:paraId="2D796A90" w14:textId="1285F0FD" w:rsidR="005F11B0" w:rsidRDefault="2782AE78" w:rsidP="372029BD">
      <w:pPr>
        <w:pStyle w:val="ListParagraph"/>
        <w:numPr>
          <w:ilvl w:val="0"/>
          <w:numId w:val="7"/>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Organizația </w:t>
      </w:r>
      <w:r w:rsidR="62A7214A" w:rsidRPr="372029BD">
        <w:rPr>
          <w:rFonts w:ascii="Times New Roman" w:eastAsia="Times New Roman" w:hAnsi="Times New Roman" w:cs="Times New Roman"/>
          <w:sz w:val="24"/>
          <w:szCs w:val="24"/>
          <w:lang w:val="ro-RO"/>
        </w:rPr>
        <w:t xml:space="preserve">care gestionează </w:t>
      </w:r>
      <w:proofErr w:type="spellStart"/>
      <w:r w:rsidR="62A7214A" w:rsidRPr="372029BD">
        <w:rPr>
          <w:rFonts w:ascii="Times New Roman" w:eastAsia="Times New Roman" w:hAnsi="Times New Roman" w:cs="Times New Roman"/>
          <w:sz w:val="24"/>
          <w:szCs w:val="24"/>
          <w:lang w:val="ro-RO"/>
        </w:rPr>
        <w:t>micrograntul</w:t>
      </w:r>
      <w:proofErr w:type="spellEnd"/>
      <w:r w:rsidRPr="372029BD">
        <w:rPr>
          <w:rFonts w:ascii="Times New Roman" w:eastAsia="Times New Roman" w:hAnsi="Times New Roman" w:cs="Times New Roman"/>
          <w:sz w:val="24"/>
          <w:szCs w:val="24"/>
          <w:lang w:val="ro-RO"/>
        </w:rPr>
        <w:t xml:space="preserve"> răspunde pentru folosirea corectă a fondurilor, păstrarea documentelor justificative și transmiterea raportului final.</w:t>
      </w:r>
    </w:p>
    <w:p w14:paraId="2C8C0B49" w14:textId="0203D389" w:rsidR="005F11B0" w:rsidRDefault="2782AE78" w:rsidP="372029BD">
      <w:pPr>
        <w:pStyle w:val="ListParagraph"/>
        <w:numPr>
          <w:ilvl w:val="0"/>
          <w:numId w:val="7"/>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Echipa de tineri răspunde pentru conducerea </w:t>
      </w:r>
      <w:r w:rsidR="755EDE91" w:rsidRPr="372029BD">
        <w:rPr>
          <w:rFonts w:ascii="Times New Roman" w:eastAsia="Times New Roman" w:hAnsi="Times New Roman" w:cs="Times New Roman"/>
          <w:sz w:val="24"/>
          <w:szCs w:val="24"/>
          <w:lang w:val="ro-RO"/>
        </w:rPr>
        <w:t>activităților</w:t>
      </w:r>
      <w:r w:rsidRPr="372029BD">
        <w:rPr>
          <w:rFonts w:ascii="Times New Roman" w:eastAsia="Times New Roman" w:hAnsi="Times New Roman" w:cs="Times New Roman"/>
          <w:sz w:val="24"/>
          <w:szCs w:val="24"/>
          <w:lang w:val="ro-RO"/>
        </w:rPr>
        <w:t xml:space="preserve"> proiectului, comunicarea cu comunitatea și transmiterea </w:t>
      </w:r>
      <w:r w:rsidR="3936427D" w:rsidRPr="372029BD">
        <w:rPr>
          <w:rFonts w:ascii="Times New Roman" w:eastAsia="Times New Roman" w:hAnsi="Times New Roman" w:cs="Times New Roman"/>
          <w:sz w:val="24"/>
          <w:szCs w:val="24"/>
          <w:lang w:val="ro-RO"/>
        </w:rPr>
        <w:t>informațiilor</w:t>
      </w:r>
      <w:r w:rsidRPr="372029BD">
        <w:rPr>
          <w:rFonts w:ascii="Times New Roman" w:eastAsia="Times New Roman" w:hAnsi="Times New Roman" w:cs="Times New Roman"/>
          <w:sz w:val="24"/>
          <w:szCs w:val="24"/>
          <w:lang w:val="ro-RO"/>
        </w:rPr>
        <w:t xml:space="preserve"> necesare raportării.</w:t>
      </w:r>
    </w:p>
    <w:p w14:paraId="7BB2B189" w14:textId="7586AB56" w:rsidR="005F11B0" w:rsidRDefault="47E0A78B" w:rsidP="372029BD">
      <w:pPr>
        <w:pStyle w:val="ListParagraph"/>
        <w:numPr>
          <w:ilvl w:val="0"/>
          <w:numId w:val="7"/>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Implementarea proiectelor va începe după </w:t>
      </w:r>
      <w:r w:rsidR="2EE485CC" w:rsidRPr="372029BD">
        <w:rPr>
          <w:rFonts w:ascii="Times New Roman" w:eastAsia="Times New Roman" w:hAnsi="Times New Roman" w:cs="Times New Roman"/>
          <w:sz w:val="24"/>
          <w:szCs w:val="24"/>
          <w:lang w:val="ro-RO"/>
        </w:rPr>
        <w:t>semnarea contractului de finanțare</w:t>
      </w:r>
      <w:r w:rsidRPr="372029BD">
        <w:rPr>
          <w:rFonts w:ascii="Times New Roman" w:eastAsia="Times New Roman" w:hAnsi="Times New Roman" w:cs="Times New Roman"/>
          <w:sz w:val="24"/>
          <w:szCs w:val="24"/>
          <w:lang w:val="ro-RO"/>
        </w:rPr>
        <w:t xml:space="preserve"> și se va finaliza </w:t>
      </w:r>
      <w:r w:rsidR="14D0C0A4" w:rsidRPr="372029BD">
        <w:rPr>
          <w:rFonts w:ascii="Times New Roman" w:eastAsia="Times New Roman" w:hAnsi="Times New Roman" w:cs="Times New Roman"/>
          <w:sz w:val="24"/>
          <w:szCs w:val="24"/>
          <w:lang w:val="ro-RO"/>
        </w:rPr>
        <w:t xml:space="preserve">până cel târziu la </w:t>
      </w:r>
      <w:r w:rsidR="25506426" w:rsidRPr="372029BD">
        <w:rPr>
          <w:rFonts w:ascii="Times New Roman" w:eastAsia="Times New Roman" w:hAnsi="Times New Roman" w:cs="Times New Roman"/>
          <w:sz w:val="24"/>
          <w:szCs w:val="24"/>
          <w:lang w:val="ro-RO"/>
        </w:rPr>
        <w:t xml:space="preserve">data de </w:t>
      </w:r>
      <w:r w:rsidR="14D0C0A4" w:rsidRPr="372029BD">
        <w:rPr>
          <w:rFonts w:ascii="Times New Roman" w:eastAsia="Times New Roman" w:hAnsi="Times New Roman" w:cs="Times New Roman"/>
          <w:sz w:val="24"/>
          <w:szCs w:val="24"/>
          <w:lang w:val="ro-RO"/>
        </w:rPr>
        <w:t>15 aprilie 2027.</w:t>
      </w:r>
    </w:p>
    <w:p w14:paraId="6FDC0989" w14:textId="2053FEB9" w:rsidR="005F11B0" w:rsidRDefault="14D0C0A4" w:rsidP="372029BD">
      <w:pPr>
        <w:pStyle w:val="ListParagraph"/>
        <w:numPr>
          <w:ilvl w:val="0"/>
          <w:numId w:val="7"/>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Activitățile trebuie planificate astfel </w:t>
      </w:r>
      <w:r w:rsidR="5D66713E" w:rsidRPr="372029BD">
        <w:rPr>
          <w:rFonts w:ascii="Times New Roman" w:eastAsia="Times New Roman" w:hAnsi="Times New Roman" w:cs="Times New Roman"/>
          <w:sz w:val="24"/>
          <w:szCs w:val="24"/>
          <w:lang w:val="ro-RO"/>
        </w:rPr>
        <w:t>încât</w:t>
      </w:r>
      <w:r w:rsidRPr="372029BD">
        <w:rPr>
          <w:rFonts w:ascii="Times New Roman" w:eastAsia="Times New Roman" w:hAnsi="Times New Roman" w:cs="Times New Roman"/>
          <w:sz w:val="24"/>
          <w:szCs w:val="24"/>
          <w:lang w:val="ro-RO"/>
        </w:rPr>
        <w:t xml:space="preserve"> raportul de </w:t>
      </w:r>
      <w:proofErr w:type="spellStart"/>
      <w:r w:rsidRPr="372029BD">
        <w:rPr>
          <w:rFonts w:ascii="Times New Roman" w:eastAsia="Times New Roman" w:hAnsi="Times New Roman" w:cs="Times New Roman"/>
          <w:sz w:val="24"/>
          <w:szCs w:val="24"/>
          <w:lang w:val="ro-RO"/>
        </w:rPr>
        <w:t>microgrant</w:t>
      </w:r>
      <w:proofErr w:type="spellEnd"/>
      <w:r w:rsidRPr="372029BD">
        <w:rPr>
          <w:rFonts w:ascii="Times New Roman" w:eastAsia="Times New Roman" w:hAnsi="Times New Roman" w:cs="Times New Roman"/>
          <w:sz w:val="24"/>
          <w:szCs w:val="24"/>
          <w:lang w:val="ro-RO"/>
        </w:rPr>
        <w:t xml:space="preserve"> și documentele justificative să poat</w:t>
      </w:r>
      <w:r w:rsidR="372D9F6A" w:rsidRPr="372029BD">
        <w:rPr>
          <w:rFonts w:ascii="Times New Roman" w:eastAsia="Times New Roman" w:hAnsi="Times New Roman" w:cs="Times New Roman"/>
          <w:sz w:val="24"/>
          <w:szCs w:val="24"/>
          <w:lang w:val="ro-RO"/>
        </w:rPr>
        <w:t>ă</w:t>
      </w:r>
      <w:r w:rsidRPr="372029BD">
        <w:rPr>
          <w:rFonts w:ascii="Times New Roman" w:eastAsia="Times New Roman" w:hAnsi="Times New Roman" w:cs="Times New Roman"/>
          <w:sz w:val="24"/>
          <w:szCs w:val="24"/>
          <w:lang w:val="ro-RO"/>
        </w:rPr>
        <w:t xml:space="preserve"> fi transmise în timp util, până la 30 aprilie 2027</w:t>
      </w:r>
      <w:r w:rsidR="51D58D48" w:rsidRPr="372029BD">
        <w:rPr>
          <w:rFonts w:ascii="Times New Roman" w:eastAsia="Times New Roman" w:hAnsi="Times New Roman" w:cs="Times New Roman"/>
          <w:sz w:val="24"/>
          <w:szCs w:val="24"/>
          <w:lang w:val="ro-RO"/>
        </w:rPr>
        <w:t>.</w:t>
      </w:r>
    </w:p>
    <w:p w14:paraId="3766A0E1" w14:textId="2A27784E" w:rsidR="005F11B0" w:rsidRDefault="14D0C0A4" w:rsidP="372029BD">
      <w:pPr>
        <w:pStyle w:val="ListParagraph"/>
        <w:numPr>
          <w:ilvl w:val="0"/>
          <w:numId w:val="7"/>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Proiectele care implic</w:t>
      </w:r>
      <w:r w:rsidR="62133BA3" w:rsidRPr="372029BD">
        <w:rPr>
          <w:rFonts w:ascii="Times New Roman" w:eastAsia="Times New Roman" w:hAnsi="Times New Roman" w:cs="Times New Roman"/>
          <w:sz w:val="24"/>
          <w:szCs w:val="24"/>
          <w:lang w:val="ro-RO"/>
        </w:rPr>
        <w:t>ă</w:t>
      </w:r>
      <w:r w:rsidRPr="372029BD">
        <w:rPr>
          <w:rFonts w:ascii="Times New Roman" w:eastAsia="Times New Roman" w:hAnsi="Times New Roman" w:cs="Times New Roman"/>
          <w:sz w:val="24"/>
          <w:szCs w:val="24"/>
          <w:lang w:val="ro-RO"/>
        </w:rPr>
        <w:t xml:space="preserve"> spații publice, școli, clădiri, terenuri, evenimente publice sau intervenții asupra mediului se </w:t>
      </w:r>
      <w:r w:rsidR="673B84A9" w:rsidRPr="372029BD">
        <w:rPr>
          <w:rFonts w:ascii="Times New Roman" w:eastAsia="Times New Roman" w:hAnsi="Times New Roman" w:cs="Times New Roman"/>
          <w:sz w:val="24"/>
          <w:szCs w:val="24"/>
          <w:lang w:val="ro-RO"/>
        </w:rPr>
        <w:t>realizează</w:t>
      </w:r>
      <w:r w:rsidRPr="372029BD">
        <w:rPr>
          <w:rFonts w:ascii="Times New Roman" w:eastAsia="Times New Roman" w:hAnsi="Times New Roman" w:cs="Times New Roman"/>
          <w:sz w:val="24"/>
          <w:szCs w:val="24"/>
          <w:lang w:val="ro-RO"/>
        </w:rPr>
        <w:t xml:space="preserve"> numai cu </w:t>
      </w:r>
      <w:r w:rsidR="69CB4198" w:rsidRPr="372029BD">
        <w:rPr>
          <w:rFonts w:ascii="Times New Roman" w:eastAsia="Times New Roman" w:hAnsi="Times New Roman" w:cs="Times New Roman"/>
          <w:sz w:val="24"/>
          <w:szCs w:val="24"/>
          <w:lang w:val="ro-RO"/>
        </w:rPr>
        <w:t>aprobările</w:t>
      </w:r>
      <w:r w:rsidRPr="372029BD">
        <w:rPr>
          <w:rFonts w:ascii="Times New Roman" w:eastAsia="Times New Roman" w:hAnsi="Times New Roman" w:cs="Times New Roman"/>
          <w:sz w:val="24"/>
          <w:szCs w:val="24"/>
          <w:lang w:val="ro-RO"/>
        </w:rPr>
        <w:t>, avizele sau acordurile necesare.</w:t>
      </w:r>
    </w:p>
    <w:p w14:paraId="69ED5FCE" w14:textId="1E6D16B7" w:rsidR="2B72D9F2" w:rsidRDefault="2B72D9F2" w:rsidP="372029BD">
      <w:pPr>
        <w:pStyle w:val="ListParagraph"/>
        <w:numPr>
          <w:ilvl w:val="0"/>
          <w:numId w:val="7"/>
        </w:numPr>
        <w:spacing w:line="360" w:lineRule="auto"/>
        <w:jc w:val="both"/>
        <w:rPr>
          <w:rFonts w:ascii="Times New Roman" w:eastAsia="Times New Roman" w:hAnsi="Times New Roman" w:cs="Times New Roman"/>
          <w:sz w:val="24"/>
          <w:szCs w:val="24"/>
          <w:lang w:val="ro-RO"/>
        </w:rPr>
      </w:pPr>
      <w:r w:rsidRPr="4211671B">
        <w:rPr>
          <w:rFonts w:ascii="Times New Roman" w:eastAsia="Times New Roman" w:hAnsi="Times New Roman" w:cs="Times New Roman"/>
          <w:sz w:val="24"/>
          <w:szCs w:val="24"/>
          <w:lang w:val="ro-RO"/>
        </w:rPr>
        <w:t xml:space="preserve">Dacă pe parcursul implementării apar modificări de costuri între liniile bugetare, echipa câștigătoare va solicita aprobare în scris pentru modificările care depășesc </w:t>
      </w:r>
      <w:r w:rsidR="746D14EF" w:rsidRPr="4211671B">
        <w:rPr>
          <w:rFonts w:ascii="Times New Roman" w:eastAsia="Times New Roman" w:hAnsi="Times New Roman" w:cs="Times New Roman"/>
          <w:sz w:val="24"/>
          <w:szCs w:val="24"/>
          <w:lang w:val="ro-RO"/>
        </w:rPr>
        <w:t xml:space="preserve">cu </w:t>
      </w:r>
      <w:r w:rsidRPr="4211671B">
        <w:rPr>
          <w:rFonts w:ascii="Times New Roman" w:eastAsia="Times New Roman" w:hAnsi="Times New Roman" w:cs="Times New Roman"/>
          <w:sz w:val="24"/>
          <w:szCs w:val="24"/>
          <w:lang w:val="ro-RO"/>
        </w:rPr>
        <w:t xml:space="preserve">mai mult de </w:t>
      </w:r>
      <w:r w:rsidR="05F307FB" w:rsidRPr="4211671B">
        <w:rPr>
          <w:rFonts w:ascii="Times New Roman" w:eastAsia="Times New Roman" w:hAnsi="Times New Roman" w:cs="Times New Roman"/>
          <w:sz w:val="24"/>
          <w:szCs w:val="24"/>
          <w:lang w:val="ro-RO"/>
        </w:rPr>
        <w:t>1</w:t>
      </w:r>
      <w:r w:rsidRPr="4211671B">
        <w:rPr>
          <w:rFonts w:ascii="Times New Roman" w:eastAsia="Times New Roman" w:hAnsi="Times New Roman" w:cs="Times New Roman"/>
          <w:sz w:val="24"/>
          <w:szCs w:val="24"/>
          <w:lang w:val="ro-RO"/>
        </w:rPr>
        <w:t>0%</w:t>
      </w:r>
      <w:r w:rsidR="6B47AEB9" w:rsidRPr="4211671B">
        <w:rPr>
          <w:rFonts w:ascii="Times New Roman" w:eastAsia="Times New Roman" w:hAnsi="Times New Roman" w:cs="Times New Roman"/>
          <w:sz w:val="24"/>
          <w:szCs w:val="24"/>
          <w:lang w:val="ro-RO"/>
        </w:rPr>
        <w:t xml:space="preserve"> valorile inițiale. </w:t>
      </w:r>
    </w:p>
    <w:p w14:paraId="5175EFFB" w14:textId="75AB79B2" w:rsidR="6B47AEB9" w:rsidRDefault="6B47AEB9" w:rsidP="372029BD">
      <w:pPr>
        <w:pStyle w:val="ListParagraph"/>
        <w:numPr>
          <w:ilvl w:val="0"/>
          <w:numId w:val="7"/>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Dacă, la finalul implementării, rămân sume necheltuite acestea pot fi realocate cu acordul în scris al Municipiului Timișoara. </w:t>
      </w:r>
    </w:p>
    <w:p w14:paraId="788D7EA3" w14:textId="2934D557" w:rsidR="0D0991FA" w:rsidRDefault="0D0991FA" w:rsidP="372029BD">
      <w:pPr>
        <w:pStyle w:val="ListParagraph"/>
        <w:spacing w:line="360" w:lineRule="auto"/>
        <w:ind w:left="360" w:hanging="360"/>
        <w:jc w:val="both"/>
        <w:rPr>
          <w:rFonts w:ascii="Times New Roman" w:eastAsia="Times New Roman" w:hAnsi="Times New Roman" w:cs="Times New Roman"/>
          <w:sz w:val="24"/>
          <w:szCs w:val="24"/>
          <w:lang w:val="ro-RO"/>
        </w:rPr>
      </w:pPr>
    </w:p>
    <w:p w14:paraId="47B3A859" w14:textId="50209EB6" w:rsidR="005F11B0" w:rsidRDefault="14D0C0A4" w:rsidP="372029BD">
      <w:pPr>
        <w:spacing w:line="360" w:lineRule="auto"/>
        <w:jc w:val="both"/>
        <w:rPr>
          <w:rFonts w:ascii="Times New Roman" w:eastAsia="Times New Roman" w:hAnsi="Times New Roman" w:cs="Times New Roman"/>
          <w:b/>
          <w:bCs/>
          <w:sz w:val="24"/>
          <w:szCs w:val="24"/>
          <w:lang w:val="ro-RO"/>
        </w:rPr>
      </w:pPr>
      <w:r w:rsidRPr="372029BD">
        <w:rPr>
          <w:rFonts w:ascii="Times New Roman" w:eastAsia="Times New Roman" w:hAnsi="Times New Roman" w:cs="Times New Roman"/>
          <w:b/>
          <w:bCs/>
          <w:sz w:val="24"/>
          <w:szCs w:val="24"/>
          <w:lang w:val="ro-RO"/>
        </w:rPr>
        <w:t>Articolul</w:t>
      </w:r>
      <w:r w:rsidR="1C668C0F" w:rsidRPr="372029BD">
        <w:rPr>
          <w:rFonts w:ascii="Times New Roman" w:eastAsia="Times New Roman" w:hAnsi="Times New Roman" w:cs="Times New Roman"/>
          <w:b/>
          <w:bCs/>
          <w:sz w:val="24"/>
          <w:szCs w:val="24"/>
          <w:lang w:val="ro-RO"/>
        </w:rPr>
        <w:t xml:space="preserve"> 16</w:t>
      </w:r>
      <w:r w:rsidRPr="372029BD">
        <w:rPr>
          <w:rFonts w:ascii="Times New Roman" w:eastAsia="Times New Roman" w:hAnsi="Times New Roman" w:cs="Times New Roman"/>
          <w:b/>
          <w:bCs/>
          <w:sz w:val="24"/>
          <w:szCs w:val="24"/>
          <w:lang w:val="ro-RO"/>
        </w:rPr>
        <w:t>. Documentarea rezultatelor</w:t>
      </w:r>
    </w:p>
    <w:p w14:paraId="4FE3917C" w14:textId="134FE061" w:rsidR="005F11B0" w:rsidRDefault="14D0C0A4" w:rsidP="372029BD">
      <w:pPr>
        <w:pStyle w:val="ListParagraph"/>
        <w:numPr>
          <w:ilvl w:val="0"/>
          <w:numId w:val="5"/>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Fiecare </w:t>
      </w:r>
      <w:r w:rsidR="3E698A8B" w:rsidRPr="372029BD">
        <w:rPr>
          <w:rFonts w:ascii="Times New Roman" w:eastAsia="Times New Roman" w:hAnsi="Times New Roman" w:cs="Times New Roman"/>
          <w:sz w:val="24"/>
          <w:szCs w:val="24"/>
          <w:lang w:val="ro-RO"/>
        </w:rPr>
        <w:t xml:space="preserve">echipă de </w:t>
      </w:r>
      <w:r w:rsidRPr="372029BD">
        <w:rPr>
          <w:rFonts w:ascii="Times New Roman" w:eastAsia="Times New Roman" w:hAnsi="Times New Roman" w:cs="Times New Roman"/>
          <w:sz w:val="24"/>
          <w:szCs w:val="24"/>
          <w:lang w:val="ro-RO"/>
        </w:rPr>
        <w:t xml:space="preserve">proiect va colecta date </w:t>
      </w:r>
      <w:r w:rsidR="1B358B7F" w:rsidRPr="372029BD">
        <w:rPr>
          <w:rFonts w:ascii="Times New Roman" w:eastAsia="Times New Roman" w:hAnsi="Times New Roman" w:cs="Times New Roman"/>
          <w:sz w:val="24"/>
          <w:szCs w:val="24"/>
          <w:lang w:val="ro-RO"/>
        </w:rPr>
        <w:t xml:space="preserve">cantitative și </w:t>
      </w:r>
      <w:r w:rsidR="5EC64871" w:rsidRPr="372029BD">
        <w:rPr>
          <w:rFonts w:ascii="Times New Roman" w:eastAsia="Times New Roman" w:hAnsi="Times New Roman" w:cs="Times New Roman"/>
          <w:sz w:val="24"/>
          <w:szCs w:val="24"/>
          <w:lang w:val="ro-RO"/>
        </w:rPr>
        <w:t>calitative</w:t>
      </w:r>
      <w:r w:rsidRPr="372029BD">
        <w:rPr>
          <w:rFonts w:ascii="Times New Roman" w:eastAsia="Times New Roman" w:hAnsi="Times New Roman" w:cs="Times New Roman"/>
          <w:sz w:val="24"/>
          <w:szCs w:val="24"/>
          <w:lang w:val="ro-RO"/>
        </w:rPr>
        <w:t xml:space="preserve"> despre activități, participanți, voluntari, </w:t>
      </w:r>
      <w:r w:rsidR="3CF4F088" w:rsidRPr="372029BD">
        <w:rPr>
          <w:rFonts w:ascii="Times New Roman" w:eastAsia="Times New Roman" w:hAnsi="Times New Roman" w:cs="Times New Roman"/>
          <w:sz w:val="24"/>
          <w:szCs w:val="24"/>
          <w:lang w:val="ro-RO"/>
        </w:rPr>
        <w:t>rezultate și efectele asupra grupurilor țintă, a comunității și/sau a mediului</w:t>
      </w:r>
      <w:r w:rsidRPr="372029BD">
        <w:rPr>
          <w:rFonts w:ascii="Times New Roman" w:eastAsia="Times New Roman" w:hAnsi="Times New Roman" w:cs="Times New Roman"/>
          <w:sz w:val="24"/>
          <w:szCs w:val="24"/>
          <w:lang w:val="ro-RO"/>
        </w:rPr>
        <w:t>.</w:t>
      </w:r>
    </w:p>
    <w:p w14:paraId="5B2F4273" w14:textId="2810A982" w:rsidR="005F11B0" w:rsidRDefault="14D0C0A4" w:rsidP="372029BD">
      <w:pPr>
        <w:pStyle w:val="ListParagraph"/>
        <w:numPr>
          <w:ilvl w:val="0"/>
          <w:numId w:val="5"/>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lastRenderedPageBreak/>
        <w:t xml:space="preserve">Fiecare </w:t>
      </w:r>
      <w:r w:rsidR="53272019" w:rsidRPr="372029BD">
        <w:rPr>
          <w:rFonts w:ascii="Times New Roman" w:eastAsia="Times New Roman" w:hAnsi="Times New Roman" w:cs="Times New Roman"/>
          <w:sz w:val="24"/>
          <w:szCs w:val="24"/>
          <w:lang w:val="ro-RO"/>
        </w:rPr>
        <w:t>echipă de p</w:t>
      </w:r>
      <w:r w:rsidRPr="372029BD">
        <w:rPr>
          <w:rFonts w:ascii="Times New Roman" w:eastAsia="Times New Roman" w:hAnsi="Times New Roman" w:cs="Times New Roman"/>
          <w:sz w:val="24"/>
          <w:szCs w:val="24"/>
          <w:lang w:val="ro-RO"/>
        </w:rPr>
        <w:t xml:space="preserve">roiect va documenta momentele principale </w:t>
      </w:r>
      <w:r w:rsidR="0B2FB922" w:rsidRPr="372029BD">
        <w:rPr>
          <w:rFonts w:ascii="Times New Roman" w:eastAsia="Times New Roman" w:hAnsi="Times New Roman" w:cs="Times New Roman"/>
          <w:sz w:val="24"/>
          <w:szCs w:val="24"/>
          <w:lang w:val="ro-RO"/>
        </w:rPr>
        <w:t xml:space="preserve">din implementarea proiectului </w:t>
      </w:r>
      <w:r w:rsidRPr="372029BD">
        <w:rPr>
          <w:rFonts w:ascii="Times New Roman" w:eastAsia="Times New Roman" w:hAnsi="Times New Roman" w:cs="Times New Roman"/>
          <w:sz w:val="24"/>
          <w:szCs w:val="24"/>
          <w:lang w:val="ro-RO"/>
        </w:rPr>
        <w:t xml:space="preserve">prin fotografii, materiale vizuale, citate sau povești scurte, cu </w:t>
      </w:r>
      <w:r w:rsidR="3830DC23" w:rsidRPr="372029BD">
        <w:rPr>
          <w:rFonts w:ascii="Times New Roman" w:eastAsia="Times New Roman" w:hAnsi="Times New Roman" w:cs="Times New Roman"/>
          <w:sz w:val="24"/>
          <w:szCs w:val="24"/>
          <w:lang w:val="ro-RO"/>
        </w:rPr>
        <w:t>acordul</w:t>
      </w:r>
      <w:r w:rsidRPr="372029BD">
        <w:rPr>
          <w:rFonts w:ascii="Times New Roman" w:eastAsia="Times New Roman" w:hAnsi="Times New Roman" w:cs="Times New Roman"/>
          <w:sz w:val="24"/>
          <w:szCs w:val="24"/>
          <w:lang w:val="ro-RO"/>
        </w:rPr>
        <w:t xml:space="preserve"> persoanelor fotografiate</w:t>
      </w:r>
      <w:r w:rsidR="03E2934D" w:rsidRPr="372029BD">
        <w:rPr>
          <w:rFonts w:ascii="Times New Roman" w:eastAsia="Times New Roman" w:hAnsi="Times New Roman" w:cs="Times New Roman"/>
          <w:sz w:val="24"/>
          <w:szCs w:val="24"/>
          <w:lang w:val="ro-RO"/>
        </w:rPr>
        <w:t xml:space="preserve"> și respectarea consimțământului privind folosirea datelor cu cara</w:t>
      </w:r>
      <w:r w:rsidR="5A6F747C" w:rsidRPr="372029BD">
        <w:rPr>
          <w:rFonts w:ascii="Times New Roman" w:eastAsia="Times New Roman" w:hAnsi="Times New Roman" w:cs="Times New Roman"/>
          <w:sz w:val="24"/>
          <w:szCs w:val="24"/>
          <w:lang w:val="ro-RO"/>
        </w:rPr>
        <w:t>c</w:t>
      </w:r>
      <w:r w:rsidR="03E2934D" w:rsidRPr="372029BD">
        <w:rPr>
          <w:rFonts w:ascii="Times New Roman" w:eastAsia="Times New Roman" w:hAnsi="Times New Roman" w:cs="Times New Roman"/>
          <w:sz w:val="24"/>
          <w:szCs w:val="24"/>
          <w:lang w:val="ro-RO"/>
        </w:rPr>
        <w:t>ter personal</w:t>
      </w:r>
      <w:r w:rsidR="07D6DB96" w:rsidRPr="372029BD">
        <w:rPr>
          <w:rFonts w:ascii="Times New Roman" w:eastAsia="Times New Roman" w:hAnsi="Times New Roman" w:cs="Times New Roman"/>
          <w:sz w:val="24"/>
          <w:szCs w:val="24"/>
          <w:lang w:val="ro-RO"/>
        </w:rPr>
        <w:t>.</w:t>
      </w:r>
    </w:p>
    <w:p w14:paraId="44CA6BBF" w14:textId="10E13EC2" w:rsidR="005F11B0" w:rsidRDefault="14D0C0A4" w:rsidP="372029BD">
      <w:pPr>
        <w:pStyle w:val="ListParagraph"/>
        <w:numPr>
          <w:ilvl w:val="0"/>
          <w:numId w:val="5"/>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Materialele de comunicare vor </w:t>
      </w:r>
      <w:r w:rsidR="4AC14202" w:rsidRPr="372029BD">
        <w:rPr>
          <w:rFonts w:ascii="Times New Roman" w:eastAsia="Times New Roman" w:hAnsi="Times New Roman" w:cs="Times New Roman"/>
          <w:sz w:val="24"/>
          <w:szCs w:val="24"/>
          <w:lang w:val="ro-RO"/>
        </w:rPr>
        <w:t>menționa</w:t>
      </w:r>
      <w:r w:rsidRPr="372029BD">
        <w:rPr>
          <w:rFonts w:ascii="Times New Roman" w:eastAsia="Times New Roman" w:hAnsi="Times New Roman" w:cs="Times New Roman"/>
          <w:sz w:val="24"/>
          <w:szCs w:val="24"/>
          <w:lang w:val="ro-RO"/>
        </w:rPr>
        <w:t xml:space="preserve"> sprijinul Youth Climate </w:t>
      </w:r>
      <w:proofErr w:type="spellStart"/>
      <w:r w:rsidRPr="372029BD">
        <w:rPr>
          <w:rFonts w:ascii="Times New Roman" w:eastAsia="Times New Roman" w:hAnsi="Times New Roman" w:cs="Times New Roman"/>
          <w:sz w:val="24"/>
          <w:szCs w:val="24"/>
          <w:lang w:val="ro-RO"/>
        </w:rPr>
        <w:t>Action</w:t>
      </w:r>
      <w:proofErr w:type="spellEnd"/>
      <w:r w:rsidRPr="372029BD">
        <w:rPr>
          <w:rFonts w:ascii="Times New Roman" w:eastAsia="Times New Roman" w:hAnsi="Times New Roman" w:cs="Times New Roman"/>
          <w:sz w:val="24"/>
          <w:szCs w:val="24"/>
          <w:lang w:val="ro-RO"/>
        </w:rPr>
        <w:t xml:space="preserve"> Fund - </w:t>
      </w:r>
      <w:proofErr w:type="spellStart"/>
      <w:r w:rsidRPr="372029BD">
        <w:rPr>
          <w:rFonts w:ascii="Times New Roman" w:eastAsia="Times New Roman" w:hAnsi="Times New Roman" w:cs="Times New Roman"/>
          <w:sz w:val="24"/>
          <w:szCs w:val="24"/>
          <w:lang w:val="ro-RO"/>
        </w:rPr>
        <w:t>Bloomberg</w:t>
      </w:r>
      <w:proofErr w:type="spellEnd"/>
      <w:r w:rsidRPr="372029BD">
        <w:rPr>
          <w:rFonts w:ascii="Times New Roman" w:eastAsia="Times New Roman" w:hAnsi="Times New Roman" w:cs="Times New Roman"/>
          <w:sz w:val="24"/>
          <w:szCs w:val="24"/>
          <w:lang w:val="ro-RO"/>
        </w:rPr>
        <w:t xml:space="preserve"> </w:t>
      </w:r>
      <w:proofErr w:type="spellStart"/>
      <w:r w:rsidRPr="372029BD">
        <w:rPr>
          <w:rFonts w:ascii="Times New Roman" w:eastAsia="Times New Roman" w:hAnsi="Times New Roman" w:cs="Times New Roman"/>
          <w:sz w:val="24"/>
          <w:szCs w:val="24"/>
          <w:lang w:val="ro-RO"/>
        </w:rPr>
        <w:t>Philanthropies</w:t>
      </w:r>
      <w:proofErr w:type="spellEnd"/>
      <w:r w:rsidRPr="372029BD">
        <w:rPr>
          <w:rFonts w:ascii="Times New Roman" w:eastAsia="Times New Roman" w:hAnsi="Times New Roman" w:cs="Times New Roman"/>
          <w:sz w:val="24"/>
          <w:szCs w:val="24"/>
          <w:lang w:val="ro-RO"/>
        </w:rPr>
        <w:t xml:space="preserve"> și Municipiul Timișoara, conform ghidului de comunicare al programului</w:t>
      </w:r>
      <w:r w:rsidR="11A29E42" w:rsidRPr="372029BD">
        <w:rPr>
          <w:rFonts w:ascii="Times New Roman" w:eastAsia="Times New Roman" w:hAnsi="Times New Roman" w:cs="Times New Roman"/>
          <w:sz w:val="24"/>
          <w:szCs w:val="24"/>
          <w:lang w:val="ro-RO"/>
        </w:rPr>
        <w:t>, anexă la Carta programului</w:t>
      </w:r>
      <w:r w:rsidRPr="372029BD">
        <w:rPr>
          <w:rFonts w:ascii="Times New Roman" w:eastAsia="Times New Roman" w:hAnsi="Times New Roman" w:cs="Times New Roman"/>
          <w:sz w:val="24"/>
          <w:szCs w:val="24"/>
          <w:lang w:val="ro-RO"/>
        </w:rPr>
        <w:t>.</w:t>
      </w:r>
    </w:p>
    <w:p w14:paraId="7E57468A" w14:textId="227CAA50" w:rsidR="0D0991FA" w:rsidRDefault="0D0991FA" w:rsidP="372029BD">
      <w:pPr>
        <w:pStyle w:val="ListParagraph"/>
        <w:spacing w:line="360" w:lineRule="auto"/>
        <w:ind w:left="360" w:hanging="360"/>
        <w:jc w:val="both"/>
        <w:rPr>
          <w:rFonts w:ascii="Times New Roman" w:eastAsia="Times New Roman" w:hAnsi="Times New Roman" w:cs="Times New Roman"/>
          <w:sz w:val="24"/>
          <w:szCs w:val="24"/>
          <w:lang w:val="ro-RO"/>
        </w:rPr>
      </w:pPr>
    </w:p>
    <w:p w14:paraId="309FBD03" w14:textId="31BF9701" w:rsidR="005F11B0" w:rsidRDefault="14D0C0A4" w:rsidP="372029BD">
      <w:pPr>
        <w:spacing w:line="360" w:lineRule="auto"/>
        <w:jc w:val="both"/>
        <w:rPr>
          <w:rFonts w:ascii="Times New Roman" w:eastAsia="Times New Roman" w:hAnsi="Times New Roman" w:cs="Times New Roman"/>
          <w:b/>
          <w:bCs/>
          <w:sz w:val="24"/>
          <w:szCs w:val="24"/>
          <w:lang w:val="ro-RO"/>
        </w:rPr>
      </w:pPr>
      <w:r w:rsidRPr="372029BD">
        <w:rPr>
          <w:rFonts w:ascii="Times New Roman" w:eastAsia="Times New Roman" w:hAnsi="Times New Roman" w:cs="Times New Roman"/>
          <w:b/>
          <w:bCs/>
          <w:sz w:val="24"/>
          <w:szCs w:val="24"/>
          <w:lang w:val="ro-RO"/>
        </w:rPr>
        <w:t xml:space="preserve">Articolul </w:t>
      </w:r>
      <w:r w:rsidR="64DF1B73" w:rsidRPr="372029BD">
        <w:rPr>
          <w:rFonts w:ascii="Times New Roman" w:eastAsia="Times New Roman" w:hAnsi="Times New Roman" w:cs="Times New Roman"/>
          <w:b/>
          <w:bCs/>
          <w:sz w:val="24"/>
          <w:szCs w:val="24"/>
          <w:lang w:val="ro-RO"/>
        </w:rPr>
        <w:t>1</w:t>
      </w:r>
      <w:r w:rsidR="70F07B79" w:rsidRPr="372029BD">
        <w:rPr>
          <w:rFonts w:ascii="Times New Roman" w:eastAsia="Times New Roman" w:hAnsi="Times New Roman" w:cs="Times New Roman"/>
          <w:b/>
          <w:bCs/>
          <w:sz w:val="24"/>
          <w:szCs w:val="24"/>
          <w:lang w:val="ro-RO"/>
        </w:rPr>
        <w:t>7</w:t>
      </w:r>
      <w:r w:rsidRPr="372029BD">
        <w:rPr>
          <w:rFonts w:ascii="Times New Roman" w:eastAsia="Times New Roman" w:hAnsi="Times New Roman" w:cs="Times New Roman"/>
          <w:b/>
          <w:bCs/>
          <w:sz w:val="24"/>
          <w:szCs w:val="24"/>
          <w:lang w:val="ro-RO"/>
        </w:rPr>
        <w:t>. Finalizarea proiectelor</w:t>
      </w:r>
    </w:p>
    <w:p w14:paraId="35F7EF1D" w14:textId="7895B257" w:rsidR="005F11B0" w:rsidRDefault="14D0C0A4" w:rsidP="372029BD">
      <w:pPr>
        <w:pStyle w:val="ListParagraph"/>
        <w:numPr>
          <w:ilvl w:val="0"/>
          <w:numId w:val="4"/>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Un proiect este considerat finalizat c</w:t>
      </w:r>
      <w:r w:rsidR="0C56C5F1" w:rsidRPr="372029BD">
        <w:rPr>
          <w:rFonts w:ascii="Times New Roman" w:eastAsia="Times New Roman" w:hAnsi="Times New Roman" w:cs="Times New Roman"/>
          <w:sz w:val="24"/>
          <w:szCs w:val="24"/>
          <w:lang w:val="ro-RO"/>
        </w:rPr>
        <w:t>â</w:t>
      </w:r>
      <w:r w:rsidRPr="372029BD">
        <w:rPr>
          <w:rFonts w:ascii="Times New Roman" w:eastAsia="Times New Roman" w:hAnsi="Times New Roman" w:cs="Times New Roman"/>
          <w:sz w:val="24"/>
          <w:szCs w:val="24"/>
          <w:lang w:val="ro-RO"/>
        </w:rPr>
        <w:t xml:space="preserve">nd activitățile aprobate sunt realizate, fondurile sunt cheltuite conform regulilor, iar raportul de </w:t>
      </w:r>
      <w:proofErr w:type="spellStart"/>
      <w:r w:rsidRPr="372029BD">
        <w:rPr>
          <w:rFonts w:ascii="Times New Roman" w:eastAsia="Times New Roman" w:hAnsi="Times New Roman" w:cs="Times New Roman"/>
          <w:sz w:val="24"/>
          <w:szCs w:val="24"/>
          <w:lang w:val="ro-RO"/>
        </w:rPr>
        <w:t>microgrant</w:t>
      </w:r>
      <w:proofErr w:type="spellEnd"/>
      <w:r w:rsidRPr="372029BD">
        <w:rPr>
          <w:rFonts w:ascii="Times New Roman" w:eastAsia="Times New Roman" w:hAnsi="Times New Roman" w:cs="Times New Roman"/>
          <w:sz w:val="24"/>
          <w:szCs w:val="24"/>
          <w:lang w:val="ro-RO"/>
        </w:rPr>
        <w:t xml:space="preserve"> este transmis și acceptat.</w:t>
      </w:r>
    </w:p>
    <w:p w14:paraId="2441F5F1" w14:textId="1709D8A7" w:rsidR="005F11B0" w:rsidRDefault="14D0C0A4" w:rsidP="372029BD">
      <w:pPr>
        <w:pStyle w:val="ListParagraph"/>
        <w:numPr>
          <w:ilvl w:val="0"/>
          <w:numId w:val="4"/>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Dacă un proiect nu poate fi finalizat, organizația beneficiară anun</w:t>
      </w:r>
      <w:r w:rsidR="3B78FB9D" w:rsidRPr="372029BD">
        <w:rPr>
          <w:rFonts w:ascii="Times New Roman" w:eastAsia="Times New Roman" w:hAnsi="Times New Roman" w:cs="Times New Roman"/>
          <w:sz w:val="24"/>
          <w:szCs w:val="24"/>
          <w:lang w:val="ro-RO"/>
        </w:rPr>
        <w:t>ță</w:t>
      </w:r>
      <w:r w:rsidRPr="372029BD">
        <w:rPr>
          <w:rFonts w:ascii="Times New Roman" w:eastAsia="Times New Roman" w:hAnsi="Times New Roman" w:cs="Times New Roman"/>
          <w:sz w:val="24"/>
          <w:szCs w:val="24"/>
          <w:lang w:val="ro-RO"/>
        </w:rPr>
        <w:t xml:space="preserve"> imediat </w:t>
      </w:r>
      <w:r w:rsidR="70B9105E" w:rsidRPr="372029BD">
        <w:rPr>
          <w:rFonts w:ascii="Times New Roman" w:eastAsia="Times New Roman" w:hAnsi="Times New Roman" w:cs="Times New Roman"/>
          <w:sz w:val="24"/>
          <w:szCs w:val="24"/>
          <w:lang w:val="ro-RO"/>
        </w:rPr>
        <w:t>Municipiul Timișoara</w:t>
      </w:r>
      <w:r w:rsidRPr="372029BD">
        <w:rPr>
          <w:rFonts w:ascii="Times New Roman" w:eastAsia="Times New Roman" w:hAnsi="Times New Roman" w:cs="Times New Roman"/>
          <w:sz w:val="24"/>
          <w:szCs w:val="24"/>
          <w:lang w:val="ro-RO"/>
        </w:rPr>
        <w:t xml:space="preserve"> și propune masuri de remediere.</w:t>
      </w:r>
    </w:p>
    <w:p w14:paraId="080E4D7D" w14:textId="4C7BDAE5" w:rsidR="39DCB03C" w:rsidRPr="004A6561" w:rsidRDefault="39DCB03C" w:rsidP="372029BD">
      <w:pPr>
        <w:pStyle w:val="ListParagraph"/>
        <w:numPr>
          <w:ilvl w:val="0"/>
          <w:numId w:val="4"/>
        </w:numPr>
        <w:spacing w:line="360" w:lineRule="auto"/>
        <w:jc w:val="both"/>
        <w:rPr>
          <w:rFonts w:ascii="Times New Roman" w:eastAsia="Times New Roman" w:hAnsi="Times New Roman" w:cs="Times New Roman"/>
          <w:sz w:val="24"/>
          <w:szCs w:val="24"/>
          <w:lang w:val="fr-FR"/>
        </w:rPr>
      </w:pPr>
      <w:proofErr w:type="spellStart"/>
      <w:r w:rsidRPr="004A6561">
        <w:rPr>
          <w:rFonts w:ascii="Times New Roman" w:eastAsia="Times New Roman" w:hAnsi="Times New Roman" w:cs="Times New Roman"/>
          <w:sz w:val="24"/>
          <w:szCs w:val="24"/>
          <w:lang w:val="fr-FR"/>
        </w:rPr>
        <w:t>Dacă</w:t>
      </w:r>
      <w:proofErr w:type="spellEnd"/>
      <w:r w:rsidRPr="004A6561">
        <w:rPr>
          <w:rFonts w:ascii="Times New Roman" w:eastAsia="Times New Roman" w:hAnsi="Times New Roman" w:cs="Times New Roman"/>
          <w:sz w:val="24"/>
          <w:szCs w:val="24"/>
          <w:lang w:val="fr-FR"/>
        </w:rPr>
        <w:t xml:space="preserve"> o </w:t>
      </w:r>
      <w:proofErr w:type="spellStart"/>
      <w:r w:rsidRPr="004A6561">
        <w:rPr>
          <w:rFonts w:ascii="Times New Roman" w:eastAsia="Times New Roman" w:hAnsi="Times New Roman" w:cs="Times New Roman"/>
          <w:sz w:val="24"/>
          <w:szCs w:val="24"/>
          <w:lang w:val="fr-FR"/>
        </w:rPr>
        <w:t>organizație</w:t>
      </w:r>
      <w:proofErr w:type="spellEnd"/>
      <w:r w:rsidRPr="004A6561">
        <w:rPr>
          <w:rFonts w:ascii="Times New Roman" w:eastAsia="Times New Roman" w:hAnsi="Times New Roman" w:cs="Times New Roman"/>
          <w:sz w:val="24"/>
          <w:szCs w:val="24"/>
          <w:lang w:val="fr-FR"/>
        </w:rPr>
        <w:t xml:space="preserve"> </w:t>
      </w:r>
      <w:proofErr w:type="spellStart"/>
      <w:r w:rsidRPr="004A6561">
        <w:rPr>
          <w:rFonts w:ascii="Times New Roman" w:eastAsia="Times New Roman" w:hAnsi="Times New Roman" w:cs="Times New Roman"/>
          <w:sz w:val="24"/>
          <w:szCs w:val="24"/>
          <w:lang w:val="fr-FR"/>
        </w:rPr>
        <w:t>declarată</w:t>
      </w:r>
      <w:proofErr w:type="spellEnd"/>
      <w:r w:rsidRPr="004A6561">
        <w:rPr>
          <w:rFonts w:ascii="Times New Roman" w:eastAsia="Times New Roman" w:hAnsi="Times New Roman" w:cs="Times New Roman"/>
          <w:sz w:val="24"/>
          <w:szCs w:val="24"/>
          <w:lang w:val="fr-FR"/>
        </w:rPr>
        <w:t xml:space="preserve"> </w:t>
      </w:r>
      <w:proofErr w:type="spellStart"/>
      <w:r w:rsidRPr="004A6561">
        <w:rPr>
          <w:rFonts w:ascii="Times New Roman" w:eastAsia="Times New Roman" w:hAnsi="Times New Roman" w:cs="Times New Roman"/>
          <w:sz w:val="24"/>
          <w:szCs w:val="24"/>
          <w:lang w:val="fr-FR"/>
        </w:rPr>
        <w:t>câștigătoare</w:t>
      </w:r>
      <w:proofErr w:type="spellEnd"/>
      <w:r w:rsidRPr="004A6561">
        <w:rPr>
          <w:rFonts w:ascii="Times New Roman" w:eastAsia="Times New Roman" w:hAnsi="Times New Roman" w:cs="Times New Roman"/>
          <w:sz w:val="24"/>
          <w:szCs w:val="24"/>
          <w:lang w:val="fr-FR"/>
        </w:rPr>
        <w:t xml:space="preserve"> se </w:t>
      </w:r>
      <w:proofErr w:type="spellStart"/>
      <w:r w:rsidRPr="004A6561">
        <w:rPr>
          <w:rFonts w:ascii="Times New Roman" w:eastAsia="Times New Roman" w:hAnsi="Times New Roman" w:cs="Times New Roman"/>
          <w:sz w:val="24"/>
          <w:szCs w:val="24"/>
          <w:lang w:val="fr-FR"/>
        </w:rPr>
        <w:t>retrage</w:t>
      </w:r>
      <w:proofErr w:type="spellEnd"/>
      <w:r w:rsidRPr="004A6561">
        <w:rPr>
          <w:rFonts w:ascii="Times New Roman" w:eastAsia="Times New Roman" w:hAnsi="Times New Roman" w:cs="Times New Roman"/>
          <w:sz w:val="24"/>
          <w:szCs w:val="24"/>
          <w:lang w:val="fr-FR"/>
        </w:rPr>
        <w:t xml:space="preserve"> </w:t>
      </w:r>
      <w:proofErr w:type="spellStart"/>
      <w:r w:rsidRPr="004A6561">
        <w:rPr>
          <w:rFonts w:ascii="Times New Roman" w:eastAsia="Times New Roman" w:hAnsi="Times New Roman" w:cs="Times New Roman"/>
          <w:sz w:val="24"/>
          <w:szCs w:val="24"/>
          <w:lang w:val="fr-FR"/>
        </w:rPr>
        <w:t>înainte</w:t>
      </w:r>
      <w:proofErr w:type="spellEnd"/>
      <w:r w:rsidRPr="004A6561">
        <w:rPr>
          <w:rFonts w:ascii="Times New Roman" w:eastAsia="Times New Roman" w:hAnsi="Times New Roman" w:cs="Times New Roman"/>
          <w:sz w:val="24"/>
          <w:szCs w:val="24"/>
          <w:lang w:val="fr-FR"/>
        </w:rPr>
        <w:t xml:space="preserve"> de </w:t>
      </w:r>
      <w:proofErr w:type="spellStart"/>
      <w:r w:rsidRPr="004A6561">
        <w:rPr>
          <w:rFonts w:ascii="Times New Roman" w:eastAsia="Times New Roman" w:hAnsi="Times New Roman" w:cs="Times New Roman"/>
          <w:sz w:val="24"/>
          <w:szCs w:val="24"/>
          <w:lang w:val="fr-FR"/>
        </w:rPr>
        <w:t>alocarea</w:t>
      </w:r>
      <w:proofErr w:type="spellEnd"/>
      <w:r w:rsidRPr="004A6561">
        <w:rPr>
          <w:rFonts w:ascii="Times New Roman" w:eastAsia="Times New Roman" w:hAnsi="Times New Roman" w:cs="Times New Roman"/>
          <w:sz w:val="24"/>
          <w:szCs w:val="24"/>
          <w:lang w:val="fr-FR"/>
        </w:rPr>
        <w:t xml:space="preserve"> </w:t>
      </w:r>
      <w:proofErr w:type="spellStart"/>
      <w:r w:rsidRPr="004A6561">
        <w:rPr>
          <w:rFonts w:ascii="Times New Roman" w:eastAsia="Times New Roman" w:hAnsi="Times New Roman" w:cs="Times New Roman"/>
          <w:sz w:val="24"/>
          <w:szCs w:val="24"/>
          <w:lang w:val="fr-FR"/>
        </w:rPr>
        <w:t>fondurilor</w:t>
      </w:r>
      <w:proofErr w:type="spellEnd"/>
      <w:r w:rsidRPr="004A6561">
        <w:rPr>
          <w:rFonts w:ascii="Times New Roman" w:eastAsia="Times New Roman" w:hAnsi="Times New Roman" w:cs="Times New Roman"/>
          <w:sz w:val="24"/>
          <w:szCs w:val="24"/>
          <w:lang w:val="fr-FR"/>
        </w:rPr>
        <w:t xml:space="preserve">, </w:t>
      </w:r>
      <w:proofErr w:type="spellStart"/>
      <w:r w:rsidRPr="004A6561">
        <w:rPr>
          <w:rFonts w:ascii="Times New Roman" w:eastAsia="Times New Roman" w:hAnsi="Times New Roman" w:cs="Times New Roman"/>
          <w:sz w:val="24"/>
          <w:szCs w:val="24"/>
          <w:lang w:val="fr-FR"/>
        </w:rPr>
        <w:t>micrograntul</w:t>
      </w:r>
      <w:proofErr w:type="spellEnd"/>
      <w:r w:rsidRPr="004A6561">
        <w:rPr>
          <w:rFonts w:ascii="Times New Roman" w:eastAsia="Times New Roman" w:hAnsi="Times New Roman" w:cs="Times New Roman"/>
          <w:sz w:val="24"/>
          <w:szCs w:val="24"/>
          <w:lang w:val="fr-FR"/>
        </w:rPr>
        <w:t xml:space="preserve"> va fi </w:t>
      </w:r>
      <w:proofErr w:type="spellStart"/>
      <w:r w:rsidRPr="004A6561">
        <w:rPr>
          <w:rFonts w:ascii="Times New Roman" w:eastAsia="Times New Roman" w:hAnsi="Times New Roman" w:cs="Times New Roman"/>
          <w:sz w:val="24"/>
          <w:szCs w:val="24"/>
          <w:lang w:val="fr-FR"/>
        </w:rPr>
        <w:t>acordat</w:t>
      </w:r>
      <w:proofErr w:type="spellEnd"/>
      <w:r w:rsidRPr="004A6561">
        <w:rPr>
          <w:rFonts w:ascii="Times New Roman" w:eastAsia="Times New Roman" w:hAnsi="Times New Roman" w:cs="Times New Roman"/>
          <w:sz w:val="24"/>
          <w:szCs w:val="24"/>
          <w:lang w:val="fr-FR"/>
        </w:rPr>
        <w:t xml:space="preserve"> </w:t>
      </w:r>
      <w:proofErr w:type="spellStart"/>
      <w:r w:rsidRPr="004A6561">
        <w:rPr>
          <w:rFonts w:ascii="Times New Roman" w:eastAsia="Times New Roman" w:hAnsi="Times New Roman" w:cs="Times New Roman"/>
          <w:sz w:val="24"/>
          <w:szCs w:val="24"/>
          <w:lang w:val="fr-FR"/>
        </w:rPr>
        <w:t>următo</w:t>
      </w:r>
      <w:r w:rsidR="1A2A5E45" w:rsidRPr="004A6561">
        <w:rPr>
          <w:rFonts w:ascii="Times New Roman" w:eastAsia="Times New Roman" w:hAnsi="Times New Roman" w:cs="Times New Roman"/>
          <w:sz w:val="24"/>
          <w:szCs w:val="24"/>
          <w:lang w:val="fr-FR"/>
        </w:rPr>
        <w:t>rului</w:t>
      </w:r>
      <w:proofErr w:type="spellEnd"/>
      <w:r w:rsidR="1A2A5E45" w:rsidRPr="004A6561">
        <w:rPr>
          <w:rFonts w:ascii="Times New Roman" w:eastAsia="Times New Roman" w:hAnsi="Times New Roman" w:cs="Times New Roman"/>
          <w:sz w:val="24"/>
          <w:szCs w:val="24"/>
          <w:lang w:val="fr-FR"/>
        </w:rPr>
        <w:t xml:space="preserve"> </w:t>
      </w:r>
      <w:proofErr w:type="spellStart"/>
      <w:r w:rsidR="1A2A5E45" w:rsidRPr="004A6561">
        <w:rPr>
          <w:rFonts w:ascii="Times New Roman" w:eastAsia="Times New Roman" w:hAnsi="Times New Roman" w:cs="Times New Roman"/>
          <w:sz w:val="24"/>
          <w:szCs w:val="24"/>
          <w:lang w:val="fr-FR"/>
        </w:rPr>
        <w:t>proiect</w:t>
      </w:r>
      <w:proofErr w:type="spellEnd"/>
      <w:r w:rsidR="1A2A5E45" w:rsidRPr="004A6561">
        <w:rPr>
          <w:rFonts w:ascii="Times New Roman" w:eastAsia="Times New Roman" w:hAnsi="Times New Roman" w:cs="Times New Roman"/>
          <w:sz w:val="24"/>
          <w:szCs w:val="24"/>
          <w:lang w:val="fr-FR"/>
        </w:rPr>
        <w:t xml:space="preserve"> </w:t>
      </w:r>
      <w:proofErr w:type="spellStart"/>
      <w:r w:rsidR="1A2A5E45" w:rsidRPr="004A6561">
        <w:rPr>
          <w:rFonts w:ascii="Times New Roman" w:eastAsia="Times New Roman" w:hAnsi="Times New Roman" w:cs="Times New Roman"/>
          <w:sz w:val="24"/>
          <w:szCs w:val="24"/>
          <w:lang w:val="fr-FR"/>
        </w:rPr>
        <w:t>eligibil</w:t>
      </w:r>
      <w:proofErr w:type="spellEnd"/>
      <w:r w:rsidR="1A2A5E45" w:rsidRPr="004A6561">
        <w:rPr>
          <w:rFonts w:ascii="Times New Roman" w:eastAsia="Times New Roman" w:hAnsi="Times New Roman" w:cs="Times New Roman"/>
          <w:sz w:val="24"/>
          <w:szCs w:val="24"/>
          <w:lang w:val="fr-FR"/>
        </w:rPr>
        <w:t>.</w:t>
      </w:r>
    </w:p>
    <w:p w14:paraId="2307A7EE" w14:textId="073BC500" w:rsidR="1A2A5E45" w:rsidRPr="004A6561" w:rsidRDefault="1A2A5E45" w:rsidP="372029BD">
      <w:pPr>
        <w:pStyle w:val="ListParagraph"/>
        <w:numPr>
          <w:ilvl w:val="0"/>
          <w:numId w:val="4"/>
        </w:numPr>
        <w:spacing w:line="360" w:lineRule="auto"/>
        <w:jc w:val="both"/>
        <w:rPr>
          <w:rFonts w:ascii="Times New Roman" w:eastAsia="Times New Roman" w:hAnsi="Times New Roman" w:cs="Times New Roman"/>
          <w:sz w:val="24"/>
          <w:szCs w:val="24"/>
          <w:lang w:val="fr-FR"/>
        </w:rPr>
      </w:pPr>
      <w:proofErr w:type="spellStart"/>
      <w:r w:rsidRPr="004A6561">
        <w:rPr>
          <w:rFonts w:ascii="Times New Roman" w:eastAsia="Times New Roman" w:hAnsi="Times New Roman" w:cs="Times New Roman"/>
          <w:sz w:val="24"/>
          <w:szCs w:val="24"/>
          <w:lang w:val="fr-FR"/>
        </w:rPr>
        <w:t>Dacă</w:t>
      </w:r>
      <w:proofErr w:type="spellEnd"/>
      <w:r w:rsidRPr="004A6561">
        <w:rPr>
          <w:rFonts w:ascii="Times New Roman" w:eastAsia="Times New Roman" w:hAnsi="Times New Roman" w:cs="Times New Roman"/>
          <w:sz w:val="24"/>
          <w:szCs w:val="24"/>
          <w:lang w:val="fr-FR"/>
        </w:rPr>
        <w:t xml:space="preserve"> o </w:t>
      </w:r>
      <w:proofErr w:type="spellStart"/>
      <w:r w:rsidRPr="004A6561">
        <w:rPr>
          <w:rFonts w:ascii="Times New Roman" w:eastAsia="Times New Roman" w:hAnsi="Times New Roman" w:cs="Times New Roman"/>
          <w:sz w:val="24"/>
          <w:szCs w:val="24"/>
          <w:lang w:val="fr-FR"/>
        </w:rPr>
        <w:t>organizație</w:t>
      </w:r>
      <w:proofErr w:type="spellEnd"/>
      <w:r w:rsidRPr="004A6561">
        <w:rPr>
          <w:rFonts w:ascii="Times New Roman" w:eastAsia="Times New Roman" w:hAnsi="Times New Roman" w:cs="Times New Roman"/>
          <w:sz w:val="24"/>
          <w:szCs w:val="24"/>
          <w:lang w:val="fr-FR"/>
        </w:rPr>
        <w:t xml:space="preserve"> </w:t>
      </w:r>
      <w:proofErr w:type="spellStart"/>
      <w:r w:rsidRPr="004A6561">
        <w:rPr>
          <w:rFonts w:ascii="Times New Roman" w:eastAsia="Times New Roman" w:hAnsi="Times New Roman" w:cs="Times New Roman"/>
          <w:sz w:val="24"/>
          <w:szCs w:val="24"/>
          <w:lang w:val="fr-FR"/>
        </w:rPr>
        <w:t>declarată</w:t>
      </w:r>
      <w:proofErr w:type="spellEnd"/>
      <w:r w:rsidRPr="004A6561">
        <w:rPr>
          <w:rFonts w:ascii="Times New Roman" w:eastAsia="Times New Roman" w:hAnsi="Times New Roman" w:cs="Times New Roman"/>
          <w:sz w:val="24"/>
          <w:szCs w:val="24"/>
          <w:lang w:val="fr-FR"/>
        </w:rPr>
        <w:t xml:space="preserve"> </w:t>
      </w:r>
      <w:proofErr w:type="spellStart"/>
      <w:r w:rsidRPr="004A6561">
        <w:rPr>
          <w:rFonts w:ascii="Times New Roman" w:eastAsia="Times New Roman" w:hAnsi="Times New Roman" w:cs="Times New Roman"/>
          <w:sz w:val="24"/>
          <w:szCs w:val="24"/>
          <w:lang w:val="fr-FR"/>
        </w:rPr>
        <w:t>câștigătoare</w:t>
      </w:r>
      <w:proofErr w:type="spellEnd"/>
      <w:r w:rsidRPr="004A6561">
        <w:rPr>
          <w:rFonts w:ascii="Times New Roman" w:eastAsia="Times New Roman" w:hAnsi="Times New Roman" w:cs="Times New Roman"/>
          <w:sz w:val="24"/>
          <w:szCs w:val="24"/>
          <w:lang w:val="fr-FR"/>
        </w:rPr>
        <w:t xml:space="preserve"> se </w:t>
      </w:r>
      <w:proofErr w:type="spellStart"/>
      <w:r w:rsidRPr="004A6561">
        <w:rPr>
          <w:rFonts w:ascii="Times New Roman" w:eastAsia="Times New Roman" w:hAnsi="Times New Roman" w:cs="Times New Roman"/>
          <w:sz w:val="24"/>
          <w:szCs w:val="24"/>
          <w:lang w:val="fr-FR"/>
        </w:rPr>
        <w:t>retrage</w:t>
      </w:r>
      <w:proofErr w:type="spellEnd"/>
      <w:r w:rsidRPr="004A6561">
        <w:rPr>
          <w:rFonts w:ascii="Times New Roman" w:eastAsia="Times New Roman" w:hAnsi="Times New Roman" w:cs="Times New Roman"/>
          <w:sz w:val="24"/>
          <w:szCs w:val="24"/>
          <w:lang w:val="fr-FR"/>
        </w:rPr>
        <w:t xml:space="preserve"> </w:t>
      </w:r>
      <w:proofErr w:type="spellStart"/>
      <w:r w:rsidRPr="004A6561">
        <w:rPr>
          <w:rFonts w:ascii="Times New Roman" w:eastAsia="Times New Roman" w:hAnsi="Times New Roman" w:cs="Times New Roman"/>
          <w:sz w:val="24"/>
          <w:szCs w:val="24"/>
          <w:lang w:val="fr-FR"/>
        </w:rPr>
        <w:t>după</w:t>
      </w:r>
      <w:proofErr w:type="spellEnd"/>
      <w:r w:rsidRPr="004A6561">
        <w:rPr>
          <w:rFonts w:ascii="Times New Roman" w:eastAsia="Times New Roman" w:hAnsi="Times New Roman" w:cs="Times New Roman"/>
          <w:sz w:val="24"/>
          <w:szCs w:val="24"/>
          <w:lang w:val="fr-FR"/>
        </w:rPr>
        <w:t xml:space="preserve"> </w:t>
      </w:r>
      <w:proofErr w:type="spellStart"/>
      <w:r w:rsidRPr="004A6561">
        <w:rPr>
          <w:rFonts w:ascii="Times New Roman" w:eastAsia="Times New Roman" w:hAnsi="Times New Roman" w:cs="Times New Roman"/>
          <w:sz w:val="24"/>
          <w:szCs w:val="24"/>
          <w:lang w:val="fr-FR"/>
        </w:rPr>
        <w:t>alocarea</w:t>
      </w:r>
      <w:proofErr w:type="spellEnd"/>
      <w:r w:rsidRPr="004A6561">
        <w:rPr>
          <w:rFonts w:ascii="Times New Roman" w:eastAsia="Times New Roman" w:hAnsi="Times New Roman" w:cs="Times New Roman"/>
          <w:sz w:val="24"/>
          <w:szCs w:val="24"/>
          <w:lang w:val="fr-FR"/>
        </w:rPr>
        <w:t xml:space="preserve"> </w:t>
      </w:r>
      <w:proofErr w:type="spellStart"/>
      <w:r w:rsidRPr="004A6561">
        <w:rPr>
          <w:rFonts w:ascii="Times New Roman" w:eastAsia="Times New Roman" w:hAnsi="Times New Roman" w:cs="Times New Roman"/>
          <w:sz w:val="24"/>
          <w:szCs w:val="24"/>
          <w:lang w:val="fr-FR"/>
        </w:rPr>
        <w:t>fondurilor</w:t>
      </w:r>
      <w:proofErr w:type="spellEnd"/>
      <w:r w:rsidRPr="004A6561">
        <w:rPr>
          <w:rFonts w:ascii="Times New Roman" w:eastAsia="Times New Roman" w:hAnsi="Times New Roman" w:cs="Times New Roman"/>
          <w:sz w:val="24"/>
          <w:szCs w:val="24"/>
          <w:lang w:val="fr-FR"/>
        </w:rPr>
        <w:t xml:space="preserve">, </w:t>
      </w:r>
      <w:proofErr w:type="spellStart"/>
      <w:r w:rsidR="12ADCA4E" w:rsidRPr="004A6561">
        <w:rPr>
          <w:rFonts w:ascii="Times New Roman" w:eastAsia="Times New Roman" w:hAnsi="Times New Roman" w:cs="Times New Roman"/>
          <w:sz w:val="24"/>
          <w:szCs w:val="24"/>
          <w:lang w:val="fr-FR"/>
        </w:rPr>
        <w:t>toate</w:t>
      </w:r>
      <w:proofErr w:type="spellEnd"/>
      <w:r w:rsidR="12ADCA4E" w:rsidRPr="004A6561">
        <w:rPr>
          <w:rFonts w:ascii="Times New Roman" w:eastAsia="Times New Roman" w:hAnsi="Times New Roman" w:cs="Times New Roman"/>
          <w:sz w:val="24"/>
          <w:szCs w:val="24"/>
          <w:lang w:val="fr-FR"/>
        </w:rPr>
        <w:t xml:space="preserve"> </w:t>
      </w:r>
      <w:proofErr w:type="spellStart"/>
      <w:r w:rsidR="12ADCA4E" w:rsidRPr="004A6561">
        <w:rPr>
          <w:rFonts w:ascii="Times New Roman" w:eastAsia="Times New Roman" w:hAnsi="Times New Roman" w:cs="Times New Roman"/>
          <w:sz w:val="24"/>
          <w:szCs w:val="24"/>
          <w:lang w:val="fr-FR"/>
        </w:rPr>
        <w:t>sumele</w:t>
      </w:r>
      <w:proofErr w:type="spellEnd"/>
      <w:r w:rsidR="12ADCA4E" w:rsidRPr="004A6561">
        <w:rPr>
          <w:rFonts w:ascii="Times New Roman" w:eastAsia="Times New Roman" w:hAnsi="Times New Roman" w:cs="Times New Roman"/>
          <w:sz w:val="24"/>
          <w:szCs w:val="24"/>
          <w:lang w:val="fr-FR"/>
        </w:rPr>
        <w:t xml:space="preserve"> </w:t>
      </w:r>
      <w:proofErr w:type="spellStart"/>
      <w:r w:rsidR="12ADCA4E" w:rsidRPr="004A6561">
        <w:rPr>
          <w:rFonts w:ascii="Times New Roman" w:eastAsia="Times New Roman" w:hAnsi="Times New Roman" w:cs="Times New Roman"/>
          <w:sz w:val="24"/>
          <w:szCs w:val="24"/>
          <w:lang w:val="fr-FR"/>
        </w:rPr>
        <w:t>necheltuite</w:t>
      </w:r>
      <w:proofErr w:type="spellEnd"/>
      <w:r w:rsidR="12ADCA4E" w:rsidRPr="004A6561">
        <w:rPr>
          <w:rFonts w:ascii="Times New Roman" w:eastAsia="Times New Roman" w:hAnsi="Times New Roman" w:cs="Times New Roman"/>
          <w:sz w:val="24"/>
          <w:szCs w:val="24"/>
          <w:lang w:val="fr-FR"/>
        </w:rPr>
        <w:t xml:space="preserve"> vor fi </w:t>
      </w:r>
      <w:proofErr w:type="spellStart"/>
      <w:proofErr w:type="gramStart"/>
      <w:r w:rsidR="12ADCA4E" w:rsidRPr="004A6561">
        <w:rPr>
          <w:rFonts w:ascii="Times New Roman" w:eastAsia="Times New Roman" w:hAnsi="Times New Roman" w:cs="Times New Roman"/>
          <w:sz w:val="24"/>
          <w:szCs w:val="24"/>
          <w:lang w:val="fr-FR"/>
        </w:rPr>
        <w:t>retrunate</w:t>
      </w:r>
      <w:proofErr w:type="spellEnd"/>
      <w:r w:rsidRPr="004A6561">
        <w:rPr>
          <w:rFonts w:ascii="Times New Roman" w:eastAsia="Times New Roman" w:hAnsi="Times New Roman" w:cs="Times New Roman"/>
          <w:sz w:val="24"/>
          <w:szCs w:val="24"/>
          <w:lang w:val="fr-FR"/>
        </w:rPr>
        <w:t xml:space="preserve">  </w:t>
      </w:r>
      <w:proofErr w:type="spellStart"/>
      <w:r w:rsidRPr="004A6561">
        <w:rPr>
          <w:rFonts w:ascii="Times New Roman" w:eastAsia="Times New Roman" w:hAnsi="Times New Roman" w:cs="Times New Roman"/>
          <w:sz w:val="24"/>
          <w:szCs w:val="24"/>
          <w:lang w:val="fr-FR"/>
        </w:rPr>
        <w:t>Municipiul</w:t>
      </w:r>
      <w:r w:rsidR="6E4961BB" w:rsidRPr="004A6561">
        <w:rPr>
          <w:rFonts w:ascii="Times New Roman" w:eastAsia="Times New Roman" w:hAnsi="Times New Roman" w:cs="Times New Roman"/>
          <w:sz w:val="24"/>
          <w:szCs w:val="24"/>
          <w:lang w:val="fr-FR"/>
        </w:rPr>
        <w:t>ui</w:t>
      </w:r>
      <w:proofErr w:type="spellEnd"/>
      <w:proofErr w:type="gramEnd"/>
      <w:r w:rsidRPr="004A6561">
        <w:rPr>
          <w:rFonts w:ascii="Times New Roman" w:eastAsia="Times New Roman" w:hAnsi="Times New Roman" w:cs="Times New Roman"/>
          <w:sz w:val="24"/>
          <w:szCs w:val="24"/>
          <w:lang w:val="fr-FR"/>
        </w:rPr>
        <w:t xml:space="preserve"> </w:t>
      </w:r>
      <w:proofErr w:type="spellStart"/>
      <w:r w:rsidRPr="004A6561">
        <w:rPr>
          <w:rFonts w:ascii="Times New Roman" w:eastAsia="Times New Roman" w:hAnsi="Times New Roman" w:cs="Times New Roman"/>
          <w:sz w:val="24"/>
          <w:szCs w:val="24"/>
          <w:lang w:val="fr-FR"/>
        </w:rPr>
        <w:t>Timișoara</w:t>
      </w:r>
      <w:proofErr w:type="spellEnd"/>
      <w:r w:rsidRPr="004A6561">
        <w:rPr>
          <w:rFonts w:ascii="Times New Roman" w:eastAsia="Times New Roman" w:hAnsi="Times New Roman" w:cs="Times New Roman"/>
          <w:sz w:val="24"/>
          <w:szCs w:val="24"/>
          <w:lang w:val="fr-FR"/>
        </w:rPr>
        <w:t>.</w:t>
      </w:r>
    </w:p>
    <w:p w14:paraId="1FC030E6" w14:textId="4AAED492" w:rsidR="02CC84A7" w:rsidRDefault="02CC84A7" w:rsidP="372029BD">
      <w:pPr>
        <w:pStyle w:val="ListParagraph"/>
        <w:spacing w:line="360" w:lineRule="auto"/>
        <w:ind w:left="360" w:hanging="360"/>
        <w:jc w:val="both"/>
        <w:rPr>
          <w:rFonts w:ascii="Times New Roman" w:eastAsia="Times New Roman" w:hAnsi="Times New Roman" w:cs="Times New Roman"/>
          <w:sz w:val="24"/>
          <w:szCs w:val="24"/>
          <w:lang w:val="ro-RO"/>
        </w:rPr>
      </w:pPr>
    </w:p>
    <w:p w14:paraId="22C0FEFD" w14:textId="78AF3029" w:rsidR="005F11B0" w:rsidRDefault="55900E88" w:rsidP="372029BD">
      <w:pPr>
        <w:pStyle w:val="Heading1"/>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CAPITOLUL 8. PROTECȚIA DATELOR, INTEGRITATE ȘI SIGURANȚĂ </w:t>
      </w:r>
    </w:p>
    <w:p w14:paraId="71177FA5" w14:textId="0E43EBCB" w:rsidR="005F11B0" w:rsidRDefault="14D0C0A4" w:rsidP="372029BD">
      <w:pPr>
        <w:spacing w:line="360" w:lineRule="auto"/>
        <w:jc w:val="both"/>
        <w:rPr>
          <w:rFonts w:ascii="Times New Roman" w:eastAsia="Times New Roman" w:hAnsi="Times New Roman" w:cs="Times New Roman"/>
          <w:b/>
          <w:bCs/>
          <w:sz w:val="24"/>
          <w:szCs w:val="24"/>
          <w:lang w:val="ro-RO"/>
        </w:rPr>
      </w:pPr>
      <w:r w:rsidRPr="372029BD">
        <w:rPr>
          <w:rFonts w:ascii="Times New Roman" w:eastAsia="Times New Roman" w:hAnsi="Times New Roman" w:cs="Times New Roman"/>
          <w:b/>
          <w:bCs/>
          <w:sz w:val="24"/>
          <w:szCs w:val="24"/>
          <w:lang w:val="ro-RO"/>
        </w:rPr>
        <w:t xml:space="preserve">Articolul </w:t>
      </w:r>
      <w:r w:rsidR="2F6968C8" w:rsidRPr="372029BD">
        <w:rPr>
          <w:rFonts w:ascii="Times New Roman" w:eastAsia="Times New Roman" w:hAnsi="Times New Roman" w:cs="Times New Roman"/>
          <w:b/>
          <w:bCs/>
          <w:sz w:val="24"/>
          <w:szCs w:val="24"/>
          <w:lang w:val="ro-RO"/>
        </w:rPr>
        <w:t>1</w:t>
      </w:r>
      <w:r w:rsidR="4EE1050C" w:rsidRPr="372029BD">
        <w:rPr>
          <w:rFonts w:ascii="Times New Roman" w:eastAsia="Times New Roman" w:hAnsi="Times New Roman" w:cs="Times New Roman"/>
          <w:b/>
          <w:bCs/>
          <w:sz w:val="24"/>
          <w:szCs w:val="24"/>
          <w:lang w:val="ro-RO"/>
        </w:rPr>
        <w:t>8</w:t>
      </w:r>
      <w:r w:rsidRPr="372029BD">
        <w:rPr>
          <w:rFonts w:ascii="Times New Roman" w:eastAsia="Times New Roman" w:hAnsi="Times New Roman" w:cs="Times New Roman"/>
          <w:b/>
          <w:bCs/>
          <w:sz w:val="24"/>
          <w:szCs w:val="24"/>
          <w:lang w:val="ro-RO"/>
        </w:rPr>
        <w:t>. Protecția datelor personale</w:t>
      </w:r>
    </w:p>
    <w:p w14:paraId="2024E100" w14:textId="3C1C9D08" w:rsidR="005F11B0" w:rsidRDefault="14D0C0A4" w:rsidP="372029BD">
      <w:pPr>
        <w:pStyle w:val="ListParagraph"/>
        <w:numPr>
          <w:ilvl w:val="0"/>
          <w:numId w:val="2"/>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Datele personale colectate în </w:t>
      </w:r>
      <w:r w:rsidR="1E1CC0EE" w:rsidRPr="372029BD">
        <w:rPr>
          <w:rFonts w:ascii="Times New Roman" w:eastAsia="Times New Roman" w:hAnsi="Times New Roman" w:cs="Times New Roman"/>
          <w:sz w:val="24"/>
          <w:szCs w:val="24"/>
          <w:lang w:val="ro-RO"/>
        </w:rPr>
        <w:t xml:space="preserve">cadrul </w:t>
      </w:r>
      <w:r w:rsidRPr="372029BD">
        <w:rPr>
          <w:rFonts w:ascii="Times New Roman" w:eastAsia="Times New Roman" w:hAnsi="Times New Roman" w:cs="Times New Roman"/>
          <w:sz w:val="24"/>
          <w:szCs w:val="24"/>
          <w:lang w:val="ro-RO"/>
        </w:rPr>
        <w:t>program</w:t>
      </w:r>
      <w:r w:rsidR="0048B0B0" w:rsidRPr="372029BD">
        <w:rPr>
          <w:rFonts w:ascii="Times New Roman" w:eastAsia="Times New Roman" w:hAnsi="Times New Roman" w:cs="Times New Roman"/>
          <w:sz w:val="24"/>
          <w:szCs w:val="24"/>
          <w:lang w:val="ro-RO"/>
        </w:rPr>
        <w:t>ului</w:t>
      </w:r>
      <w:r w:rsidRPr="372029BD">
        <w:rPr>
          <w:rFonts w:ascii="Times New Roman" w:eastAsia="Times New Roman" w:hAnsi="Times New Roman" w:cs="Times New Roman"/>
          <w:sz w:val="24"/>
          <w:szCs w:val="24"/>
          <w:lang w:val="ro-RO"/>
        </w:rPr>
        <w:t xml:space="preserve"> sunt prelucrate de Municipiul Timișoara și/ sau de organizațiile implicate în scopul organiz</w:t>
      </w:r>
      <w:r w:rsidR="4B9D35D1" w:rsidRPr="372029BD">
        <w:rPr>
          <w:rFonts w:ascii="Times New Roman" w:eastAsia="Times New Roman" w:hAnsi="Times New Roman" w:cs="Times New Roman"/>
          <w:sz w:val="24"/>
          <w:szCs w:val="24"/>
          <w:lang w:val="ro-RO"/>
        </w:rPr>
        <w:t>ă</w:t>
      </w:r>
      <w:r w:rsidRPr="372029BD">
        <w:rPr>
          <w:rFonts w:ascii="Times New Roman" w:eastAsia="Times New Roman" w:hAnsi="Times New Roman" w:cs="Times New Roman"/>
          <w:sz w:val="24"/>
          <w:szCs w:val="24"/>
          <w:lang w:val="ro-RO"/>
        </w:rPr>
        <w:t>rii apelului, selecției, implement</w:t>
      </w:r>
      <w:r w:rsidR="0BBA74FA" w:rsidRPr="372029BD">
        <w:rPr>
          <w:rFonts w:ascii="Times New Roman" w:eastAsia="Times New Roman" w:hAnsi="Times New Roman" w:cs="Times New Roman"/>
          <w:sz w:val="24"/>
          <w:szCs w:val="24"/>
          <w:lang w:val="ro-RO"/>
        </w:rPr>
        <w:t>ă</w:t>
      </w:r>
      <w:r w:rsidRPr="372029BD">
        <w:rPr>
          <w:rFonts w:ascii="Times New Roman" w:eastAsia="Times New Roman" w:hAnsi="Times New Roman" w:cs="Times New Roman"/>
          <w:sz w:val="24"/>
          <w:szCs w:val="24"/>
          <w:lang w:val="ro-RO"/>
        </w:rPr>
        <w:t>rii, comunic</w:t>
      </w:r>
      <w:r w:rsidR="39B602A2" w:rsidRPr="372029BD">
        <w:rPr>
          <w:rFonts w:ascii="Times New Roman" w:eastAsia="Times New Roman" w:hAnsi="Times New Roman" w:cs="Times New Roman"/>
          <w:sz w:val="24"/>
          <w:szCs w:val="24"/>
          <w:lang w:val="ro-RO"/>
        </w:rPr>
        <w:t>ă</w:t>
      </w:r>
      <w:r w:rsidRPr="372029BD">
        <w:rPr>
          <w:rFonts w:ascii="Times New Roman" w:eastAsia="Times New Roman" w:hAnsi="Times New Roman" w:cs="Times New Roman"/>
          <w:sz w:val="24"/>
          <w:szCs w:val="24"/>
          <w:lang w:val="ro-RO"/>
        </w:rPr>
        <w:t>rii și raportării programului.</w:t>
      </w:r>
    </w:p>
    <w:p w14:paraId="48667855" w14:textId="3EBB45D8" w:rsidR="005F11B0" w:rsidRDefault="14D0C0A4" w:rsidP="372029BD">
      <w:pPr>
        <w:pStyle w:val="ListParagraph"/>
        <w:numPr>
          <w:ilvl w:val="0"/>
          <w:numId w:val="2"/>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Prelucrarea datelor se face cu respectarea Regulamentului (UE) 2016/679 și a legislației na</w:t>
      </w:r>
      <w:r w:rsidR="1340CCB0" w:rsidRPr="372029BD">
        <w:rPr>
          <w:rFonts w:ascii="Times New Roman" w:eastAsia="Times New Roman" w:hAnsi="Times New Roman" w:cs="Times New Roman"/>
          <w:sz w:val="24"/>
          <w:szCs w:val="24"/>
          <w:lang w:val="ro-RO"/>
        </w:rPr>
        <w:t>ț</w:t>
      </w:r>
      <w:r w:rsidRPr="372029BD">
        <w:rPr>
          <w:rFonts w:ascii="Times New Roman" w:eastAsia="Times New Roman" w:hAnsi="Times New Roman" w:cs="Times New Roman"/>
          <w:sz w:val="24"/>
          <w:szCs w:val="24"/>
          <w:lang w:val="ro-RO"/>
        </w:rPr>
        <w:t>ionale aplicabile.</w:t>
      </w:r>
    </w:p>
    <w:p w14:paraId="4E48F1B2" w14:textId="41486103" w:rsidR="005F11B0" w:rsidRDefault="14D0C0A4" w:rsidP="372029BD">
      <w:pPr>
        <w:pStyle w:val="ListParagraph"/>
        <w:numPr>
          <w:ilvl w:val="0"/>
          <w:numId w:val="2"/>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Pentru participanții minori, se vor solicita acordurile părinților/ reprezentanților legali.</w:t>
      </w:r>
    </w:p>
    <w:p w14:paraId="4930E5C8" w14:textId="77B8BF9B" w:rsidR="005F11B0" w:rsidRDefault="14D0C0A4" w:rsidP="372029BD">
      <w:pPr>
        <w:pStyle w:val="ListParagraph"/>
        <w:numPr>
          <w:ilvl w:val="0"/>
          <w:numId w:val="2"/>
        </w:numPr>
        <w:spacing w:line="360" w:lineRule="auto"/>
        <w:jc w:val="both"/>
        <w:rPr>
          <w:rFonts w:ascii="Times New Roman" w:eastAsia="Times New Roman" w:hAnsi="Times New Roman" w:cs="Times New Roman"/>
          <w:sz w:val="24"/>
          <w:szCs w:val="24"/>
          <w:lang w:val="ro-RO"/>
        </w:rPr>
      </w:pPr>
      <w:r w:rsidRPr="372029BD">
        <w:rPr>
          <w:rFonts w:ascii="Times New Roman" w:eastAsia="Times New Roman" w:hAnsi="Times New Roman" w:cs="Times New Roman"/>
          <w:sz w:val="24"/>
          <w:szCs w:val="24"/>
          <w:lang w:val="ro-RO"/>
        </w:rPr>
        <w:t xml:space="preserve">Sondajele </w:t>
      </w:r>
      <w:r w:rsidR="4099F968" w:rsidRPr="372029BD">
        <w:rPr>
          <w:rFonts w:ascii="Times New Roman" w:eastAsia="Times New Roman" w:hAnsi="Times New Roman" w:cs="Times New Roman"/>
          <w:sz w:val="24"/>
          <w:szCs w:val="24"/>
          <w:lang w:val="ro-RO"/>
        </w:rPr>
        <w:t xml:space="preserve">adresate </w:t>
      </w:r>
      <w:r w:rsidRPr="372029BD">
        <w:rPr>
          <w:rFonts w:ascii="Times New Roman" w:eastAsia="Times New Roman" w:hAnsi="Times New Roman" w:cs="Times New Roman"/>
          <w:sz w:val="24"/>
          <w:szCs w:val="24"/>
          <w:lang w:val="ro-RO"/>
        </w:rPr>
        <w:t>tineri</w:t>
      </w:r>
      <w:r w:rsidR="24D74560" w:rsidRPr="372029BD">
        <w:rPr>
          <w:rFonts w:ascii="Times New Roman" w:eastAsia="Times New Roman" w:hAnsi="Times New Roman" w:cs="Times New Roman"/>
          <w:sz w:val="24"/>
          <w:szCs w:val="24"/>
          <w:lang w:val="ro-RO"/>
        </w:rPr>
        <w:t>lor</w:t>
      </w:r>
      <w:r w:rsidRPr="372029BD">
        <w:rPr>
          <w:rFonts w:ascii="Times New Roman" w:eastAsia="Times New Roman" w:hAnsi="Times New Roman" w:cs="Times New Roman"/>
          <w:sz w:val="24"/>
          <w:szCs w:val="24"/>
          <w:lang w:val="ro-RO"/>
        </w:rPr>
        <w:t>, dacă sunt utilizate, vor fi anonime și opționale</w:t>
      </w:r>
      <w:r w:rsidR="672331AE" w:rsidRPr="372029BD">
        <w:rPr>
          <w:rFonts w:ascii="Times New Roman" w:eastAsia="Times New Roman" w:hAnsi="Times New Roman" w:cs="Times New Roman"/>
          <w:sz w:val="24"/>
          <w:szCs w:val="24"/>
          <w:lang w:val="ro-RO"/>
        </w:rPr>
        <w:t>.</w:t>
      </w:r>
      <w:r w:rsidRPr="372029BD">
        <w:rPr>
          <w:rFonts w:ascii="Times New Roman" w:eastAsia="Times New Roman" w:hAnsi="Times New Roman" w:cs="Times New Roman"/>
          <w:sz w:val="24"/>
          <w:szCs w:val="24"/>
          <w:lang w:val="ro-RO"/>
        </w:rPr>
        <w:t xml:space="preserve"> </w:t>
      </w:r>
    </w:p>
    <w:p w14:paraId="02EB378F" w14:textId="77777777" w:rsidR="005F11B0" w:rsidRDefault="005F11B0" w:rsidP="372029BD">
      <w:pPr>
        <w:spacing w:line="360" w:lineRule="auto"/>
        <w:jc w:val="both"/>
        <w:rPr>
          <w:color w:val="FF0000"/>
          <w:sz w:val="24"/>
          <w:szCs w:val="24"/>
          <w:lang w:val="ro-RO"/>
        </w:rPr>
      </w:pPr>
    </w:p>
    <w:p w14:paraId="0882641B" w14:textId="338F8EE2" w:rsidR="6DD9F469" w:rsidRDefault="6DD9F469" w:rsidP="372029BD">
      <w:pPr>
        <w:spacing w:line="360" w:lineRule="auto"/>
        <w:jc w:val="both"/>
        <w:rPr>
          <w:sz w:val="24"/>
          <w:szCs w:val="24"/>
          <w:lang w:val="ro-RO"/>
        </w:rPr>
      </w:pPr>
    </w:p>
    <w:p w14:paraId="0438EA53" w14:textId="288A90C7" w:rsidR="6DD9F469" w:rsidRDefault="6DD9F469" w:rsidP="372029BD">
      <w:pPr>
        <w:spacing w:line="360" w:lineRule="auto"/>
        <w:jc w:val="both"/>
        <w:rPr>
          <w:sz w:val="24"/>
          <w:szCs w:val="24"/>
          <w:lang w:val="ro-RO"/>
        </w:rPr>
      </w:pPr>
    </w:p>
    <w:p w14:paraId="25A91D69" w14:textId="77777777" w:rsidR="00C72196" w:rsidRDefault="00C72196" w:rsidP="372029BD">
      <w:pPr>
        <w:spacing w:line="360" w:lineRule="auto"/>
        <w:jc w:val="both"/>
        <w:rPr>
          <w:sz w:val="24"/>
          <w:szCs w:val="24"/>
          <w:lang w:val="ro-RO"/>
        </w:rPr>
      </w:pPr>
    </w:p>
    <w:p w14:paraId="3F3D19BD" w14:textId="77777777" w:rsidR="00C72196" w:rsidRDefault="00C72196" w:rsidP="372029BD">
      <w:pPr>
        <w:spacing w:line="360" w:lineRule="auto"/>
        <w:jc w:val="both"/>
        <w:rPr>
          <w:sz w:val="24"/>
          <w:szCs w:val="24"/>
          <w:lang w:val="ro-RO"/>
        </w:rPr>
      </w:pPr>
    </w:p>
    <w:p w14:paraId="00FEC6AC" w14:textId="77777777" w:rsidR="00C72196" w:rsidRDefault="00C72196" w:rsidP="372029BD">
      <w:pPr>
        <w:spacing w:line="360" w:lineRule="auto"/>
        <w:jc w:val="both"/>
        <w:rPr>
          <w:sz w:val="24"/>
          <w:szCs w:val="24"/>
          <w:lang w:val="ro-RO"/>
        </w:rPr>
      </w:pPr>
    </w:p>
    <w:p w14:paraId="12E6CE3D" w14:textId="3EAEC0EA" w:rsidR="00C72196" w:rsidRPr="00C72196" w:rsidRDefault="00C72196" w:rsidP="00C72196">
      <w:pPr>
        <w:pStyle w:val="Heading1"/>
        <w:rPr>
          <w:rFonts w:cs="Arial"/>
          <w:szCs w:val="21"/>
        </w:rPr>
      </w:pPr>
      <w:r w:rsidRPr="00C72196">
        <w:rPr>
          <w:rFonts w:cs="Arial"/>
          <w:szCs w:val="21"/>
        </w:rPr>
        <w:t xml:space="preserve">ANEXA </w:t>
      </w:r>
      <w:r>
        <w:rPr>
          <w:rFonts w:cs="Arial"/>
          <w:szCs w:val="21"/>
        </w:rPr>
        <w:t>1</w:t>
      </w:r>
      <w:r w:rsidRPr="00C72196">
        <w:rPr>
          <w:rFonts w:cs="Arial"/>
          <w:szCs w:val="21"/>
        </w:rPr>
        <w:t xml:space="preserve"> la </w:t>
      </w:r>
      <w:proofErr w:type="spellStart"/>
      <w:r w:rsidRPr="00C72196">
        <w:rPr>
          <w:rFonts w:cs="Arial"/>
          <w:szCs w:val="21"/>
        </w:rPr>
        <w:t>Regulamentul</w:t>
      </w:r>
      <w:proofErr w:type="spellEnd"/>
      <w:r w:rsidRPr="00C72196">
        <w:rPr>
          <w:rFonts w:cs="Arial"/>
          <w:szCs w:val="21"/>
        </w:rPr>
        <w:t xml:space="preserve"> </w:t>
      </w:r>
      <w:proofErr w:type="spellStart"/>
      <w:r w:rsidRPr="00C72196">
        <w:rPr>
          <w:rFonts w:cs="Arial"/>
          <w:szCs w:val="21"/>
        </w:rPr>
        <w:t>privind</w:t>
      </w:r>
      <w:proofErr w:type="spellEnd"/>
      <w:r w:rsidRPr="00C72196">
        <w:rPr>
          <w:rFonts w:cs="Arial"/>
          <w:szCs w:val="21"/>
        </w:rPr>
        <w:t xml:space="preserve"> </w:t>
      </w:r>
      <w:proofErr w:type="spellStart"/>
      <w:r w:rsidRPr="00C72196">
        <w:rPr>
          <w:rFonts w:cs="Arial"/>
          <w:szCs w:val="21"/>
        </w:rPr>
        <w:t>desfășurarea</w:t>
      </w:r>
      <w:proofErr w:type="spellEnd"/>
      <w:r w:rsidRPr="00C72196">
        <w:rPr>
          <w:rFonts w:cs="Arial"/>
          <w:szCs w:val="21"/>
        </w:rPr>
        <w:t xml:space="preserve"> </w:t>
      </w:r>
      <w:r w:rsidRPr="00C72196">
        <w:rPr>
          <w:rFonts w:cs="Arial"/>
          <w:szCs w:val="21"/>
        </w:rPr>
        <w:br/>
      </w:r>
      <w:proofErr w:type="spellStart"/>
      <w:r w:rsidRPr="00C72196">
        <w:rPr>
          <w:rFonts w:cs="Arial"/>
          <w:szCs w:val="21"/>
        </w:rPr>
        <w:t>Programului</w:t>
      </w:r>
      <w:proofErr w:type="spellEnd"/>
      <w:r w:rsidRPr="00C72196">
        <w:rPr>
          <w:rFonts w:cs="Arial"/>
          <w:szCs w:val="21"/>
        </w:rPr>
        <w:t xml:space="preserve"> Youth Climate Action Fund - Bloomberg Philanthropies</w:t>
      </w:r>
      <w:r w:rsidRPr="00C72196">
        <w:rPr>
          <w:rFonts w:cs="Arial"/>
          <w:szCs w:val="21"/>
        </w:rPr>
        <w:br/>
      </w:r>
      <w:proofErr w:type="spellStart"/>
      <w:r w:rsidRPr="00C72196">
        <w:rPr>
          <w:rFonts w:cs="Arial"/>
          <w:szCs w:val="21"/>
        </w:rPr>
        <w:t>în</w:t>
      </w:r>
      <w:proofErr w:type="spellEnd"/>
      <w:r w:rsidRPr="00C72196">
        <w:rPr>
          <w:rFonts w:cs="Arial"/>
          <w:szCs w:val="21"/>
        </w:rPr>
        <w:t xml:space="preserve"> </w:t>
      </w:r>
      <w:proofErr w:type="spellStart"/>
      <w:r w:rsidRPr="00C72196">
        <w:rPr>
          <w:rFonts w:cs="Arial"/>
          <w:szCs w:val="21"/>
        </w:rPr>
        <w:t>Municipiul</w:t>
      </w:r>
      <w:proofErr w:type="spellEnd"/>
      <w:r w:rsidRPr="00C72196">
        <w:rPr>
          <w:rFonts w:cs="Arial"/>
          <w:szCs w:val="21"/>
        </w:rPr>
        <w:t xml:space="preserve"> </w:t>
      </w:r>
      <w:proofErr w:type="spellStart"/>
      <w:r w:rsidRPr="00C72196">
        <w:rPr>
          <w:rFonts w:cs="Arial"/>
          <w:szCs w:val="21"/>
        </w:rPr>
        <w:t>Timișoara</w:t>
      </w:r>
      <w:proofErr w:type="spellEnd"/>
      <w:r w:rsidRPr="00C72196">
        <w:rPr>
          <w:rFonts w:cs="Arial"/>
          <w:szCs w:val="21"/>
        </w:rPr>
        <w:t xml:space="preserve">, Runda 1: 2026-2027, HCL nr. ....../................                                                            </w:t>
      </w:r>
    </w:p>
    <w:p w14:paraId="6AD66B48" w14:textId="77777777" w:rsidR="00C72196" w:rsidRPr="00C72196" w:rsidRDefault="00C72196" w:rsidP="00C72196">
      <w:pPr>
        <w:pStyle w:val="Heading1"/>
        <w:keepNext w:val="0"/>
        <w:keepLines w:val="0"/>
        <w:rPr>
          <w:rFonts w:ascii="Montserrat Light" w:eastAsia="Montserrat Light" w:hAnsi="Montserrat Light" w:cs="Montserrat Light"/>
          <w:sz w:val="44"/>
          <w:szCs w:val="44"/>
          <w:lang w:val="fr-FR"/>
        </w:rPr>
      </w:pPr>
      <w:r w:rsidRPr="00C72196">
        <w:rPr>
          <w:rFonts w:ascii="Montserrat Light" w:eastAsia="Montserrat Light" w:hAnsi="Montserrat Light" w:cs="Montserrat Light"/>
          <w:sz w:val="44"/>
          <w:szCs w:val="44"/>
          <w:lang w:val="fr-FR"/>
        </w:rPr>
        <w:t>CERERE DE FINANȚARE</w:t>
      </w:r>
    </w:p>
    <w:p w14:paraId="3EDE9A99" w14:textId="77777777" w:rsidR="00C72196" w:rsidRPr="00C72196" w:rsidRDefault="00C72196" w:rsidP="00C72196">
      <w:pPr>
        <w:rPr>
          <w:rFonts w:ascii="Montserrat" w:eastAsia="Montserrat" w:hAnsi="Montserrat" w:cs="Montserrat"/>
          <w:i/>
          <w:iCs/>
          <w:sz w:val="24"/>
          <w:szCs w:val="24"/>
          <w:lang w:val="fr-FR"/>
        </w:rPr>
      </w:pPr>
    </w:p>
    <w:p w14:paraId="7CDDB9B8" w14:textId="77777777" w:rsidR="00C72196" w:rsidRDefault="00C72196" w:rsidP="00C72196">
      <w:pPr>
        <w:rPr>
          <w:rFonts w:ascii="Montserrat" w:eastAsia="Montserrat" w:hAnsi="Montserrat" w:cs="Montserrat"/>
          <w:i/>
          <w:iCs/>
          <w:color w:val="434343"/>
          <w:sz w:val="24"/>
          <w:szCs w:val="24"/>
          <w:lang w:val="es-ES"/>
        </w:rPr>
      </w:pPr>
      <w:proofErr w:type="spellStart"/>
      <w:r w:rsidRPr="6FEDD72B">
        <w:rPr>
          <w:rFonts w:ascii="Montserrat" w:eastAsia="Montserrat" w:hAnsi="Montserrat" w:cs="Montserrat"/>
          <w:b/>
          <w:bCs/>
          <w:i/>
          <w:iCs/>
          <w:color w:val="434343"/>
          <w:sz w:val="24"/>
          <w:szCs w:val="24"/>
          <w:lang w:val="es-ES"/>
        </w:rPr>
        <w:t>Scop</w:t>
      </w:r>
      <w:proofErr w:type="spellEnd"/>
      <w:r w:rsidRPr="6FEDD72B">
        <w:rPr>
          <w:rFonts w:ascii="Montserrat" w:eastAsia="Montserrat" w:hAnsi="Montserrat" w:cs="Montserrat"/>
          <w:b/>
          <w:bCs/>
          <w:i/>
          <w:iCs/>
          <w:color w:val="434343"/>
          <w:sz w:val="24"/>
          <w:szCs w:val="24"/>
          <w:lang w:val="es-ES"/>
        </w:rPr>
        <w:t xml:space="preserve">: </w:t>
      </w:r>
      <w:r w:rsidRPr="6FEDD72B">
        <w:rPr>
          <w:rFonts w:ascii="Montserrat" w:eastAsia="Montserrat" w:hAnsi="Montserrat" w:cs="Montserrat"/>
          <w:i/>
          <w:iCs/>
          <w:color w:val="434343"/>
          <w:sz w:val="24"/>
          <w:szCs w:val="24"/>
          <w:lang w:val="es-ES"/>
        </w:rPr>
        <w:t xml:space="preserve">Mai </w:t>
      </w:r>
      <w:proofErr w:type="spellStart"/>
      <w:r w:rsidRPr="6FEDD72B">
        <w:rPr>
          <w:rFonts w:ascii="Montserrat" w:eastAsia="Montserrat" w:hAnsi="Montserrat" w:cs="Montserrat"/>
          <w:i/>
          <w:iCs/>
          <w:color w:val="434343"/>
          <w:sz w:val="24"/>
          <w:szCs w:val="24"/>
          <w:lang w:val="es-ES"/>
        </w:rPr>
        <w:t>jos</w:t>
      </w:r>
      <w:proofErr w:type="spellEnd"/>
      <w:r w:rsidRPr="6FEDD72B">
        <w:rPr>
          <w:rFonts w:ascii="Montserrat" w:eastAsia="Montserrat" w:hAnsi="Montserrat" w:cs="Montserrat"/>
          <w:i/>
          <w:iCs/>
          <w:color w:val="434343"/>
          <w:sz w:val="24"/>
          <w:szCs w:val="24"/>
          <w:lang w:val="es-ES"/>
        </w:rPr>
        <w:t xml:space="preserve"> sunt </w:t>
      </w:r>
      <w:proofErr w:type="spellStart"/>
      <w:r w:rsidRPr="6FEDD72B">
        <w:rPr>
          <w:rFonts w:ascii="Montserrat" w:eastAsia="Montserrat" w:hAnsi="Montserrat" w:cs="Montserrat"/>
          <w:i/>
          <w:iCs/>
          <w:color w:val="434343"/>
          <w:sz w:val="24"/>
          <w:szCs w:val="24"/>
          <w:lang w:val="es-ES"/>
        </w:rPr>
        <w:t>întrebările</w:t>
      </w:r>
      <w:proofErr w:type="spellEnd"/>
      <w:r w:rsidRPr="6FEDD72B">
        <w:rPr>
          <w:rFonts w:ascii="Montserrat" w:eastAsia="Montserrat" w:hAnsi="Montserrat" w:cs="Montserrat"/>
          <w:i/>
          <w:iCs/>
          <w:color w:val="434343"/>
          <w:sz w:val="24"/>
          <w:szCs w:val="24"/>
          <w:lang w:val="es-ES"/>
        </w:rPr>
        <w:t xml:space="preserve"> la care </w:t>
      </w:r>
      <w:proofErr w:type="spellStart"/>
      <w:r w:rsidRPr="6FEDD72B">
        <w:rPr>
          <w:rFonts w:ascii="Montserrat" w:eastAsia="Montserrat" w:hAnsi="Montserrat" w:cs="Montserrat"/>
          <w:i/>
          <w:iCs/>
          <w:color w:val="434343"/>
          <w:sz w:val="24"/>
          <w:szCs w:val="24"/>
          <w:lang w:val="es-ES"/>
        </w:rPr>
        <w:t>trebuie</w:t>
      </w:r>
      <w:proofErr w:type="spellEnd"/>
      <w:r w:rsidRPr="6FEDD72B">
        <w:rPr>
          <w:rFonts w:ascii="Montserrat" w:eastAsia="Montserrat" w:hAnsi="Montserrat" w:cs="Montserrat"/>
          <w:i/>
          <w:iCs/>
          <w:color w:val="434343"/>
          <w:sz w:val="24"/>
          <w:szCs w:val="24"/>
          <w:lang w:val="es-ES"/>
        </w:rPr>
        <w:t xml:space="preserve"> ca </w:t>
      </w:r>
      <w:proofErr w:type="spellStart"/>
      <w:r w:rsidRPr="6FEDD72B">
        <w:rPr>
          <w:rFonts w:ascii="Montserrat" w:eastAsia="Montserrat" w:hAnsi="Montserrat" w:cs="Montserrat"/>
          <w:i/>
          <w:iCs/>
          <w:color w:val="434343"/>
          <w:sz w:val="24"/>
          <w:szCs w:val="24"/>
          <w:lang w:val="es-ES"/>
        </w:rPr>
        <w:t>fiecare</w:t>
      </w:r>
      <w:proofErr w:type="spellEnd"/>
      <w:r w:rsidRPr="6FEDD72B">
        <w:rPr>
          <w:rFonts w:ascii="Montserrat" w:eastAsia="Montserrat" w:hAnsi="Montserrat" w:cs="Montserrat"/>
          <w:i/>
          <w:iCs/>
          <w:color w:val="434343"/>
          <w:sz w:val="24"/>
          <w:szCs w:val="24"/>
          <w:lang w:val="es-ES"/>
        </w:rPr>
        <w:t xml:space="preserve"> </w:t>
      </w:r>
      <w:proofErr w:type="spellStart"/>
      <w:r w:rsidRPr="6FEDD72B">
        <w:rPr>
          <w:rFonts w:ascii="Montserrat" w:eastAsia="Montserrat" w:hAnsi="Montserrat" w:cs="Montserrat"/>
          <w:i/>
          <w:iCs/>
          <w:color w:val="434343"/>
          <w:sz w:val="24"/>
          <w:szCs w:val="24"/>
          <w:lang w:val="es-ES"/>
        </w:rPr>
        <w:t>echipă</w:t>
      </w:r>
      <w:proofErr w:type="spellEnd"/>
      <w:r w:rsidRPr="6FEDD72B">
        <w:rPr>
          <w:rFonts w:ascii="Montserrat" w:eastAsia="Montserrat" w:hAnsi="Montserrat" w:cs="Montserrat"/>
          <w:i/>
          <w:iCs/>
          <w:color w:val="434343"/>
          <w:sz w:val="24"/>
          <w:szCs w:val="24"/>
          <w:lang w:val="es-ES"/>
        </w:rPr>
        <w:t xml:space="preserve"> </w:t>
      </w:r>
      <w:proofErr w:type="spellStart"/>
      <w:r w:rsidRPr="6FEDD72B">
        <w:rPr>
          <w:rFonts w:ascii="Montserrat" w:eastAsia="Montserrat" w:hAnsi="Montserrat" w:cs="Montserrat"/>
          <w:i/>
          <w:iCs/>
          <w:color w:val="434343"/>
          <w:sz w:val="24"/>
          <w:szCs w:val="24"/>
          <w:lang w:val="es-ES"/>
        </w:rPr>
        <w:t>să</w:t>
      </w:r>
      <w:proofErr w:type="spellEnd"/>
      <w:r w:rsidRPr="6FEDD72B">
        <w:rPr>
          <w:rFonts w:ascii="Montserrat" w:eastAsia="Montserrat" w:hAnsi="Montserrat" w:cs="Montserrat"/>
          <w:i/>
          <w:iCs/>
          <w:color w:val="434343"/>
          <w:sz w:val="24"/>
          <w:szCs w:val="24"/>
          <w:lang w:val="es-ES"/>
        </w:rPr>
        <w:t xml:space="preserve"> </w:t>
      </w:r>
      <w:proofErr w:type="spellStart"/>
      <w:r w:rsidRPr="6FEDD72B">
        <w:rPr>
          <w:rFonts w:ascii="Montserrat" w:eastAsia="Montserrat" w:hAnsi="Montserrat" w:cs="Montserrat"/>
          <w:i/>
          <w:iCs/>
          <w:color w:val="434343"/>
          <w:sz w:val="24"/>
          <w:szCs w:val="24"/>
          <w:lang w:val="es-ES"/>
        </w:rPr>
        <w:t>răspundă</w:t>
      </w:r>
      <w:proofErr w:type="spellEnd"/>
      <w:r w:rsidRPr="6FEDD72B">
        <w:rPr>
          <w:rFonts w:ascii="Montserrat" w:eastAsia="Montserrat" w:hAnsi="Montserrat" w:cs="Montserrat"/>
          <w:i/>
          <w:iCs/>
          <w:color w:val="434343"/>
          <w:sz w:val="24"/>
          <w:szCs w:val="24"/>
          <w:lang w:val="es-ES"/>
        </w:rPr>
        <w:t xml:space="preserve"> </w:t>
      </w:r>
      <w:proofErr w:type="spellStart"/>
      <w:r w:rsidRPr="6FEDD72B">
        <w:rPr>
          <w:rFonts w:ascii="Montserrat" w:eastAsia="Montserrat" w:hAnsi="Montserrat" w:cs="Montserrat"/>
          <w:i/>
          <w:iCs/>
          <w:color w:val="434343"/>
          <w:sz w:val="24"/>
          <w:szCs w:val="24"/>
          <w:lang w:val="es-ES"/>
        </w:rPr>
        <w:t>în</w:t>
      </w:r>
      <w:proofErr w:type="spellEnd"/>
      <w:r w:rsidRPr="6FEDD72B">
        <w:rPr>
          <w:rFonts w:ascii="Montserrat" w:eastAsia="Montserrat" w:hAnsi="Montserrat" w:cs="Montserrat"/>
          <w:i/>
          <w:iCs/>
          <w:color w:val="434343"/>
          <w:sz w:val="24"/>
          <w:szCs w:val="24"/>
          <w:lang w:val="es-ES"/>
        </w:rPr>
        <w:t xml:space="preserve"> </w:t>
      </w:r>
      <w:proofErr w:type="spellStart"/>
      <w:r w:rsidRPr="6FEDD72B">
        <w:rPr>
          <w:rFonts w:ascii="Montserrat" w:eastAsia="Montserrat" w:hAnsi="Montserrat" w:cs="Montserrat"/>
          <w:i/>
          <w:iCs/>
          <w:color w:val="434343"/>
          <w:sz w:val="24"/>
          <w:szCs w:val="24"/>
          <w:lang w:val="es-ES"/>
        </w:rPr>
        <w:t>propunerea</w:t>
      </w:r>
      <w:proofErr w:type="spellEnd"/>
      <w:r w:rsidRPr="6FEDD72B">
        <w:rPr>
          <w:rFonts w:ascii="Montserrat" w:eastAsia="Montserrat" w:hAnsi="Montserrat" w:cs="Montserrat"/>
          <w:i/>
          <w:iCs/>
          <w:color w:val="434343"/>
          <w:sz w:val="24"/>
          <w:szCs w:val="24"/>
          <w:lang w:val="es-ES"/>
        </w:rPr>
        <w:t xml:space="preserve"> de </w:t>
      </w:r>
      <w:proofErr w:type="spellStart"/>
      <w:r w:rsidRPr="6FEDD72B">
        <w:rPr>
          <w:rFonts w:ascii="Montserrat" w:eastAsia="Montserrat" w:hAnsi="Montserrat" w:cs="Montserrat"/>
          <w:i/>
          <w:iCs/>
          <w:color w:val="434343"/>
          <w:sz w:val="24"/>
          <w:szCs w:val="24"/>
          <w:lang w:val="es-ES"/>
        </w:rPr>
        <w:t>proiect</w:t>
      </w:r>
      <w:proofErr w:type="spellEnd"/>
      <w:r w:rsidRPr="6FEDD72B">
        <w:rPr>
          <w:rFonts w:ascii="Montserrat" w:eastAsia="Montserrat" w:hAnsi="Montserrat" w:cs="Montserrat"/>
          <w:i/>
          <w:iCs/>
          <w:color w:val="434343"/>
          <w:sz w:val="24"/>
          <w:szCs w:val="24"/>
          <w:lang w:val="es-ES"/>
        </w:rPr>
        <w:t>.</w:t>
      </w:r>
    </w:p>
    <w:p w14:paraId="612AB563" w14:textId="77777777" w:rsidR="00C72196" w:rsidRPr="00C72196" w:rsidRDefault="00C72196" w:rsidP="00C72196">
      <w:pPr>
        <w:rPr>
          <w:rFonts w:ascii="Montserrat" w:eastAsia="Montserrat" w:hAnsi="Montserrat" w:cs="Montserrat"/>
          <w:lang w:val="fr-FR"/>
        </w:rPr>
      </w:pPr>
    </w:p>
    <w:tbl>
      <w:tblPr>
        <w:tblW w:w="936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2775"/>
        <w:gridCol w:w="6585"/>
      </w:tblGrid>
      <w:tr w:rsidR="00C72196" w14:paraId="66659A18" w14:textId="77777777" w:rsidTr="00385EE6">
        <w:tc>
          <w:tcPr>
            <w:tcW w:w="2775" w:type="dxa"/>
            <w:tcMar>
              <w:top w:w="243" w:type="dxa"/>
              <w:left w:w="243" w:type="dxa"/>
              <w:bottom w:w="243" w:type="dxa"/>
              <w:right w:w="243" w:type="dxa"/>
            </w:tcMar>
          </w:tcPr>
          <w:p w14:paraId="3E7D8662" w14:textId="77777777" w:rsidR="00C72196" w:rsidRDefault="00C72196" w:rsidP="00385EE6">
            <w:pPr>
              <w:widowControl w:val="0"/>
              <w:spacing w:line="240" w:lineRule="auto"/>
              <w:rPr>
                <w:rFonts w:ascii="Montserrat" w:eastAsia="Montserrat" w:hAnsi="Montserrat" w:cs="Montserrat"/>
                <w:b/>
                <w:bCs/>
                <w:color w:val="1B877F"/>
                <w:sz w:val="24"/>
                <w:szCs w:val="24"/>
                <w:lang w:val="es-ES"/>
              </w:rPr>
            </w:pPr>
            <w:r w:rsidRPr="3A11E403">
              <w:rPr>
                <w:rFonts w:ascii="Montserrat" w:eastAsia="Montserrat" w:hAnsi="Montserrat" w:cs="Montserrat"/>
                <w:b/>
                <w:bCs/>
                <w:color w:val="FF0000"/>
                <w:sz w:val="24"/>
                <w:szCs w:val="24"/>
                <w:lang w:val="es-ES"/>
              </w:rPr>
              <w:t>*</w:t>
            </w:r>
            <w:proofErr w:type="spellStart"/>
            <w:r w:rsidRPr="3A11E403">
              <w:rPr>
                <w:rFonts w:ascii="Montserrat" w:eastAsia="Montserrat" w:hAnsi="Montserrat" w:cs="Montserrat"/>
                <w:b/>
                <w:bCs/>
                <w:color w:val="1B877F"/>
                <w:sz w:val="24"/>
                <w:szCs w:val="24"/>
                <w:lang w:val="es-ES"/>
              </w:rPr>
              <w:t>Numele</w:t>
            </w:r>
            <w:proofErr w:type="spellEnd"/>
            <w:r w:rsidRPr="3A11E403">
              <w:rPr>
                <w:rFonts w:ascii="Montserrat" w:eastAsia="Montserrat" w:hAnsi="Montserrat" w:cs="Montserrat"/>
                <w:b/>
                <w:bCs/>
                <w:color w:val="1B877F"/>
                <w:sz w:val="24"/>
                <w:szCs w:val="24"/>
                <w:lang w:val="es-ES"/>
              </w:rPr>
              <w:t xml:space="preserve"> </w:t>
            </w:r>
            <w:proofErr w:type="spellStart"/>
            <w:r w:rsidRPr="3A11E403">
              <w:rPr>
                <w:rFonts w:ascii="Montserrat" w:eastAsia="Montserrat" w:hAnsi="Montserrat" w:cs="Montserrat"/>
                <w:b/>
                <w:bCs/>
                <w:color w:val="1B877F"/>
                <w:sz w:val="24"/>
                <w:szCs w:val="24"/>
                <w:lang w:val="es-ES"/>
              </w:rPr>
              <w:t>proiectului</w:t>
            </w:r>
            <w:proofErr w:type="spellEnd"/>
          </w:p>
        </w:tc>
        <w:tc>
          <w:tcPr>
            <w:tcW w:w="6585" w:type="dxa"/>
            <w:tcMar>
              <w:top w:w="243" w:type="dxa"/>
              <w:left w:w="243" w:type="dxa"/>
              <w:bottom w:w="243" w:type="dxa"/>
              <w:right w:w="243" w:type="dxa"/>
            </w:tcMar>
          </w:tcPr>
          <w:p w14:paraId="70993B42" w14:textId="77777777" w:rsidR="00C72196" w:rsidRDefault="00C72196" w:rsidP="00385EE6">
            <w:pPr>
              <w:widowControl w:val="0"/>
              <w:spacing w:line="240" w:lineRule="auto"/>
              <w:rPr>
                <w:rFonts w:ascii="Montserrat" w:eastAsia="Montserrat" w:hAnsi="Montserrat" w:cs="Montserrat"/>
                <w:color w:val="434343"/>
                <w:sz w:val="24"/>
                <w:szCs w:val="24"/>
                <w:lang w:val="es-ES"/>
              </w:rPr>
            </w:pPr>
            <w:r w:rsidRPr="3A11E403">
              <w:rPr>
                <w:rFonts w:ascii="Montserrat" w:eastAsia="Montserrat" w:hAnsi="Montserrat" w:cs="Montserrat"/>
                <w:color w:val="434343"/>
                <w:sz w:val="24"/>
                <w:szCs w:val="24"/>
                <w:lang w:val="es-ES"/>
              </w:rPr>
              <w:t>[</w:t>
            </w:r>
            <w:proofErr w:type="spellStart"/>
            <w:r w:rsidRPr="3A11E403">
              <w:rPr>
                <w:rFonts w:ascii="Montserrat" w:eastAsia="Montserrat" w:hAnsi="Montserrat" w:cs="Montserrat"/>
                <w:color w:val="434343"/>
                <w:sz w:val="24"/>
                <w:szCs w:val="24"/>
                <w:lang w:val="es-ES"/>
              </w:rPr>
              <w:t>Introduceți</w:t>
            </w:r>
            <w:proofErr w:type="spellEnd"/>
            <w:r w:rsidRPr="3A11E403">
              <w:rPr>
                <w:rFonts w:ascii="Montserrat" w:eastAsia="Montserrat" w:hAnsi="Montserrat" w:cs="Montserrat"/>
                <w:color w:val="434343"/>
                <w:sz w:val="24"/>
                <w:szCs w:val="24"/>
                <w:lang w:val="es-ES"/>
              </w:rPr>
              <w:t xml:space="preserve"> </w:t>
            </w:r>
            <w:proofErr w:type="spellStart"/>
            <w:r w:rsidRPr="3A11E403">
              <w:rPr>
                <w:rFonts w:ascii="Montserrat" w:eastAsia="Montserrat" w:hAnsi="Montserrat" w:cs="Montserrat"/>
                <w:color w:val="434343"/>
                <w:sz w:val="24"/>
                <w:szCs w:val="24"/>
                <w:lang w:val="es-ES"/>
              </w:rPr>
              <w:t>numele</w:t>
            </w:r>
            <w:proofErr w:type="spellEnd"/>
            <w:r w:rsidRPr="3A11E403">
              <w:rPr>
                <w:rFonts w:ascii="Montserrat" w:eastAsia="Montserrat" w:hAnsi="Montserrat" w:cs="Montserrat"/>
                <w:color w:val="434343"/>
                <w:sz w:val="24"/>
                <w:szCs w:val="24"/>
                <w:lang w:val="es-ES"/>
              </w:rPr>
              <w:t xml:space="preserve"> </w:t>
            </w:r>
            <w:proofErr w:type="spellStart"/>
            <w:r w:rsidRPr="3A11E403">
              <w:rPr>
                <w:rFonts w:ascii="Montserrat" w:eastAsia="Montserrat" w:hAnsi="Montserrat" w:cs="Montserrat"/>
                <w:color w:val="434343"/>
                <w:sz w:val="24"/>
                <w:szCs w:val="24"/>
                <w:lang w:val="es-ES"/>
              </w:rPr>
              <w:t>proiectului</w:t>
            </w:r>
            <w:proofErr w:type="spellEnd"/>
            <w:r w:rsidRPr="3A11E403">
              <w:rPr>
                <w:rFonts w:ascii="Montserrat" w:eastAsia="Montserrat" w:hAnsi="Montserrat" w:cs="Montserrat"/>
                <w:color w:val="434343"/>
                <w:sz w:val="24"/>
                <w:szCs w:val="24"/>
                <w:lang w:val="es-ES"/>
              </w:rPr>
              <w:t xml:space="preserve"> </w:t>
            </w:r>
            <w:proofErr w:type="spellStart"/>
            <w:r w:rsidRPr="3A11E403">
              <w:rPr>
                <w:rFonts w:ascii="Montserrat" w:eastAsia="Montserrat" w:hAnsi="Montserrat" w:cs="Montserrat"/>
                <w:color w:val="434343"/>
                <w:sz w:val="24"/>
                <w:szCs w:val="24"/>
                <w:lang w:val="es-ES"/>
              </w:rPr>
              <w:t>aici</w:t>
            </w:r>
            <w:proofErr w:type="spellEnd"/>
            <w:r w:rsidRPr="3A11E403">
              <w:rPr>
                <w:rFonts w:ascii="Montserrat" w:eastAsia="Montserrat" w:hAnsi="Montserrat" w:cs="Montserrat"/>
                <w:color w:val="434343"/>
                <w:sz w:val="24"/>
                <w:szCs w:val="24"/>
                <w:lang w:val="es-ES"/>
              </w:rPr>
              <w:t>]</w:t>
            </w:r>
          </w:p>
          <w:p w14:paraId="41835521" w14:textId="77777777" w:rsidR="00C72196" w:rsidRDefault="00C72196" w:rsidP="00385EE6">
            <w:pPr>
              <w:widowControl w:val="0"/>
              <w:spacing w:line="240" w:lineRule="auto"/>
              <w:rPr>
                <w:rFonts w:ascii="Montserrat" w:eastAsia="Montserrat" w:hAnsi="Montserrat" w:cs="Montserrat"/>
                <w:color w:val="434343"/>
                <w:sz w:val="24"/>
                <w:szCs w:val="24"/>
              </w:rPr>
            </w:pPr>
          </w:p>
        </w:tc>
      </w:tr>
      <w:tr w:rsidR="00C72196" w14:paraId="6F64E90C" w14:textId="77777777" w:rsidTr="00385EE6">
        <w:tc>
          <w:tcPr>
            <w:tcW w:w="2775" w:type="dxa"/>
            <w:tcMar>
              <w:top w:w="243" w:type="dxa"/>
              <w:left w:w="243" w:type="dxa"/>
              <w:bottom w:w="243" w:type="dxa"/>
              <w:right w:w="243" w:type="dxa"/>
            </w:tcMar>
          </w:tcPr>
          <w:p w14:paraId="62D57304" w14:textId="77777777" w:rsidR="00C72196" w:rsidRDefault="00C72196" w:rsidP="00385EE6">
            <w:pPr>
              <w:widowControl w:val="0"/>
              <w:spacing w:line="240" w:lineRule="auto"/>
              <w:rPr>
                <w:rFonts w:ascii="Montserrat" w:eastAsia="Montserrat" w:hAnsi="Montserrat" w:cs="Montserrat"/>
                <w:b/>
                <w:bCs/>
                <w:color w:val="1B877F"/>
                <w:sz w:val="24"/>
                <w:szCs w:val="24"/>
                <w:lang w:val="es-ES"/>
              </w:rPr>
            </w:pPr>
            <w:r w:rsidRPr="365DB982">
              <w:rPr>
                <w:rFonts w:ascii="Montserrat" w:eastAsia="Montserrat" w:hAnsi="Montserrat" w:cs="Montserrat"/>
                <w:b/>
                <w:bCs/>
                <w:color w:val="FF0000"/>
                <w:sz w:val="24"/>
                <w:szCs w:val="24"/>
                <w:lang w:val="es-ES"/>
              </w:rPr>
              <w:t>*</w:t>
            </w:r>
            <w:proofErr w:type="spellStart"/>
            <w:r w:rsidRPr="365DB982">
              <w:rPr>
                <w:rFonts w:ascii="Montserrat" w:eastAsia="Montserrat" w:hAnsi="Montserrat" w:cs="Montserrat"/>
                <w:b/>
                <w:bCs/>
                <w:color w:val="1B877F"/>
                <w:sz w:val="24"/>
                <w:szCs w:val="24"/>
                <w:lang w:val="es-ES"/>
              </w:rPr>
              <w:t>Organizație</w:t>
            </w:r>
            <w:proofErr w:type="spellEnd"/>
            <w:r w:rsidRPr="365DB982">
              <w:rPr>
                <w:rFonts w:ascii="Montserrat" w:eastAsia="Montserrat" w:hAnsi="Montserrat" w:cs="Montserrat"/>
                <w:b/>
                <w:bCs/>
                <w:color w:val="1B877F"/>
                <w:sz w:val="24"/>
                <w:szCs w:val="24"/>
                <w:lang w:val="es-ES"/>
              </w:rPr>
              <w:t>:</w:t>
            </w:r>
          </w:p>
        </w:tc>
        <w:tc>
          <w:tcPr>
            <w:tcW w:w="6585" w:type="dxa"/>
            <w:tcMar>
              <w:top w:w="243" w:type="dxa"/>
              <w:left w:w="243" w:type="dxa"/>
              <w:bottom w:w="243" w:type="dxa"/>
              <w:right w:w="243" w:type="dxa"/>
            </w:tcMar>
          </w:tcPr>
          <w:p w14:paraId="31AA5AAA" w14:textId="77777777" w:rsidR="00C72196" w:rsidRDefault="00C72196" w:rsidP="00385EE6">
            <w:pPr>
              <w:widowControl w:val="0"/>
              <w:spacing w:line="240" w:lineRule="auto"/>
              <w:rPr>
                <w:rFonts w:ascii="Montserrat" w:eastAsia="Montserrat" w:hAnsi="Montserrat" w:cs="Montserrat"/>
                <w:color w:val="434343"/>
                <w:sz w:val="24"/>
                <w:szCs w:val="24"/>
                <w:lang w:val="es-ES"/>
              </w:rPr>
            </w:pPr>
            <w:r w:rsidRPr="6FEDD72B">
              <w:rPr>
                <w:rFonts w:ascii="Montserrat" w:eastAsia="Montserrat" w:hAnsi="Montserrat" w:cs="Montserrat"/>
                <w:color w:val="434343"/>
                <w:sz w:val="24"/>
                <w:szCs w:val="24"/>
                <w:lang w:val="es-ES"/>
              </w:rPr>
              <w:t>[</w:t>
            </w:r>
            <w:proofErr w:type="spellStart"/>
            <w:r w:rsidRPr="6FEDD72B">
              <w:rPr>
                <w:rFonts w:ascii="Montserrat" w:eastAsia="Montserrat" w:hAnsi="Montserrat" w:cs="Montserrat"/>
                <w:color w:val="434343"/>
                <w:sz w:val="24"/>
                <w:szCs w:val="24"/>
                <w:lang w:val="es-ES"/>
              </w:rPr>
              <w:t>Introduceți</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aici</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numele</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organizației</w:t>
            </w:r>
            <w:proofErr w:type="spellEnd"/>
            <w:r w:rsidRPr="6FEDD72B">
              <w:rPr>
                <w:rFonts w:ascii="Montserrat" w:eastAsia="Montserrat" w:hAnsi="Montserrat" w:cs="Montserrat"/>
                <w:color w:val="434343"/>
                <w:sz w:val="24"/>
                <w:szCs w:val="24"/>
                <w:lang w:val="es-ES"/>
              </w:rPr>
              <w:t xml:space="preserve"> care va gestiona </w:t>
            </w:r>
            <w:proofErr w:type="spellStart"/>
            <w:r w:rsidRPr="6FEDD72B">
              <w:rPr>
                <w:rFonts w:ascii="Montserrat" w:eastAsia="Montserrat" w:hAnsi="Montserrat" w:cs="Montserrat"/>
                <w:color w:val="434343"/>
                <w:sz w:val="24"/>
                <w:szCs w:val="24"/>
                <w:lang w:val="es-ES"/>
              </w:rPr>
              <w:t>micrograntul</w:t>
            </w:r>
            <w:proofErr w:type="spellEnd"/>
            <w:r w:rsidRPr="6FEDD72B">
              <w:rPr>
                <w:rFonts w:ascii="Montserrat" w:eastAsia="Montserrat" w:hAnsi="Montserrat" w:cs="Montserrat"/>
                <w:color w:val="434343"/>
                <w:sz w:val="24"/>
                <w:szCs w:val="24"/>
                <w:lang w:val="es-ES"/>
              </w:rPr>
              <w:t>]</w:t>
            </w:r>
          </w:p>
        </w:tc>
      </w:tr>
      <w:tr w:rsidR="00C72196" w:rsidRPr="003A46A5" w14:paraId="50106234" w14:textId="77777777" w:rsidTr="00385EE6">
        <w:tc>
          <w:tcPr>
            <w:tcW w:w="2775" w:type="dxa"/>
            <w:tcMar>
              <w:top w:w="243" w:type="dxa"/>
              <w:left w:w="243" w:type="dxa"/>
              <w:bottom w:w="243" w:type="dxa"/>
              <w:right w:w="243" w:type="dxa"/>
            </w:tcMar>
          </w:tcPr>
          <w:p w14:paraId="0D4D6188" w14:textId="77777777" w:rsidR="00C72196" w:rsidRDefault="00C72196" w:rsidP="00385EE6">
            <w:pPr>
              <w:widowControl w:val="0"/>
              <w:spacing w:line="240" w:lineRule="auto"/>
              <w:rPr>
                <w:rFonts w:ascii="Montserrat" w:eastAsia="Montserrat" w:hAnsi="Montserrat" w:cs="Montserrat"/>
                <w:b/>
                <w:bCs/>
                <w:color w:val="1B877F"/>
                <w:sz w:val="24"/>
                <w:szCs w:val="24"/>
                <w:lang w:val="es-ES"/>
              </w:rPr>
            </w:pPr>
            <w:r w:rsidRPr="365DB982">
              <w:rPr>
                <w:rFonts w:ascii="Montserrat" w:eastAsia="Montserrat" w:hAnsi="Montserrat" w:cs="Montserrat"/>
                <w:b/>
                <w:bCs/>
                <w:color w:val="FF0000"/>
                <w:sz w:val="24"/>
                <w:szCs w:val="24"/>
                <w:lang w:val="es-ES"/>
              </w:rPr>
              <w:t xml:space="preserve">* </w:t>
            </w:r>
            <w:proofErr w:type="spellStart"/>
            <w:r w:rsidRPr="365DB982">
              <w:rPr>
                <w:rFonts w:ascii="Montserrat" w:eastAsia="Montserrat" w:hAnsi="Montserrat" w:cs="Montserrat"/>
                <w:b/>
                <w:bCs/>
                <w:color w:val="1B877F"/>
                <w:sz w:val="24"/>
                <w:szCs w:val="24"/>
                <w:lang w:val="es-ES"/>
              </w:rPr>
              <w:t>Tinerii</w:t>
            </w:r>
            <w:proofErr w:type="spellEnd"/>
            <w:r w:rsidRPr="365DB982">
              <w:rPr>
                <w:rFonts w:ascii="Montserrat" w:eastAsia="Montserrat" w:hAnsi="Montserrat" w:cs="Montserrat"/>
                <w:b/>
                <w:bCs/>
                <w:color w:val="1B877F"/>
                <w:sz w:val="24"/>
                <w:szCs w:val="24"/>
                <w:lang w:val="es-ES"/>
              </w:rPr>
              <w:t xml:space="preserve"> </w:t>
            </w:r>
            <w:proofErr w:type="spellStart"/>
            <w:r w:rsidRPr="365DB982">
              <w:rPr>
                <w:rFonts w:ascii="Montserrat" w:eastAsia="Montserrat" w:hAnsi="Montserrat" w:cs="Montserrat"/>
                <w:b/>
                <w:bCs/>
                <w:color w:val="1B877F"/>
                <w:sz w:val="24"/>
                <w:szCs w:val="24"/>
                <w:lang w:val="es-ES"/>
              </w:rPr>
              <w:t>lideri</w:t>
            </w:r>
            <w:proofErr w:type="spellEnd"/>
            <w:r w:rsidRPr="365DB982">
              <w:rPr>
                <w:rFonts w:ascii="Montserrat" w:eastAsia="Montserrat" w:hAnsi="Montserrat" w:cs="Montserrat"/>
                <w:b/>
                <w:bCs/>
                <w:color w:val="1B877F"/>
                <w:sz w:val="24"/>
                <w:szCs w:val="24"/>
                <w:lang w:val="es-ES"/>
              </w:rPr>
              <w:t xml:space="preserve"> de </w:t>
            </w:r>
            <w:proofErr w:type="spellStart"/>
            <w:r w:rsidRPr="365DB982">
              <w:rPr>
                <w:rFonts w:ascii="Montserrat" w:eastAsia="Montserrat" w:hAnsi="Montserrat" w:cs="Montserrat"/>
                <w:b/>
                <w:bCs/>
                <w:color w:val="1B877F"/>
                <w:sz w:val="24"/>
                <w:szCs w:val="24"/>
                <w:lang w:val="es-ES"/>
              </w:rPr>
              <w:t>proiect</w:t>
            </w:r>
            <w:proofErr w:type="spellEnd"/>
            <w:r w:rsidRPr="365DB982">
              <w:rPr>
                <w:rFonts w:ascii="Montserrat" w:eastAsia="Montserrat" w:hAnsi="Montserrat" w:cs="Montserrat"/>
                <w:b/>
                <w:bCs/>
                <w:color w:val="1B877F"/>
                <w:sz w:val="24"/>
                <w:szCs w:val="24"/>
                <w:lang w:val="es-ES"/>
              </w:rPr>
              <w:t>:</w:t>
            </w:r>
          </w:p>
        </w:tc>
        <w:tc>
          <w:tcPr>
            <w:tcW w:w="6585" w:type="dxa"/>
            <w:tcMar>
              <w:top w:w="243" w:type="dxa"/>
              <w:left w:w="243" w:type="dxa"/>
              <w:bottom w:w="243" w:type="dxa"/>
              <w:right w:w="243" w:type="dxa"/>
            </w:tcMar>
          </w:tcPr>
          <w:p w14:paraId="6CA34EBC" w14:textId="77777777" w:rsidR="00C72196" w:rsidRDefault="00C72196" w:rsidP="00385EE6">
            <w:pPr>
              <w:widowControl w:val="0"/>
              <w:spacing w:line="240" w:lineRule="auto"/>
              <w:rPr>
                <w:rFonts w:ascii="Montserrat" w:eastAsia="Montserrat" w:hAnsi="Montserrat" w:cs="Montserrat"/>
                <w:color w:val="434343"/>
                <w:sz w:val="24"/>
                <w:szCs w:val="24"/>
                <w:lang w:val="es-ES"/>
              </w:rPr>
            </w:pPr>
            <w:r w:rsidRPr="365DB982">
              <w:rPr>
                <w:rFonts w:ascii="Montserrat" w:eastAsia="Montserrat" w:hAnsi="Montserrat" w:cs="Montserrat"/>
                <w:color w:val="434343"/>
                <w:sz w:val="24"/>
                <w:szCs w:val="24"/>
                <w:lang w:val="es-ES"/>
              </w:rPr>
              <w:t>[</w:t>
            </w:r>
            <w:proofErr w:type="spellStart"/>
            <w:r w:rsidRPr="365DB982">
              <w:rPr>
                <w:rFonts w:ascii="Montserrat" w:eastAsia="Montserrat" w:hAnsi="Montserrat" w:cs="Montserrat"/>
                <w:color w:val="434343"/>
                <w:sz w:val="24"/>
                <w:szCs w:val="24"/>
                <w:lang w:val="es-ES"/>
              </w:rPr>
              <w:t>Introduceți</w:t>
            </w:r>
            <w:proofErr w:type="spellEnd"/>
            <w:r w:rsidRPr="365DB982">
              <w:rPr>
                <w:rFonts w:ascii="Montserrat" w:eastAsia="Montserrat" w:hAnsi="Montserrat" w:cs="Montserrat"/>
                <w:color w:val="434343"/>
                <w:sz w:val="24"/>
                <w:szCs w:val="24"/>
                <w:lang w:val="es-ES"/>
              </w:rPr>
              <w:t xml:space="preserve"> </w:t>
            </w:r>
            <w:proofErr w:type="spellStart"/>
            <w:r w:rsidRPr="365DB982">
              <w:rPr>
                <w:rFonts w:ascii="Montserrat" w:eastAsia="Montserrat" w:hAnsi="Montserrat" w:cs="Montserrat"/>
                <w:color w:val="434343"/>
                <w:sz w:val="24"/>
                <w:szCs w:val="24"/>
                <w:lang w:val="es-ES"/>
              </w:rPr>
              <w:t>numele</w:t>
            </w:r>
            <w:proofErr w:type="spellEnd"/>
            <w:r w:rsidRPr="365DB982">
              <w:rPr>
                <w:rFonts w:ascii="Montserrat" w:eastAsia="Montserrat" w:hAnsi="Montserrat" w:cs="Montserrat"/>
                <w:color w:val="434343"/>
                <w:sz w:val="24"/>
                <w:szCs w:val="24"/>
                <w:lang w:val="es-ES"/>
              </w:rPr>
              <w:t xml:space="preserve">, </w:t>
            </w:r>
            <w:proofErr w:type="spellStart"/>
            <w:proofErr w:type="gramStart"/>
            <w:r w:rsidRPr="365DB982">
              <w:rPr>
                <w:rFonts w:ascii="Montserrat" w:eastAsia="Montserrat" w:hAnsi="Montserrat" w:cs="Montserrat"/>
                <w:color w:val="434343"/>
                <w:sz w:val="24"/>
                <w:szCs w:val="24"/>
                <w:lang w:val="es-ES"/>
              </w:rPr>
              <w:t>prenumele</w:t>
            </w:r>
            <w:proofErr w:type="spellEnd"/>
            <w:r w:rsidRPr="365DB982">
              <w:rPr>
                <w:rFonts w:ascii="Montserrat" w:eastAsia="Montserrat" w:hAnsi="Montserrat" w:cs="Montserrat"/>
                <w:color w:val="434343"/>
                <w:sz w:val="24"/>
                <w:szCs w:val="24"/>
                <w:lang w:val="es-ES"/>
              </w:rPr>
              <w:t xml:space="preserve">  </w:t>
            </w:r>
            <w:proofErr w:type="spellStart"/>
            <w:r w:rsidRPr="365DB982">
              <w:rPr>
                <w:rFonts w:ascii="Montserrat" w:eastAsia="Montserrat" w:hAnsi="Montserrat" w:cs="Montserrat"/>
                <w:color w:val="434343"/>
                <w:sz w:val="24"/>
                <w:szCs w:val="24"/>
                <w:lang w:val="es-ES"/>
              </w:rPr>
              <w:t>și</w:t>
            </w:r>
            <w:proofErr w:type="spellEnd"/>
            <w:proofErr w:type="gramEnd"/>
            <w:r w:rsidRPr="365DB982">
              <w:rPr>
                <w:rFonts w:ascii="Montserrat" w:eastAsia="Montserrat" w:hAnsi="Montserrat" w:cs="Montserrat"/>
                <w:color w:val="434343"/>
                <w:sz w:val="24"/>
                <w:szCs w:val="24"/>
                <w:lang w:val="es-ES"/>
              </w:rPr>
              <w:t xml:space="preserve"> </w:t>
            </w:r>
            <w:proofErr w:type="spellStart"/>
            <w:r w:rsidRPr="365DB982">
              <w:rPr>
                <w:rFonts w:ascii="Montserrat" w:eastAsia="Montserrat" w:hAnsi="Montserrat" w:cs="Montserrat"/>
                <w:color w:val="434343"/>
                <w:sz w:val="24"/>
                <w:szCs w:val="24"/>
                <w:lang w:val="es-ES"/>
              </w:rPr>
              <w:t>vârstele</w:t>
            </w:r>
            <w:proofErr w:type="spellEnd"/>
            <w:r w:rsidRPr="365DB982">
              <w:rPr>
                <w:rFonts w:ascii="Montserrat" w:eastAsia="Montserrat" w:hAnsi="Montserrat" w:cs="Montserrat"/>
                <w:color w:val="434343"/>
                <w:sz w:val="24"/>
                <w:szCs w:val="24"/>
                <w:lang w:val="es-ES"/>
              </w:rPr>
              <w:t xml:space="preserve"> a </w:t>
            </w:r>
            <w:proofErr w:type="spellStart"/>
            <w:r w:rsidRPr="365DB982">
              <w:rPr>
                <w:rFonts w:ascii="Montserrat" w:eastAsia="Montserrat" w:hAnsi="Montserrat" w:cs="Montserrat"/>
                <w:color w:val="434343"/>
                <w:sz w:val="24"/>
                <w:szCs w:val="24"/>
                <w:lang w:val="es-ES"/>
              </w:rPr>
              <w:t>cel</w:t>
            </w:r>
            <w:proofErr w:type="spellEnd"/>
            <w:r w:rsidRPr="365DB982">
              <w:rPr>
                <w:rFonts w:ascii="Montserrat" w:eastAsia="Montserrat" w:hAnsi="Montserrat" w:cs="Montserrat"/>
                <w:color w:val="434343"/>
                <w:sz w:val="24"/>
                <w:szCs w:val="24"/>
                <w:lang w:val="es-ES"/>
              </w:rPr>
              <w:t xml:space="preserve"> </w:t>
            </w:r>
            <w:proofErr w:type="spellStart"/>
            <w:r w:rsidRPr="365DB982">
              <w:rPr>
                <w:rFonts w:ascii="Montserrat" w:eastAsia="Montserrat" w:hAnsi="Montserrat" w:cs="Montserrat"/>
                <w:color w:val="434343"/>
                <w:sz w:val="24"/>
                <w:szCs w:val="24"/>
                <w:lang w:val="es-ES"/>
              </w:rPr>
              <w:t>puțin</w:t>
            </w:r>
            <w:proofErr w:type="spellEnd"/>
            <w:r w:rsidRPr="365DB982">
              <w:rPr>
                <w:rFonts w:ascii="Montserrat" w:eastAsia="Montserrat" w:hAnsi="Montserrat" w:cs="Montserrat"/>
                <w:color w:val="434343"/>
                <w:sz w:val="24"/>
                <w:szCs w:val="24"/>
                <w:lang w:val="es-ES"/>
              </w:rPr>
              <w:t xml:space="preserve"> </w:t>
            </w:r>
            <w:proofErr w:type="spellStart"/>
            <w:r w:rsidRPr="365DB982">
              <w:rPr>
                <w:rFonts w:ascii="Montserrat" w:eastAsia="Montserrat" w:hAnsi="Montserrat" w:cs="Montserrat"/>
                <w:color w:val="434343"/>
                <w:sz w:val="24"/>
                <w:szCs w:val="24"/>
                <w:lang w:val="es-ES"/>
              </w:rPr>
              <w:t>doi</w:t>
            </w:r>
            <w:proofErr w:type="spellEnd"/>
            <w:r w:rsidRPr="365DB982">
              <w:rPr>
                <w:rFonts w:ascii="Montserrat" w:eastAsia="Montserrat" w:hAnsi="Montserrat" w:cs="Montserrat"/>
                <w:color w:val="434343"/>
                <w:sz w:val="24"/>
                <w:szCs w:val="24"/>
                <w:lang w:val="es-ES"/>
              </w:rPr>
              <w:t xml:space="preserve"> </w:t>
            </w:r>
            <w:proofErr w:type="spellStart"/>
            <w:r w:rsidRPr="365DB982">
              <w:rPr>
                <w:rFonts w:ascii="Montserrat" w:eastAsia="Montserrat" w:hAnsi="Montserrat" w:cs="Montserrat"/>
                <w:color w:val="434343"/>
                <w:sz w:val="24"/>
                <w:szCs w:val="24"/>
                <w:lang w:val="es-ES"/>
              </w:rPr>
              <w:t>lideri</w:t>
            </w:r>
            <w:proofErr w:type="spellEnd"/>
            <w:r w:rsidRPr="365DB982">
              <w:rPr>
                <w:rFonts w:ascii="Montserrat" w:eastAsia="Montserrat" w:hAnsi="Montserrat" w:cs="Montserrat"/>
                <w:color w:val="434343"/>
                <w:sz w:val="24"/>
                <w:szCs w:val="24"/>
                <w:lang w:val="es-ES"/>
              </w:rPr>
              <w:t xml:space="preserve"> de </w:t>
            </w:r>
            <w:proofErr w:type="spellStart"/>
            <w:r w:rsidRPr="365DB982">
              <w:rPr>
                <w:rFonts w:ascii="Montserrat" w:eastAsia="Montserrat" w:hAnsi="Montserrat" w:cs="Montserrat"/>
                <w:color w:val="434343"/>
                <w:sz w:val="24"/>
                <w:szCs w:val="24"/>
                <w:lang w:val="es-ES"/>
              </w:rPr>
              <w:t>proiect</w:t>
            </w:r>
            <w:proofErr w:type="spellEnd"/>
            <w:r w:rsidRPr="365DB982">
              <w:rPr>
                <w:rFonts w:ascii="Montserrat" w:eastAsia="Montserrat" w:hAnsi="Montserrat" w:cs="Montserrat"/>
                <w:color w:val="434343"/>
                <w:sz w:val="24"/>
                <w:szCs w:val="24"/>
                <w:lang w:val="es-ES"/>
              </w:rPr>
              <w:t>]</w:t>
            </w:r>
          </w:p>
        </w:tc>
      </w:tr>
      <w:tr w:rsidR="00C72196" w14:paraId="4E78C0B5" w14:textId="77777777" w:rsidTr="00385EE6">
        <w:tc>
          <w:tcPr>
            <w:tcW w:w="2775" w:type="dxa"/>
            <w:tcMar>
              <w:top w:w="243" w:type="dxa"/>
              <w:left w:w="243" w:type="dxa"/>
              <w:bottom w:w="243" w:type="dxa"/>
              <w:right w:w="243" w:type="dxa"/>
            </w:tcMar>
          </w:tcPr>
          <w:p w14:paraId="1F9451EA" w14:textId="77777777" w:rsidR="00C72196" w:rsidRDefault="00C72196" w:rsidP="00385EE6">
            <w:pPr>
              <w:widowControl w:val="0"/>
              <w:spacing w:line="240" w:lineRule="auto"/>
              <w:rPr>
                <w:rFonts w:ascii="Montserrat" w:eastAsia="Montserrat" w:hAnsi="Montserrat" w:cs="Montserrat"/>
                <w:b/>
                <w:bCs/>
                <w:color w:val="1B877F"/>
                <w:sz w:val="24"/>
                <w:szCs w:val="24"/>
                <w:lang w:val="es-ES"/>
              </w:rPr>
            </w:pPr>
            <w:r w:rsidRPr="6FEDD72B">
              <w:rPr>
                <w:rFonts w:ascii="Montserrat" w:eastAsia="Montserrat" w:hAnsi="Montserrat" w:cs="Montserrat"/>
                <w:b/>
                <w:bCs/>
                <w:color w:val="FF0000"/>
                <w:sz w:val="24"/>
                <w:szCs w:val="24"/>
                <w:lang w:val="es-ES"/>
              </w:rPr>
              <w:t>*</w:t>
            </w:r>
            <w:proofErr w:type="spellStart"/>
            <w:r w:rsidRPr="6FEDD72B">
              <w:rPr>
                <w:rFonts w:ascii="Montserrat" w:eastAsia="Montserrat" w:hAnsi="Montserrat" w:cs="Montserrat"/>
                <w:b/>
                <w:bCs/>
                <w:color w:val="1B877F"/>
                <w:sz w:val="24"/>
                <w:szCs w:val="24"/>
                <w:lang w:val="es-ES"/>
              </w:rPr>
              <w:t>Persoană</w:t>
            </w:r>
            <w:proofErr w:type="spellEnd"/>
            <w:r w:rsidRPr="6FEDD72B">
              <w:rPr>
                <w:rFonts w:ascii="Montserrat" w:eastAsia="Montserrat" w:hAnsi="Montserrat" w:cs="Montserrat"/>
                <w:b/>
                <w:bCs/>
                <w:color w:val="1B877F"/>
                <w:sz w:val="24"/>
                <w:szCs w:val="24"/>
                <w:lang w:val="es-ES"/>
              </w:rPr>
              <w:t xml:space="preserve"> de </w:t>
            </w:r>
            <w:proofErr w:type="spellStart"/>
            <w:r w:rsidRPr="6FEDD72B">
              <w:rPr>
                <w:rFonts w:ascii="Montserrat" w:eastAsia="Montserrat" w:hAnsi="Montserrat" w:cs="Montserrat"/>
                <w:b/>
                <w:bCs/>
                <w:color w:val="1B877F"/>
                <w:sz w:val="24"/>
                <w:szCs w:val="24"/>
                <w:lang w:val="es-ES"/>
              </w:rPr>
              <w:t>contact</w:t>
            </w:r>
            <w:proofErr w:type="spellEnd"/>
            <w:r w:rsidRPr="6FEDD72B">
              <w:rPr>
                <w:rFonts w:ascii="Montserrat" w:eastAsia="Montserrat" w:hAnsi="Montserrat" w:cs="Montserrat"/>
                <w:b/>
                <w:bCs/>
                <w:color w:val="1B877F"/>
                <w:sz w:val="24"/>
                <w:szCs w:val="24"/>
                <w:lang w:val="es-ES"/>
              </w:rPr>
              <w:t xml:space="preserve"> din </w:t>
            </w:r>
            <w:proofErr w:type="spellStart"/>
            <w:r w:rsidRPr="6FEDD72B">
              <w:rPr>
                <w:rFonts w:ascii="Montserrat" w:eastAsia="Montserrat" w:hAnsi="Montserrat" w:cs="Montserrat"/>
                <w:b/>
                <w:bCs/>
                <w:color w:val="1B877F"/>
                <w:sz w:val="24"/>
                <w:szCs w:val="24"/>
                <w:lang w:val="es-ES"/>
              </w:rPr>
              <w:t>echipa</w:t>
            </w:r>
            <w:proofErr w:type="spellEnd"/>
            <w:r w:rsidRPr="6FEDD72B">
              <w:rPr>
                <w:rFonts w:ascii="Montserrat" w:eastAsia="Montserrat" w:hAnsi="Montserrat" w:cs="Montserrat"/>
                <w:b/>
                <w:bCs/>
                <w:color w:val="1B877F"/>
                <w:sz w:val="24"/>
                <w:szCs w:val="24"/>
                <w:lang w:val="es-ES"/>
              </w:rPr>
              <w:t xml:space="preserve"> </w:t>
            </w:r>
            <w:proofErr w:type="spellStart"/>
            <w:r w:rsidRPr="6FEDD72B">
              <w:rPr>
                <w:rFonts w:ascii="Montserrat" w:eastAsia="Montserrat" w:hAnsi="Montserrat" w:cs="Montserrat"/>
                <w:b/>
                <w:bCs/>
                <w:color w:val="1B877F"/>
                <w:sz w:val="24"/>
                <w:szCs w:val="24"/>
                <w:lang w:val="es-ES"/>
              </w:rPr>
              <w:t>organizației</w:t>
            </w:r>
            <w:proofErr w:type="spellEnd"/>
            <w:r w:rsidRPr="6FEDD72B">
              <w:rPr>
                <w:rFonts w:ascii="Montserrat" w:eastAsia="Montserrat" w:hAnsi="Montserrat" w:cs="Montserrat"/>
                <w:b/>
                <w:bCs/>
                <w:color w:val="1B877F"/>
                <w:sz w:val="24"/>
                <w:szCs w:val="24"/>
                <w:lang w:val="es-ES"/>
              </w:rPr>
              <w:t xml:space="preserve"> care </w:t>
            </w:r>
            <w:proofErr w:type="spellStart"/>
            <w:r w:rsidRPr="6FEDD72B">
              <w:rPr>
                <w:rFonts w:ascii="Montserrat" w:eastAsia="Montserrat" w:hAnsi="Montserrat" w:cs="Montserrat"/>
                <w:b/>
                <w:bCs/>
                <w:color w:val="1B877F"/>
                <w:sz w:val="24"/>
                <w:szCs w:val="24"/>
                <w:lang w:val="es-ES"/>
              </w:rPr>
              <w:t>gestionează</w:t>
            </w:r>
            <w:proofErr w:type="spellEnd"/>
            <w:r w:rsidRPr="6FEDD72B">
              <w:rPr>
                <w:rFonts w:ascii="Montserrat" w:eastAsia="Montserrat" w:hAnsi="Montserrat" w:cs="Montserrat"/>
                <w:b/>
                <w:bCs/>
                <w:color w:val="1B877F"/>
                <w:sz w:val="24"/>
                <w:szCs w:val="24"/>
                <w:lang w:val="es-ES"/>
              </w:rPr>
              <w:t xml:space="preserve"> </w:t>
            </w:r>
            <w:proofErr w:type="spellStart"/>
            <w:r w:rsidRPr="6FEDD72B">
              <w:rPr>
                <w:rFonts w:ascii="Montserrat" w:eastAsia="Montserrat" w:hAnsi="Montserrat" w:cs="Montserrat"/>
                <w:b/>
                <w:bCs/>
                <w:color w:val="1B877F"/>
                <w:sz w:val="24"/>
                <w:szCs w:val="24"/>
                <w:lang w:val="es-ES"/>
              </w:rPr>
              <w:t>micrograntul</w:t>
            </w:r>
            <w:proofErr w:type="spellEnd"/>
            <w:r w:rsidRPr="6FEDD72B">
              <w:rPr>
                <w:rFonts w:ascii="Montserrat" w:eastAsia="Montserrat" w:hAnsi="Montserrat" w:cs="Montserrat"/>
                <w:b/>
                <w:bCs/>
                <w:color w:val="1B877F"/>
                <w:sz w:val="24"/>
                <w:szCs w:val="24"/>
                <w:lang w:val="es-ES"/>
              </w:rPr>
              <w:t>:</w:t>
            </w:r>
          </w:p>
        </w:tc>
        <w:tc>
          <w:tcPr>
            <w:tcW w:w="6585" w:type="dxa"/>
            <w:tcMar>
              <w:top w:w="243" w:type="dxa"/>
              <w:left w:w="243" w:type="dxa"/>
              <w:bottom w:w="243" w:type="dxa"/>
              <w:right w:w="243" w:type="dxa"/>
            </w:tcMar>
          </w:tcPr>
          <w:p w14:paraId="18173C80" w14:textId="77777777" w:rsidR="00C72196" w:rsidRDefault="00C72196" w:rsidP="00385EE6">
            <w:pPr>
              <w:widowControl w:val="0"/>
              <w:spacing w:line="240" w:lineRule="auto"/>
              <w:rPr>
                <w:rFonts w:ascii="Montserrat" w:eastAsia="Montserrat" w:hAnsi="Montserrat" w:cs="Montserrat"/>
                <w:color w:val="434343"/>
                <w:sz w:val="24"/>
                <w:szCs w:val="24"/>
                <w:lang w:val="es-ES"/>
              </w:rPr>
            </w:pPr>
            <w:r w:rsidRPr="365DB982">
              <w:rPr>
                <w:rFonts w:ascii="Montserrat" w:eastAsia="Montserrat" w:hAnsi="Montserrat" w:cs="Montserrat"/>
                <w:color w:val="434343"/>
                <w:sz w:val="24"/>
                <w:szCs w:val="24"/>
                <w:lang w:val="es-ES"/>
              </w:rPr>
              <w:t>[</w:t>
            </w:r>
            <w:proofErr w:type="spellStart"/>
            <w:r w:rsidRPr="365DB982">
              <w:rPr>
                <w:rFonts w:ascii="Montserrat" w:eastAsia="Montserrat" w:hAnsi="Montserrat" w:cs="Montserrat"/>
                <w:color w:val="434343"/>
                <w:sz w:val="24"/>
                <w:szCs w:val="24"/>
                <w:lang w:val="es-ES"/>
              </w:rPr>
              <w:t>Introduceți</w:t>
            </w:r>
            <w:proofErr w:type="spellEnd"/>
            <w:r w:rsidRPr="365DB982">
              <w:rPr>
                <w:rFonts w:ascii="Montserrat" w:eastAsia="Montserrat" w:hAnsi="Montserrat" w:cs="Montserrat"/>
                <w:color w:val="434343"/>
                <w:sz w:val="24"/>
                <w:szCs w:val="24"/>
                <w:lang w:val="es-ES"/>
              </w:rPr>
              <w:t xml:space="preserve"> </w:t>
            </w:r>
            <w:proofErr w:type="spellStart"/>
            <w:r w:rsidRPr="365DB982">
              <w:rPr>
                <w:rFonts w:ascii="Montserrat" w:eastAsia="Montserrat" w:hAnsi="Montserrat" w:cs="Montserrat"/>
                <w:color w:val="434343"/>
                <w:sz w:val="24"/>
                <w:szCs w:val="24"/>
                <w:lang w:val="es-ES"/>
              </w:rPr>
              <w:t>numele</w:t>
            </w:r>
            <w:proofErr w:type="spellEnd"/>
            <w:r w:rsidRPr="365DB982">
              <w:rPr>
                <w:rFonts w:ascii="Montserrat" w:eastAsia="Montserrat" w:hAnsi="Montserrat" w:cs="Montserrat"/>
                <w:color w:val="434343"/>
                <w:sz w:val="24"/>
                <w:szCs w:val="24"/>
                <w:lang w:val="es-ES"/>
              </w:rPr>
              <w:t xml:space="preserve"> </w:t>
            </w:r>
            <w:proofErr w:type="spellStart"/>
            <w:r w:rsidRPr="365DB982">
              <w:rPr>
                <w:rFonts w:ascii="Montserrat" w:eastAsia="Montserrat" w:hAnsi="Montserrat" w:cs="Montserrat"/>
                <w:color w:val="434343"/>
                <w:sz w:val="24"/>
                <w:szCs w:val="24"/>
                <w:lang w:val="es-ES"/>
              </w:rPr>
              <w:t>și</w:t>
            </w:r>
            <w:proofErr w:type="spellEnd"/>
            <w:r w:rsidRPr="365DB982">
              <w:rPr>
                <w:rFonts w:ascii="Montserrat" w:eastAsia="Montserrat" w:hAnsi="Montserrat" w:cs="Montserrat"/>
                <w:color w:val="434343"/>
                <w:sz w:val="24"/>
                <w:szCs w:val="24"/>
                <w:lang w:val="es-ES"/>
              </w:rPr>
              <w:t xml:space="preserve"> </w:t>
            </w:r>
            <w:proofErr w:type="spellStart"/>
            <w:r w:rsidRPr="365DB982">
              <w:rPr>
                <w:rFonts w:ascii="Montserrat" w:eastAsia="Montserrat" w:hAnsi="Montserrat" w:cs="Montserrat"/>
                <w:color w:val="434343"/>
                <w:sz w:val="24"/>
                <w:szCs w:val="24"/>
                <w:lang w:val="es-ES"/>
              </w:rPr>
              <w:t>prenumele</w:t>
            </w:r>
            <w:proofErr w:type="spellEnd"/>
            <w:r w:rsidRPr="365DB982">
              <w:rPr>
                <w:rFonts w:ascii="Montserrat" w:eastAsia="Montserrat" w:hAnsi="Montserrat" w:cs="Montserrat"/>
                <w:color w:val="434343"/>
                <w:sz w:val="24"/>
                <w:szCs w:val="24"/>
                <w:lang w:val="es-ES"/>
              </w:rPr>
              <w:t xml:space="preserve"> </w:t>
            </w:r>
            <w:proofErr w:type="spellStart"/>
            <w:r w:rsidRPr="365DB982">
              <w:rPr>
                <w:rFonts w:ascii="Montserrat" w:eastAsia="Montserrat" w:hAnsi="Montserrat" w:cs="Montserrat"/>
                <w:color w:val="434343"/>
                <w:sz w:val="24"/>
                <w:szCs w:val="24"/>
                <w:lang w:val="es-ES"/>
              </w:rPr>
              <w:t>persoanei</w:t>
            </w:r>
            <w:proofErr w:type="spellEnd"/>
            <w:r w:rsidRPr="365DB982">
              <w:rPr>
                <w:rFonts w:ascii="Montserrat" w:eastAsia="Montserrat" w:hAnsi="Montserrat" w:cs="Montserrat"/>
                <w:color w:val="434343"/>
                <w:sz w:val="24"/>
                <w:szCs w:val="24"/>
                <w:lang w:val="es-ES"/>
              </w:rPr>
              <w:t xml:space="preserve"> de </w:t>
            </w:r>
            <w:proofErr w:type="spellStart"/>
            <w:r w:rsidRPr="365DB982">
              <w:rPr>
                <w:rFonts w:ascii="Montserrat" w:eastAsia="Montserrat" w:hAnsi="Montserrat" w:cs="Montserrat"/>
                <w:color w:val="434343"/>
                <w:sz w:val="24"/>
                <w:szCs w:val="24"/>
                <w:lang w:val="es-ES"/>
              </w:rPr>
              <w:t>contact</w:t>
            </w:r>
            <w:proofErr w:type="spellEnd"/>
            <w:r w:rsidRPr="365DB982">
              <w:rPr>
                <w:rFonts w:ascii="Montserrat" w:eastAsia="Montserrat" w:hAnsi="Montserrat" w:cs="Montserrat"/>
                <w:color w:val="434343"/>
                <w:sz w:val="24"/>
                <w:szCs w:val="24"/>
                <w:lang w:val="es-ES"/>
              </w:rPr>
              <w:t>]</w:t>
            </w:r>
          </w:p>
        </w:tc>
      </w:tr>
      <w:tr w:rsidR="00C72196" w:rsidRPr="003A46A5" w14:paraId="7C08442C" w14:textId="77777777" w:rsidTr="00385EE6">
        <w:tc>
          <w:tcPr>
            <w:tcW w:w="2775" w:type="dxa"/>
            <w:tcMar>
              <w:top w:w="243" w:type="dxa"/>
              <w:left w:w="243" w:type="dxa"/>
              <w:bottom w:w="243" w:type="dxa"/>
              <w:right w:w="243" w:type="dxa"/>
            </w:tcMar>
          </w:tcPr>
          <w:p w14:paraId="0985C12A" w14:textId="77777777" w:rsidR="00C72196" w:rsidRDefault="00C72196" w:rsidP="00385EE6">
            <w:pPr>
              <w:widowControl w:val="0"/>
              <w:spacing w:line="240" w:lineRule="auto"/>
              <w:rPr>
                <w:rFonts w:ascii="Montserrat" w:eastAsia="Montserrat" w:hAnsi="Montserrat" w:cs="Montserrat"/>
                <w:b/>
                <w:bCs/>
                <w:color w:val="1B877F"/>
                <w:sz w:val="24"/>
                <w:szCs w:val="24"/>
                <w:lang w:val="es-ES"/>
              </w:rPr>
            </w:pPr>
            <w:r w:rsidRPr="3A11E403">
              <w:rPr>
                <w:rFonts w:ascii="Montserrat" w:eastAsia="Montserrat" w:hAnsi="Montserrat" w:cs="Montserrat"/>
                <w:b/>
                <w:bCs/>
                <w:color w:val="FF0000"/>
                <w:sz w:val="24"/>
                <w:szCs w:val="24"/>
                <w:lang w:val="es-ES"/>
              </w:rPr>
              <w:t>*</w:t>
            </w:r>
            <w:proofErr w:type="spellStart"/>
            <w:r w:rsidRPr="3A11E403">
              <w:rPr>
                <w:rFonts w:ascii="Montserrat" w:eastAsia="Montserrat" w:hAnsi="Montserrat" w:cs="Montserrat"/>
                <w:b/>
                <w:bCs/>
                <w:color w:val="1B877F"/>
                <w:sz w:val="24"/>
                <w:szCs w:val="24"/>
                <w:lang w:val="es-ES"/>
              </w:rPr>
              <w:t>Adresa</w:t>
            </w:r>
            <w:proofErr w:type="spellEnd"/>
            <w:r w:rsidRPr="3A11E403">
              <w:rPr>
                <w:rFonts w:ascii="Montserrat" w:eastAsia="Montserrat" w:hAnsi="Montserrat" w:cs="Montserrat"/>
                <w:b/>
                <w:bCs/>
                <w:color w:val="1B877F"/>
                <w:sz w:val="24"/>
                <w:szCs w:val="24"/>
                <w:lang w:val="es-ES"/>
              </w:rPr>
              <w:t xml:space="preserve"> de email a </w:t>
            </w:r>
            <w:proofErr w:type="spellStart"/>
            <w:r w:rsidRPr="3A11E403">
              <w:rPr>
                <w:rFonts w:ascii="Montserrat" w:eastAsia="Montserrat" w:hAnsi="Montserrat" w:cs="Montserrat"/>
                <w:b/>
                <w:bCs/>
                <w:color w:val="1B877F"/>
                <w:sz w:val="24"/>
                <w:szCs w:val="24"/>
                <w:lang w:val="es-ES"/>
              </w:rPr>
              <w:t>persoanei</w:t>
            </w:r>
            <w:proofErr w:type="spellEnd"/>
            <w:r w:rsidRPr="3A11E403">
              <w:rPr>
                <w:rFonts w:ascii="Montserrat" w:eastAsia="Montserrat" w:hAnsi="Montserrat" w:cs="Montserrat"/>
                <w:b/>
                <w:bCs/>
                <w:color w:val="1B877F"/>
                <w:sz w:val="24"/>
                <w:szCs w:val="24"/>
                <w:lang w:val="es-ES"/>
              </w:rPr>
              <w:t xml:space="preserve"> de </w:t>
            </w:r>
            <w:proofErr w:type="spellStart"/>
            <w:r w:rsidRPr="3A11E403">
              <w:rPr>
                <w:rFonts w:ascii="Montserrat" w:eastAsia="Montserrat" w:hAnsi="Montserrat" w:cs="Montserrat"/>
                <w:b/>
                <w:bCs/>
                <w:color w:val="1B877F"/>
                <w:sz w:val="24"/>
                <w:szCs w:val="24"/>
                <w:lang w:val="es-ES"/>
              </w:rPr>
              <w:t>contact</w:t>
            </w:r>
            <w:proofErr w:type="spellEnd"/>
            <w:r w:rsidRPr="3A11E403">
              <w:rPr>
                <w:rFonts w:ascii="Montserrat" w:eastAsia="Montserrat" w:hAnsi="Montserrat" w:cs="Montserrat"/>
                <w:b/>
                <w:bCs/>
                <w:color w:val="1B877F"/>
                <w:sz w:val="24"/>
                <w:szCs w:val="24"/>
                <w:lang w:val="es-ES"/>
              </w:rPr>
              <w:t>:</w:t>
            </w:r>
          </w:p>
        </w:tc>
        <w:tc>
          <w:tcPr>
            <w:tcW w:w="6585" w:type="dxa"/>
            <w:tcMar>
              <w:top w:w="243" w:type="dxa"/>
              <w:left w:w="243" w:type="dxa"/>
              <w:bottom w:w="243" w:type="dxa"/>
              <w:right w:w="243" w:type="dxa"/>
            </w:tcMar>
          </w:tcPr>
          <w:p w14:paraId="6B5020D4" w14:textId="77777777" w:rsidR="00C72196" w:rsidRDefault="00C72196" w:rsidP="00385EE6">
            <w:pPr>
              <w:widowControl w:val="0"/>
              <w:spacing w:line="240" w:lineRule="auto"/>
              <w:rPr>
                <w:rFonts w:ascii="Montserrat" w:eastAsia="Montserrat" w:hAnsi="Montserrat" w:cs="Montserrat"/>
                <w:color w:val="434343"/>
                <w:sz w:val="24"/>
                <w:szCs w:val="24"/>
                <w:lang w:val="es-ES"/>
              </w:rPr>
            </w:pPr>
            <w:r w:rsidRPr="3A11E403">
              <w:rPr>
                <w:rFonts w:ascii="Montserrat" w:eastAsia="Montserrat" w:hAnsi="Montserrat" w:cs="Montserrat"/>
                <w:color w:val="434343"/>
                <w:sz w:val="24"/>
                <w:szCs w:val="24"/>
                <w:lang w:val="es-ES"/>
              </w:rPr>
              <w:t>[</w:t>
            </w:r>
            <w:proofErr w:type="spellStart"/>
            <w:r w:rsidRPr="3A11E403">
              <w:rPr>
                <w:rFonts w:ascii="Montserrat" w:eastAsia="Montserrat" w:hAnsi="Montserrat" w:cs="Montserrat"/>
                <w:color w:val="434343"/>
                <w:sz w:val="24"/>
                <w:szCs w:val="24"/>
                <w:lang w:val="es-ES"/>
              </w:rPr>
              <w:t>Introduceți</w:t>
            </w:r>
            <w:proofErr w:type="spellEnd"/>
            <w:r w:rsidRPr="3A11E403">
              <w:rPr>
                <w:rFonts w:ascii="Montserrat" w:eastAsia="Montserrat" w:hAnsi="Montserrat" w:cs="Montserrat"/>
                <w:color w:val="434343"/>
                <w:sz w:val="24"/>
                <w:szCs w:val="24"/>
                <w:lang w:val="es-ES"/>
              </w:rPr>
              <w:t xml:space="preserve"> </w:t>
            </w:r>
            <w:proofErr w:type="spellStart"/>
            <w:r w:rsidRPr="3A11E403">
              <w:rPr>
                <w:rFonts w:ascii="Montserrat" w:eastAsia="Montserrat" w:hAnsi="Montserrat" w:cs="Montserrat"/>
                <w:color w:val="434343"/>
                <w:sz w:val="24"/>
                <w:szCs w:val="24"/>
                <w:lang w:val="es-ES"/>
              </w:rPr>
              <w:t>adresa</w:t>
            </w:r>
            <w:proofErr w:type="spellEnd"/>
            <w:r w:rsidRPr="3A11E403">
              <w:rPr>
                <w:rFonts w:ascii="Montserrat" w:eastAsia="Montserrat" w:hAnsi="Montserrat" w:cs="Montserrat"/>
                <w:color w:val="434343"/>
                <w:sz w:val="24"/>
                <w:szCs w:val="24"/>
                <w:lang w:val="es-ES"/>
              </w:rPr>
              <w:t xml:space="preserve"> de email a </w:t>
            </w:r>
            <w:proofErr w:type="spellStart"/>
            <w:r w:rsidRPr="3A11E403">
              <w:rPr>
                <w:rFonts w:ascii="Montserrat" w:eastAsia="Montserrat" w:hAnsi="Montserrat" w:cs="Montserrat"/>
                <w:color w:val="434343"/>
                <w:sz w:val="24"/>
                <w:szCs w:val="24"/>
                <w:lang w:val="es-ES"/>
              </w:rPr>
              <w:t>persoanei</w:t>
            </w:r>
            <w:proofErr w:type="spellEnd"/>
            <w:r w:rsidRPr="3A11E403">
              <w:rPr>
                <w:rFonts w:ascii="Montserrat" w:eastAsia="Montserrat" w:hAnsi="Montserrat" w:cs="Montserrat"/>
                <w:color w:val="434343"/>
                <w:sz w:val="24"/>
                <w:szCs w:val="24"/>
                <w:lang w:val="es-ES"/>
              </w:rPr>
              <w:t xml:space="preserve"> de </w:t>
            </w:r>
            <w:proofErr w:type="spellStart"/>
            <w:r w:rsidRPr="3A11E403">
              <w:rPr>
                <w:rFonts w:ascii="Montserrat" w:eastAsia="Montserrat" w:hAnsi="Montserrat" w:cs="Montserrat"/>
                <w:color w:val="434343"/>
                <w:sz w:val="24"/>
                <w:szCs w:val="24"/>
                <w:lang w:val="es-ES"/>
              </w:rPr>
              <w:t>contact</w:t>
            </w:r>
            <w:proofErr w:type="spellEnd"/>
            <w:r w:rsidRPr="3A11E403">
              <w:rPr>
                <w:rFonts w:ascii="Montserrat" w:eastAsia="Montserrat" w:hAnsi="Montserrat" w:cs="Montserrat"/>
                <w:color w:val="434343"/>
                <w:sz w:val="24"/>
                <w:szCs w:val="24"/>
                <w:lang w:val="es-ES"/>
              </w:rPr>
              <w:t>]</w:t>
            </w:r>
          </w:p>
        </w:tc>
      </w:tr>
      <w:tr w:rsidR="00C72196" w:rsidRPr="003A46A5" w14:paraId="0CAC7FEE" w14:textId="77777777" w:rsidTr="00385EE6">
        <w:tc>
          <w:tcPr>
            <w:tcW w:w="2775" w:type="dxa"/>
            <w:tcMar>
              <w:top w:w="243" w:type="dxa"/>
              <w:left w:w="243" w:type="dxa"/>
              <w:bottom w:w="243" w:type="dxa"/>
              <w:right w:w="243" w:type="dxa"/>
            </w:tcMar>
          </w:tcPr>
          <w:p w14:paraId="642C4032" w14:textId="77777777" w:rsidR="00C72196" w:rsidRDefault="00C72196" w:rsidP="00385EE6">
            <w:pPr>
              <w:widowControl w:val="0"/>
              <w:spacing w:line="240" w:lineRule="auto"/>
              <w:rPr>
                <w:rFonts w:ascii="Montserrat" w:eastAsia="Montserrat" w:hAnsi="Montserrat" w:cs="Montserrat"/>
                <w:b/>
                <w:bCs/>
                <w:color w:val="1B877F"/>
                <w:sz w:val="24"/>
                <w:szCs w:val="24"/>
                <w:lang w:val="es-ES"/>
              </w:rPr>
            </w:pPr>
            <w:r w:rsidRPr="3A11E403">
              <w:rPr>
                <w:rFonts w:ascii="Montserrat" w:eastAsia="Montserrat" w:hAnsi="Montserrat" w:cs="Montserrat"/>
                <w:b/>
                <w:bCs/>
                <w:color w:val="FF0000"/>
                <w:sz w:val="24"/>
                <w:szCs w:val="24"/>
                <w:lang w:val="es-ES"/>
              </w:rPr>
              <w:lastRenderedPageBreak/>
              <w:t>*</w:t>
            </w:r>
            <w:proofErr w:type="spellStart"/>
            <w:r w:rsidRPr="3A11E403">
              <w:rPr>
                <w:rFonts w:ascii="Montserrat" w:eastAsia="Montserrat" w:hAnsi="Montserrat" w:cs="Montserrat"/>
                <w:b/>
                <w:bCs/>
                <w:color w:val="1B877F"/>
                <w:sz w:val="24"/>
                <w:szCs w:val="24"/>
                <w:lang w:val="es-ES"/>
              </w:rPr>
              <w:t>Numărul</w:t>
            </w:r>
            <w:proofErr w:type="spellEnd"/>
            <w:r w:rsidRPr="3A11E403">
              <w:rPr>
                <w:rFonts w:ascii="Montserrat" w:eastAsia="Montserrat" w:hAnsi="Montserrat" w:cs="Montserrat"/>
                <w:b/>
                <w:bCs/>
                <w:color w:val="1B877F"/>
                <w:sz w:val="24"/>
                <w:szCs w:val="24"/>
                <w:lang w:val="es-ES"/>
              </w:rPr>
              <w:t xml:space="preserve"> de </w:t>
            </w:r>
            <w:proofErr w:type="spellStart"/>
            <w:r w:rsidRPr="3A11E403">
              <w:rPr>
                <w:rFonts w:ascii="Montserrat" w:eastAsia="Montserrat" w:hAnsi="Montserrat" w:cs="Montserrat"/>
                <w:b/>
                <w:bCs/>
                <w:color w:val="1B877F"/>
                <w:sz w:val="24"/>
                <w:szCs w:val="24"/>
                <w:lang w:val="es-ES"/>
              </w:rPr>
              <w:t>telefon</w:t>
            </w:r>
            <w:proofErr w:type="spellEnd"/>
            <w:r w:rsidRPr="3A11E403">
              <w:rPr>
                <w:rFonts w:ascii="Montserrat" w:eastAsia="Montserrat" w:hAnsi="Montserrat" w:cs="Montserrat"/>
                <w:b/>
                <w:bCs/>
                <w:color w:val="1B877F"/>
                <w:sz w:val="24"/>
                <w:szCs w:val="24"/>
                <w:lang w:val="es-ES"/>
              </w:rPr>
              <w:t xml:space="preserve"> al </w:t>
            </w:r>
            <w:proofErr w:type="spellStart"/>
            <w:r w:rsidRPr="3A11E403">
              <w:rPr>
                <w:rFonts w:ascii="Montserrat" w:eastAsia="Montserrat" w:hAnsi="Montserrat" w:cs="Montserrat"/>
                <w:b/>
                <w:bCs/>
                <w:color w:val="1B877F"/>
                <w:sz w:val="24"/>
                <w:szCs w:val="24"/>
                <w:lang w:val="es-ES"/>
              </w:rPr>
              <w:t>persoanei</w:t>
            </w:r>
            <w:proofErr w:type="spellEnd"/>
            <w:r w:rsidRPr="3A11E403">
              <w:rPr>
                <w:rFonts w:ascii="Montserrat" w:eastAsia="Montserrat" w:hAnsi="Montserrat" w:cs="Montserrat"/>
                <w:b/>
                <w:bCs/>
                <w:color w:val="1B877F"/>
                <w:sz w:val="24"/>
                <w:szCs w:val="24"/>
                <w:lang w:val="es-ES"/>
              </w:rPr>
              <w:t xml:space="preserve"> de </w:t>
            </w:r>
            <w:proofErr w:type="spellStart"/>
            <w:r w:rsidRPr="3A11E403">
              <w:rPr>
                <w:rFonts w:ascii="Montserrat" w:eastAsia="Montserrat" w:hAnsi="Montserrat" w:cs="Montserrat"/>
                <w:b/>
                <w:bCs/>
                <w:color w:val="1B877F"/>
                <w:sz w:val="24"/>
                <w:szCs w:val="24"/>
                <w:lang w:val="es-ES"/>
              </w:rPr>
              <w:t>contact</w:t>
            </w:r>
            <w:proofErr w:type="spellEnd"/>
            <w:r w:rsidRPr="3A11E403">
              <w:rPr>
                <w:rFonts w:ascii="Montserrat" w:eastAsia="Montserrat" w:hAnsi="Montserrat" w:cs="Montserrat"/>
                <w:b/>
                <w:bCs/>
                <w:color w:val="1B877F"/>
                <w:sz w:val="24"/>
                <w:szCs w:val="24"/>
                <w:lang w:val="es-ES"/>
              </w:rPr>
              <w:t>:</w:t>
            </w:r>
          </w:p>
        </w:tc>
        <w:tc>
          <w:tcPr>
            <w:tcW w:w="6585" w:type="dxa"/>
            <w:tcMar>
              <w:top w:w="243" w:type="dxa"/>
              <w:left w:w="243" w:type="dxa"/>
              <w:bottom w:w="243" w:type="dxa"/>
              <w:right w:w="243" w:type="dxa"/>
            </w:tcMar>
          </w:tcPr>
          <w:p w14:paraId="10A7B3E1" w14:textId="77777777" w:rsidR="00C72196" w:rsidRDefault="00C72196" w:rsidP="00385EE6">
            <w:pPr>
              <w:widowControl w:val="0"/>
              <w:spacing w:line="240" w:lineRule="auto"/>
              <w:rPr>
                <w:rFonts w:ascii="Montserrat" w:eastAsia="Montserrat" w:hAnsi="Montserrat" w:cs="Montserrat"/>
                <w:color w:val="434343"/>
                <w:sz w:val="24"/>
                <w:szCs w:val="24"/>
                <w:lang w:val="es-ES"/>
              </w:rPr>
            </w:pPr>
            <w:r w:rsidRPr="3A11E403">
              <w:rPr>
                <w:rFonts w:ascii="Montserrat" w:eastAsia="Montserrat" w:hAnsi="Montserrat" w:cs="Montserrat"/>
                <w:color w:val="434343"/>
                <w:sz w:val="24"/>
                <w:szCs w:val="24"/>
                <w:lang w:val="es-ES"/>
              </w:rPr>
              <w:t>[</w:t>
            </w:r>
            <w:proofErr w:type="spellStart"/>
            <w:r w:rsidRPr="3A11E403">
              <w:rPr>
                <w:rFonts w:ascii="Montserrat" w:eastAsia="Montserrat" w:hAnsi="Montserrat" w:cs="Montserrat"/>
                <w:color w:val="434343"/>
                <w:sz w:val="24"/>
                <w:szCs w:val="24"/>
                <w:lang w:val="es-ES"/>
              </w:rPr>
              <w:t>Introduceți</w:t>
            </w:r>
            <w:proofErr w:type="spellEnd"/>
            <w:r w:rsidRPr="3A11E403">
              <w:rPr>
                <w:rFonts w:ascii="Montserrat" w:eastAsia="Montserrat" w:hAnsi="Montserrat" w:cs="Montserrat"/>
                <w:color w:val="434343"/>
                <w:sz w:val="24"/>
                <w:szCs w:val="24"/>
                <w:lang w:val="es-ES"/>
              </w:rPr>
              <w:t xml:space="preserve"> </w:t>
            </w:r>
            <w:proofErr w:type="spellStart"/>
            <w:r w:rsidRPr="3A11E403">
              <w:rPr>
                <w:rFonts w:ascii="Montserrat" w:eastAsia="Montserrat" w:hAnsi="Montserrat" w:cs="Montserrat"/>
                <w:color w:val="434343"/>
                <w:sz w:val="24"/>
                <w:szCs w:val="24"/>
                <w:lang w:val="es-ES"/>
              </w:rPr>
              <w:t>numărul</w:t>
            </w:r>
            <w:proofErr w:type="spellEnd"/>
            <w:r w:rsidRPr="3A11E403">
              <w:rPr>
                <w:rFonts w:ascii="Montserrat" w:eastAsia="Montserrat" w:hAnsi="Montserrat" w:cs="Montserrat"/>
                <w:color w:val="434343"/>
                <w:sz w:val="24"/>
                <w:szCs w:val="24"/>
                <w:lang w:val="es-ES"/>
              </w:rPr>
              <w:t xml:space="preserve"> de </w:t>
            </w:r>
            <w:proofErr w:type="spellStart"/>
            <w:r w:rsidRPr="3A11E403">
              <w:rPr>
                <w:rFonts w:ascii="Montserrat" w:eastAsia="Montserrat" w:hAnsi="Montserrat" w:cs="Montserrat"/>
                <w:color w:val="434343"/>
                <w:sz w:val="24"/>
                <w:szCs w:val="24"/>
                <w:lang w:val="es-ES"/>
              </w:rPr>
              <w:t>telefon</w:t>
            </w:r>
            <w:proofErr w:type="spellEnd"/>
            <w:r w:rsidRPr="3A11E403">
              <w:rPr>
                <w:rFonts w:ascii="Montserrat" w:eastAsia="Montserrat" w:hAnsi="Montserrat" w:cs="Montserrat"/>
                <w:color w:val="434343"/>
                <w:sz w:val="24"/>
                <w:szCs w:val="24"/>
                <w:lang w:val="es-ES"/>
              </w:rPr>
              <w:t xml:space="preserve"> al </w:t>
            </w:r>
            <w:proofErr w:type="spellStart"/>
            <w:r w:rsidRPr="3A11E403">
              <w:rPr>
                <w:rFonts w:ascii="Montserrat" w:eastAsia="Montserrat" w:hAnsi="Montserrat" w:cs="Montserrat"/>
                <w:color w:val="434343"/>
                <w:sz w:val="24"/>
                <w:szCs w:val="24"/>
                <w:lang w:val="es-ES"/>
              </w:rPr>
              <w:t>persoanei</w:t>
            </w:r>
            <w:proofErr w:type="spellEnd"/>
            <w:r w:rsidRPr="3A11E403">
              <w:rPr>
                <w:rFonts w:ascii="Montserrat" w:eastAsia="Montserrat" w:hAnsi="Montserrat" w:cs="Montserrat"/>
                <w:color w:val="434343"/>
                <w:sz w:val="24"/>
                <w:szCs w:val="24"/>
                <w:lang w:val="es-ES"/>
              </w:rPr>
              <w:t xml:space="preserve"> de </w:t>
            </w:r>
            <w:proofErr w:type="spellStart"/>
            <w:r w:rsidRPr="3A11E403">
              <w:rPr>
                <w:rFonts w:ascii="Montserrat" w:eastAsia="Montserrat" w:hAnsi="Montserrat" w:cs="Montserrat"/>
                <w:color w:val="434343"/>
                <w:sz w:val="24"/>
                <w:szCs w:val="24"/>
                <w:lang w:val="es-ES"/>
              </w:rPr>
              <w:t>contact</w:t>
            </w:r>
            <w:proofErr w:type="spellEnd"/>
            <w:r w:rsidRPr="3A11E403">
              <w:rPr>
                <w:rFonts w:ascii="Montserrat" w:eastAsia="Montserrat" w:hAnsi="Montserrat" w:cs="Montserrat"/>
                <w:color w:val="434343"/>
                <w:sz w:val="24"/>
                <w:szCs w:val="24"/>
                <w:lang w:val="es-ES"/>
              </w:rPr>
              <w:t>]</w:t>
            </w:r>
          </w:p>
        </w:tc>
      </w:tr>
      <w:tr w:rsidR="00C72196" w:rsidRPr="003A46A5" w14:paraId="053CF301" w14:textId="77777777" w:rsidTr="00385EE6">
        <w:tc>
          <w:tcPr>
            <w:tcW w:w="2775" w:type="dxa"/>
            <w:tcMar>
              <w:top w:w="243" w:type="dxa"/>
              <w:left w:w="243" w:type="dxa"/>
              <w:bottom w:w="243" w:type="dxa"/>
              <w:right w:w="243" w:type="dxa"/>
            </w:tcMar>
          </w:tcPr>
          <w:p w14:paraId="50B481FC" w14:textId="77777777" w:rsidR="00C72196" w:rsidRDefault="00C72196" w:rsidP="00385EE6">
            <w:pPr>
              <w:widowControl w:val="0"/>
              <w:spacing w:line="240" w:lineRule="auto"/>
              <w:rPr>
                <w:rFonts w:ascii="Montserrat" w:eastAsia="Montserrat" w:hAnsi="Montserrat" w:cs="Montserrat"/>
                <w:b/>
                <w:bCs/>
                <w:color w:val="1B877F"/>
                <w:sz w:val="24"/>
                <w:szCs w:val="24"/>
                <w:lang w:val="es-ES"/>
              </w:rPr>
            </w:pPr>
            <w:r w:rsidRPr="6FEDD72B">
              <w:rPr>
                <w:rFonts w:ascii="Montserrat" w:eastAsia="Montserrat" w:hAnsi="Montserrat" w:cs="Montserrat"/>
                <w:b/>
                <w:bCs/>
                <w:color w:val="FF0000"/>
                <w:sz w:val="24"/>
                <w:szCs w:val="24"/>
                <w:lang w:val="es-ES"/>
              </w:rPr>
              <w:t>*</w:t>
            </w:r>
            <w:proofErr w:type="spellStart"/>
            <w:r w:rsidRPr="6FEDD72B">
              <w:rPr>
                <w:rFonts w:ascii="Montserrat" w:eastAsia="Montserrat" w:hAnsi="Montserrat" w:cs="Montserrat"/>
                <w:b/>
                <w:bCs/>
                <w:color w:val="1B877F"/>
                <w:sz w:val="24"/>
                <w:szCs w:val="24"/>
                <w:lang w:val="es-ES"/>
              </w:rPr>
              <w:t>Priorități</w:t>
            </w:r>
            <w:proofErr w:type="spellEnd"/>
            <w:r w:rsidRPr="6FEDD72B">
              <w:rPr>
                <w:rFonts w:ascii="Montserrat" w:eastAsia="Montserrat" w:hAnsi="Montserrat" w:cs="Montserrat"/>
                <w:b/>
                <w:bCs/>
                <w:color w:val="1B877F"/>
                <w:sz w:val="24"/>
                <w:szCs w:val="24"/>
                <w:lang w:val="es-ES"/>
              </w:rPr>
              <w:t xml:space="preserve">: </w:t>
            </w:r>
          </w:p>
        </w:tc>
        <w:tc>
          <w:tcPr>
            <w:tcW w:w="6585" w:type="dxa"/>
            <w:tcMar>
              <w:top w:w="243" w:type="dxa"/>
              <w:left w:w="243" w:type="dxa"/>
              <w:bottom w:w="243" w:type="dxa"/>
              <w:right w:w="243" w:type="dxa"/>
            </w:tcMar>
          </w:tcPr>
          <w:p w14:paraId="37EB870D" w14:textId="77777777" w:rsidR="00C72196" w:rsidRDefault="00C72196" w:rsidP="00385EE6">
            <w:pPr>
              <w:widowControl w:val="0"/>
              <w:spacing w:line="240" w:lineRule="auto"/>
              <w:rPr>
                <w:rFonts w:ascii="Montserrat" w:eastAsia="Montserrat" w:hAnsi="Montserrat" w:cs="Montserrat"/>
                <w:color w:val="434343"/>
                <w:sz w:val="24"/>
                <w:szCs w:val="24"/>
                <w:lang w:val="es-ES"/>
              </w:rPr>
            </w:pPr>
            <w:proofErr w:type="spellStart"/>
            <w:r w:rsidRPr="6FEDD72B">
              <w:rPr>
                <w:rFonts w:ascii="Montserrat" w:eastAsia="Montserrat" w:hAnsi="Montserrat" w:cs="Montserrat"/>
                <w:color w:val="434343"/>
                <w:sz w:val="24"/>
                <w:szCs w:val="24"/>
                <w:lang w:val="es-ES"/>
              </w:rPr>
              <w:t>Proiectul</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nostru</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răspunde</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următoarelor</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priorităților</w:t>
            </w:r>
            <w:proofErr w:type="spellEnd"/>
            <w:r w:rsidRPr="6FEDD72B">
              <w:rPr>
                <w:rFonts w:ascii="Montserrat" w:eastAsia="Montserrat" w:hAnsi="Montserrat" w:cs="Montserrat"/>
                <w:color w:val="434343"/>
                <w:sz w:val="24"/>
                <w:szCs w:val="24"/>
                <w:lang w:val="es-ES"/>
              </w:rPr>
              <w:t xml:space="preserve"> climatice ale </w:t>
            </w:r>
            <w:proofErr w:type="spellStart"/>
            <w:r w:rsidRPr="6FEDD72B">
              <w:rPr>
                <w:rFonts w:ascii="Montserrat" w:eastAsia="Montserrat" w:hAnsi="Montserrat" w:cs="Montserrat"/>
                <w:color w:val="434343"/>
                <w:sz w:val="24"/>
                <w:szCs w:val="24"/>
                <w:lang w:val="es-ES"/>
              </w:rPr>
              <w:t>Municipiului</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Timișoara</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astfel</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încercuiți</w:t>
            </w:r>
            <w:proofErr w:type="spellEnd"/>
            <w:r w:rsidRPr="6FEDD72B">
              <w:rPr>
                <w:rFonts w:ascii="Montserrat" w:eastAsia="Montserrat" w:hAnsi="Montserrat" w:cs="Montserrat"/>
                <w:color w:val="434343"/>
                <w:sz w:val="24"/>
                <w:szCs w:val="24"/>
                <w:lang w:val="es-ES"/>
              </w:rPr>
              <w:t>):</w:t>
            </w:r>
          </w:p>
          <w:p w14:paraId="61A8C3C7" w14:textId="77777777" w:rsidR="00C72196" w:rsidRDefault="00C72196" w:rsidP="00C72196">
            <w:pPr>
              <w:pStyle w:val="ListParagraph"/>
              <w:widowControl w:val="0"/>
              <w:numPr>
                <w:ilvl w:val="0"/>
                <w:numId w:val="46"/>
              </w:numPr>
              <w:spacing w:after="0" w:line="240" w:lineRule="auto"/>
              <w:rPr>
                <w:rFonts w:ascii="Montserrat" w:eastAsia="Montserrat" w:hAnsi="Montserrat" w:cs="Montserrat"/>
                <w:b/>
                <w:bCs/>
                <w:color w:val="434343"/>
                <w:sz w:val="24"/>
                <w:szCs w:val="24"/>
                <w:lang w:val="es-ES"/>
              </w:rPr>
            </w:pPr>
            <w:proofErr w:type="spellStart"/>
            <w:r w:rsidRPr="365DB982">
              <w:rPr>
                <w:rFonts w:ascii="Montserrat" w:eastAsia="Montserrat" w:hAnsi="Montserrat" w:cs="Montserrat"/>
                <w:b/>
                <w:bCs/>
                <w:color w:val="434343"/>
                <w:sz w:val="24"/>
                <w:szCs w:val="24"/>
                <w:lang w:val="fr-FR"/>
              </w:rPr>
              <w:t>Mobilitate</w:t>
            </w:r>
            <w:proofErr w:type="spellEnd"/>
            <w:r w:rsidRPr="365DB982">
              <w:rPr>
                <w:rFonts w:ascii="Montserrat" w:eastAsia="Montserrat" w:hAnsi="Montserrat" w:cs="Montserrat"/>
                <w:b/>
                <w:bCs/>
                <w:color w:val="434343"/>
                <w:sz w:val="24"/>
                <w:szCs w:val="24"/>
                <w:lang w:val="fr-FR"/>
              </w:rPr>
              <w:t xml:space="preserve"> </w:t>
            </w:r>
            <w:proofErr w:type="spellStart"/>
            <w:proofErr w:type="gramStart"/>
            <w:r w:rsidRPr="365DB982">
              <w:rPr>
                <w:rFonts w:ascii="Montserrat" w:eastAsia="Montserrat" w:hAnsi="Montserrat" w:cs="Montserrat"/>
                <w:b/>
                <w:bCs/>
                <w:color w:val="434343"/>
                <w:sz w:val="24"/>
                <w:szCs w:val="24"/>
                <w:lang w:val="fr-FR"/>
              </w:rPr>
              <w:t>activă</w:t>
            </w:r>
            <w:proofErr w:type="spellEnd"/>
            <w:r w:rsidRPr="365DB982">
              <w:rPr>
                <w:rFonts w:ascii="Montserrat" w:eastAsia="Montserrat" w:hAnsi="Montserrat" w:cs="Montserrat"/>
                <w:b/>
                <w:bCs/>
                <w:color w:val="434343"/>
                <w:sz w:val="24"/>
                <w:szCs w:val="24"/>
                <w:lang w:val="fr-FR"/>
              </w:rPr>
              <w:t>:</w:t>
            </w:r>
            <w:proofErr w:type="gramEnd"/>
            <w:r w:rsidRPr="365DB982">
              <w:rPr>
                <w:rFonts w:ascii="Montserrat" w:eastAsia="Montserrat" w:hAnsi="Montserrat" w:cs="Montserrat"/>
                <w:b/>
                <w:bCs/>
                <w:color w:val="434343"/>
                <w:sz w:val="24"/>
                <w:szCs w:val="24"/>
                <w:lang w:val="fr-FR"/>
              </w:rPr>
              <w:t xml:space="preserve"> mers </w:t>
            </w:r>
            <w:proofErr w:type="spellStart"/>
            <w:r w:rsidRPr="365DB982">
              <w:rPr>
                <w:rFonts w:ascii="Montserrat" w:eastAsia="Montserrat" w:hAnsi="Montserrat" w:cs="Montserrat"/>
                <w:b/>
                <w:bCs/>
                <w:color w:val="434343"/>
                <w:sz w:val="24"/>
                <w:szCs w:val="24"/>
                <w:lang w:val="fr-FR"/>
              </w:rPr>
              <w:t>pe</w:t>
            </w:r>
            <w:proofErr w:type="spellEnd"/>
            <w:r w:rsidRPr="365DB982">
              <w:rPr>
                <w:rFonts w:ascii="Montserrat" w:eastAsia="Montserrat" w:hAnsi="Montserrat" w:cs="Montserrat"/>
                <w:b/>
                <w:bCs/>
                <w:color w:val="434343"/>
                <w:sz w:val="24"/>
                <w:szCs w:val="24"/>
                <w:lang w:val="fr-FR"/>
              </w:rPr>
              <w:t xml:space="preserve"> </w:t>
            </w:r>
            <w:proofErr w:type="spellStart"/>
            <w:proofErr w:type="gramStart"/>
            <w:r w:rsidRPr="365DB982">
              <w:rPr>
                <w:rFonts w:ascii="Montserrat" w:eastAsia="Montserrat" w:hAnsi="Montserrat" w:cs="Montserrat"/>
                <w:b/>
                <w:bCs/>
                <w:color w:val="434343"/>
                <w:sz w:val="24"/>
                <w:szCs w:val="24"/>
                <w:lang w:val="fr-FR"/>
              </w:rPr>
              <w:t>jos</w:t>
            </w:r>
            <w:proofErr w:type="spellEnd"/>
            <w:r w:rsidRPr="365DB982">
              <w:rPr>
                <w:rFonts w:ascii="Montserrat" w:eastAsia="Montserrat" w:hAnsi="Montserrat" w:cs="Montserrat"/>
                <w:b/>
                <w:bCs/>
                <w:color w:val="434343"/>
                <w:sz w:val="24"/>
                <w:szCs w:val="24"/>
                <w:lang w:val="fr-FR"/>
              </w:rPr>
              <w:t xml:space="preserve">,  </w:t>
            </w:r>
            <w:proofErr w:type="spellStart"/>
            <w:r w:rsidRPr="365DB982">
              <w:rPr>
                <w:rFonts w:ascii="Montserrat" w:eastAsia="Montserrat" w:hAnsi="Montserrat" w:cs="Montserrat"/>
                <w:b/>
                <w:bCs/>
                <w:color w:val="434343"/>
                <w:sz w:val="24"/>
                <w:szCs w:val="24"/>
                <w:lang w:val="fr-FR"/>
              </w:rPr>
              <w:t>ciclism</w:t>
            </w:r>
            <w:proofErr w:type="spellEnd"/>
            <w:proofErr w:type="gramEnd"/>
            <w:r w:rsidRPr="365DB982">
              <w:rPr>
                <w:rFonts w:ascii="Montserrat" w:eastAsia="Montserrat" w:hAnsi="Montserrat" w:cs="Montserrat"/>
                <w:b/>
                <w:bCs/>
                <w:color w:val="434343"/>
                <w:sz w:val="24"/>
                <w:szCs w:val="24"/>
                <w:lang w:val="fr-FR"/>
              </w:rPr>
              <w:t xml:space="preserve"> </w:t>
            </w:r>
            <w:proofErr w:type="spellStart"/>
            <w:r w:rsidRPr="365DB982">
              <w:rPr>
                <w:rFonts w:ascii="Montserrat" w:eastAsia="Montserrat" w:hAnsi="Montserrat" w:cs="Montserrat"/>
                <w:b/>
                <w:bCs/>
                <w:color w:val="434343"/>
                <w:sz w:val="24"/>
                <w:szCs w:val="24"/>
                <w:lang w:val="fr-FR"/>
              </w:rPr>
              <w:t>și</w:t>
            </w:r>
            <w:proofErr w:type="spellEnd"/>
            <w:r w:rsidRPr="365DB982">
              <w:rPr>
                <w:rFonts w:ascii="Montserrat" w:eastAsia="Montserrat" w:hAnsi="Montserrat" w:cs="Montserrat"/>
                <w:b/>
                <w:bCs/>
                <w:color w:val="434343"/>
                <w:sz w:val="24"/>
                <w:szCs w:val="24"/>
                <w:lang w:val="fr-FR"/>
              </w:rPr>
              <w:t xml:space="preserve"> </w:t>
            </w:r>
            <w:proofErr w:type="spellStart"/>
            <w:r w:rsidRPr="365DB982">
              <w:rPr>
                <w:rFonts w:ascii="Montserrat" w:eastAsia="Montserrat" w:hAnsi="Montserrat" w:cs="Montserrat"/>
                <w:b/>
                <w:bCs/>
                <w:color w:val="434343"/>
                <w:sz w:val="24"/>
                <w:szCs w:val="24"/>
                <w:lang w:val="fr-FR"/>
              </w:rPr>
              <w:t>acces</w:t>
            </w:r>
            <w:proofErr w:type="spellEnd"/>
            <w:r w:rsidRPr="365DB982">
              <w:rPr>
                <w:rFonts w:ascii="Montserrat" w:eastAsia="Montserrat" w:hAnsi="Montserrat" w:cs="Montserrat"/>
                <w:b/>
                <w:bCs/>
                <w:color w:val="434343"/>
                <w:sz w:val="24"/>
                <w:szCs w:val="24"/>
                <w:lang w:val="fr-FR"/>
              </w:rPr>
              <w:t xml:space="preserve"> </w:t>
            </w:r>
            <w:proofErr w:type="spellStart"/>
            <w:r w:rsidRPr="365DB982">
              <w:rPr>
                <w:rFonts w:ascii="Montserrat" w:eastAsia="Montserrat" w:hAnsi="Montserrat" w:cs="Montserrat"/>
                <w:b/>
                <w:bCs/>
                <w:color w:val="434343"/>
                <w:sz w:val="24"/>
                <w:szCs w:val="24"/>
                <w:lang w:val="fr-FR"/>
              </w:rPr>
              <w:t>sigur</w:t>
            </w:r>
            <w:proofErr w:type="spellEnd"/>
            <w:r w:rsidRPr="365DB982">
              <w:rPr>
                <w:rFonts w:ascii="Montserrat" w:eastAsia="Montserrat" w:hAnsi="Montserrat" w:cs="Montserrat"/>
                <w:b/>
                <w:bCs/>
                <w:color w:val="434343"/>
                <w:sz w:val="24"/>
                <w:szCs w:val="24"/>
                <w:lang w:val="fr-FR"/>
              </w:rPr>
              <w:t xml:space="preserve"> </w:t>
            </w:r>
            <w:proofErr w:type="gramStart"/>
            <w:r w:rsidRPr="365DB982">
              <w:rPr>
                <w:rFonts w:ascii="Montserrat" w:eastAsia="Montserrat" w:hAnsi="Montserrat" w:cs="Montserrat"/>
                <w:b/>
                <w:bCs/>
                <w:color w:val="434343"/>
                <w:sz w:val="24"/>
                <w:szCs w:val="24"/>
                <w:lang w:val="fr-FR"/>
              </w:rPr>
              <w:t>la transport public</w:t>
            </w:r>
            <w:proofErr w:type="gramEnd"/>
          </w:p>
          <w:p w14:paraId="226BA321" w14:textId="77777777" w:rsidR="00C72196" w:rsidRDefault="00C72196" w:rsidP="00C72196">
            <w:pPr>
              <w:pStyle w:val="ListParagraph"/>
              <w:numPr>
                <w:ilvl w:val="0"/>
                <w:numId w:val="46"/>
              </w:numPr>
              <w:spacing w:after="0" w:line="276" w:lineRule="auto"/>
              <w:rPr>
                <w:rFonts w:ascii="Montserrat" w:eastAsia="Montserrat" w:hAnsi="Montserrat" w:cs="Montserrat"/>
                <w:b/>
                <w:bCs/>
                <w:color w:val="434343"/>
                <w:sz w:val="24"/>
                <w:szCs w:val="24"/>
                <w:lang w:val="es-ES"/>
              </w:rPr>
            </w:pPr>
            <w:proofErr w:type="spellStart"/>
            <w:r w:rsidRPr="365DB982">
              <w:rPr>
                <w:rFonts w:ascii="Montserrat" w:eastAsia="Montserrat" w:hAnsi="Montserrat" w:cs="Montserrat"/>
                <w:b/>
                <w:bCs/>
                <w:color w:val="434343"/>
                <w:sz w:val="24"/>
                <w:szCs w:val="24"/>
                <w:lang w:val="en-GB"/>
              </w:rPr>
              <w:t>Economie</w:t>
            </w:r>
            <w:proofErr w:type="spellEnd"/>
            <w:r w:rsidRPr="365DB982">
              <w:rPr>
                <w:rFonts w:ascii="Montserrat" w:eastAsia="Montserrat" w:hAnsi="Montserrat" w:cs="Montserrat"/>
                <w:b/>
                <w:bCs/>
                <w:color w:val="434343"/>
                <w:sz w:val="24"/>
                <w:szCs w:val="24"/>
                <w:lang w:val="en-GB"/>
              </w:rPr>
              <w:t xml:space="preserve"> </w:t>
            </w:r>
            <w:proofErr w:type="spellStart"/>
            <w:r w:rsidRPr="365DB982">
              <w:rPr>
                <w:rFonts w:ascii="Montserrat" w:eastAsia="Montserrat" w:hAnsi="Montserrat" w:cs="Montserrat"/>
                <w:b/>
                <w:bCs/>
                <w:color w:val="434343"/>
                <w:sz w:val="24"/>
                <w:szCs w:val="24"/>
                <w:lang w:val="en-GB"/>
              </w:rPr>
              <w:t>circulară</w:t>
            </w:r>
            <w:proofErr w:type="spellEnd"/>
            <w:r w:rsidRPr="365DB982">
              <w:rPr>
                <w:rFonts w:ascii="Montserrat" w:eastAsia="Montserrat" w:hAnsi="Montserrat" w:cs="Montserrat"/>
                <w:b/>
                <w:bCs/>
                <w:color w:val="434343"/>
                <w:sz w:val="24"/>
                <w:szCs w:val="24"/>
                <w:lang w:val="en-GB"/>
              </w:rPr>
              <w:t xml:space="preserve"> </w:t>
            </w:r>
            <w:proofErr w:type="spellStart"/>
            <w:r w:rsidRPr="365DB982">
              <w:rPr>
                <w:rFonts w:ascii="Montserrat" w:eastAsia="Montserrat" w:hAnsi="Montserrat" w:cs="Montserrat"/>
                <w:b/>
                <w:bCs/>
                <w:color w:val="434343"/>
                <w:sz w:val="24"/>
                <w:szCs w:val="24"/>
                <w:lang w:val="en-GB"/>
              </w:rPr>
              <w:t>și</w:t>
            </w:r>
            <w:proofErr w:type="spellEnd"/>
            <w:r w:rsidRPr="365DB982">
              <w:rPr>
                <w:rFonts w:ascii="Montserrat" w:eastAsia="Montserrat" w:hAnsi="Montserrat" w:cs="Montserrat"/>
                <w:b/>
                <w:bCs/>
                <w:color w:val="434343"/>
                <w:sz w:val="24"/>
                <w:szCs w:val="24"/>
                <w:lang w:val="en-GB"/>
              </w:rPr>
              <w:t xml:space="preserve"> </w:t>
            </w:r>
            <w:proofErr w:type="spellStart"/>
            <w:r w:rsidRPr="365DB982">
              <w:rPr>
                <w:rFonts w:ascii="Montserrat" w:eastAsia="Montserrat" w:hAnsi="Montserrat" w:cs="Montserrat"/>
                <w:b/>
                <w:bCs/>
                <w:color w:val="434343"/>
                <w:sz w:val="24"/>
                <w:szCs w:val="24"/>
                <w:lang w:val="en-GB"/>
              </w:rPr>
              <w:t>reducerea</w:t>
            </w:r>
            <w:proofErr w:type="spellEnd"/>
            <w:r w:rsidRPr="365DB982">
              <w:rPr>
                <w:rFonts w:ascii="Montserrat" w:eastAsia="Montserrat" w:hAnsi="Montserrat" w:cs="Montserrat"/>
                <w:b/>
                <w:bCs/>
                <w:color w:val="434343"/>
                <w:sz w:val="24"/>
                <w:szCs w:val="24"/>
                <w:lang w:val="en-GB"/>
              </w:rPr>
              <w:t xml:space="preserve"> </w:t>
            </w:r>
          </w:p>
          <w:p w14:paraId="165DE9CE" w14:textId="77777777" w:rsidR="00C72196" w:rsidRDefault="00C72196" w:rsidP="00385EE6">
            <w:pPr>
              <w:pStyle w:val="ListParagraph"/>
              <w:rPr>
                <w:rFonts w:ascii="Montserrat" w:eastAsia="Montserrat" w:hAnsi="Montserrat" w:cs="Montserrat"/>
                <w:b/>
                <w:bCs/>
                <w:color w:val="434343"/>
                <w:sz w:val="24"/>
                <w:szCs w:val="24"/>
                <w:lang w:val="es-ES"/>
              </w:rPr>
            </w:pPr>
            <w:proofErr w:type="spellStart"/>
            <w:r w:rsidRPr="365DB982">
              <w:rPr>
                <w:rFonts w:ascii="Montserrat" w:eastAsia="Montserrat" w:hAnsi="Montserrat" w:cs="Montserrat"/>
                <w:b/>
                <w:bCs/>
                <w:color w:val="434343"/>
                <w:sz w:val="24"/>
                <w:szCs w:val="24"/>
                <w:lang w:val="en-GB"/>
              </w:rPr>
              <w:t>deșeurilor</w:t>
            </w:r>
            <w:proofErr w:type="spellEnd"/>
          </w:p>
          <w:p w14:paraId="2BDF3BE2" w14:textId="77777777" w:rsidR="00C72196" w:rsidRDefault="00C72196" w:rsidP="00C72196">
            <w:pPr>
              <w:pStyle w:val="ListParagraph"/>
              <w:numPr>
                <w:ilvl w:val="0"/>
                <w:numId w:val="46"/>
              </w:numPr>
              <w:spacing w:after="0" w:line="276" w:lineRule="auto"/>
              <w:rPr>
                <w:rFonts w:ascii="Montserrat" w:eastAsia="Montserrat" w:hAnsi="Montserrat" w:cs="Montserrat"/>
                <w:b/>
                <w:bCs/>
                <w:color w:val="434343"/>
                <w:sz w:val="24"/>
                <w:szCs w:val="24"/>
                <w:lang w:val="es-ES"/>
              </w:rPr>
            </w:pPr>
            <w:proofErr w:type="spellStart"/>
            <w:r w:rsidRPr="365DB982">
              <w:rPr>
                <w:rFonts w:ascii="Montserrat" w:eastAsia="Montserrat" w:hAnsi="Montserrat" w:cs="Montserrat"/>
                <w:b/>
                <w:bCs/>
                <w:color w:val="434343"/>
                <w:sz w:val="24"/>
                <w:szCs w:val="24"/>
                <w:lang w:val="en-GB"/>
              </w:rPr>
              <w:t>Spații</w:t>
            </w:r>
            <w:proofErr w:type="spellEnd"/>
            <w:r w:rsidRPr="365DB982">
              <w:rPr>
                <w:rFonts w:ascii="Montserrat" w:eastAsia="Montserrat" w:hAnsi="Montserrat" w:cs="Montserrat"/>
                <w:b/>
                <w:bCs/>
                <w:color w:val="434343"/>
                <w:sz w:val="24"/>
                <w:szCs w:val="24"/>
                <w:lang w:val="en-GB"/>
              </w:rPr>
              <w:t xml:space="preserve"> </w:t>
            </w:r>
            <w:proofErr w:type="spellStart"/>
            <w:r w:rsidRPr="365DB982">
              <w:rPr>
                <w:rFonts w:ascii="Montserrat" w:eastAsia="Montserrat" w:hAnsi="Montserrat" w:cs="Montserrat"/>
                <w:b/>
                <w:bCs/>
                <w:color w:val="434343"/>
                <w:sz w:val="24"/>
                <w:szCs w:val="24"/>
                <w:lang w:val="en-GB"/>
              </w:rPr>
              <w:t>verzi</w:t>
            </w:r>
            <w:proofErr w:type="spellEnd"/>
            <w:r w:rsidRPr="365DB982">
              <w:rPr>
                <w:rFonts w:ascii="Montserrat" w:eastAsia="Montserrat" w:hAnsi="Montserrat" w:cs="Montserrat"/>
                <w:b/>
                <w:bCs/>
                <w:color w:val="434343"/>
                <w:sz w:val="24"/>
                <w:szCs w:val="24"/>
                <w:lang w:val="en-GB"/>
              </w:rPr>
              <w:t xml:space="preserve">, </w:t>
            </w:r>
            <w:proofErr w:type="spellStart"/>
            <w:r w:rsidRPr="365DB982">
              <w:rPr>
                <w:rFonts w:ascii="Montserrat" w:eastAsia="Montserrat" w:hAnsi="Montserrat" w:cs="Montserrat"/>
                <w:b/>
                <w:bCs/>
                <w:color w:val="434343"/>
                <w:sz w:val="24"/>
                <w:szCs w:val="24"/>
                <w:lang w:val="en-GB"/>
              </w:rPr>
              <w:t>biodiversitate</w:t>
            </w:r>
            <w:proofErr w:type="spellEnd"/>
            <w:r w:rsidRPr="365DB982">
              <w:rPr>
                <w:rFonts w:ascii="Montserrat" w:eastAsia="Montserrat" w:hAnsi="Montserrat" w:cs="Montserrat"/>
                <w:b/>
                <w:bCs/>
                <w:color w:val="434343"/>
                <w:sz w:val="24"/>
                <w:szCs w:val="24"/>
                <w:lang w:val="en-GB"/>
              </w:rPr>
              <w:t xml:space="preserve"> </w:t>
            </w:r>
            <w:proofErr w:type="spellStart"/>
            <w:r w:rsidRPr="365DB982">
              <w:rPr>
                <w:rFonts w:ascii="Montserrat" w:eastAsia="Montserrat" w:hAnsi="Montserrat" w:cs="Montserrat"/>
                <w:b/>
                <w:bCs/>
                <w:color w:val="434343"/>
                <w:sz w:val="24"/>
                <w:szCs w:val="24"/>
                <w:lang w:val="en-GB"/>
              </w:rPr>
              <w:t>și</w:t>
            </w:r>
            <w:proofErr w:type="spellEnd"/>
            <w:r w:rsidRPr="365DB982">
              <w:rPr>
                <w:rFonts w:ascii="Montserrat" w:eastAsia="Montserrat" w:hAnsi="Montserrat" w:cs="Montserrat"/>
                <w:b/>
                <w:bCs/>
                <w:color w:val="434343"/>
                <w:sz w:val="24"/>
                <w:szCs w:val="24"/>
                <w:lang w:val="en-GB"/>
              </w:rPr>
              <w:t xml:space="preserve"> </w:t>
            </w:r>
          </w:p>
          <w:p w14:paraId="2E0921D9" w14:textId="77777777" w:rsidR="00C72196" w:rsidRDefault="00C72196" w:rsidP="00385EE6">
            <w:pPr>
              <w:pStyle w:val="ListParagraph"/>
              <w:rPr>
                <w:rFonts w:ascii="Montserrat" w:eastAsia="Montserrat" w:hAnsi="Montserrat" w:cs="Montserrat"/>
                <w:b/>
                <w:bCs/>
                <w:color w:val="434343"/>
                <w:sz w:val="24"/>
                <w:szCs w:val="24"/>
                <w:lang w:val="es-ES"/>
              </w:rPr>
            </w:pPr>
            <w:proofErr w:type="spellStart"/>
            <w:r w:rsidRPr="365DB982">
              <w:rPr>
                <w:rFonts w:ascii="Montserrat" w:eastAsia="Montserrat" w:hAnsi="Montserrat" w:cs="Montserrat"/>
                <w:b/>
                <w:bCs/>
                <w:color w:val="434343"/>
                <w:sz w:val="24"/>
                <w:szCs w:val="24"/>
                <w:lang w:val="en-GB"/>
              </w:rPr>
              <w:t>coridoare</w:t>
            </w:r>
            <w:proofErr w:type="spellEnd"/>
            <w:r w:rsidRPr="365DB982">
              <w:rPr>
                <w:rFonts w:ascii="Montserrat" w:eastAsia="Montserrat" w:hAnsi="Montserrat" w:cs="Montserrat"/>
                <w:b/>
                <w:bCs/>
                <w:color w:val="434343"/>
                <w:sz w:val="24"/>
                <w:szCs w:val="24"/>
                <w:lang w:val="en-GB"/>
              </w:rPr>
              <w:t xml:space="preserve"> </w:t>
            </w:r>
            <w:proofErr w:type="spellStart"/>
            <w:r w:rsidRPr="365DB982">
              <w:rPr>
                <w:rFonts w:ascii="Montserrat" w:eastAsia="Montserrat" w:hAnsi="Montserrat" w:cs="Montserrat"/>
                <w:b/>
                <w:bCs/>
                <w:color w:val="434343"/>
                <w:sz w:val="24"/>
                <w:szCs w:val="24"/>
                <w:lang w:val="en-GB"/>
              </w:rPr>
              <w:t>verzi-albastre</w:t>
            </w:r>
            <w:proofErr w:type="spellEnd"/>
          </w:p>
          <w:p w14:paraId="2F644605" w14:textId="77777777" w:rsidR="00C72196" w:rsidRDefault="00C72196" w:rsidP="00C72196">
            <w:pPr>
              <w:pStyle w:val="ListParagraph"/>
              <w:numPr>
                <w:ilvl w:val="0"/>
                <w:numId w:val="46"/>
              </w:numPr>
              <w:spacing w:after="0" w:line="276" w:lineRule="auto"/>
              <w:rPr>
                <w:rFonts w:ascii="Montserrat" w:eastAsia="Montserrat" w:hAnsi="Montserrat" w:cs="Montserrat"/>
                <w:b/>
                <w:bCs/>
                <w:color w:val="434343"/>
                <w:sz w:val="24"/>
                <w:szCs w:val="24"/>
                <w:lang w:val="es-ES"/>
              </w:rPr>
            </w:pPr>
            <w:proofErr w:type="spellStart"/>
            <w:r w:rsidRPr="365DB982">
              <w:rPr>
                <w:rFonts w:ascii="Montserrat" w:eastAsia="Montserrat" w:hAnsi="Montserrat" w:cs="Montserrat"/>
                <w:b/>
                <w:bCs/>
                <w:color w:val="434343"/>
                <w:sz w:val="24"/>
                <w:szCs w:val="24"/>
                <w:lang w:val="en-GB"/>
              </w:rPr>
              <w:t>Reducerea</w:t>
            </w:r>
            <w:proofErr w:type="spellEnd"/>
            <w:r w:rsidRPr="365DB982">
              <w:rPr>
                <w:rFonts w:ascii="Montserrat" w:eastAsia="Montserrat" w:hAnsi="Montserrat" w:cs="Montserrat"/>
                <w:b/>
                <w:bCs/>
                <w:color w:val="434343"/>
                <w:sz w:val="24"/>
                <w:szCs w:val="24"/>
                <w:lang w:val="en-GB"/>
              </w:rPr>
              <w:t xml:space="preserve"> </w:t>
            </w:r>
            <w:proofErr w:type="spellStart"/>
            <w:r w:rsidRPr="365DB982">
              <w:rPr>
                <w:rFonts w:ascii="Montserrat" w:eastAsia="Montserrat" w:hAnsi="Montserrat" w:cs="Montserrat"/>
                <w:b/>
                <w:bCs/>
                <w:color w:val="434343"/>
                <w:sz w:val="24"/>
                <w:szCs w:val="24"/>
                <w:lang w:val="en-GB"/>
              </w:rPr>
              <w:t>poluării</w:t>
            </w:r>
            <w:proofErr w:type="spellEnd"/>
            <w:r w:rsidRPr="365DB982">
              <w:rPr>
                <w:rFonts w:ascii="Montserrat" w:eastAsia="Montserrat" w:hAnsi="Montserrat" w:cs="Montserrat"/>
                <w:b/>
                <w:bCs/>
                <w:color w:val="434343"/>
                <w:sz w:val="24"/>
                <w:szCs w:val="24"/>
                <w:lang w:val="en-GB"/>
              </w:rPr>
              <w:t xml:space="preserve"> </w:t>
            </w:r>
            <w:proofErr w:type="spellStart"/>
            <w:r w:rsidRPr="365DB982">
              <w:rPr>
                <w:rFonts w:ascii="Montserrat" w:eastAsia="Montserrat" w:hAnsi="Montserrat" w:cs="Montserrat"/>
                <w:b/>
                <w:bCs/>
                <w:color w:val="434343"/>
                <w:sz w:val="24"/>
                <w:szCs w:val="24"/>
                <w:lang w:val="en-GB"/>
              </w:rPr>
              <w:t>aerului</w:t>
            </w:r>
            <w:proofErr w:type="spellEnd"/>
            <w:r w:rsidRPr="365DB982">
              <w:rPr>
                <w:rFonts w:ascii="Montserrat" w:eastAsia="Montserrat" w:hAnsi="Montserrat" w:cs="Montserrat"/>
                <w:b/>
                <w:bCs/>
                <w:color w:val="434343"/>
                <w:sz w:val="24"/>
                <w:szCs w:val="24"/>
                <w:lang w:val="en-GB"/>
              </w:rPr>
              <w:t xml:space="preserve"> </w:t>
            </w:r>
            <w:proofErr w:type="spellStart"/>
            <w:r w:rsidRPr="365DB982">
              <w:rPr>
                <w:rFonts w:ascii="Montserrat" w:eastAsia="Montserrat" w:hAnsi="Montserrat" w:cs="Montserrat"/>
                <w:b/>
                <w:bCs/>
                <w:color w:val="434343"/>
                <w:sz w:val="24"/>
                <w:szCs w:val="24"/>
                <w:lang w:val="en-GB"/>
              </w:rPr>
              <w:t>și</w:t>
            </w:r>
            <w:proofErr w:type="spellEnd"/>
            <w:r w:rsidRPr="365DB982">
              <w:rPr>
                <w:rFonts w:ascii="Montserrat" w:eastAsia="Montserrat" w:hAnsi="Montserrat" w:cs="Montserrat"/>
                <w:b/>
                <w:bCs/>
                <w:color w:val="434343"/>
                <w:sz w:val="24"/>
                <w:szCs w:val="24"/>
                <w:lang w:val="en-GB"/>
              </w:rPr>
              <w:t xml:space="preserve"> </w:t>
            </w:r>
          </w:p>
          <w:p w14:paraId="34DEEC88" w14:textId="77777777" w:rsidR="00C72196" w:rsidRDefault="00C72196" w:rsidP="00385EE6">
            <w:pPr>
              <w:pStyle w:val="ListParagraph"/>
              <w:rPr>
                <w:rFonts w:ascii="Montserrat" w:eastAsia="Montserrat" w:hAnsi="Montserrat" w:cs="Montserrat"/>
                <w:b/>
                <w:bCs/>
                <w:color w:val="434343"/>
                <w:sz w:val="24"/>
                <w:szCs w:val="24"/>
                <w:lang w:val="en-GB"/>
              </w:rPr>
            </w:pPr>
            <w:proofErr w:type="spellStart"/>
            <w:r w:rsidRPr="365DB982">
              <w:rPr>
                <w:rFonts w:ascii="Montserrat" w:eastAsia="Montserrat" w:hAnsi="Montserrat" w:cs="Montserrat"/>
                <w:b/>
                <w:bCs/>
                <w:color w:val="434343"/>
                <w:sz w:val="24"/>
                <w:szCs w:val="24"/>
                <w:lang w:val="en-GB"/>
              </w:rPr>
              <w:t>zgomotului</w:t>
            </w:r>
            <w:proofErr w:type="spellEnd"/>
            <w:r w:rsidRPr="365DB982">
              <w:rPr>
                <w:rFonts w:ascii="Montserrat" w:eastAsia="Montserrat" w:hAnsi="Montserrat" w:cs="Montserrat"/>
                <w:b/>
                <w:bCs/>
                <w:color w:val="434343"/>
                <w:sz w:val="24"/>
                <w:szCs w:val="24"/>
                <w:lang w:val="en-GB"/>
              </w:rPr>
              <w:t xml:space="preserve"> </w:t>
            </w:r>
            <w:proofErr w:type="spellStart"/>
            <w:r w:rsidRPr="365DB982">
              <w:rPr>
                <w:rFonts w:ascii="Montserrat" w:eastAsia="Montserrat" w:hAnsi="Montserrat" w:cs="Montserrat"/>
                <w:b/>
                <w:bCs/>
                <w:color w:val="434343"/>
                <w:sz w:val="24"/>
                <w:szCs w:val="24"/>
                <w:lang w:val="en-GB"/>
              </w:rPr>
              <w:t>în</w:t>
            </w:r>
            <w:proofErr w:type="spellEnd"/>
            <w:r w:rsidRPr="365DB982">
              <w:rPr>
                <w:rFonts w:ascii="Montserrat" w:eastAsia="Montserrat" w:hAnsi="Montserrat" w:cs="Montserrat"/>
                <w:b/>
                <w:bCs/>
                <w:color w:val="434343"/>
                <w:sz w:val="24"/>
                <w:szCs w:val="24"/>
                <w:lang w:val="en-GB"/>
              </w:rPr>
              <w:t xml:space="preserve"> </w:t>
            </w:r>
            <w:proofErr w:type="spellStart"/>
            <w:r w:rsidRPr="365DB982">
              <w:rPr>
                <w:rFonts w:ascii="Montserrat" w:eastAsia="Montserrat" w:hAnsi="Montserrat" w:cs="Montserrat"/>
                <w:b/>
                <w:bCs/>
                <w:color w:val="434343"/>
                <w:sz w:val="24"/>
                <w:szCs w:val="24"/>
                <w:lang w:val="en-GB"/>
              </w:rPr>
              <w:t>jurul</w:t>
            </w:r>
            <w:proofErr w:type="spellEnd"/>
            <w:r w:rsidRPr="365DB982">
              <w:rPr>
                <w:rFonts w:ascii="Montserrat" w:eastAsia="Montserrat" w:hAnsi="Montserrat" w:cs="Montserrat"/>
                <w:b/>
                <w:bCs/>
                <w:color w:val="434343"/>
                <w:sz w:val="24"/>
                <w:szCs w:val="24"/>
                <w:lang w:val="en-GB"/>
              </w:rPr>
              <w:t xml:space="preserve"> </w:t>
            </w:r>
            <w:proofErr w:type="spellStart"/>
            <w:r w:rsidRPr="365DB982">
              <w:rPr>
                <w:rFonts w:ascii="Montserrat" w:eastAsia="Montserrat" w:hAnsi="Montserrat" w:cs="Montserrat"/>
                <w:b/>
                <w:bCs/>
                <w:color w:val="434343"/>
                <w:sz w:val="24"/>
                <w:szCs w:val="24"/>
                <w:lang w:val="en-GB"/>
              </w:rPr>
              <w:t>școlilor</w:t>
            </w:r>
            <w:proofErr w:type="spellEnd"/>
            <w:r w:rsidRPr="365DB982">
              <w:rPr>
                <w:rFonts w:ascii="Montserrat" w:eastAsia="Montserrat" w:hAnsi="Montserrat" w:cs="Montserrat"/>
                <w:b/>
                <w:bCs/>
                <w:color w:val="434343"/>
                <w:sz w:val="24"/>
                <w:szCs w:val="24"/>
                <w:lang w:val="en-GB"/>
              </w:rPr>
              <w:t xml:space="preserve">, </w:t>
            </w:r>
          </w:p>
          <w:p w14:paraId="6724F884" w14:textId="77777777" w:rsidR="00C72196" w:rsidRDefault="00C72196" w:rsidP="00385EE6">
            <w:pPr>
              <w:pStyle w:val="ListParagraph"/>
              <w:rPr>
                <w:rFonts w:ascii="Montserrat" w:eastAsia="Montserrat" w:hAnsi="Montserrat" w:cs="Montserrat"/>
                <w:b/>
                <w:bCs/>
                <w:color w:val="434343"/>
                <w:sz w:val="24"/>
                <w:szCs w:val="24"/>
                <w:lang w:val="es-ES"/>
              </w:rPr>
            </w:pPr>
            <w:proofErr w:type="spellStart"/>
            <w:r w:rsidRPr="365DB982">
              <w:rPr>
                <w:rFonts w:ascii="Montserrat" w:eastAsia="Montserrat" w:hAnsi="Montserrat" w:cs="Montserrat"/>
                <w:b/>
                <w:bCs/>
                <w:color w:val="434343"/>
                <w:sz w:val="24"/>
                <w:szCs w:val="24"/>
                <w:lang w:val="en-GB"/>
              </w:rPr>
              <w:t>parcurilor</w:t>
            </w:r>
            <w:proofErr w:type="spellEnd"/>
            <w:r w:rsidRPr="365DB982">
              <w:rPr>
                <w:rFonts w:ascii="Montserrat" w:eastAsia="Montserrat" w:hAnsi="Montserrat" w:cs="Montserrat"/>
                <w:b/>
                <w:bCs/>
                <w:color w:val="434343"/>
                <w:sz w:val="24"/>
                <w:szCs w:val="24"/>
                <w:lang w:val="en-GB"/>
              </w:rPr>
              <w:t xml:space="preserve"> </w:t>
            </w:r>
            <w:proofErr w:type="spellStart"/>
            <w:r w:rsidRPr="365DB982">
              <w:rPr>
                <w:rFonts w:ascii="Montserrat" w:eastAsia="Montserrat" w:hAnsi="Montserrat" w:cs="Montserrat"/>
                <w:b/>
                <w:bCs/>
                <w:color w:val="434343"/>
                <w:sz w:val="24"/>
                <w:szCs w:val="24"/>
                <w:lang w:val="en-GB"/>
              </w:rPr>
              <w:t>și</w:t>
            </w:r>
            <w:proofErr w:type="spellEnd"/>
            <w:r w:rsidRPr="365DB982">
              <w:rPr>
                <w:rFonts w:ascii="Montserrat" w:eastAsia="Montserrat" w:hAnsi="Montserrat" w:cs="Montserrat"/>
                <w:b/>
                <w:bCs/>
                <w:color w:val="434343"/>
                <w:sz w:val="24"/>
                <w:szCs w:val="24"/>
                <w:lang w:val="en-GB"/>
              </w:rPr>
              <w:t xml:space="preserve"> </w:t>
            </w:r>
            <w:proofErr w:type="spellStart"/>
            <w:r w:rsidRPr="365DB982">
              <w:rPr>
                <w:rFonts w:ascii="Montserrat" w:eastAsia="Montserrat" w:hAnsi="Montserrat" w:cs="Montserrat"/>
                <w:b/>
                <w:bCs/>
                <w:color w:val="434343"/>
                <w:sz w:val="24"/>
                <w:szCs w:val="24"/>
                <w:lang w:val="en-GB"/>
              </w:rPr>
              <w:t>zonelor</w:t>
            </w:r>
            <w:proofErr w:type="spellEnd"/>
            <w:r w:rsidRPr="365DB982">
              <w:rPr>
                <w:rFonts w:ascii="Montserrat" w:eastAsia="Montserrat" w:hAnsi="Montserrat" w:cs="Montserrat"/>
                <w:b/>
                <w:bCs/>
                <w:color w:val="434343"/>
                <w:sz w:val="24"/>
                <w:szCs w:val="24"/>
                <w:lang w:val="en-GB"/>
              </w:rPr>
              <w:t xml:space="preserve"> </w:t>
            </w:r>
            <w:proofErr w:type="spellStart"/>
            <w:r w:rsidRPr="365DB982">
              <w:rPr>
                <w:rFonts w:ascii="Montserrat" w:eastAsia="Montserrat" w:hAnsi="Montserrat" w:cs="Montserrat"/>
                <w:b/>
                <w:bCs/>
                <w:color w:val="434343"/>
                <w:sz w:val="24"/>
                <w:szCs w:val="24"/>
                <w:lang w:val="en-GB"/>
              </w:rPr>
              <w:t>rezidențiale</w:t>
            </w:r>
            <w:proofErr w:type="spellEnd"/>
            <w:r w:rsidRPr="365DB982">
              <w:rPr>
                <w:rFonts w:ascii="Montserrat" w:eastAsia="Montserrat" w:hAnsi="Montserrat" w:cs="Montserrat"/>
                <w:b/>
                <w:bCs/>
                <w:color w:val="434343"/>
                <w:sz w:val="24"/>
                <w:szCs w:val="24"/>
                <w:lang w:val="en-GB"/>
              </w:rPr>
              <w:t>.</w:t>
            </w:r>
          </w:p>
          <w:p w14:paraId="105EDB5D" w14:textId="77777777" w:rsidR="00C72196" w:rsidRDefault="00C72196" w:rsidP="00385EE6">
            <w:pPr>
              <w:widowControl w:val="0"/>
              <w:spacing w:line="240" w:lineRule="auto"/>
              <w:ind w:left="720" w:hanging="360"/>
              <w:rPr>
                <w:rFonts w:ascii="Montserrat" w:eastAsia="Montserrat" w:hAnsi="Montserrat" w:cs="Montserrat"/>
                <w:b/>
                <w:bCs/>
                <w:color w:val="434343"/>
                <w:sz w:val="24"/>
                <w:szCs w:val="24"/>
                <w:lang w:val="es-ES"/>
              </w:rPr>
            </w:pPr>
          </w:p>
          <w:p w14:paraId="2212387B" w14:textId="77777777" w:rsidR="00C72196" w:rsidRDefault="00C72196" w:rsidP="00385EE6">
            <w:pPr>
              <w:widowControl w:val="0"/>
              <w:spacing w:line="240" w:lineRule="auto"/>
              <w:rPr>
                <w:rFonts w:ascii="Montserrat" w:eastAsia="Montserrat" w:hAnsi="Montserrat" w:cs="Montserrat"/>
                <w:color w:val="434343"/>
                <w:sz w:val="24"/>
                <w:szCs w:val="24"/>
              </w:rPr>
            </w:pPr>
          </w:p>
          <w:p w14:paraId="300D9B47" w14:textId="77777777" w:rsidR="00C72196" w:rsidRPr="00C72196" w:rsidRDefault="00C72196" w:rsidP="00385EE6">
            <w:pPr>
              <w:widowControl w:val="0"/>
              <w:spacing w:line="240" w:lineRule="auto"/>
              <w:rPr>
                <w:rFonts w:ascii="Montserrat" w:eastAsia="Montserrat" w:hAnsi="Montserrat" w:cs="Montserrat"/>
                <w:color w:val="434343"/>
                <w:sz w:val="24"/>
                <w:szCs w:val="24"/>
                <w:u w:val="single"/>
                <w:lang w:val="fr-FR"/>
              </w:rPr>
            </w:pPr>
            <w:proofErr w:type="spellStart"/>
            <w:r w:rsidRPr="365DB982">
              <w:rPr>
                <w:rFonts w:ascii="Montserrat" w:eastAsia="Montserrat" w:hAnsi="Montserrat" w:cs="Montserrat"/>
                <w:color w:val="434343"/>
                <w:sz w:val="24"/>
                <w:szCs w:val="24"/>
                <w:lang w:val="es-ES"/>
              </w:rPr>
              <w:t>Puteți</w:t>
            </w:r>
            <w:proofErr w:type="spellEnd"/>
            <w:r w:rsidRPr="365DB982">
              <w:rPr>
                <w:rFonts w:ascii="Montserrat" w:eastAsia="Montserrat" w:hAnsi="Montserrat" w:cs="Montserrat"/>
                <w:color w:val="434343"/>
                <w:sz w:val="24"/>
                <w:szCs w:val="24"/>
                <w:lang w:val="es-ES"/>
              </w:rPr>
              <w:t xml:space="preserve"> </w:t>
            </w:r>
            <w:proofErr w:type="spellStart"/>
            <w:r w:rsidRPr="365DB982">
              <w:rPr>
                <w:rFonts w:ascii="Montserrat" w:eastAsia="Montserrat" w:hAnsi="Montserrat" w:cs="Montserrat"/>
                <w:color w:val="434343"/>
                <w:sz w:val="24"/>
                <w:szCs w:val="24"/>
                <w:lang w:val="es-ES"/>
              </w:rPr>
              <w:t>citi</w:t>
            </w:r>
            <w:proofErr w:type="spellEnd"/>
            <w:r w:rsidRPr="365DB982">
              <w:rPr>
                <w:rFonts w:ascii="Montserrat" w:eastAsia="Montserrat" w:hAnsi="Montserrat" w:cs="Montserrat"/>
                <w:color w:val="434343"/>
                <w:sz w:val="24"/>
                <w:szCs w:val="24"/>
                <w:lang w:val="es-ES"/>
              </w:rPr>
              <w:t xml:space="preserve"> </w:t>
            </w:r>
            <w:proofErr w:type="spellStart"/>
            <w:r w:rsidRPr="365DB982">
              <w:rPr>
                <w:rFonts w:ascii="Montserrat" w:eastAsia="Montserrat" w:hAnsi="Montserrat" w:cs="Montserrat"/>
                <w:color w:val="434343"/>
                <w:sz w:val="24"/>
                <w:szCs w:val="24"/>
                <w:lang w:val="es-ES"/>
              </w:rPr>
              <w:t>documentațiile</w:t>
            </w:r>
            <w:proofErr w:type="spellEnd"/>
            <w:r w:rsidRPr="365DB982">
              <w:rPr>
                <w:rFonts w:ascii="Montserrat" w:eastAsia="Montserrat" w:hAnsi="Montserrat" w:cs="Montserrat"/>
                <w:color w:val="434343"/>
                <w:sz w:val="24"/>
                <w:szCs w:val="24"/>
                <w:lang w:val="es-ES"/>
              </w:rPr>
              <w:t xml:space="preserve"> de </w:t>
            </w:r>
            <w:proofErr w:type="spellStart"/>
            <w:r w:rsidRPr="365DB982">
              <w:rPr>
                <w:rFonts w:ascii="Montserrat" w:eastAsia="Montserrat" w:hAnsi="Montserrat" w:cs="Montserrat"/>
                <w:color w:val="434343"/>
                <w:sz w:val="24"/>
                <w:szCs w:val="24"/>
                <w:lang w:val="es-ES"/>
              </w:rPr>
              <w:t>mediu</w:t>
            </w:r>
            <w:proofErr w:type="spellEnd"/>
            <w:r w:rsidRPr="365DB982">
              <w:rPr>
                <w:rFonts w:ascii="Montserrat" w:eastAsia="Montserrat" w:hAnsi="Montserrat" w:cs="Montserrat"/>
                <w:color w:val="434343"/>
                <w:sz w:val="24"/>
                <w:szCs w:val="24"/>
                <w:lang w:val="es-ES"/>
              </w:rPr>
              <w:t xml:space="preserve"> ale </w:t>
            </w:r>
            <w:proofErr w:type="spellStart"/>
            <w:r w:rsidRPr="365DB982">
              <w:rPr>
                <w:rFonts w:ascii="Montserrat" w:eastAsia="Montserrat" w:hAnsi="Montserrat" w:cs="Montserrat"/>
                <w:color w:val="434343"/>
                <w:sz w:val="24"/>
                <w:szCs w:val="24"/>
                <w:lang w:val="es-ES"/>
              </w:rPr>
              <w:t>orașului</w:t>
            </w:r>
            <w:proofErr w:type="spellEnd"/>
            <w:r w:rsidRPr="365DB982">
              <w:rPr>
                <w:rFonts w:ascii="Montserrat" w:eastAsia="Montserrat" w:hAnsi="Montserrat" w:cs="Montserrat"/>
                <w:color w:val="434343"/>
                <w:sz w:val="24"/>
                <w:szCs w:val="24"/>
                <w:lang w:val="es-ES"/>
              </w:rPr>
              <w:t xml:space="preserve"> </w:t>
            </w:r>
            <w:proofErr w:type="spellStart"/>
            <w:r w:rsidRPr="365DB982">
              <w:rPr>
                <w:rFonts w:ascii="Montserrat" w:eastAsia="Montserrat" w:hAnsi="Montserrat" w:cs="Montserrat"/>
                <w:color w:val="434343"/>
                <w:sz w:val="24"/>
                <w:szCs w:val="24"/>
                <w:lang w:val="es-ES"/>
              </w:rPr>
              <w:t>aici</w:t>
            </w:r>
            <w:proofErr w:type="spellEnd"/>
            <w:r w:rsidRPr="365DB982">
              <w:rPr>
                <w:rFonts w:ascii="Montserrat" w:eastAsia="Montserrat" w:hAnsi="Montserrat" w:cs="Montserrat"/>
                <w:color w:val="434343"/>
                <w:sz w:val="24"/>
                <w:szCs w:val="24"/>
                <w:lang w:val="es-ES"/>
              </w:rPr>
              <w:t xml:space="preserve">: </w:t>
            </w:r>
            <w:hyperlink r:id="rId11">
              <w:r w:rsidRPr="365DB982">
                <w:rPr>
                  <w:rFonts w:ascii="Montserrat" w:eastAsia="Montserrat" w:hAnsi="Montserrat" w:cs="Montserrat"/>
                  <w:color w:val="434343"/>
                  <w:sz w:val="24"/>
                  <w:szCs w:val="24"/>
                  <w:u w:val="single"/>
                  <w:lang w:val="es-ES"/>
                </w:rPr>
                <w:t>https://www.primariatm.ro/transparenta/proiecte/SIDU</w:t>
              </w:r>
            </w:hyperlink>
          </w:p>
          <w:p w14:paraId="150ACF68" w14:textId="77777777" w:rsidR="00C72196" w:rsidRDefault="00C72196" w:rsidP="00385EE6">
            <w:pPr>
              <w:widowControl w:val="0"/>
              <w:spacing w:line="240" w:lineRule="auto"/>
              <w:rPr>
                <w:rFonts w:ascii="Montserrat" w:eastAsia="Montserrat" w:hAnsi="Montserrat" w:cs="Montserrat"/>
                <w:color w:val="434343"/>
                <w:sz w:val="24"/>
                <w:szCs w:val="24"/>
                <w:lang w:val="es-ES"/>
              </w:rPr>
            </w:pPr>
            <w:hyperlink r:id="rId12">
              <w:r w:rsidRPr="365DB982">
                <w:rPr>
                  <w:rFonts w:ascii="Montserrat" w:eastAsia="Montserrat" w:hAnsi="Montserrat" w:cs="Montserrat"/>
                  <w:color w:val="434343"/>
                  <w:sz w:val="24"/>
                  <w:szCs w:val="24"/>
                  <w:u w:val="single"/>
                  <w:lang w:val="es-ES"/>
                </w:rPr>
                <w:t>https://www.primariatm.ro/hcl/2024/236</w:t>
              </w:r>
            </w:hyperlink>
            <w:r w:rsidRPr="365DB982">
              <w:rPr>
                <w:rFonts w:ascii="Montserrat" w:eastAsia="Montserrat" w:hAnsi="Montserrat" w:cs="Montserrat"/>
                <w:color w:val="434343"/>
                <w:sz w:val="24"/>
                <w:szCs w:val="24"/>
                <w:u w:val="single"/>
                <w:lang w:val="es-ES"/>
              </w:rPr>
              <w:t xml:space="preserve"> </w:t>
            </w:r>
            <w:r w:rsidRPr="365DB982">
              <w:rPr>
                <w:rFonts w:ascii="Montserrat" w:eastAsia="Montserrat" w:hAnsi="Montserrat" w:cs="Montserrat"/>
                <w:color w:val="434343"/>
                <w:sz w:val="24"/>
                <w:szCs w:val="24"/>
                <w:lang w:val="es-ES"/>
              </w:rPr>
              <w:t xml:space="preserve">(Plan </w:t>
            </w:r>
            <w:proofErr w:type="spellStart"/>
            <w:r w:rsidRPr="365DB982">
              <w:rPr>
                <w:rFonts w:ascii="Montserrat" w:eastAsia="Montserrat" w:hAnsi="Montserrat" w:cs="Montserrat"/>
                <w:color w:val="434343"/>
                <w:sz w:val="24"/>
                <w:szCs w:val="24"/>
                <w:lang w:val="es-ES"/>
              </w:rPr>
              <w:t>Oraș</w:t>
            </w:r>
            <w:proofErr w:type="spellEnd"/>
            <w:r w:rsidRPr="365DB982">
              <w:rPr>
                <w:rFonts w:ascii="Montserrat" w:eastAsia="Montserrat" w:hAnsi="Montserrat" w:cs="Montserrat"/>
                <w:color w:val="434343"/>
                <w:sz w:val="24"/>
                <w:szCs w:val="24"/>
                <w:lang w:val="es-ES"/>
              </w:rPr>
              <w:t xml:space="preserve"> Verde)</w:t>
            </w:r>
          </w:p>
          <w:p w14:paraId="5AC38FBD" w14:textId="77777777" w:rsidR="00C72196" w:rsidRDefault="00C72196" w:rsidP="00385EE6">
            <w:pPr>
              <w:widowControl w:val="0"/>
              <w:spacing w:line="240" w:lineRule="auto"/>
              <w:rPr>
                <w:rFonts w:ascii="Montserrat" w:eastAsia="Montserrat" w:hAnsi="Montserrat" w:cs="Montserrat"/>
                <w:color w:val="434343"/>
                <w:sz w:val="24"/>
                <w:szCs w:val="24"/>
                <w:u w:val="single"/>
                <w:lang w:val="es-ES"/>
              </w:rPr>
            </w:pPr>
            <w:hyperlink r:id="rId13">
              <w:r w:rsidRPr="365DB982">
                <w:rPr>
                  <w:rFonts w:ascii="Montserrat" w:eastAsia="Montserrat" w:hAnsi="Montserrat" w:cs="Montserrat"/>
                  <w:color w:val="434343"/>
                  <w:sz w:val="24"/>
                  <w:szCs w:val="24"/>
                  <w:u w:val="single"/>
                  <w:lang w:val="es-ES"/>
                </w:rPr>
                <w:t>https://m100.ro/timisoara</w:t>
              </w:r>
            </w:hyperlink>
            <w:r w:rsidRPr="365DB982">
              <w:rPr>
                <w:rFonts w:ascii="Montserrat" w:eastAsia="Montserrat" w:hAnsi="Montserrat" w:cs="Montserrat"/>
                <w:color w:val="434343"/>
                <w:sz w:val="24"/>
                <w:szCs w:val="24"/>
                <w:u w:val="single"/>
                <w:lang w:val="es-ES"/>
              </w:rPr>
              <w:t xml:space="preserve"> </w:t>
            </w:r>
            <w:r w:rsidRPr="365DB982">
              <w:rPr>
                <w:rFonts w:ascii="Montserrat" w:eastAsia="Montserrat" w:hAnsi="Montserrat" w:cs="Montserrat"/>
                <w:color w:val="434343"/>
                <w:sz w:val="24"/>
                <w:szCs w:val="24"/>
                <w:lang w:val="es-ES"/>
              </w:rPr>
              <w:t>(</w:t>
            </w:r>
            <w:proofErr w:type="spellStart"/>
            <w:r w:rsidRPr="365DB982">
              <w:rPr>
                <w:rFonts w:ascii="Montserrat" w:eastAsia="Montserrat" w:hAnsi="Montserrat" w:cs="Montserrat"/>
                <w:color w:val="434343"/>
                <w:sz w:val="24"/>
                <w:szCs w:val="24"/>
                <w:lang w:val="es-ES"/>
              </w:rPr>
              <w:t>Climate</w:t>
            </w:r>
            <w:proofErr w:type="spellEnd"/>
            <w:r w:rsidRPr="365DB982">
              <w:rPr>
                <w:rFonts w:ascii="Montserrat" w:eastAsia="Montserrat" w:hAnsi="Montserrat" w:cs="Montserrat"/>
                <w:color w:val="434343"/>
                <w:sz w:val="24"/>
                <w:szCs w:val="24"/>
                <w:lang w:val="es-ES"/>
              </w:rPr>
              <w:t xml:space="preserve"> City </w:t>
            </w:r>
            <w:proofErr w:type="spellStart"/>
            <w:r w:rsidRPr="365DB982">
              <w:rPr>
                <w:rFonts w:ascii="Montserrat" w:eastAsia="Montserrat" w:hAnsi="Montserrat" w:cs="Montserrat"/>
                <w:color w:val="434343"/>
                <w:sz w:val="24"/>
                <w:szCs w:val="24"/>
                <w:lang w:val="es-ES"/>
              </w:rPr>
              <w:t>Contract</w:t>
            </w:r>
            <w:proofErr w:type="spellEnd"/>
            <w:r w:rsidRPr="365DB982">
              <w:rPr>
                <w:rFonts w:ascii="Montserrat" w:eastAsia="Montserrat" w:hAnsi="Montserrat" w:cs="Montserrat"/>
                <w:color w:val="434343"/>
                <w:sz w:val="24"/>
                <w:szCs w:val="24"/>
                <w:lang w:val="es-ES"/>
              </w:rPr>
              <w:t>)</w:t>
            </w:r>
          </w:p>
          <w:p w14:paraId="1B6E2007" w14:textId="77777777" w:rsidR="00C72196" w:rsidRDefault="00C72196" w:rsidP="00385EE6">
            <w:pPr>
              <w:widowControl w:val="0"/>
              <w:spacing w:line="240" w:lineRule="auto"/>
              <w:rPr>
                <w:rFonts w:ascii="Montserrat" w:eastAsia="Montserrat" w:hAnsi="Montserrat" w:cs="Montserrat"/>
                <w:color w:val="434343"/>
                <w:sz w:val="24"/>
                <w:szCs w:val="24"/>
                <w:lang w:val="es-ES"/>
              </w:rPr>
            </w:pPr>
            <w:hyperlink r:id="rId14">
              <w:r w:rsidRPr="365DB982">
                <w:rPr>
                  <w:rFonts w:ascii="Montserrat" w:eastAsia="Montserrat" w:hAnsi="Montserrat" w:cs="Montserrat"/>
                  <w:color w:val="434343"/>
                  <w:sz w:val="24"/>
                  <w:szCs w:val="24"/>
                  <w:u w:val="single"/>
                  <w:lang w:val="es-ES"/>
                </w:rPr>
                <w:t>https://www.primariatm.ro/hcl/2022/586</w:t>
              </w:r>
            </w:hyperlink>
            <w:r w:rsidRPr="365DB982">
              <w:rPr>
                <w:rFonts w:ascii="Montserrat" w:eastAsia="Montserrat" w:hAnsi="Montserrat" w:cs="Montserrat"/>
                <w:color w:val="434343"/>
                <w:sz w:val="24"/>
                <w:szCs w:val="24"/>
                <w:u w:val="single"/>
                <w:lang w:val="es-ES"/>
              </w:rPr>
              <w:t xml:space="preserve"> </w:t>
            </w:r>
            <w:r w:rsidRPr="365DB982">
              <w:rPr>
                <w:rFonts w:ascii="Montserrat" w:eastAsia="Montserrat" w:hAnsi="Montserrat" w:cs="Montserrat"/>
                <w:color w:val="434343"/>
                <w:sz w:val="24"/>
                <w:szCs w:val="24"/>
                <w:lang w:val="es-ES"/>
              </w:rPr>
              <w:t>(</w:t>
            </w:r>
            <w:proofErr w:type="spellStart"/>
            <w:r w:rsidRPr="365DB982">
              <w:rPr>
                <w:rFonts w:ascii="Montserrat" w:eastAsia="Montserrat" w:hAnsi="Montserrat" w:cs="Montserrat"/>
                <w:color w:val="434343"/>
                <w:sz w:val="24"/>
                <w:szCs w:val="24"/>
                <w:lang w:val="es-ES"/>
              </w:rPr>
              <w:t>Planul</w:t>
            </w:r>
            <w:proofErr w:type="spellEnd"/>
            <w:r w:rsidRPr="365DB982">
              <w:rPr>
                <w:rFonts w:ascii="Montserrat" w:eastAsia="Montserrat" w:hAnsi="Montserrat" w:cs="Montserrat"/>
                <w:color w:val="434343"/>
                <w:sz w:val="24"/>
                <w:szCs w:val="24"/>
                <w:lang w:val="es-ES"/>
              </w:rPr>
              <w:t xml:space="preserve"> de </w:t>
            </w:r>
            <w:proofErr w:type="spellStart"/>
            <w:r w:rsidRPr="365DB982">
              <w:rPr>
                <w:rFonts w:ascii="Montserrat" w:eastAsia="Montserrat" w:hAnsi="Montserrat" w:cs="Montserrat"/>
                <w:color w:val="434343"/>
                <w:sz w:val="24"/>
                <w:szCs w:val="24"/>
                <w:lang w:val="es-ES"/>
              </w:rPr>
              <w:t>calitate</w:t>
            </w:r>
            <w:proofErr w:type="spellEnd"/>
            <w:r w:rsidRPr="365DB982">
              <w:rPr>
                <w:rFonts w:ascii="Montserrat" w:eastAsia="Montserrat" w:hAnsi="Montserrat" w:cs="Montserrat"/>
                <w:color w:val="434343"/>
                <w:sz w:val="24"/>
                <w:szCs w:val="24"/>
                <w:lang w:val="es-ES"/>
              </w:rPr>
              <w:t xml:space="preserve"> a </w:t>
            </w:r>
            <w:proofErr w:type="spellStart"/>
            <w:r w:rsidRPr="365DB982">
              <w:rPr>
                <w:rFonts w:ascii="Montserrat" w:eastAsia="Montserrat" w:hAnsi="Montserrat" w:cs="Montserrat"/>
                <w:color w:val="434343"/>
                <w:sz w:val="24"/>
                <w:szCs w:val="24"/>
                <w:lang w:val="es-ES"/>
              </w:rPr>
              <w:t>aerului</w:t>
            </w:r>
            <w:proofErr w:type="spellEnd"/>
            <w:r w:rsidRPr="365DB982">
              <w:rPr>
                <w:rFonts w:ascii="Montserrat" w:eastAsia="Montserrat" w:hAnsi="Montserrat" w:cs="Montserrat"/>
                <w:color w:val="434343"/>
                <w:sz w:val="24"/>
                <w:szCs w:val="24"/>
                <w:lang w:val="es-ES"/>
              </w:rPr>
              <w:t>)</w:t>
            </w:r>
          </w:p>
          <w:p w14:paraId="6ACF6244" w14:textId="77777777" w:rsidR="00C72196" w:rsidRDefault="00C72196" w:rsidP="00385EE6">
            <w:pPr>
              <w:widowControl w:val="0"/>
              <w:spacing w:line="240" w:lineRule="auto"/>
              <w:rPr>
                <w:rFonts w:ascii="Montserrat" w:eastAsia="Montserrat" w:hAnsi="Montserrat" w:cs="Montserrat"/>
                <w:color w:val="434343"/>
                <w:sz w:val="24"/>
                <w:szCs w:val="24"/>
                <w:u w:val="single"/>
                <w:lang w:val="es-ES"/>
              </w:rPr>
            </w:pPr>
            <w:hyperlink r:id="rId15">
              <w:r w:rsidRPr="365DB982">
                <w:rPr>
                  <w:rFonts w:ascii="Montserrat" w:eastAsia="Montserrat" w:hAnsi="Montserrat" w:cs="Montserrat"/>
                  <w:color w:val="434343"/>
                  <w:sz w:val="24"/>
                  <w:szCs w:val="24"/>
                  <w:u w:val="single"/>
                  <w:lang w:val="es-ES"/>
                </w:rPr>
                <w:t>https://www.primariatm.ro/hcl/2025/80</w:t>
              </w:r>
            </w:hyperlink>
            <w:r w:rsidRPr="365DB982">
              <w:rPr>
                <w:rFonts w:ascii="Montserrat" w:eastAsia="Montserrat" w:hAnsi="Montserrat" w:cs="Montserrat"/>
                <w:color w:val="434343"/>
                <w:sz w:val="24"/>
                <w:szCs w:val="24"/>
                <w:u w:val="single"/>
                <w:lang w:val="es-ES"/>
              </w:rPr>
              <w:t xml:space="preserve"> </w:t>
            </w:r>
            <w:r w:rsidRPr="365DB982">
              <w:rPr>
                <w:rFonts w:ascii="Montserrat" w:eastAsia="Montserrat" w:hAnsi="Montserrat" w:cs="Montserrat"/>
                <w:color w:val="434343"/>
                <w:sz w:val="24"/>
                <w:szCs w:val="24"/>
                <w:lang w:val="es-ES"/>
              </w:rPr>
              <w:t xml:space="preserve">(Plan de </w:t>
            </w:r>
            <w:proofErr w:type="spellStart"/>
            <w:r w:rsidRPr="365DB982">
              <w:rPr>
                <w:rFonts w:ascii="Montserrat" w:eastAsia="Montserrat" w:hAnsi="Montserrat" w:cs="Montserrat"/>
                <w:color w:val="434343"/>
                <w:sz w:val="24"/>
                <w:szCs w:val="24"/>
                <w:lang w:val="es-ES"/>
              </w:rPr>
              <w:t>Mobilitate</w:t>
            </w:r>
            <w:proofErr w:type="spellEnd"/>
            <w:r w:rsidRPr="365DB982">
              <w:rPr>
                <w:rFonts w:ascii="Montserrat" w:eastAsia="Montserrat" w:hAnsi="Montserrat" w:cs="Montserrat"/>
                <w:color w:val="434343"/>
                <w:sz w:val="24"/>
                <w:szCs w:val="24"/>
                <w:lang w:val="es-ES"/>
              </w:rPr>
              <w:t xml:space="preserve"> Urbana </w:t>
            </w:r>
            <w:proofErr w:type="spellStart"/>
            <w:r w:rsidRPr="365DB982">
              <w:rPr>
                <w:rFonts w:ascii="Montserrat" w:eastAsia="Montserrat" w:hAnsi="Montserrat" w:cs="Montserrat"/>
                <w:color w:val="434343"/>
                <w:sz w:val="24"/>
                <w:szCs w:val="24"/>
                <w:lang w:val="es-ES"/>
              </w:rPr>
              <w:t>Durabila</w:t>
            </w:r>
            <w:proofErr w:type="spellEnd"/>
            <w:r w:rsidRPr="365DB982">
              <w:rPr>
                <w:rFonts w:ascii="Montserrat" w:eastAsia="Montserrat" w:hAnsi="Montserrat" w:cs="Montserrat"/>
                <w:color w:val="434343"/>
                <w:sz w:val="24"/>
                <w:szCs w:val="24"/>
                <w:lang w:val="es-ES"/>
              </w:rPr>
              <w:t xml:space="preserve"> – in </w:t>
            </w:r>
            <w:proofErr w:type="spellStart"/>
            <w:r w:rsidRPr="365DB982">
              <w:rPr>
                <w:rFonts w:ascii="Montserrat" w:eastAsia="Montserrat" w:hAnsi="Montserrat" w:cs="Montserrat"/>
                <w:color w:val="434343"/>
                <w:sz w:val="24"/>
                <w:szCs w:val="24"/>
                <w:lang w:val="es-ES"/>
              </w:rPr>
              <w:t>curs</w:t>
            </w:r>
            <w:proofErr w:type="spellEnd"/>
            <w:r w:rsidRPr="365DB982">
              <w:rPr>
                <w:rFonts w:ascii="Montserrat" w:eastAsia="Montserrat" w:hAnsi="Montserrat" w:cs="Montserrat"/>
                <w:color w:val="434343"/>
                <w:sz w:val="24"/>
                <w:szCs w:val="24"/>
                <w:lang w:val="es-ES"/>
              </w:rPr>
              <w:t xml:space="preserve"> de actualizare)</w:t>
            </w:r>
          </w:p>
          <w:p w14:paraId="30F9AD9C" w14:textId="77777777" w:rsidR="00C72196" w:rsidRDefault="00C72196" w:rsidP="00385EE6">
            <w:pPr>
              <w:widowControl w:val="0"/>
              <w:spacing w:line="240" w:lineRule="auto"/>
              <w:rPr>
                <w:rFonts w:ascii="Montserrat" w:eastAsia="Montserrat" w:hAnsi="Montserrat" w:cs="Montserrat"/>
                <w:color w:val="434343"/>
                <w:sz w:val="24"/>
                <w:szCs w:val="24"/>
                <w:u w:val="single"/>
                <w:lang w:val="es-ES"/>
              </w:rPr>
            </w:pPr>
            <w:hyperlink r:id="rId16">
              <w:r w:rsidRPr="365DB982">
                <w:rPr>
                  <w:rFonts w:ascii="Montserrat" w:eastAsia="Montserrat" w:hAnsi="Montserrat" w:cs="Montserrat"/>
                  <w:color w:val="434343"/>
                  <w:sz w:val="24"/>
                  <w:szCs w:val="24"/>
                  <w:u w:val="single"/>
                  <w:lang w:val="es-ES"/>
                </w:rPr>
                <w:t>https://www.primariatm.ro/managementul-deseurilor-salubrizare/calitatea-aerului</w:t>
              </w:r>
            </w:hyperlink>
            <w:r w:rsidRPr="365DB982">
              <w:rPr>
                <w:rFonts w:ascii="Montserrat" w:eastAsia="Montserrat" w:hAnsi="Montserrat" w:cs="Montserrat"/>
                <w:color w:val="434343"/>
                <w:sz w:val="24"/>
                <w:szCs w:val="24"/>
                <w:u w:val="single"/>
                <w:lang w:val="es-ES"/>
              </w:rPr>
              <w:t xml:space="preserve"> </w:t>
            </w:r>
          </w:p>
          <w:p w14:paraId="75860A84" w14:textId="77777777" w:rsidR="00C72196" w:rsidRDefault="00C72196" w:rsidP="00385EE6">
            <w:pPr>
              <w:widowControl w:val="0"/>
              <w:spacing w:line="240" w:lineRule="auto"/>
              <w:rPr>
                <w:rFonts w:ascii="Montserrat" w:eastAsia="Montserrat" w:hAnsi="Montserrat" w:cs="Montserrat"/>
                <w:color w:val="434343"/>
                <w:sz w:val="24"/>
                <w:szCs w:val="24"/>
                <w:u w:val="single"/>
                <w:lang w:val="es-ES"/>
              </w:rPr>
            </w:pPr>
            <w:hyperlink r:id="rId17">
              <w:r w:rsidRPr="365DB982">
                <w:rPr>
                  <w:rFonts w:ascii="Montserrat" w:eastAsia="Montserrat" w:hAnsi="Montserrat" w:cs="Montserrat"/>
                  <w:color w:val="434343"/>
                  <w:sz w:val="24"/>
                  <w:szCs w:val="24"/>
                  <w:u w:val="single"/>
                  <w:lang w:val="es-ES"/>
                </w:rPr>
                <w:t>https://www.primariatm.ro/managementul-deseurilor-salubrizare/harta-zgomot</w:t>
              </w:r>
            </w:hyperlink>
            <w:r w:rsidRPr="365DB982">
              <w:rPr>
                <w:rFonts w:ascii="Montserrat" w:eastAsia="Montserrat" w:hAnsi="Montserrat" w:cs="Montserrat"/>
                <w:color w:val="434343"/>
                <w:sz w:val="24"/>
                <w:szCs w:val="24"/>
                <w:u w:val="single"/>
                <w:lang w:val="es-ES"/>
              </w:rPr>
              <w:t xml:space="preserve"> </w:t>
            </w:r>
          </w:p>
          <w:p w14:paraId="324E69C8" w14:textId="77777777" w:rsidR="00C72196" w:rsidRDefault="00C72196" w:rsidP="00385EE6">
            <w:pPr>
              <w:widowControl w:val="0"/>
              <w:spacing w:line="240" w:lineRule="auto"/>
              <w:rPr>
                <w:u w:val="single"/>
                <w:lang w:val="es-ES"/>
              </w:rPr>
            </w:pPr>
            <w:hyperlink r:id="rId18">
              <w:r w:rsidRPr="365DB982">
                <w:rPr>
                  <w:rFonts w:ascii="Montserrat" w:eastAsia="Montserrat" w:hAnsi="Montserrat" w:cs="Montserrat"/>
                  <w:color w:val="434343"/>
                  <w:sz w:val="24"/>
                  <w:szCs w:val="24"/>
                  <w:u w:val="single"/>
                  <w:lang w:val="es-ES"/>
                </w:rPr>
                <w:t>https://servicii.primariatm.ro/categorii/curatenie</w:t>
              </w:r>
            </w:hyperlink>
            <w:r w:rsidRPr="365DB982">
              <w:rPr>
                <w:u w:val="single"/>
                <w:lang w:val="es-ES"/>
              </w:rPr>
              <w:t xml:space="preserve"> </w:t>
            </w:r>
          </w:p>
        </w:tc>
      </w:tr>
      <w:tr w:rsidR="00C72196" w14:paraId="3D837CEA" w14:textId="77777777" w:rsidTr="00385EE6">
        <w:tc>
          <w:tcPr>
            <w:tcW w:w="2775" w:type="dxa"/>
            <w:tcMar>
              <w:top w:w="243" w:type="dxa"/>
              <w:left w:w="243" w:type="dxa"/>
              <w:bottom w:w="243" w:type="dxa"/>
              <w:right w:w="243" w:type="dxa"/>
            </w:tcMar>
          </w:tcPr>
          <w:p w14:paraId="0E431C92" w14:textId="77777777" w:rsidR="00C72196" w:rsidRDefault="00C72196" w:rsidP="00385EE6">
            <w:pPr>
              <w:widowControl w:val="0"/>
              <w:spacing w:line="240" w:lineRule="auto"/>
              <w:rPr>
                <w:rFonts w:ascii="Montserrat" w:eastAsia="Montserrat" w:hAnsi="Montserrat" w:cs="Montserrat"/>
                <w:b/>
                <w:bCs/>
                <w:color w:val="1B877F"/>
                <w:sz w:val="24"/>
                <w:szCs w:val="24"/>
                <w:lang w:val="es-ES"/>
              </w:rPr>
            </w:pPr>
            <w:r w:rsidRPr="3A11E403">
              <w:rPr>
                <w:rFonts w:ascii="Montserrat" w:eastAsia="Montserrat" w:hAnsi="Montserrat" w:cs="Montserrat"/>
                <w:b/>
                <w:bCs/>
                <w:color w:val="FF0000"/>
                <w:sz w:val="24"/>
                <w:szCs w:val="24"/>
                <w:lang w:val="es-ES"/>
              </w:rPr>
              <w:lastRenderedPageBreak/>
              <w:t>*</w:t>
            </w:r>
            <w:proofErr w:type="spellStart"/>
            <w:r w:rsidRPr="3A11E403">
              <w:rPr>
                <w:rFonts w:ascii="Montserrat" w:eastAsia="Montserrat" w:hAnsi="Montserrat" w:cs="Montserrat"/>
                <w:b/>
                <w:bCs/>
                <w:color w:val="1B877F"/>
                <w:sz w:val="24"/>
                <w:szCs w:val="24"/>
                <w:lang w:val="es-ES"/>
              </w:rPr>
              <w:t>Descrierea</w:t>
            </w:r>
            <w:proofErr w:type="spellEnd"/>
            <w:r w:rsidRPr="3A11E403">
              <w:rPr>
                <w:rFonts w:ascii="Montserrat" w:eastAsia="Montserrat" w:hAnsi="Montserrat" w:cs="Montserrat"/>
                <w:b/>
                <w:bCs/>
                <w:color w:val="1B877F"/>
                <w:sz w:val="24"/>
                <w:szCs w:val="24"/>
                <w:lang w:val="es-ES"/>
              </w:rPr>
              <w:t xml:space="preserve"> </w:t>
            </w:r>
            <w:proofErr w:type="spellStart"/>
            <w:r w:rsidRPr="3A11E403">
              <w:rPr>
                <w:rFonts w:ascii="Montserrat" w:eastAsia="Montserrat" w:hAnsi="Montserrat" w:cs="Montserrat"/>
                <w:b/>
                <w:bCs/>
                <w:color w:val="1B877F"/>
                <w:sz w:val="24"/>
                <w:szCs w:val="24"/>
                <w:lang w:val="es-ES"/>
              </w:rPr>
              <w:t>proiectului</w:t>
            </w:r>
            <w:proofErr w:type="spellEnd"/>
            <w:r w:rsidRPr="3A11E403">
              <w:rPr>
                <w:rFonts w:ascii="Montserrat" w:eastAsia="Montserrat" w:hAnsi="Montserrat" w:cs="Montserrat"/>
                <w:b/>
                <w:bCs/>
                <w:color w:val="1B877F"/>
                <w:sz w:val="24"/>
                <w:szCs w:val="24"/>
                <w:lang w:val="es-ES"/>
              </w:rPr>
              <w:t>:</w:t>
            </w:r>
          </w:p>
        </w:tc>
        <w:tc>
          <w:tcPr>
            <w:tcW w:w="6585" w:type="dxa"/>
            <w:tcMar>
              <w:top w:w="243" w:type="dxa"/>
              <w:left w:w="243" w:type="dxa"/>
              <w:bottom w:w="243" w:type="dxa"/>
              <w:right w:w="243" w:type="dxa"/>
            </w:tcMar>
          </w:tcPr>
          <w:p w14:paraId="3FABD126" w14:textId="77777777" w:rsidR="00C72196" w:rsidRDefault="00C72196" w:rsidP="00385EE6">
            <w:pPr>
              <w:widowControl w:val="0"/>
              <w:spacing w:line="240" w:lineRule="auto"/>
              <w:rPr>
                <w:rFonts w:ascii="Montserrat" w:eastAsia="Montserrat" w:hAnsi="Montserrat" w:cs="Montserrat"/>
                <w:color w:val="434343"/>
                <w:sz w:val="24"/>
                <w:szCs w:val="24"/>
                <w:lang w:val="es-ES"/>
              </w:rPr>
            </w:pPr>
            <w:r w:rsidRPr="6FEDD72B">
              <w:rPr>
                <w:rFonts w:ascii="Montserrat" w:eastAsia="Montserrat" w:hAnsi="Montserrat" w:cs="Montserrat"/>
                <w:color w:val="434343"/>
                <w:sz w:val="24"/>
                <w:szCs w:val="24"/>
                <w:lang w:val="es-ES"/>
              </w:rPr>
              <w:t>[</w:t>
            </w:r>
            <w:proofErr w:type="spellStart"/>
            <w:r w:rsidRPr="6FEDD72B">
              <w:rPr>
                <w:rFonts w:ascii="Montserrat" w:eastAsia="Montserrat" w:hAnsi="Montserrat" w:cs="Montserrat"/>
                <w:color w:val="434343"/>
                <w:sz w:val="24"/>
                <w:szCs w:val="24"/>
                <w:lang w:val="es-ES"/>
              </w:rPr>
              <w:t>Oferiți</w:t>
            </w:r>
            <w:proofErr w:type="spellEnd"/>
            <w:r w:rsidRPr="6FEDD72B">
              <w:rPr>
                <w:rFonts w:ascii="Montserrat" w:eastAsia="Montserrat" w:hAnsi="Montserrat" w:cs="Montserrat"/>
                <w:color w:val="434343"/>
                <w:sz w:val="24"/>
                <w:szCs w:val="24"/>
                <w:lang w:val="es-ES"/>
              </w:rPr>
              <w:t xml:space="preserve"> o </w:t>
            </w:r>
            <w:proofErr w:type="spellStart"/>
            <w:r w:rsidRPr="6FEDD72B">
              <w:rPr>
                <w:rFonts w:ascii="Montserrat" w:eastAsia="Montserrat" w:hAnsi="Montserrat" w:cs="Montserrat"/>
                <w:color w:val="434343"/>
                <w:sz w:val="24"/>
                <w:szCs w:val="24"/>
                <w:lang w:val="es-ES"/>
              </w:rPr>
              <w:t>prezentare</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generală</w:t>
            </w:r>
            <w:proofErr w:type="spellEnd"/>
            <w:r w:rsidRPr="6FEDD72B">
              <w:rPr>
                <w:rFonts w:ascii="Montserrat" w:eastAsia="Montserrat" w:hAnsi="Montserrat" w:cs="Montserrat"/>
                <w:color w:val="434343"/>
                <w:sz w:val="24"/>
                <w:szCs w:val="24"/>
                <w:lang w:val="es-ES"/>
              </w:rPr>
              <w:t xml:space="preserve"> a </w:t>
            </w:r>
            <w:proofErr w:type="spellStart"/>
            <w:r w:rsidRPr="6FEDD72B">
              <w:rPr>
                <w:rFonts w:ascii="Montserrat" w:eastAsia="Montserrat" w:hAnsi="Montserrat" w:cs="Montserrat"/>
                <w:color w:val="434343"/>
                <w:sz w:val="24"/>
                <w:szCs w:val="24"/>
                <w:lang w:val="es-ES"/>
              </w:rPr>
              <w:t>proiectului</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inclusiv</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scop</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și</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obiective</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precum</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și</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efectul</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preconizat</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asupra</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comunității</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și</w:t>
            </w:r>
            <w:proofErr w:type="spellEnd"/>
            <w:r w:rsidRPr="6FEDD72B">
              <w:rPr>
                <w:rFonts w:ascii="Montserrat" w:eastAsia="Montserrat" w:hAnsi="Montserrat" w:cs="Montserrat"/>
                <w:color w:val="434343"/>
                <w:sz w:val="24"/>
                <w:szCs w:val="24"/>
                <w:lang w:val="es-ES"/>
              </w:rPr>
              <w:t xml:space="preserve"> a </w:t>
            </w:r>
            <w:proofErr w:type="spellStart"/>
            <w:r w:rsidRPr="6FEDD72B">
              <w:rPr>
                <w:rFonts w:ascii="Montserrat" w:eastAsia="Montserrat" w:hAnsi="Montserrat" w:cs="Montserrat"/>
                <w:color w:val="434343"/>
                <w:sz w:val="24"/>
                <w:szCs w:val="24"/>
                <w:lang w:val="es-ES"/>
              </w:rPr>
              <w:t>mediului</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Descrieți</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problemele</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sau</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provocările</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actuale</w:t>
            </w:r>
            <w:proofErr w:type="spellEnd"/>
            <w:r w:rsidRPr="6FEDD72B">
              <w:rPr>
                <w:rFonts w:ascii="Montserrat" w:eastAsia="Montserrat" w:hAnsi="Montserrat" w:cs="Montserrat"/>
                <w:color w:val="434343"/>
                <w:sz w:val="24"/>
                <w:szCs w:val="24"/>
                <w:lang w:val="es-ES"/>
              </w:rPr>
              <w:t xml:space="preserve"> pe care </w:t>
            </w:r>
            <w:proofErr w:type="spellStart"/>
            <w:r w:rsidRPr="6FEDD72B">
              <w:rPr>
                <w:rFonts w:ascii="Montserrat" w:eastAsia="Montserrat" w:hAnsi="Montserrat" w:cs="Montserrat"/>
                <w:color w:val="434343"/>
                <w:sz w:val="24"/>
                <w:szCs w:val="24"/>
                <w:lang w:val="es-ES"/>
              </w:rPr>
              <w:t>proiectul</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dumneavoastră</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își</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propune</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să</w:t>
            </w:r>
            <w:proofErr w:type="spellEnd"/>
            <w:r w:rsidRPr="6FEDD72B">
              <w:rPr>
                <w:rFonts w:ascii="Montserrat" w:eastAsia="Montserrat" w:hAnsi="Montserrat" w:cs="Montserrat"/>
                <w:color w:val="434343"/>
                <w:sz w:val="24"/>
                <w:szCs w:val="24"/>
                <w:lang w:val="es-ES"/>
              </w:rPr>
              <w:t xml:space="preserve"> le </w:t>
            </w:r>
            <w:proofErr w:type="spellStart"/>
            <w:r w:rsidRPr="6FEDD72B">
              <w:rPr>
                <w:rFonts w:ascii="Montserrat" w:eastAsia="Montserrat" w:hAnsi="Montserrat" w:cs="Montserrat"/>
                <w:color w:val="434343"/>
                <w:sz w:val="24"/>
                <w:szCs w:val="24"/>
                <w:lang w:val="es-ES"/>
              </w:rPr>
              <w:t>abordeze</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și</w:t>
            </w:r>
            <w:proofErr w:type="spellEnd"/>
            <w:r w:rsidRPr="6FEDD72B">
              <w:rPr>
                <w:rFonts w:ascii="Montserrat" w:eastAsia="Montserrat" w:hAnsi="Montserrat" w:cs="Montserrat"/>
                <w:color w:val="434343"/>
                <w:sz w:val="24"/>
                <w:szCs w:val="24"/>
                <w:lang w:val="es-ES"/>
              </w:rPr>
              <w:t xml:space="preserve"> de ce </w:t>
            </w:r>
            <w:proofErr w:type="spellStart"/>
            <w:r w:rsidRPr="6FEDD72B">
              <w:rPr>
                <w:rFonts w:ascii="Montserrat" w:eastAsia="Montserrat" w:hAnsi="Montserrat" w:cs="Montserrat"/>
                <w:color w:val="434343"/>
                <w:sz w:val="24"/>
                <w:szCs w:val="24"/>
                <w:lang w:val="es-ES"/>
              </w:rPr>
              <w:t>această</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intervenție</w:t>
            </w:r>
            <w:proofErr w:type="spellEnd"/>
            <w:r w:rsidRPr="6FEDD72B">
              <w:rPr>
                <w:rFonts w:ascii="Montserrat" w:eastAsia="Montserrat" w:hAnsi="Montserrat" w:cs="Montserrat"/>
                <w:color w:val="434343"/>
                <w:sz w:val="24"/>
                <w:szCs w:val="24"/>
                <w:lang w:val="es-ES"/>
              </w:rPr>
              <w:t xml:space="preserve"> este </w:t>
            </w:r>
            <w:proofErr w:type="spellStart"/>
            <w:r w:rsidRPr="6FEDD72B">
              <w:rPr>
                <w:rFonts w:ascii="Montserrat" w:eastAsia="Montserrat" w:hAnsi="Montserrat" w:cs="Montserrat"/>
                <w:color w:val="434343"/>
                <w:sz w:val="24"/>
                <w:szCs w:val="24"/>
                <w:lang w:val="es-ES"/>
              </w:rPr>
              <w:t>esențială</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acum</w:t>
            </w:r>
            <w:proofErr w:type="spellEnd"/>
            <w:r w:rsidRPr="6FEDD72B">
              <w:rPr>
                <w:rFonts w:ascii="Montserrat" w:eastAsia="Montserrat" w:hAnsi="Montserrat" w:cs="Montserrat"/>
                <w:color w:val="434343"/>
                <w:sz w:val="24"/>
                <w:szCs w:val="24"/>
                <w:lang w:val="es-ES"/>
              </w:rPr>
              <w:t xml:space="preserve">. (Maxim 300 de </w:t>
            </w:r>
            <w:proofErr w:type="spellStart"/>
            <w:r w:rsidRPr="6FEDD72B">
              <w:rPr>
                <w:rFonts w:ascii="Montserrat" w:eastAsia="Montserrat" w:hAnsi="Montserrat" w:cs="Montserrat"/>
                <w:color w:val="434343"/>
                <w:sz w:val="24"/>
                <w:szCs w:val="24"/>
                <w:lang w:val="es-ES"/>
              </w:rPr>
              <w:t>cuvinte</w:t>
            </w:r>
            <w:proofErr w:type="spellEnd"/>
            <w:r w:rsidRPr="6FEDD72B">
              <w:rPr>
                <w:rFonts w:ascii="Montserrat" w:eastAsia="Montserrat" w:hAnsi="Montserrat" w:cs="Montserrat"/>
                <w:color w:val="434343"/>
                <w:sz w:val="24"/>
                <w:szCs w:val="24"/>
                <w:lang w:val="es-ES"/>
              </w:rPr>
              <w:t>)]</w:t>
            </w:r>
          </w:p>
        </w:tc>
      </w:tr>
      <w:tr w:rsidR="00C72196" w:rsidRPr="003A46A5" w14:paraId="27FC5A88" w14:textId="77777777" w:rsidTr="00385EE6">
        <w:tc>
          <w:tcPr>
            <w:tcW w:w="2775" w:type="dxa"/>
            <w:tcMar>
              <w:top w:w="243" w:type="dxa"/>
              <w:left w:w="243" w:type="dxa"/>
              <w:bottom w:w="243" w:type="dxa"/>
              <w:right w:w="243" w:type="dxa"/>
            </w:tcMar>
          </w:tcPr>
          <w:p w14:paraId="785BFC3D" w14:textId="77777777" w:rsidR="00C72196" w:rsidRDefault="00C72196" w:rsidP="00385EE6">
            <w:pPr>
              <w:widowControl w:val="0"/>
              <w:spacing w:line="240" w:lineRule="auto"/>
              <w:rPr>
                <w:rFonts w:ascii="Montserrat" w:eastAsia="Montserrat" w:hAnsi="Montserrat" w:cs="Montserrat"/>
                <w:b/>
                <w:bCs/>
                <w:color w:val="1B877F"/>
                <w:sz w:val="24"/>
                <w:szCs w:val="24"/>
                <w:lang w:val="es-ES"/>
              </w:rPr>
            </w:pPr>
            <w:r w:rsidRPr="365DB982">
              <w:rPr>
                <w:rFonts w:ascii="Montserrat" w:eastAsia="Montserrat" w:hAnsi="Montserrat" w:cs="Montserrat"/>
                <w:b/>
                <w:bCs/>
                <w:color w:val="FF0000"/>
                <w:sz w:val="24"/>
                <w:szCs w:val="24"/>
                <w:lang w:val="es-ES"/>
              </w:rPr>
              <w:t>*</w:t>
            </w:r>
            <w:proofErr w:type="spellStart"/>
            <w:r w:rsidRPr="365DB982">
              <w:rPr>
                <w:rFonts w:ascii="Montserrat" w:eastAsia="Montserrat" w:hAnsi="Montserrat" w:cs="Montserrat"/>
                <w:b/>
                <w:bCs/>
                <w:color w:val="1B877F"/>
                <w:sz w:val="24"/>
                <w:szCs w:val="24"/>
                <w:lang w:val="es-ES"/>
              </w:rPr>
              <w:t>Activități</w:t>
            </w:r>
            <w:proofErr w:type="spellEnd"/>
            <w:r w:rsidRPr="365DB982">
              <w:rPr>
                <w:rFonts w:ascii="Montserrat" w:eastAsia="Montserrat" w:hAnsi="Montserrat" w:cs="Montserrat"/>
                <w:b/>
                <w:bCs/>
                <w:color w:val="1B877F"/>
                <w:sz w:val="24"/>
                <w:szCs w:val="24"/>
                <w:lang w:val="es-ES"/>
              </w:rPr>
              <w:t xml:space="preserve"> propuse </w:t>
            </w:r>
            <w:proofErr w:type="spellStart"/>
            <w:r w:rsidRPr="365DB982">
              <w:rPr>
                <w:rFonts w:ascii="Montserrat" w:eastAsia="Montserrat" w:hAnsi="Montserrat" w:cs="Montserrat"/>
                <w:b/>
                <w:bCs/>
                <w:color w:val="1B877F"/>
                <w:sz w:val="24"/>
                <w:szCs w:val="24"/>
                <w:lang w:val="es-ES"/>
              </w:rPr>
              <w:t>și</w:t>
            </w:r>
            <w:proofErr w:type="spellEnd"/>
            <w:r w:rsidRPr="365DB982">
              <w:rPr>
                <w:rFonts w:ascii="Montserrat" w:eastAsia="Montserrat" w:hAnsi="Montserrat" w:cs="Montserrat"/>
                <w:b/>
                <w:bCs/>
                <w:color w:val="1B877F"/>
                <w:sz w:val="24"/>
                <w:szCs w:val="24"/>
                <w:lang w:val="es-ES"/>
              </w:rPr>
              <w:t xml:space="preserve"> </w:t>
            </w:r>
            <w:proofErr w:type="spellStart"/>
            <w:r w:rsidRPr="365DB982">
              <w:rPr>
                <w:rFonts w:ascii="Montserrat" w:eastAsia="Montserrat" w:hAnsi="Montserrat" w:cs="Montserrat"/>
                <w:b/>
                <w:bCs/>
                <w:color w:val="1B877F"/>
                <w:sz w:val="24"/>
                <w:szCs w:val="24"/>
                <w:lang w:val="es-ES"/>
              </w:rPr>
              <w:t>calendarul</w:t>
            </w:r>
            <w:proofErr w:type="spellEnd"/>
            <w:r w:rsidRPr="365DB982">
              <w:rPr>
                <w:rFonts w:ascii="Montserrat" w:eastAsia="Montserrat" w:hAnsi="Montserrat" w:cs="Montserrat"/>
                <w:b/>
                <w:bCs/>
                <w:color w:val="1B877F"/>
                <w:sz w:val="24"/>
                <w:szCs w:val="24"/>
                <w:lang w:val="es-ES"/>
              </w:rPr>
              <w:t xml:space="preserve"> de implementare a </w:t>
            </w:r>
            <w:proofErr w:type="spellStart"/>
            <w:r w:rsidRPr="365DB982">
              <w:rPr>
                <w:rFonts w:ascii="Montserrat" w:eastAsia="Montserrat" w:hAnsi="Montserrat" w:cs="Montserrat"/>
                <w:b/>
                <w:bCs/>
                <w:color w:val="1B877F"/>
                <w:sz w:val="24"/>
                <w:szCs w:val="24"/>
                <w:lang w:val="es-ES"/>
              </w:rPr>
              <w:t>proiectului</w:t>
            </w:r>
            <w:proofErr w:type="spellEnd"/>
            <w:r w:rsidRPr="365DB982">
              <w:rPr>
                <w:rFonts w:ascii="Montserrat" w:eastAsia="Montserrat" w:hAnsi="Montserrat" w:cs="Montserrat"/>
                <w:b/>
                <w:bCs/>
                <w:color w:val="1B877F"/>
                <w:sz w:val="24"/>
                <w:szCs w:val="24"/>
                <w:lang w:val="es-ES"/>
              </w:rPr>
              <w:t>:</w:t>
            </w:r>
          </w:p>
        </w:tc>
        <w:tc>
          <w:tcPr>
            <w:tcW w:w="6585" w:type="dxa"/>
            <w:tcMar>
              <w:top w:w="243" w:type="dxa"/>
              <w:left w:w="243" w:type="dxa"/>
              <w:bottom w:w="243" w:type="dxa"/>
              <w:right w:w="243" w:type="dxa"/>
            </w:tcMar>
          </w:tcPr>
          <w:p w14:paraId="7BE8AB30" w14:textId="77777777" w:rsidR="00C72196" w:rsidRDefault="00C72196" w:rsidP="00385EE6">
            <w:pPr>
              <w:widowControl w:val="0"/>
              <w:spacing w:line="240" w:lineRule="auto"/>
              <w:rPr>
                <w:rFonts w:ascii="Montserrat" w:eastAsia="Montserrat" w:hAnsi="Montserrat" w:cs="Montserrat"/>
                <w:color w:val="434343"/>
                <w:sz w:val="24"/>
                <w:szCs w:val="24"/>
                <w:lang w:val="es-ES"/>
              </w:rPr>
            </w:pPr>
            <w:r w:rsidRPr="6FEDD72B">
              <w:rPr>
                <w:rFonts w:ascii="Montserrat" w:eastAsia="Montserrat" w:hAnsi="Montserrat" w:cs="Montserrat"/>
                <w:color w:val="434343"/>
                <w:sz w:val="24"/>
                <w:szCs w:val="24"/>
                <w:lang w:val="es-ES"/>
              </w:rPr>
              <w:t>[</w:t>
            </w:r>
            <w:proofErr w:type="spellStart"/>
            <w:r w:rsidRPr="6FEDD72B">
              <w:rPr>
                <w:rFonts w:ascii="Montserrat" w:eastAsia="Montserrat" w:hAnsi="Montserrat" w:cs="Montserrat"/>
                <w:color w:val="434343"/>
                <w:sz w:val="24"/>
                <w:szCs w:val="24"/>
                <w:lang w:val="es-ES"/>
              </w:rPr>
              <w:t>Descrieți</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activitățile</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și</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pașii</w:t>
            </w:r>
            <w:proofErr w:type="spellEnd"/>
            <w:r w:rsidRPr="6FEDD72B">
              <w:rPr>
                <w:rFonts w:ascii="Montserrat" w:eastAsia="Montserrat" w:hAnsi="Montserrat" w:cs="Montserrat"/>
                <w:color w:val="434343"/>
                <w:sz w:val="24"/>
                <w:szCs w:val="24"/>
                <w:lang w:val="es-ES"/>
              </w:rPr>
              <w:t xml:space="preserve"> pe care </w:t>
            </w:r>
            <w:proofErr w:type="spellStart"/>
            <w:r w:rsidRPr="6FEDD72B">
              <w:rPr>
                <w:rFonts w:ascii="Montserrat" w:eastAsia="Montserrat" w:hAnsi="Montserrat" w:cs="Montserrat"/>
                <w:color w:val="434343"/>
                <w:sz w:val="24"/>
                <w:szCs w:val="24"/>
                <w:lang w:val="es-ES"/>
              </w:rPr>
              <w:t>îi</w:t>
            </w:r>
            <w:proofErr w:type="spellEnd"/>
            <w:r w:rsidRPr="6FEDD72B">
              <w:rPr>
                <w:rFonts w:ascii="Montserrat" w:eastAsia="Montserrat" w:hAnsi="Montserrat" w:cs="Montserrat"/>
                <w:color w:val="434343"/>
                <w:sz w:val="24"/>
                <w:szCs w:val="24"/>
                <w:lang w:val="es-ES"/>
              </w:rPr>
              <w:t xml:space="preserve"> va </w:t>
            </w:r>
            <w:proofErr w:type="spellStart"/>
            <w:r w:rsidRPr="6FEDD72B">
              <w:rPr>
                <w:rFonts w:ascii="Montserrat" w:eastAsia="Montserrat" w:hAnsi="Montserrat" w:cs="Montserrat"/>
                <w:color w:val="434343"/>
                <w:sz w:val="24"/>
                <w:szCs w:val="24"/>
                <w:lang w:val="es-ES"/>
              </w:rPr>
              <w:t>parcurge</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proiectul</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Includeți</w:t>
            </w:r>
            <w:proofErr w:type="spellEnd"/>
            <w:r w:rsidRPr="6FEDD72B">
              <w:rPr>
                <w:rFonts w:ascii="Montserrat" w:eastAsia="Montserrat" w:hAnsi="Montserrat" w:cs="Montserrat"/>
                <w:color w:val="434343"/>
                <w:sz w:val="24"/>
                <w:szCs w:val="24"/>
                <w:lang w:val="es-ES"/>
              </w:rPr>
              <w:t xml:space="preserve"> un calendar </w:t>
            </w:r>
            <w:proofErr w:type="spellStart"/>
            <w:r w:rsidRPr="6FEDD72B">
              <w:rPr>
                <w:rFonts w:ascii="Montserrat" w:eastAsia="Montserrat" w:hAnsi="Montserrat" w:cs="Montserrat"/>
                <w:color w:val="434343"/>
                <w:sz w:val="24"/>
                <w:szCs w:val="24"/>
                <w:lang w:val="es-ES"/>
              </w:rPr>
              <w:t>clar</w:t>
            </w:r>
            <w:proofErr w:type="spellEnd"/>
            <w:r w:rsidRPr="6FEDD72B">
              <w:rPr>
                <w:rFonts w:ascii="Montserrat" w:eastAsia="Montserrat" w:hAnsi="Montserrat" w:cs="Montserrat"/>
                <w:color w:val="434343"/>
                <w:sz w:val="24"/>
                <w:szCs w:val="24"/>
                <w:lang w:val="es-ES"/>
              </w:rPr>
              <w:t xml:space="preserve"> care </w:t>
            </w:r>
            <w:proofErr w:type="spellStart"/>
            <w:r w:rsidRPr="6FEDD72B">
              <w:rPr>
                <w:rFonts w:ascii="Montserrat" w:eastAsia="Montserrat" w:hAnsi="Montserrat" w:cs="Montserrat"/>
                <w:color w:val="434343"/>
                <w:sz w:val="24"/>
                <w:szCs w:val="24"/>
                <w:lang w:val="es-ES"/>
              </w:rPr>
              <w:t>să</w:t>
            </w:r>
            <w:proofErr w:type="spellEnd"/>
            <w:r w:rsidRPr="6FEDD72B">
              <w:rPr>
                <w:rFonts w:ascii="Montserrat" w:eastAsia="Montserrat" w:hAnsi="Montserrat" w:cs="Montserrat"/>
                <w:color w:val="434343"/>
                <w:sz w:val="24"/>
                <w:szCs w:val="24"/>
                <w:lang w:val="es-ES"/>
              </w:rPr>
              <w:t xml:space="preserve"> arate </w:t>
            </w:r>
            <w:proofErr w:type="spellStart"/>
            <w:r w:rsidRPr="6FEDD72B">
              <w:rPr>
                <w:rFonts w:ascii="Montserrat" w:eastAsia="Montserrat" w:hAnsi="Montserrat" w:cs="Montserrat"/>
                <w:color w:val="434343"/>
                <w:sz w:val="24"/>
                <w:szCs w:val="24"/>
                <w:lang w:val="es-ES"/>
              </w:rPr>
              <w:t>că</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activitățile</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și</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implementarea</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proiectului</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vor</w:t>
            </w:r>
            <w:proofErr w:type="spellEnd"/>
            <w:r w:rsidRPr="6FEDD72B">
              <w:rPr>
                <w:rFonts w:ascii="Montserrat" w:eastAsia="Montserrat" w:hAnsi="Montserrat" w:cs="Montserrat"/>
                <w:color w:val="434343"/>
                <w:sz w:val="24"/>
                <w:szCs w:val="24"/>
                <w:lang w:val="es-ES"/>
              </w:rPr>
              <w:t xml:space="preserve"> fi </w:t>
            </w:r>
            <w:proofErr w:type="spellStart"/>
            <w:r w:rsidRPr="6FEDD72B">
              <w:rPr>
                <w:rFonts w:ascii="Montserrat" w:eastAsia="Montserrat" w:hAnsi="Montserrat" w:cs="Montserrat"/>
                <w:color w:val="434343"/>
                <w:sz w:val="24"/>
                <w:szCs w:val="24"/>
                <w:lang w:val="es-ES"/>
              </w:rPr>
              <w:t>finalizate</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până</w:t>
            </w:r>
            <w:proofErr w:type="spellEnd"/>
            <w:r w:rsidRPr="6FEDD72B">
              <w:rPr>
                <w:rFonts w:ascii="Montserrat" w:eastAsia="Montserrat" w:hAnsi="Montserrat" w:cs="Montserrat"/>
                <w:color w:val="434343"/>
                <w:sz w:val="24"/>
                <w:szCs w:val="24"/>
                <w:lang w:val="es-ES"/>
              </w:rPr>
              <w:t xml:space="preserve"> la 15 </w:t>
            </w:r>
            <w:proofErr w:type="spellStart"/>
            <w:r w:rsidRPr="6FEDD72B">
              <w:rPr>
                <w:rFonts w:ascii="Montserrat" w:eastAsia="Montserrat" w:hAnsi="Montserrat" w:cs="Montserrat"/>
                <w:color w:val="434343"/>
                <w:sz w:val="24"/>
                <w:szCs w:val="24"/>
                <w:lang w:val="es-ES"/>
              </w:rPr>
              <w:t>aprilie</w:t>
            </w:r>
            <w:proofErr w:type="spellEnd"/>
            <w:r w:rsidRPr="6FEDD72B">
              <w:rPr>
                <w:rFonts w:ascii="Montserrat" w:eastAsia="Montserrat" w:hAnsi="Montserrat" w:cs="Montserrat"/>
                <w:color w:val="434343"/>
                <w:sz w:val="24"/>
                <w:szCs w:val="24"/>
                <w:lang w:val="es-ES"/>
              </w:rPr>
              <w:t xml:space="preserve"> 2027. (Maxim 300 de </w:t>
            </w:r>
            <w:proofErr w:type="spellStart"/>
            <w:r w:rsidRPr="6FEDD72B">
              <w:rPr>
                <w:rFonts w:ascii="Montserrat" w:eastAsia="Montserrat" w:hAnsi="Montserrat" w:cs="Montserrat"/>
                <w:color w:val="434343"/>
                <w:sz w:val="24"/>
                <w:szCs w:val="24"/>
                <w:lang w:val="es-ES"/>
              </w:rPr>
              <w:t>cuvinte</w:t>
            </w:r>
            <w:proofErr w:type="spellEnd"/>
            <w:r w:rsidRPr="6FEDD72B">
              <w:rPr>
                <w:rFonts w:ascii="Montserrat" w:eastAsia="Montserrat" w:hAnsi="Montserrat" w:cs="Montserrat"/>
                <w:color w:val="434343"/>
                <w:sz w:val="24"/>
                <w:szCs w:val="24"/>
                <w:lang w:val="es-ES"/>
              </w:rPr>
              <w:t xml:space="preserve">)] </w:t>
            </w:r>
          </w:p>
        </w:tc>
      </w:tr>
      <w:tr w:rsidR="00C72196" w:rsidRPr="003A46A5" w14:paraId="05E6B377" w14:textId="77777777" w:rsidTr="00385EE6">
        <w:tc>
          <w:tcPr>
            <w:tcW w:w="2775" w:type="dxa"/>
            <w:tcMar>
              <w:top w:w="243" w:type="dxa"/>
              <w:left w:w="243" w:type="dxa"/>
              <w:bottom w:w="243" w:type="dxa"/>
              <w:right w:w="243" w:type="dxa"/>
            </w:tcMar>
          </w:tcPr>
          <w:p w14:paraId="1729E442" w14:textId="77777777" w:rsidR="00C72196" w:rsidRDefault="00C72196" w:rsidP="00385EE6">
            <w:pPr>
              <w:widowControl w:val="0"/>
              <w:spacing w:line="240" w:lineRule="auto"/>
              <w:rPr>
                <w:rFonts w:ascii="Montserrat" w:eastAsia="Montserrat" w:hAnsi="Montserrat" w:cs="Montserrat"/>
                <w:b/>
                <w:bCs/>
                <w:color w:val="1B877F"/>
                <w:sz w:val="24"/>
                <w:szCs w:val="24"/>
                <w:lang w:val="es-ES"/>
              </w:rPr>
            </w:pPr>
            <w:r w:rsidRPr="3A11E403">
              <w:rPr>
                <w:rFonts w:ascii="Montserrat" w:eastAsia="Montserrat" w:hAnsi="Montserrat" w:cs="Montserrat"/>
                <w:b/>
                <w:bCs/>
                <w:color w:val="FF0000"/>
                <w:sz w:val="24"/>
                <w:szCs w:val="24"/>
                <w:lang w:val="es-ES"/>
              </w:rPr>
              <w:t>*</w:t>
            </w:r>
            <w:proofErr w:type="spellStart"/>
            <w:r w:rsidRPr="3A11E403">
              <w:rPr>
                <w:rFonts w:ascii="Montserrat" w:eastAsia="Montserrat" w:hAnsi="Montserrat" w:cs="Montserrat"/>
                <w:b/>
                <w:bCs/>
                <w:color w:val="1B877F"/>
                <w:sz w:val="24"/>
                <w:szCs w:val="24"/>
                <w:lang w:val="es-ES"/>
              </w:rPr>
              <w:t>Rolul</w:t>
            </w:r>
            <w:proofErr w:type="spellEnd"/>
            <w:r w:rsidRPr="3A11E403">
              <w:rPr>
                <w:rFonts w:ascii="Montserrat" w:eastAsia="Montserrat" w:hAnsi="Montserrat" w:cs="Montserrat"/>
                <w:b/>
                <w:bCs/>
                <w:color w:val="1B877F"/>
                <w:sz w:val="24"/>
                <w:szCs w:val="24"/>
                <w:lang w:val="es-ES"/>
              </w:rPr>
              <w:t xml:space="preserve"> </w:t>
            </w:r>
            <w:proofErr w:type="spellStart"/>
            <w:r w:rsidRPr="3A11E403">
              <w:rPr>
                <w:rFonts w:ascii="Montserrat" w:eastAsia="Montserrat" w:hAnsi="Montserrat" w:cs="Montserrat"/>
                <w:b/>
                <w:bCs/>
                <w:color w:val="1B877F"/>
                <w:sz w:val="24"/>
                <w:szCs w:val="24"/>
                <w:lang w:val="es-ES"/>
              </w:rPr>
              <w:t>tinerilor</w:t>
            </w:r>
            <w:proofErr w:type="spellEnd"/>
            <w:r w:rsidRPr="3A11E403">
              <w:rPr>
                <w:rFonts w:ascii="Montserrat" w:eastAsia="Montserrat" w:hAnsi="Montserrat" w:cs="Montserrat"/>
                <w:b/>
                <w:bCs/>
                <w:color w:val="1B877F"/>
                <w:sz w:val="24"/>
                <w:szCs w:val="24"/>
                <w:lang w:val="es-ES"/>
              </w:rPr>
              <w:t>:</w:t>
            </w:r>
          </w:p>
        </w:tc>
        <w:tc>
          <w:tcPr>
            <w:tcW w:w="6585" w:type="dxa"/>
            <w:tcMar>
              <w:top w:w="243" w:type="dxa"/>
              <w:left w:w="243" w:type="dxa"/>
              <w:bottom w:w="243" w:type="dxa"/>
              <w:right w:w="243" w:type="dxa"/>
            </w:tcMar>
          </w:tcPr>
          <w:p w14:paraId="3D266B14" w14:textId="77777777" w:rsidR="00C72196" w:rsidRDefault="00C72196" w:rsidP="00385EE6">
            <w:pPr>
              <w:widowControl w:val="0"/>
              <w:spacing w:line="240" w:lineRule="auto"/>
              <w:rPr>
                <w:rFonts w:ascii="Montserrat" w:eastAsia="Montserrat" w:hAnsi="Montserrat" w:cs="Montserrat"/>
                <w:color w:val="434343"/>
                <w:sz w:val="24"/>
                <w:szCs w:val="24"/>
                <w:lang w:val="es-ES"/>
              </w:rPr>
            </w:pPr>
            <w:r w:rsidRPr="6FEDD72B">
              <w:rPr>
                <w:rFonts w:ascii="Montserrat" w:eastAsia="Montserrat" w:hAnsi="Montserrat" w:cs="Montserrat"/>
                <w:color w:val="434343"/>
                <w:sz w:val="24"/>
                <w:szCs w:val="24"/>
                <w:lang w:val="es-ES"/>
              </w:rPr>
              <w:t>[</w:t>
            </w:r>
            <w:proofErr w:type="spellStart"/>
            <w:r w:rsidRPr="6FEDD72B">
              <w:rPr>
                <w:rFonts w:ascii="Montserrat" w:eastAsia="Montserrat" w:hAnsi="Montserrat" w:cs="Montserrat"/>
                <w:color w:val="434343"/>
                <w:sz w:val="24"/>
                <w:szCs w:val="24"/>
                <w:lang w:val="es-ES"/>
              </w:rPr>
              <w:t>Descrieți</w:t>
            </w:r>
            <w:proofErr w:type="spellEnd"/>
            <w:r w:rsidRPr="6FEDD72B">
              <w:rPr>
                <w:rFonts w:ascii="Montserrat" w:eastAsia="Montserrat" w:hAnsi="Montserrat" w:cs="Montserrat"/>
                <w:color w:val="434343"/>
                <w:sz w:val="24"/>
                <w:szCs w:val="24"/>
                <w:lang w:val="es-ES"/>
              </w:rPr>
              <w:t xml:space="preserve"> cum </w:t>
            </w:r>
            <w:proofErr w:type="spellStart"/>
            <w:r w:rsidRPr="6FEDD72B">
              <w:rPr>
                <w:rFonts w:ascii="Montserrat" w:eastAsia="Montserrat" w:hAnsi="Montserrat" w:cs="Montserrat"/>
                <w:color w:val="434343"/>
                <w:sz w:val="24"/>
                <w:szCs w:val="24"/>
                <w:lang w:val="es-ES"/>
              </w:rPr>
              <w:t>vor</w:t>
            </w:r>
            <w:proofErr w:type="spellEnd"/>
            <w:r w:rsidRPr="6FEDD72B">
              <w:rPr>
                <w:rFonts w:ascii="Montserrat" w:eastAsia="Montserrat" w:hAnsi="Montserrat" w:cs="Montserrat"/>
                <w:color w:val="434343"/>
                <w:sz w:val="24"/>
                <w:szCs w:val="24"/>
                <w:lang w:val="es-ES"/>
              </w:rPr>
              <w:t xml:space="preserve"> fi </w:t>
            </w:r>
            <w:proofErr w:type="spellStart"/>
            <w:r w:rsidRPr="6FEDD72B">
              <w:rPr>
                <w:rFonts w:ascii="Montserrat" w:eastAsia="Montserrat" w:hAnsi="Montserrat" w:cs="Montserrat"/>
                <w:color w:val="434343"/>
                <w:sz w:val="24"/>
                <w:szCs w:val="24"/>
                <w:lang w:val="es-ES"/>
              </w:rPr>
              <w:t>implicați</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tinerii</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în</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proiectul</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vostru</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inclusiv</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rolurile</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responsabilitățile</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și</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oportunitățile</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lor</w:t>
            </w:r>
            <w:proofErr w:type="spellEnd"/>
            <w:r w:rsidRPr="6FEDD72B">
              <w:rPr>
                <w:rFonts w:ascii="Montserrat" w:eastAsia="Montserrat" w:hAnsi="Montserrat" w:cs="Montserrat"/>
                <w:color w:val="434343"/>
                <w:sz w:val="24"/>
                <w:szCs w:val="24"/>
                <w:lang w:val="es-ES"/>
              </w:rPr>
              <w:t xml:space="preserve"> de </w:t>
            </w:r>
            <w:proofErr w:type="spellStart"/>
            <w:r w:rsidRPr="6FEDD72B">
              <w:rPr>
                <w:rFonts w:ascii="Montserrat" w:eastAsia="Montserrat" w:hAnsi="Montserrat" w:cs="Montserrat"/>
                <w:color w:val="434343"/>
                <w:sz w:val="24"/>
                <w:szCs w:val="24"/>
                <w:lang w:val="es-ES"/>
              </w:rPr>
              <w:t>leadership</w:t>
            </w:r>
            <w:proofErr w:type="spellEnd"/>
            <w:r w:rsidRPr="6FEDD72B">
              <w:rPr>
                <w:rFonts w:ascii="Montserrat" w:eastAsia="Montserrat" w:hAnsi="Montserrat" w:cs="Montserrat"/>
                <w:color w:val="434343"/>
                <w:sz w:val="24"/>
                <w:szCs w:val="24"/>
                <w:lang w:val="es-ES"/>
              </w:rPr>
              <w:t xml:space="preserve">. (Max 200 de </w:t>
            </w:r>
            <w:proofErr w:type="spellStart"/>
            <w:r w:rsidRPr="6FEDD72B">
              <w:rPr>
                <w:rFonts w:ascii="Montserrat" w:eastAsia="Montserrat" w:hAnsi="Montserrat" w:cs="Montserrat"/>
                <w:color w:val="434343"/>
                <w:sz w:val="24"/>
                <w:szCs w:val="24"/>
                <w:lang w:val="es-ES"/>
              </w:rPr>
              <w:t>cuvinte</w:t>
            </w:r>
            <w:proofErr w:type="spellEnd"/>
            <w:r w:rsidRPr="6FEDD72B">
              <w:rPr>
                <w:rFonts w:ascii="Montserrat" w:eastAsia="Montserrat" w:hAnsi="Montserrat" w:cs="Montserrat"/>
                <w:color w:val="434343"/>
                <w:sz w:val="24"/>
                <w:szCs w:val="24"/>
                <w:lang w:val="es-ES"/>
              </w:rPr>
              <w:t>)]</w:t>
            </w:r>
          </w:p>
        </w:tc>
      </w:tr>
      <w:tr w:rsidR="00C72196" w14:paraId="69497FA1" w14:textId="77777777" w:rsidTr="00385EE6">
        <w:tc>
          <w:tcPr>
            <w:tcW w:w="2775" w:type="dxa"/>
            <w:tcMar>
              <w:top w:w="243" w:type="dxa"/>
              <w:left w:w="243" w:type="dxa"/>
              <w:bottom w:w="243" w:type="dxa"/>
              <w:right w:w="243" w:type="dxa"/>
            </w:tcMar>
          </w:tcPr>
          <w:p w14:paraId="7E7F7D7F" w14:textId="77777777" w:rsidR="00C72196" w:rsidRDefault="00C72196" w:rsidP="00385EE6">
            <w:pPr>
              <w:widowControl w:val="0"/>
              <w:spacing w:line="240" w:lineRule="auto"/>
              <w:rPr>
                <w:rFonts w:ascii="Montserrat" w:eastAsia="Montserrat" w:hAnsi="Montserrat" w:cs="Montserrat"/>
                <w:b/>
                <w:bCs/>
                <w:color w:val="FF0000"/>
                <w:sz w:val="24"/>
                <w:szCs w:val="24"/>
                <w:lang w:val="es-ES"/>
              </w:rPr>
            </w:pPr>
            <w:r w:rsidRPr="3A11E403">
              <w:rPr>
                <w:rFonts w:ascii="Montserrat" w:eastAsia="Montserrat" w:hAnsi="Montserrat" w:cs="Montserrat"/>
                <w:b/>
                <w:bCs/>
                <w:color w:val="FF0000"/>
                <w:sz w:val="24"/>
                <w:szCs w:val="24"/>
                <w:lang w:val="es-ES"/>
              </w:rPr>
              <w:t>*</w:t>
            </w:r>
            <w:proofErr w:type="spellStart"/>
            <w:r w:rsidRPr="3A11E403">
              <w:rPr>
                <w:rFonts w:ascii="Montserrat" w:eastAsia="Montserrat" w:hAnsi="Montserrat" w:cs="Montserrat"/>
                <w:b/>
                <w:bCs/>
                <w:color w:val="1B877F"/>
                <w:sz w:val="24"/>
                <w:szCs w:val="24"/>
                <w:lang w:val="es-ES"/>
              </w:rPr>
              <w:t>Numărul</w:t>
            </w:r>
            <w:proofErr w:type="spellEnd"/>
            <w:r w:rsidRPr="3A11E403">
              <w:rPr>
                <w:rFonts w:ascii="Montserrat" w:eastAsia="Montserrat" w:hAnsi="Montserrat" w:cs="Montserrat"/>
                <w:b/>
                <w:bCs/>
                <w:color w:val="1B877F"/>
                <w:sz w:val="24"/>
                <w:szCs w:val="24"/>
                <w:lang w:val="es-ES"/>
              </w:rPr>
              <w:t xml:space="preserve"> </w:t>
            </w:r>
            <w:proofErr w:type="spellStart"/>
            <w:r w:rsidRPr="3A11E403">
              <w:rPr>
                <w:rFonts w:ascii="Montserrat" w:eastAsia="Montserrat" w:hAnsi="Montserrat" w:cs="Montserrat"/>
                <w:b/>
                <w:bCs/>
                <w:color w:val="1B877F"/>
                <w:sz w:val="24"/>
                <w:szCs w:val="24"/>
                <w:lang w:val="es-ES"/>
              </w:rPr>
              <w:t>tinerilor</w:t>
            </w:r>
            <w:proofErr w:type="spellEnd"/>
            <w:r w:rsidRPr="3A11E403">
              <w:rPr>
                <w:rFonts w:ascii="Montserrat" w:eastAsia="Montserrat" w:hAnsi="Montserrat" w:cs="Montserrat"/>
                <w:b/>
                <w:bCs/>
                <w:color w:val="1B877F"/>
                <w:sz w:val="24"/>
                <w:szCs w:val="24"/>
                <w:lang w:val="es-ES"/>
              </w:rPr>
              <w:t xml:space="preserve"> </w:t>
            </w:r>
            <w:proofErr w:type="spellStart"/>
            <w:r w:rsidRPr="3A11E403">
              <w:rPr>
                <w:rFonts w:ascii="Montserrat" w:eastAsia="Montserrat" w:hAnsi="Montserrat" w:cs="Montserrat"/>
                <w:b/>
                <w:bCs/>
                <w:color w:val="1B877F"/>
                <w:sz w:val="24"/>
                <w:szCs w:val="24"/>
                <w:lang w:val="es-ES"/>
              </w:rPr>
              <w:t>implicați</w:t>
            </w:r>
            <w:proofErr w:type="spellEnd"/>
            <w:r w:rsidRPr="3A11E403">
              <w:rPr>
                <w:rFonts w:ascii="Montserrat" w:eastAsia="Montserrat" w:hAnsi="Montserrat" w:cs="Montserrat"/>
                <w:b/>
                <w:bCs/>
                <w:color w:val="1B877F"/>
                <w:sz w:val="24"/>
                <w:szCs w:val="24"/>
                <w:lang w:val="es-ES"/>
              </w:rPr>
              <w:t xml:space="preserve"> </w:t>
            </w:r>
            <w:proofErr w:type="spellStart"/>
            <w:r w:rsidRPr="3A11E403">
              <w:rPr>
                <w:rFonts w:ascii="Montserrat" w:eastAsia="Montserrat" w:hAnsi="Montserrat" w:cs="Montserrat"/>
                <w:b/>
                <w:bCs/>
                <w:color w:val="1B877F"/>
                <w:sz w:val="24"/>
                <w:szCs w:val="24"/>
                <w:lang w:val="es-ES"/>
              </w:rPr>
              <w:t>în</w:t>
            </w:r>
            <w:proofErr w:type="spellEnd"/>
            <w:r w:rsidRPr="3A11E403">
              <w:rPr>
                <w:rFonts w:ascii="Montserrat" w:eastAsia="Montserrat" w:hAnsi="Montserrat" w:cs="Montserrat"/>
                <w:b/>
                <w:bCs/>
                <w:color w:val="1B877F"/>
                <w:sz w:val="24"/>
                <w:szCs w:val="24"/>
                <w:lang w:val="es-ES"/>
              </w:rPr>
              <w:t xml:space="preserve"> </w:t>
            </w:r>
            <w:proofErr w:type="spellStart"/>
            <w:r w:rsidRPr="3A11E403">
              <w:rPr>
                <w:rFonts w:ascii="Montserrat" w:eastAsia="Montserrat" w:hAnsi="Montserrat" w:cs="Montserrat"/>
                <w:b/>
                <w:bCs/>
                <w:color w:val="1B877F"/>
                <w:sz w:val="24"/>
                <w:szCs w:val="24"/>
                <w:lang w:val="es-ES"/>
              </w:rPr>
              <w:t>proiect</w:t>
            </w:r>
            <w:proofErr w:type="spellEnd"/>
          </w:p>
        </w:tc>
        <w:tc>
          <w:tcPr>
            <w:tcW w:w="6585" w:type="dxa"/>
            <w:tcMar>
              <w:top w:w="243" w:type="dxa"/>
              <w:left w:w="243" w:type="dxa"/>
              <w:bottom w:w="243" w:type="dxa"/>
              <w:right w:w="243" w:type="dxa"/>
            </w:tcMar>
          </w:tcPr>
          <w:p w14:paraId="7BFE63D9" w14:textId="77777777" w:rsidR="00C72196" w:rsidRDefault="00C72196" w:rsidP="00385EE6">
            <w:pPr>
              <w:widowControl w:val="0"/>
              <w:spacing w:line="240" w:lineRule="auto"/>
              <w:rPr>
                <w:rFonts w:ascii="Montserrat" w:eastAsia="Montserrat" w:hAnsi="Montserrat" w:cs="Montserrat"/>
                <w:color w:val="434343"/>
                <w:sz w:val="24"/>
                <w:szCs w:val="24"/>
                <w:lang w:val="es-ES"/>
              </w:rPr>
            </w:pPr>
            <w:r w:rsidRPr="6FEDD72B">
              <w:rPr>
                <w:rFonts w:ascii="Montserrat" w:eastAsia="Montserrat" w:hAnsi="Montserrat" w:cs="Montserrat"/>
                <w:color w:val="434343"/>
                <w:sz w:val="24"/>
                <w:szCs w:val="24"/>
                <w:lang w:val="es-ES"/>
              </w:rPr>
              <w:t>[</w:t>
            </w:r>
            <w:proofErr w:type="spellStart"/>
            <w:r w:rsidRPr="6FEDD72B">
              <w:rPr>
                <w:rFonts w:ascii="Montserrat" w:eastAsia="Montserrat" w:hAnsi="Montserrat" w:cs="Montserrat"/>
                <w:color w:val="434343"/>
                <w:sz w:val="24"/>
                <w:szCs w:val="24"/>
                <w:lang w:val="es-ES"/>
              </w:rPr>
              <w:t>Estimați</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numărul</w:t>
            </w:r>
            <w:proofErr w:type="spellEnd"/>
            <w:r w:rsidRPr="6FEDD72B">
              <w:rPr>
                <w:rFonts w:ascii="Montserrat" w:eastAsia="Montserrat" w:hAnsi="Montserrat" w:cs="Montserrat"/>
                <w:color w:val="434343"/>
                <w:sz w:val="24"/>
                <w:szCs w:val="24"/>
                <w:lang w:val="es-ES"/>
              </w:rPr>
              <w:t xml:space="preserve"> total de </w:t>
            </w:r>
            <w:proofErr w:type="spellStart"/>
            <w:r w:rsidRPr="6FEDD72B">
              <w:rPr>
                <w:rFonts w:ascii="Montserrat" w:eastAsia="Montserrat" w:hAnsi="Montserrat" w:cs="Montserrat"/>
                <w:color w:val="434343"/>
                <w:sz w:val="24"/>
                <w:szCs w:val="24"/>
                <w:lang w:val="es-ES"/>
              </w:rPr>
              <w:t>tineri</w:t>
            </w:r>
            <w:proofErr w:type="spellEnd"/>
            <w:r w:rsidRPr="6FEDD72B">
              <w:rPr>
                <w:rFonts w:ascii="Montserrat" w:eastAsia="Montserrat" w:hAnsi="Montserrat" w:cs="Montserrat"/>
                <w:color w:val="434343"/>
                <w:sz w:val="24"/>
                <w:szCs w:val="24"/>
                <w:lang w:val="es-ES"/>
              </w:rPr>
              <w:t xml:space="preserve"> care </w:t>
            </w:r>
            <w:proofErr w:type="spellStart"/>
            <w:r w:rsidRPr="6FEDD72B">
              <w:rPr>
                <w:rFonts w:ascii="Montserrat" w:eastAsia="Montserrat" w:hAnsi="Montserrat" w:cs="Montserrat"/>
                <w:color w:val="434343"/>
                <w:sz w:val="24"/>
                <w:szCs w:val="24"/>
                <w:lang w:val="es-ES"/>
              </w:rPr>
              <w:t>vor</w:t>
            </w:r>
            <w:proofErr w:type="spellEnd"/>
            <w:r w:rsidRPr="6FEDD72B">
              <w:rPr>
                <w:rFonts w:ascii="Montserrat" w:eastAsia="Montserrat" w:hAnsi="Montserrat" w:cs="Montserrat"/>
                <w:color w:val="434343"/>
                <w:sz w:val="24"/>
                <w:szCs w:val="24"/>
                <w:lang w:val="es-ES"/>
              </w:rPr>
              <w:t xml:space="preserve"> fi </w:t>
            </w:r>
            <w:proofErr w:type="spellStart"/>
            <w:r w:rsidRPr="6FEDD72B">
              <w:rPr>
                <w:rFonts w:ascii="Montserrat" w:eastAsia="Montserrat" w:hAnsi="Montserrat" w:cs="Montserrat"/>
                <w:color w:val="434343"/>
                <w:sz w:val="24"/>
                <w:szCs w:val="24"/>
                <w:lang w:val="es-ES"/>
              </w:rPr>
              <w:t>implicați</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în</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proiect</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inclusiv</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lideri</w:t>
            </w:r>
            <w:proofErr w:type="spellEnd"/>
            <w:r w:rsidRPr="6FEDD72B">
              <w:rPr>
                <w:rFonts w:ascii="Montserrat" w:eastAsia="Montserrat" w:hAnsi="Montserrat" w:cs="Montserrat"/>
                <w:color w:val="434343"/>
                <w:sz w:val="24"/>
                <w:szCs w:val="24"/>
                <w:lang w:val="es-ES"/>
              </w:rPr>
              <w:t xml:space="preserve"> de </w:t>
            </w:r>
            <w:proofErr w:type="spellStart"/>
            <w:r w:rsidRPr="6FEDD72B">
              <w:rPr>
                <w:rFonts w:ascii="Montserrat" w:eastAsia="Montserrat" w:hAnsi="Montserrat" w:cs="Montserrat"/>
                <w:color w:val="434343"/>
                <w:sz w:val="24"/>
                <w:szCs w:val="24"/>
                <w:lang w:val="es-ES"/>
              </w:rPr>
              <w:t>tineret</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voluntari</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și</w:t>
            </w:r>
            <w:proofErr w:type="spellEnd"/>
            <w:r w:rsidRPr="6FEDD72B">
              <w:rPr>
                <w:rFonts w:ascii="Montserrat" w:eastAsia="Montserrat" w:hAnsi="Montserrat" w:cs="Montserrat"/>
                <w:color w:val="434343"/>
                <w:sz w:val="24"/>
                <w:szCs w:val="24"/>
                <w:lang w:val="es-ES"/>
              </w:rPr>
              <w:t xml:space="preserve"> </w:t>
            </w:r>
            <w:proofErr w:type="spellStart"/>
            <w:r w:rsidRPr="6FEDD72B">
              <w:rPr>
                <w:rFonts w:ascii="Montserrat" w:eastAsia="Montserrat" w:hAnsi="Montserrat" w:cs="Montserrat"/>
                <w:color w:val="434343"/>
                <w:sz w:val="24"/>
                <w:szCs w:val="24"/>
                <w:lang w:val="es-ES"/>
              </w:rPr>
              <w:t>participanți</w:t>
            </w:r>
            <w:proofErr w:type="spellEnd"/>
            <w:r w:rsidRPr="6FEDD72B">
              <w:rPr>
                <w:rFonts w:ascii="Montserrat" w:eastAsia="Montserrat" w:hAnsi="Montserrat" w:cs="Montserrat"/>
                <w:color w:val="434343"/>
                <w:sz w:val="24"/>
                <w:szCs w:val="24"/>
                <w:lang w:val="es-ES"/>
              </w:rPr>
              <w:t>]</w:t>
            </w:r>
          </w:p>
        </w:tc>
      </w:tr>
      <w:tr w:rsidR="00C72196" w:rsidRPr="003A46A5" w14:paraId="01842367" w14:textId="77777777" w:rsidTr="00385EE6">
        <w:tc>
          <w:tcPr>
            <w:tcW w:w="2775" w:type="dxa"/>
            <w:tcMar>
              <w:top w:w="243" w:type="dxa"/>
              <w:left w:w="243" w:type="dxa"/>
              <w:bottom w:w="243" w:type="dxa"/>
              <w:right w:w="243" w:type="dxa"/>
            </w:tcMar>
          </w:tcPr>
          <w:p w14:paraId="43B230CF" w14:textId="77777777" w:rsidR="00C72196" w:rsidRDefault="00C72196" w:rsidP="00385EE6">
            <w:pPr>
              <w:widowControl w:val="0"/>
              <w:spacing w:line="240" w:lineRule="auto"/>
              <w:rPr>
                <w:rFonts w:ascii="Montserrat" w:eastAsia="Montserrat" w:hAnsi="Montserrat" w:cs="Montserrat"/>
                <w:b/>
                <w:bCs/>
                <w:color w:val="1B877F"/>
                <w:sz w:val="24"/>
                <w:szCs w:val="24"/>
                <w:lang w:val="es-ES"/>
              </w:rPr>
            </w:pPr>
            <w:r w:rsidRPr="5DFD4E40">
              <w:rPr>
                <w:rFonts w:ascii="Montserrat" w:eastAsia="Montserrat" w:hAnsi="Montserrat" w:cs="Montserrat"/>
                <w:b/>
                <w:bCs/>
                <w:color w:val="FF0000"/>
                <w:sz w:val="24"/>
                <w:szCs w:val="24"/>
                <w:lang w:val="es-ES"/>
              </w:rPr>
              <w:t>*</w:t>
            </w:r>
            <w:proofErr w:type="spellStart"/>
            <w:r w:rsidRPr="5DFD4E40">
              <w:rPr>
                <w:rFonts w:ascii="Montserrat" w:eastAsia="Montserrat" w:hAnsi="Montserrat" w:cs="Montserrat"/>
                <w:b/>
                <w:bCs/>
                <w:color w:val="1B877F"/>
                <w:sz w:val="24"/>
                <w:szCs w:val="24"/>
                <w:lang w:val="es-ES"/>
              </w:rPr>
              <w:t>Rezultat</w:t>
            </w:r>
            <w:proofErr w:type="spellEnd"/>
            <w:r w:rsidRPr="5DFD4E40">
              <w:rPr>
                <w:rFonts w:ascii="Montserrat" w:eastAsia="Montserrat" w:hAnsi="Montserrat" w:cs="Montserrat"/>
                <w:b/>
                <w:bCs/>
                <w:color w:val="1B877F"/>
                <w:sz w:val="24"/>
                <w:szCs w:val="24"/>
                <w:lang w:val="es-ES"/>
              </w:rPr>
              <w:t xml:space="preserve">(e) </w:t>
            </w:r>
            <w:proofErr w:type="spellStart"/>
            <w:r w:rsidRPr="5DFD4E40">
              <w:rPr>
                <w:rFonts w:ascii="Montserrat" w:eastAsia="Montserrat" w:hAnsi="Montserrat" w:cs="Montserrat"/>
                <w:b/>
                <w:bCs/>
                <w:color w:val="1B877F"/>
                <w:sz w:val="24"/>
                <w:szCs w:val="24"/>
                <w:lang w:val="es-ES"/>
              </w:rPr>
              <w:t>direct</w:t>
            </w:r>
            <w:proofErr w:type="spellEnd"/>
            <w:r w:rsidRPr="5DFD4E40">
              <w:rPr>
                <w:rFonts w:ascii="Montserrat" w:eastAsia="Montserrat" w:hAnsi="Montserrat" w:cs="Montserrat"/>
                <w:b/>
                <w:bCs/>
                <w:color w:val="1B877F"/>
                <w:sz w:val="24"/>
                <w:szCs w:val="24"/>
                <w:lang w:val="es-ES"/>
              </w:rPr>
              <w:t xml:space="preserve">(e) ale </w:t>
            </w:r>
            <w:proofErr w:type="spellStart"/>
            <w:r w:rsidRPr="5DFD4E40">
              <w:rPr>
                <w:rFonts w:ascii="Montserrat" w:eastAsia="Montserrat" w:hAnsi="Montserrat" w:cs="Montserrat"/>
                <w:b/>
                <w:bCs/>
                <w:color w:val="1B877F"/>
                <w:sz w:val="24"/>
                <w:szCs w:val="24"/>
                <w:lang w:val="es-ES"/>
              </w:rPr>
              <w:t>proiectului</w:t>
            </w:r>
            <w:proofErr w:type="spellEnd"/>
            <w:r w:rsidRPr="5DFD4E40">
              <w:rPr>
                <w:rFonts w:ascii="Montserrat" w:eastAsia="Montserrat" w:hAnsi="Montserrat" w:cs="Montserrat"/>
                <w:b/>
                <w:bCs/>
                <w:color w:val="1B877F"/>
                <w:sz w:val="24"/>
                <w:szCs w:val="24"/>
                <w:lang w:val="es-ES"/>
              </w:rPr>
              <w:t>:</w:t>
            </w:r>
          </w:p>
        </w:tc>
        <w:tc>
          <w:tcPr>
            <w:tcW w:w="6585" w:type="dxa"/>
            <w:tcMar>
              <w:top w:w="243" w:type="dxa"/>
              <w:left w:w="243" w:type="dxa"/>
              <w:bottom w:w="243" w:type="dxa"/>
              <w:right w:w="243" w:type="dxa"/>
            </w:tcMar>
          </w:tcPr>
          <w:p w14:paraId="26074F91" w14:textId="77777777" w:rsidR="00C72196" w:rsidRDefault="00C72196" w:rsidP="00385EE6">
            <w:pPr>
              <w:widowControl w:val="0"/>
              <w:spacing w:line="240" w:lineRule="auto"/>
              <w:rPr>
                <w:rFonts w:ascii="Montserrat" w:eastAsia="Montserrat" w:hAnsi="Montserrat" w:cs="Montserrat"/>
                <w:color w:val="434343"/>
                <w:sz w:val="24"/>
                <w:szCs w:val="24"/>
                <w:lang w:val="es-ES"/>
              </w:rPr>
            </w:pPr>
            <w:r w:rsidRPr="3A11E403">
              <w:rPr>
                <w:rFonts w:ascii="Montserrat" w:eastAsia="Montserrat" w:hAnsi="Montserrat" w:cs="Montserrat"/>
                <w:color w:val="434343"/>
                <w:sz w:val="24"/>
                <w:szCs w:val="24"/>
                <w:lang w:val="es-ES"/>
              </w:rPr>
              <w:t>[</w:t>
            </w:r>
            <w:proofErr w:type="spellStart"/>
            <w:r w:rsidRPr="3A11E403">
              <w:rPr>
                <w:rFonts w:ascii="Montserrat" w:eastAsia="Montserrat" w:hAnsi="Montserrat" w:cs="Montserrat"/>
                <w:color w:val="434343"/>
                <w:sz w:val="24"/>
                <w:szCs w:val="24"/>
                <w:lang w:val="es-ES"/>
              </w:rPr>
              <w:t>Descrie</w:t>
            </w:r>
            <w:proofErr w:type="spellEnd"/>
            <w:r w:rsidRPr="3A11E403">
              <w:rPr>
                <w:rFonts w:ascii="Montserrat" w:eastAsia="Montserrat" w:hAnsi="Montserrat" w:cs="Montserrat"/>
                <w:color w:val="434343"/>
                <w:sz w:val="24"/>
                <w:szCs w:val="24"/>
                <w:lang w:val="es-ES"/>
              </w:rPr>
              <w:t xml:space="preserve"> </w:t>
            </w:r>
            <w:proofErr w:type="spellStart"/>
            <w:r w:rsidRPr="3A11E403">
              <w:rPr>
                <w:rFonts w:ascii="Montserrat" w:eastAsia="Montserrat" w:hAnsi="Montserrat" w:cs="Montserrat"/>
                <w:color w:val="434343"/>
                <w:sz w:val="24"/>
                <w:szCs w:val="24"/>
                <w:lang w:val="es-ES"/>
              </w:rPr>
              <w:t>cel</w:t>
            </w:r>
            <w:proofErr w:type="spellEnd"/>
            <w:r w:rsidRPr="3A11E403">
              <w:rPr>
                <w:rFonts w:ascii="Montserrat" w:eastAsia="Montserrat" w:hAnsi="Montserrat" w:cs="Montserrat"/>
                <w:color w:val="434343"/>
                <w:sz w:val="24"/>
                <w:szCs w:val="24"/>
                <w:lang w:val="es-ES"/>
              </w:rPr>
              <w:t xml:space="preserve"> </w:t>
            </w:r>
            <w:proofErr w:type="spellStart"/>
            <w:r w:rsidRPr="3A11E403">
              <w:rPr>
                <w:rFonts w:ascii="Montserrat" w:eastAsia="Montserrat" w:hAnsi="Montserrat" w:cs="Montserrat"/>
                <w:color w:val="434343"/>
                <w:sz w:val="24"/>
                <w:szCs w:val="24"/>
                <w:lang w:val="es-ES"/>
              </w:rPr>
              <w:t>puțin</w:t>
            </w:r>
            <w:proofErr w:type="spellEnd"/>
            <w:r w:rsidRPr="3A11E403">
              <w:rPr>
                <w:rFonts w:ascii="Montserrat" w:eastAsia="Montserrat" w:hAnsi="Montserrat" w:cs="Montserrat"/>
                <w:color w:val="434343"/>
                <w:sz w:val="24"/>
                <w:szCs w:val="24"/>
                <w:lang w:val="es-ES"/>
              </w:rPr>
              <w:t xml:space="preserve"> un </w:t>
            </w:r>
            <w:proofErr w:type="spellStart"/>
            <w:r w:rsidRPr="3A11E403">
              <w:rPr>
                <w:rFonts w:ascii="Montserrat" w:eastAsia="Montserrat" w:hAnsi="Montserrat" w:cs="Montserrat"/>
                <w:color w:val="434343"/>
                <w:sz w:val="24"/>
                <w:szCs w:val="24"/>
                <w:lang w:val="es-ES"/>
              </w:rPr>
              <w:t>rezultat</w:t>
            </w:r>
            <w:proofErr w:type="spellEnd"/>
            <w:r w:rsidRPr="3A11E403">
              <w:rPr>
                <w:rFonts w:ascii="Montserrat" w:eastAsia="Montserrat" w:hAnsi="Montserrat" w:cs="Montserrat"/>
                <w:color w:val="434343"/>
                <w:sz w:val="24"/>
                <w:szCs w:val="24"/>
                <w:lang w:val="es-ES"/>
              </w:rPr>
              <w:t xml:space="preserve"> </w:t>
            </w:r>
            <w:proofErr w:type="spellStart"/>
            <w:r w:rsidRPr="3A11E403">
              <w:rPr>
                <w:rFonts w:ascii="Montserrat" w:eastAsia="Montserrat" w:hAnsi="Montserrat" w:cs="Montserrat"/>
                <w:color w:val="434343"/>
                <w:sz w:val="24"/>
                <w:szCs w:val="24"/>
                <w:lang w:val="es-ES"/>
              </w:rPr>
              <w:t>măsurabil</w:t>
            </w:r>
            <w:proofErr w:type="spellEnd"/>
            <w:r w:rsidRPr="3A11E403">
              <w:rPr>
                <w:rFonts w:ascii="Montserrat" w:eastAsia="Montserrat" w:hAnsi="Montserrat" w:cs="Montserrat"/>
                <w:color w:val="434343"/>
                <w:sz w:val="24"/>
                <w:szCs w:val="24"/>
                <w:lang w:val="es-ES"/>
              </w:rPr>
              <w:t xml:space="preserve"> care </w:t>
            </w:r>
            <w:proofErr w:type="spellStart"/>
            <w:r w:rsidRPr="3A11E403">
              <w:rPr>
                <w:rFonts w:ascii="Montserrat" w:eastAsia="Montserrat" w:hAnsi="Montserrat" w:cs="Montserrat"/>
                <w:color w:val="434343"/>
                <w:sz w:val="24"/>
                <w:szCs w:val="24"/>
                <w:lang w:val="es-ES"/>
              </w:rPr>
              <w:t>să</w:t>
            </w:r>
            <w:proofErr w:type="spellEnd"/>
            <w:r w:rsidRPr="3A11E403">
              <w:rPr>
                <w:rFonts w:ascii="Montserrat" w:eastAsia="Montserrat" w:hAnsi="Montserrat" w:cs="Montserrat"/>
                <w:color w:val="434343"/>
                <w:sz w:val="24"/>
                <w:szCs w:val="24"/>
                <w:lang w:val="es-ES"/>
              </w:rPr>
              <w:t xml:space="preserve"> arate </w:t>
            </w:r>
            <w:proofErr w:type="spellStart"/>
            <w:r w:rsidRPr="3A11E403">
              <w:rPr>
                <w:rFonts w:ascii="Montserrat" w:eastAsia="Montserrat" w:hAnsi="Montserrat" w:cs="Montserrat"/>
                <w:color w:val="434343"/>
                <w:sz w:val="24"/>
                <w:szCs w:val="24"/>
                <w:lang w:val="es-ES"/>
              </w:rPr>
              <w:t>realizările</w:t>
            </w:r>
            <w:proofErr w:type="spellEnd"/>
            <w:r w:rsidRPr="3A11E403">
              <w:rPr>
                <w:rFonts w:ascii="Montserrat" w:eastAsia="Montserrat" w:hAnsi="Montserrat" w:cs="Montserrat"/>
                <w:color w:val="434343"/>
                <w:sz w:val="24"/>
                <w:szCs w:val="24"/>
                <w:lang w:val="es-ES"/>
              </w:rPr>
              <w:t xml:space="preserve"> </w:t>
            </w:r>
            <w:proofErr w:type="spellStart"/>
            <w:r w:rsidRPr="3A11E403">
              <w:rPr>
                <w:rFonts w:ascii="Montserrat" w:eastAsia="Montserrat" w:hAnsi="Montserrat" w:cs="Montserrat"/>
                <w:color w:val="434343"/>
                <w:sz w:val="24"/>
                <w:szCs w:val="24"/>
                <w:lang w:val="es-ES"/>
              </w:rPr>
              <w:t>și</w:t>
            </w:r>
            <w:proofErr w:type="spellEnd"/>
            <w:r w:rsidRPr="3A11E403">
              <w:rPr>
                <w:rFonts w:ascii="Montserrat" w:eastAsia="Montserrat" w:hAnsi="Montserrat" w:cs="Montserrat"/>
                <w:color w:val="434343"/>
                <w:sz w:val="24"/>
                <w:szCs w:val="24"/>
                <w:lang w:val="es-ES"/>
              </w:rPr>
              <w:t xml:space="preserve"> </w:t>
            </w:r>
            <w:proofErr w:type="spellStart"/>
            <w:r w:rsidRPr="3A11E403">
              <w:rPr>
                <w:rFonts w:ascii="Montserrat" w:eastAsia="Montserrat" w:hAnsi="Montserrat" w:cs="Montserrat"/>
                <w:color w:val="434343"/>
                <w:sz w:val="24"/>
                <w:szCs w:val="24"/>
                <w:lang w:val="es-ES"/>
              </w:rPr>
              <w:t>progresul</w:t>
            </w:r>
            <w:proofErr w:type="spellEnd"/>
            <w:r w:rsidRPr="3A11E403">
              <w:rPr>
                <w:rFonts w:ascii="Montserrat" w:eastAsia="Montserrat" w:hAnsi="Montserrat" w:cs="Montserrat"/>
                <w:color w:val="434343"/>
                <w:sz w:val="24"/>
                <w:szCs w:val="24"/>
                <w:lang w:val="es-ES"/>
              </w:rPr>
              <w:t xml:space="preserve"> </w:t>
            </w:r>
            <w:proofErr w:type="spellStart"/>
            <w:r w:rsidRPr="3A11E403">
              <w:rPr>
                <w:rFonts w:ascii="Montserrat" w:eastAsia="Montserrat" w:hAnsi="Montserrat" w:cs="Montserrat"/>
                <w:color w:val="434343"/>
                <w:sz w:val="24"/>
                <w:szCs w:val="24"/>
                <w:lang w:val="es-ES"/>
              </w:rPr>
              <w:t>imediat</w:t>
            </w:r>
            <w:proofErr w:type="spellEnd"/>
            <w:r w:rsidRPr="3A11E403">
              <w:rPr>
                <w:rFonts w:ascii="Montserrat" w:eastAsia="Montserrat" w:hAnsi="Montserrat" w:cs="Montserrat"/>
                <w:color w:val="434343"/>
                <w:sz w:val="24"/>
                <w:szCs w:val="24"/>
                <w:lang w:val="es-ES"/>
              </w:rPr>
              <w:t xml:space="preserve"> al </w:t>
            </w:r>
            <w:proofErr w:type="spellStart"/>
            <w:r w:rsidRPr="3A11E403">
              <w:rPr>
                <w:rFonts w:ascii="Montserrat" w:eastAsia="Montserrat" w:hAnsi="Montserrat" w:cs="Montserrat"/>
                <w:color w:val="434343"/>
                <w:sz w:val="24"/>
                <w:szCs w:val="24"/>
                <w:lang w:val="es-ES"/>
              </w:rPr>
              <w:t>proiectului</w:t>
            </w:r>
            <w:proofErr w:type="spellEnd"/>
            <w:r w:rsidRPr="3A11E403">
              <w:rPr>
                <w:rFonts w:ascii="Montserrat" w:eastAsia="Montserrat" w:hAnsi="Montserrat" w:cs="Montserrat"/>
                <w:color w:val="434343"/>
                <w:sz w:val="24"/>
                <w:szCs w:val="24"/>
                <w:lang w:val="es-ES"/>
              </w:rPr>
              <w:t xml:space="preserve"> </w:t>
            </w:r>
            <w:proofErr w:type="spellStart"/>
            <w:r w:rsidRPr="3A11E403">
              <w:rPr>
                <w:rFonts w:ascii="Montserrat" w:eastAsia="Montserrat" w:hAnsi="Montserrat" w:cs="Montserrat"/>
                <w:color w:val="434343"/>
                <w:sz w:val="24"/>
                <w:szCs w:val="24"/>
                <w:lang w:val="es-ES"/>
              </w:rPr>
              <w:t>tău</w:t>
            </w:r>
            <w:proofErr w:type="spellEnd"/>
            <w:r w:rsidRPr="3A11E403">
              <w:rPr>
                <w:rFonts w:ascii="Montserrat" w:eastAsia="Montserrat" w:hAnsi="Montserrat" w:cs="Montserrat"/>
                <w:color w:val="434343"/>
                <w:sz w:val="24"/>
                <w:szCs w:val="24"/>
                <w:lang w:val="es-ES"/>
              </w:rPr>
              <w:t xml:space="preserve">. (Max 10 </w:t>
            </w:r>
            <w:proofErr w:type="spellStart"/>
            <w:r w:rsidRPr="3A11E403">
              <w:rPr>
                <w:rFonts w:ascii="Montserrat" w:eastAsia="Montserrat" w:hAnsi="Montserrat" w:cs="Montserrat"/>
                <w:color w:val="434343"/>
                <w:sz w:val="24"/>
                <w:szCs w:val="24"/>
                <w:lang w:val="es-ES"/>
              </w:rPr>
              <w:t>cuvinte</w:t>
            </w:r>
            <w:proofErr w:type="spellEnd"/>
            <w:r w:rsidRPr="3A11E403">
              <w:rPr>
                <w:rFonts w:ascii="Montserrat" w:eastAsia="Montserrat" w:hAnsi="Montserrat" w:cs="Montserrat"/>
                <w:color w:val="434343"/>
                <w:sz w:val="24"/>
                <w:szCs w:val="24"/>
                <w:lang w:val="es-ES"/>
              </w:rPr>
              <w:t>)]</w:t>
            </w:r>
          </w:p>
        </w:tc>
      </w:tr>
      <w:tr w:rsidR="00C72196" w:rsidRPr="003A46A5" w14:paraId="21BECAE9" w14:textId="77777777" w:rsidTr="00385EE6">
        <w:tc>
          <w:tcPr>
            <w:tcW w:w="2775" w:type="dxa"/>
            <w:tcMar>
              <w:top w:w="243" w:type="dxa"/>
              <w:left w:w="243" w:type="dxa"/>
              <w:bottom w:w="243" w:type="dxa"/>
              <w:right w:w="243" w:type="dxa"/>
            </w:tcMar>
          </w:tcPr>
          <w:p w14:paraId="454EE2F6" w14:textId="77777777" w:rsidR="00C72196" w:rsidRDefault="00C72196" w:rsidP="00385EE6">
            <w:pPr>
              <w:widowControl w:val="0"/>
              <w:spacing w:line="240" w:lineRule="auto"/>
              <w:rPr>
                <w:rFonts w:ascii="Montserrat" w:eastAsia="Montserrat" w:hAnsi="Montserrat" w:cs="Montserrat"/>
                <w:b/>
                <w:bCs/>
                <w:color w:val="1B877F"/>
                <w:sz w:val="24"/>
                <w:szCs w:val="24"/>
                <w:lang w:val="es-ES"/>
              </w:rPr>
            </w:pPr>
            <w:r w:rsidRPr="5DFD4E40">
              <w:rPr>
                <w:rFonts w:ascii="Montserrat" w:eastAsia="Montserrat" w:hAnsi="Montserrat" w:cs="Montserrat"/>
                <w:b/>
                <w:bCs/>
                <w:color w:val="FF0000"/>
                <w:sz w:val="24"/>
                <w:szCs w:val="24"/>
                <w:lang w:val="es-ES"/>
              </w:rPr>
              <w:t>*</w:t>
            </w:r>
            <w:proofErr w:type="spellStart"/>
            <w:r w:rsidRPr="5DFD4E40">
              <w:rPr>
                <w:rFonts w:ascii="Montserrat" w:eastAsia="Montserrat" w:hAnsi="Montserrat" w:cs="Montserrat"/>
                <w:b/>
                <w:bCs/>
                <w:color w:val="1B877F"/>
                <w:sz w:val="24"/>
                <w:szCs w:val="24"/>
                <w:lang w:val="es-ES"/>
              </w:rPr>
              <w:t>Efectul</w:t>
            </w:r>
            <w:proofErr w:type="spellEnd"/>
            <w:r w:rsidRPr="5DFD4E40">
              <w:rPr>
                <w:rFonts w:ascii="Montserrat" w:eastAsia="Montserrat" w:hAnsi="Montserrat" w:cs="Montserrat"/>
                <w:b/>
                <w:bCs/>
                <w:color w:val="1B877F"/>
                <w:sz w:val="24"/>
                <w:szCs w:val="24"/>
                <w:lang w:val="es-ES"/>
              </w:rPr>
              <w:t xml:space="preserve"> </w:t>
            </w:r>
            <w:proofErr w:type="spellStart"/>
            <w:r w:rsidRPr="5DFD4E40">
              <w:rPr>
                <w:rFonts w:ascii="Montserrat" w:eastAsia="Montserrat" w:hAnsi="Montserrat" w:cs="Montserrat"/>
                <w:b/>
                <w:bCs/>
                <w:color w:val="1B877F"/>
                <w:sz w:val="24"/>
                <w:szCs w:val="24"/>
                <w:lang w:val="es-ES"/>
              </w:rPr>
              <w:t>proiectului</w:t>
            </w:r>
            <w:proofErr w:type="spellEnd"/>
            <w:r w:rsidRPr="5DFD4E40">
              <w:rPr>
                <w:rFonts w:ascii="Montserrat" w:eastAsia="Montserrat" w:hAnsi="Montserrat" w:cs="Montserrat"/>
                <w:b/>
                <w:bCs/>
                <w:color w:val="1B877F"/>
                <w:sz w:val="24"/>
                <w:szCs w:val="24"/>
                <w:lang w:val="es-ES"/>
              </w:rPr>
              <w:t xml:space="preserve">: </w:t>
            </w:r>
          </w:p>
        </w:tc>
        <w:tc>
          <w:tcPr>
            <w:tcW w:w="6585" w:type="dxa"/>
            <w:tcMar>
              <w:top w:w="243" w:type="dxa"/>
              <w:left w:w="243" w:type="dxa"/>
              <w:bottom w:w="243" w:type="dxa"/>
              <w:right w:w="243" w:type="dxa"/>
            </w:tcMar>
          </w:tcPr>
          <w:p w14:paraId="7E65C836" w14:textId="77777777" w:rsidR="00C72196" w:rsidRDefault="00C72196" w:rsidP="00385EE6">
            <w:pPr>
              <w:widowControl w:val="0"/>
              <w:spacing w:line="240" w:lineRule="auto"/>
              <w:rPr>
                <w:rFonts w:ascii="Montserrat" w:eastAsia="Montserrat" w:hAnsi="Montserrat" w:cs="Montserrat"/>
                <w:color w:val="434343"/>
                <w:sz w:val="24"/>
                <w:szCs w:val="24"/>
                <w:lang w:val="es-ES"/>
              </w:rPr>
            </w:pPr>
            <w:r w:rsidRPr="3A11E403">
              <w:rPr>
                <w:rFonts w:ascii="Montserrat" w:eastAsia="Montserrat" w:hAnsi="Montserrat" w:cs="Montserrat"/>
                <w:color w:val="434343"/>
                <w:sz w:val="24"/>
                <w:szCs w:val="24"/>
                <w:lang w:val="es-ES"/>
              </w:rPr>
              <w:t>[</w:t>
            </w:r>
            <w:proofErr w:type="spellStart"/>
            <w:r w:rsidRPr="3A11E403">
              <w:rPr>
                <w:rFonts w:ascii="Montserrat" w:eastAsia="Montserrat" w:hAnsi="Montserrat" w:cs="Montserrat"/>
                <w:color w:val="434343"/>
                <w:sz w:val="24"/>
                <w:szCs w:val="24"/>
                <w:lang w:val="es-ES"/>
              </w:rPr>
              <w:t>Descrie</w:t>
            </w:r>
            <w:proofErr w:type="spellEnd"/>
            <w:r w:rsidRPr="3A11E403">
              <w:rPr>
                <w:rFonts w:ascii="Montserrat" w:eastAsia="Montserrat" w:hAnsi="Montserrat" w:cs="Montserrat"/>
                <w:color w:val="434343"/>
                <w:sz w:val="24"/>
                <w:szCs w:val="24"/>
                <w:lang w:val="es-ES"/>
              </w:rPr>
              <w:t xml:space="preserve"> cum </w:t>
            </w:r>
            <w:proofErr w:type="spellStart"/>
            <w:r w:rsidRPr="3A11E403">
              <w:rPr>
                <w:rFonts w:ascii="Montserrat" w:eastAsia="Montserrat" w:hAnsi="Montserrat" w:cs="Montserrat"/>
                <w:color w:val="434343"/>
                <w:sz w:val="24"/>
                <w:szCs w:val="24"/>
                <w:lang w:val="es-ES"/>
              </w:rPr>
              <w:t>proiectul</w:t>
            </w:r>
            <w:proofErr w:type="spellEnd"/>
            <w:r w:rsidRPr="3A11E403">
              <w:rPr>
                <w:rFonts w:ascii="Montserrat" w:eastAsia="Montserrat" w:hAnsi="Montserrat" w:cs="Montserrat"/>
                <w:color w:val="434343"/>
                <w:sz w:val="24"/>
                <w:szCs w:val="24"/>
                <w:lang w:val="es-ES"/>
              </w:rPr>
              <w:t xml:space="preserve"> </w:t>
            </w:r>
            <w:proofErr w:type="spellStart"/>
            <w:r w:rsidRPr="3A11E403">
              <w:rPr>
                <w:rFonts w:ascii="Montserrat" w:eastAsia="Montserrat" w:hAnsi="Montserrat" w:cs="Montserrat"/>
                <w:color w:val="434343"/>
                <w:sz w:val="24"/>
                <w:szCs w:val="24"/>
                <w:lang w:val="es-ES"/>
              </w:rPr>
              <w:t>tău</w:t>
            </w:r>
            <w:proofErr w:type="spellEnd"/>
            <w:r w:rsidRPr="3A11E403">
              <w:rPr>
                <w:rFonts w:ascii="Montserrat" w:eastAsia="Montserrat" w:hAnsi="Montserrat" w:cs="Montserrat"/>
                <w:color w:val="434343"/>
                <w:sz w:val="24"/>
                <w:szCs w:val="24"/>
                <w:lang w:val="es-ES"/>
              </w:rPr>
              <w:t xml:space="preserve"> va genera </w:t>
            </w:r>
            <w:proofErr w:type="spellStart"/>
            <w:r w:rsidRPr="3A11E403">
              <w:rPr>
                <w:rFonts w:ascii="Montserrat" w:eastAsia="Montserrat" w:hAnsi="Montserrat" w:cs="Montserrat"/>
                <w:color w:val="434343"/>
                <w:sz w:val="24"/>
                <w:szCs w:val="24"/>
                <w:lang w:val="es-ES"/>
              </w:rPr>
              <w:t>schimbări</w:t>
            </w:r>
            <w:proofErr w:type="spellEnd"/>
            <w:r w:rsidRPr="3A11E403">
              <w:rPr>
                <w:rFonts w:ascii="Montserrat" w:eastAsia="Montserrat" w:hAnsi="Montserrat" w:cs="Montserrat"/>
                <w:color w:val="434343"/>
                <w:sz w:val="24"/>
                <w:szCs w:val="24"/>
                <w:lang w:val="es-ES"/>
              </w:rPr>
              <w:t xml:space="preserve"> </w:t>
            </w:r>
            <w:proofErr w:type="spellStart"/>
            <w:r w:rsidRPr="3A11E403">
              <w:rPr>
                <w:rFonts w:ascii="Montserrat" w:eastAsia="Montserrat" w:hAnsi="Montserrat" w:cs="Montserrat"/>
                <w:color w:val="434343"/>
                <w:sz w:val="24"/>
                <w:szCs w:val="24"/>
                <w:lang w:val="es-ES"/>
              </w:rPr>
              <w:t>în</w:t>
            </w:r>
            <w:proofErr w:type="spellEnd"/>
            <w:r w:rsidRPr="3A11E403">
              <w:rPr>
                <w:rFonts w:ascii="Montserrat" w:eastAsia="Montserrat" w:hAnsi="Montserrat" w:cs="Montserrat"/>
                <w:color w:val="434343"/>
                <w:sz w:val="24"/>
                <w:szCs w:val="24"/>
                <w:lang w:val="es-ES"/>
              </w:rPr>
              <w:t xml:space="preserve"> </w:t>
            </w:r>
            <w:proofErr w:type="spellStart"/>
            <w:r w:rsidRPr="3A11E403">
              <w:rPr>
                <w:rFonts w:ascii="Montserrat" w:eastAsia="Montserrat" w:hAnsi="Montserrat" w:cs="Montserrat"/>
                <w:color w:val="434343"/>
                <w:sz w:val="24"/>
                <w:szCs w:val="24"/>
                <w:lang w:val="es-ES"/>
              </w:rPr>
              <w:t>comportament</w:t>
            </w:r>
            <w:proofErr w:type="spellEnd"/>
            <w:r w:rsidRPr="3A11E403">
              <w:rPr>
                <w:rFonts w:ascii="Montserrat" w:eastAsia="Montserrat" w:hAnsi="Montserrat" w:cs="Montserrat"/>
                <w:color w:val="434343"/>
                <w:sz w:val="24"/>
                <w:szCs w:val="24"/>
                <w:lang w:val="es-ES"/>
              </w:rPr>
              <w:t xml:space="preserve">, </w:t>
            </w:r>
            <w:proofErr w:type="spellStart"/>
            <w:r w:rsidRPr="3A11E403">
              <w:rPr>
                <w:rFonts w:ascii="Montserrat" w:eastAsia="Montserrat" w:hAnsi="Montserrat" w:cs="Montserrat"/>
                <w:color w:val="434343"/>
                <w:sz w:val="24"/>
                <w:szCs w:val="24"/>
                <w:lang w:val="es-ES"/>
              </w:rPr>
              <w:t>cunoștințe</w:t>
            </w:r>
            <w:proofErr w:type="spellEnd"/>
            <w:r w:rsidRPr="3A11E403">
              <w:rPr>
                <w:rFonts w:ascii="Montserrat" w:eastAsia="Montserrat" w:hAnsi="Montserrat" w:cs="Montserrat"/>
                <w:color w:val="434343"/>
                <w:sz w:val="24"/>
                <w:szCs w:val="24"/>
                <w:lang w:val="es-ES"/>
              </w:rPr>
              <w:t xml:space="preserve">, </w:t>
            </w:r>
            <w:proofErr w:type="spellStart"/>
            <w:r w:rsidRPr="3A11E403">
              <w:rPr>
                <w:rFonts w:ascii="Montserrat" w:eastAsia="Montserrat" w:hAnsi="Montserrat" w:cs="Montserrat"/>
                <w:color w:val="434343"/>
                <w:sz w:val="24"/>
                <w:szCs w:val="24"/>
                <w:lang w:val="es-ES"/>
              </w:rPr>
              <w:t>atitudini</w:t>
            </w:r>
            <w:proofErr w:type="spellEnd"/>
            <w:r w:rsidRPr="3A11E403">
              <w:rPr>
                <w:rFonts w:ascii="Montserrat" w:eastAsia="Montserrat" w:hAnsi="Montserrat" w:cs="Montserrat"/>
                <w:color w:val="434343"/>
                <w:sz w:val="24"/>
                <w:szCs w:val="24"/>
                <w:lang w:val="es-ES"/>
              </w:rPr>
              <w:t xml:space="preserve"> </w:t>
            </w:r>
            <w:proofErr w:type="spellStart"/>
            <w:r w:rsidRPr="3A11E403">
              <w:rPr>
                <w:rFonts w:ascii="Montserrat" w:eastAsia="Montserrat" w:hAnsi="Montserrat" w:cs="Montserrat"/>
                <w:color w:val="434343"/>
                <w:sz w:val="24"/>
                <w:szCs w:val="24"/>
                <w:lang w:val="es-ES"/>
              </w:rPr>
              <w:t>sau</w:t>
            </w:r>
            <w:proofErr w:type="spellEnd"/>
            <w:r w:rsidRPr="3A11E403">
              <w:rPr>
                <w:rFonts w:ascii="Montserrat" w:eastAsia="Montserrat" w:hAnsi="Montserrat" w:cs="Montserrat"/>
                <w:color w:val="434343"/>
                <w:sz w:val="24"/>
                <w:szCs w:val="24"/>
                <w:lang w:val="es-ES"/>
              </w:rPr>
              <w:t xml:space="preserve"> procese (Max 100 </w:t>
            </w:r>
            <w:proofErr w:type="spellStart"/>
            <w:r w:rsidRPr="3A11E403">
              <w:rPr>
                <w:rFonts w:ascii="Montserrat" w:eastAsia="Montserrat" w:hAnsi="Montserrat" w:cs="Montserrat"/>
                <w:color w:val="434343"/>
                <w:sz w:val="24"/>
                <w:szCs w:val="24"/>
                <w:lang w:val="es-ES"/>
              </w:rPr>
              <w:t>cuvinte</w:t>
            </w:r>
            <w:proofErr w:type="spellEnd"/>
            <w:r w:rsidRPr="3A11E403">
              <w:rPr>
                <w:rFonts w:ascii="Montserrat" w:eastAsia="Montserrat" w:hAnsi="Montserrat" w:cs="Montserrat"/>
                <w:color w:val="434343"/>
                <w:sz w:val="24"/>
                <w:szCs w:val="24"/>
                <w:lang w:val="es-ES"/>
              </w:rPr>
              <w:t>)]</w:t>
            </w:r>
          </w:p>
        </w:tc>
      </w:tr>
      <w:tr w:rsidR="00C72196" w14:paraId="4D3DD29A" w14:textId="77777777" w:rsidTr="00385EE6">
        <w:tc>
          <w:tcPr>
            <w:tcW w:w="2775" w:type="dxa"/>
            <w:tcMar>
              <w:top w:w="243" w:type="dxa"/>
              <w:left w:w="243" w:type="dxa"/>
              <w:bottom w:w="243" w:type="dxa"/>
              <w:right w:w="243" w:type="dxa"/>
            </w:tcMar>
          </w:tcPr>
          <w:p w14:paraId="2F7B19E6" w14:textId="77777777" w:rsidR="00C72196" w:rsidRDefault="00C72196" w:rsidP="00385EE6">
            <w:pPr>
              <w:widowControl w:val="0"/>
              <w:spacing w:line="240" w:lineRule="auto"/>
              <w:rPr>
                <w:rFonts w:ascii="Montserrat" w:eastAsia="Montserrat" w:hAnsi="Montserrat" w:cs="Montserrat"/>
                <w:b/>
                <w:bCs/>
                <w:color w:val="1B877F"/>
                <w:sz w:val="24"/>
                <w:szCs w:val="24"/>
                <w:lang w:val="es-ES"/>
              </w:rPr>
            </w:pPr>
            <w:r w:rsidRPr="3A11E403">
              <w:rPr>
                <w:rFonts w:ascii="Montserrat" w:eastAsia="Montserrat" w:hAnsi="Montserrat" w:cs="Montserrat"/>
                <w:b/>
                <w:bCs/>
                <w:color w:val="FF0000"/>
                <w:sz w:val="24"/>
                <w:szCs w:val="24"/>
                <w:lang w:val="es-ES"/>
              </w:rPr>
              <w:t>*</w:t>
            </w:r>
            <w:r w:rsidRPr="3A11E403">
              <w:rPr>
                <w:rFonts w:ascii="Montserrat" w:eastAsia="Montserrat" w:hAnsi="Montserrat" w:cs="Montserrat"/>
                <w:b/>
                <w:bCs/>
                <w:color w:val="1B877F"/>
                <w:sz w:val="24"/>
                <w:szCs w:val="24"/>
                <w:lang w:val="es-ES"/>
              </w:rPr>
              <w:t xml:space="preserve">Cerere de </w:t>
            </w:r>
            <w:proofErr w:type="spellStart"/>
            <w:r w:rsidRPr="3A11E403">
              <w:rPr>
                <w:rFonts w:ascii="Montserrat" w:eastAsia="Montserrat" w:hAnsi="Montserrat" w:cs="Montserrat"/>
                <w:b/>
                <w:bCs/>
                <w:color w:val="1B877F"/>
                <w:sz w:val="24"/>
                <w:szCs w:val="24"/>
                <w:lang w:val="es-ES"/>
              </w:rPr>
              <w:t>microgrant</w:t>
            </w:r>
            <w:proofErr w:type="spellEnd"/>
            <w:r w:rsidRPr="3A11E403">
              <w:rPr>
                <w:rFonts w:ascii="Montserrat" w:eastAsia="Montserrat" w:hAnsi="Montserrat" w:cs="Montserrat"/>
                <w:b/>
                <w:bCs/>
                <w:color w:val="1B877F"/>
                <w:sz w:val="24"/>
                <w:szCs w:val="24"/>
                <w:lang w:val="es-ES"/>
              </w:rPr>
              <w:t>:</w:t>
            </w:r>
          </w:p>
        </w:tc>
        <w:tc>
          <w:tcPr>
            <w:tcW w:w="6585" w:type="dxa"/>
            <w:tcMar>
              <w:top w:w="243" w:type="dxa"/>
              <w:left w:w="243" w:type="dxa"/>
              <w:bottom w:w="243" w:type="dxa"/>
              <w:right w:w="243" w:type="dxa"/>
            </w:tcMar>
          </w:tcPr>
          <w:p w14:paraId="209D4A73" w14:textId="77777777" w:rsidR="00C72196" w:rsidRDefault="00C72196" w:rsidP="00385EE6">
            <w:pPr>
              <w:widowControl w:val="0"/>
              <w:spacing w:line="240" w:lineRule="auto"/>
              <w:rPr>
                <w:rFonts w:ascii="Montserrat" w:eastAsia="Montserrat" w:hAnsi="Montserrat" w:cs="Montserrat"/>
                <w:color w:val="434343"/>
                <w:sz w:val="24"/>
                <w:szCs w:val="24"/>
                <w:lang w:val="es-ES"/>
              </w:rPr>
            </w:pPr>
            <w:r w:rsidRPr="3A11E403">
              <w:rPr>
                <w:rFonts w:ascii="Montserrat" w:eastAsia="Montserrat" w:hAnsi="Montserrat" w:cs="Montserrat"/>
                <w:color w:val="434343"/>
                <w:sz w:val="24"/>
                <w:szCs w:val="24"/>
                <w:lang w:val="es-ES"/>
              </w:rPr>
              <w:t>[</w:t>
            </w:r>
            <w:proofErr w:type="spellStart"/>
            <w:r w:rsidRPr="3A11E403">
              <w:rPr>
                <w:rFonts w:ascii="Montserrat" w:eastAsia="Montserrat" w:hAnsi="Montserrat" w:cs="Montserrat"/>
                <w:color w:val="434343"/>
                <w:sz w:val="24"/>
                <w:szCs w:val="24"/>
                <w:lang w:val="es-ES"/>
              </w:rPr>
              <w:t>Specificați</w:t>
            </w:r>
            <w:proofErr w:type="spellEnd"/>
            <w:r w:rsidRPr="3A11E403">
              <w:rPr>
                <w:rFonts w:ascii="Montserrat" w:eastAsia="Montserrat" w:hAnsi="Montserrat" w:cs="Montserrat"/>
                <w:color w:val="434343"/>
                <w:sz w:val="24"/>
                <w:szCs w:val="24"/>
                <w:lang w:val="es-ES"/>
              </w:rPr>
              <w:t xml:space="preserve"> o </w:t>
            </w:r>
            <w:proofErr w:type="spellStart"/>
            <w:r w:rsidRPr="3A11E403">
              <w:rPr>
                <w:rFonts w:ascii="Montserrat" w:eastAsia="Montserrat" w:hAnsi="Montserrat" w:cs="Montserrat"/>
                <w:color w:val="434343"/>
                <w:sz w:val="24"/>
                <w:szCs w:val="24"/>
                <w:lang w:val="es-ES"/>
              </w:rPr>
              <w:t>sumă</w:t>
            </w:r>
            <w:proofErr w:type="spellEnd"/>
            <w:r w:rsidRPr="3A11E403">
              <w:rPr>
                <w:rFonts w:ascii="Montserrat" w:eastAsia="Montserrat" w:hAnsi="Montserrat" w:cs="Montserrat"/>
                <w:color w:val="434343"/>
                <w:sz w:val="24"/>
                <w:szCs w:val="24"/>
                <w:lang w:val="es-ES"/>
              </w:rPr>
              <w:t xml:space="preserve"> </w:t>
            </w:r>
            <w:proofErr w:type="spellStart"/>
            <w:r w:rsidRPr="3A11E403">
              <w:rPr>
                <w:rFonts w:ascii="Montserrat" w:eastAsia="Montserrat" w:hAnsi="Montserrat" w:cs="Montserrat"/>
                <w:color w:val="434343"/>
                <w:sz w:val="24"/>
                <w:szCs w:val="24"/>
                <w:lang w:val="es-ES"/>
              </w:rPr>
              <w:t>între</w:t>
            </w:r>
            <w:proofErr w:type="spellEnd"/>
            <w:r w:rsidRPr="3A11E403">
              <w:rPr>
                <w:rFonts w:ascii="Montserrat" w:eastAsia="Montserrat" w:hAnsi="Montserrat" w:cs="Montserrat"/>
                <w:color w:val="434343"/>
                <w:sz w:val="24"/>
                <w:szCs w:val="24"/>
                <w:lang w:val="es-ES"/>
              </w:rPr>
              <w:t xml:space="preserve"> 1.000 </w:t>
            </w:r>
            <w:proofErr w:type="spellStart"/>
            <w:r w:rsidRPr="3A11E403">
              <w:rPr>
                <w:rFonts w:ascii="Montserrat" w:eastAsia="Montserrat" w:hAnsi="Montserrat" w:cs="Montserrat"/>
                <w:color w:val="434343"/>
                <w:sz w:val="24"/>
                <w:szCs w:val="24"/>
                <w:lang w:val="es-ES"/>
              </w:rPr>
              <w:t>și</w:t>
            </w:r>
            <w:proofErr w:type="spellEnd"/>
            <w:r w:rsidRPr="3A11E403">
              <w:rPr>
                <w:rFonts w:ascii="Montserrat" w:eastAsia="Montserrat" w:hAnsi="Montserrat" w:cs="Montserrat"/>
                <w:color w:val="434343"/>
                <w:sz w:val="24"/>
                <w:szCs w:val="24"/>
                <w:lang w:val="es-ES"/>
              </w:rPr>
              <w:t xml:space="preserve"> 5.000 USD.]</w:t>
            </w:r>
          </w:p>
        </w:tc>
      </w:tr>
      <w:tr w:rsidR="00C72196" w14:paraId="115678AB" w14:textId="77777777" w:rsidTr="00385EE6">
        <w:tc>
          <w:tcPr>
            <w:tcW w:w="2775" w:type="dxa"/>
            <w:tcMar>
              <w:top w:w="243" w:type="dxa"/>
              <w:left w:w="243" w:type="dxa"/>
              <w:bottom w:w="243" w:type="dxa"/>
              <w:right w:w="243" w:type="dxa"/>
            </w:tcMar>
          </w:tcPr>
          <w:p w14:paraId="57C539F5" w14:textId="77777777" w:rsidR="00C72196" w:rsidRDefault="00C72196" w:rsidP="00385EE6">
            <w:pPr>
              <w:widowControl w:val="0"/>
              <w:spacing w:line="240" w:lineRule="auto"/>
              <w:rPr>
                <w:rFonts w:ascii="Montserrat" w:eastAsia="Montserrat" w:hAnsi="Montserrat" w:cs="Montserrat"/>
                <w:b/>
                <w:bCs/>
                <w:color w:val="1B877F"/>
                <w:sz w:val="24"/>
                <w:szCs w:val="24"/>
                <w:lang w:val="es-ES"/>
              </w:rPr>
            </w:pPr>
            <w:r w:rsidRPr="3A11E403">
              <w:rPr>
                <w:rFonts w:ascii="Montserrat" w:eastAsia="Montserrat" w:hAnsi="Montserrat" w:cs="Montserrat"/>
                <w:b/>
                <w:bCs/>
                <w:color w:val="FF0000"/>
                <w:sz w:val="24"/>
                <w:szCs w:val="24"/>
                <w:lang w:val="es-ES"/>
              </w:rPr>
              <w:t>*</w:t>
            </w:r>
            <w:proofErr w:type="spellStart"/>
            <w:r w:rsidRPr="3A11E403">
              <w:rPr>
                <w:rFonts w:ascii="Montserrat" w:eastAsia="Montserrat" w:hAnsi="Montserrat" w:cs="Montserrat"/>
                <w:b/>
                <w:bCs/>
                <w:color w:val="1B877F"/>
                <w:sz w:val="24"/>
                <w:szCs w:val="24"/>
                <w:lang w:val="es-ES"/>
              </w:rPr>
              <w:t>Buget</w:t>
            </w:r>
            <w:proofErr w:type="spellEnd"/>
            <w:r w:rsidRPr="3A11E403">
              <w:rPr>
                <w:rFonts w:ascii="Montserrat" w:eastAsia="Montserrat" w:hAnsi="Montserrat" w:cs="Montserrat"/>
                <w:b/>
                <w:bCs/>
                <w:color w:val="1B877F"/>
                <w:sz w:val="24"/>
                <w:szCs w:val="24"/>
                <w:lang w:val="es-ES"/>
              </w:rPr>
              <w:t xml:space="preserve">: </w:t>
            </w:r>
          </w:p>
        </w:tc>
        <w:tc>
          <w:tcPr>
            <w:tcW w:w="6585" w:type="dxa"/>
            <w:tcMar>
              <w:top w:w="243" w:type="dxa"/>
              <w:left w:w="243" w:type="dxa"/>
              <w:bottom w:w="243" w:type="dxa"/>
              <w:right w:w="243" w:type="dxa"/>
            </w:tcMar>
          </w:tcPr>
          <w:p w14:paraId="444D47F1" w14:textId="5A4E2F1A" w:rsidR="00C72196" w:rsidRDefault="00C72196" w:rsidP="00385EE6">
            <w:pPr>
              <w:widowControl w:val="0"/>
              <w:spacing w:line="240" w:lineRule="auto"/>
              <w:rPr>
                <w:rFonts w:ascii="Montserrat" w:eastAsia="Montserrat" w:hAnsi="Montserrat" w:cs="Montserrat"/>
                <w:sz w:val="24"/>
                <w:szCs w:val="24"/>
                <w:lang w:val="ro"/>
              </w:rPr>
            </w:pPr>
            <w:r w:rsidRPr="6FEDD72B">
              <w:rPr>
                <w:rFonts w:ascii="Montserrat" w:eastAsia="Montserrat" w:hAnsi="Montserrat" w:cs="Montserrat"/>
                <w:sz w:val="24"/>
                <w:szCs w:val="24"/>
                <w:lang w:val="es-ES"/>
              </w:rPr>
              <w:t>[</w:t>
            </w:r>
            <w:r w:rsidRPr="6FEDD72B">
              <w:rPr>
                <w:rFonts w:ascii="Montserrat" w:eastAsia="Montserrat" w:hAnsi="Montserrat" w:cs="Montserrat"/>
                <w:sz w:val="24"/>
                <w:szCs w:val="24"/>
                <w:lang w:val="ro"/>
              </w:rPr>
              <w:t xml:space="preserve">Explică aici cheltuielile estimate pentru implementarea proiectului tău, cuprinse în </w:t>
            </w:r>
            <w:r w:rsidRPr="6FEDD72B">
              <w:rPr>
                <w:rFonts w:ascii="Montserrat" w:eastAsia="Montserrat" w:hAnsi="Montserrat" w:cs="Montserrat"/>
                <w:i/>
                <w:iCs/>
                <w:sz w:val="24"/>
                <w:szCs w:val="24"/>
                <w:lang w:val="ro"/>
              </w:rPr>
              <w:lastRenderedPageBreak/>
              <w:t>Bugetul de cheltuieli</w:t>
            </w:r>
            <w:r w:rsidRPr="6FEDD72B">
              <w:rPr>
                <w:rFonts w:ascii="Montserrat" w:eastAsia="Montserrat" w:hAnsi="Montserrat" w:cs="Montserrat"/>
                <w:sz w:val="24"/>
                <w:szCs w:val="24"/>
                <w:lang w:val="ro"/>
              </w:rPr>
              <w:t xml:space="preserve"> (Anexa </w:t>
            </w:r>
            <w:r w:rsidR="00EB561C">
              <w:rPr>
                <w:rFonts w:ascii="Montserrat" w:eastAsia="Montserrat" w:hAnsi="Montserrat" w:cs="Montserrat"/>
                <w:sz w:val="24"/>
                <w:szCs w:val="24"/>
                <w:lang w:val="ro"/>
              </w:rPr>
              <w:t>2</w:t>
            </w:r>
            <w:r w:rsidRPr="6FEDD72B">
              <w:rPr>
                <w:rFonts w:ascii="Montserrat" w:eastAsia="Montserrat" w:hAnsi="Montserrat" w:cs="Montserrat"/>
                <w:sz w:val="24"/>
                <w:szCs w:val="24"/>
                <w:lang w:val="ro"/>
              </w:rPr>
              <w:t xml:space="preserve">) și asigură-te că există </w:t>
            </w:r>
            <w:proofErr w:type="gramStart"/>
            <w:r w:rsidRPr="6FEDD72B">
              <w:rPr>
                <w:rFonts w:ascii="Montserrat" w:eastAsia="Montserrat" w:hAnsi="Montserrat" w:cs="Montserrat"/>
                <w:sz w:val="24"/>
                <w:szCs w:val="24"/>
                <w:lang w:val="ro"/>
              </w:rPr>
              <w:t>corespondență  cu</w:t>
            </w:r>
            <w:proofErr w:type="gramEnd"/>
            <w:r w:rsidRPr="6FEDD72B">
              <w:rPr>
                <w:rFonts w:ascii="Montserrat" w:eastAsia="Montserrat" w:hAnsi="Montserrat" w:cs="Montserrat"/>
                <w:sz w:val="24"/>
                <w:szCs w:val="24"/>
                <w:lang w:val="ro"/>
              </w:rPr>
              <w:t xml:space="preserve"> valorile din acesta]</w:t>
            </w:r>
          </w:p>
          <w:p w14:paraId="63CDBD85" w14:textId="77777777" w:rsidR="00C72196" w:rsidRDefault="00C72196" w:rsidP="00385EE6">
            <w:pPr>
              <w:widowControl w:val="0"/>
              <w:spacing w:line="240" w:lineRule="auto"/>
              <w:rPr>
                <w:rFonts w:ascii="Montserrat" w:eastAsia="Montserrat" w:hAnsi="Montserrat" w:cs="Montserrat"/>
                <w:color w:val="434343"/>
                <w:sz w:val="24"/>
                <w:szCs w:val="24"/>
                <w:lang w:val="es-ES"/>
              </w:rPr>
            </w:pPr>
          </w:p>
          <w:p w14:paraId="66EC7067" w14:textId="77777777" w:rsidR="00C72196" w:rsidRDefault="00C72196" w:rsidP="00385EE6">
            <w:pPr>
              <w:widowControl w:val="0"/>
              <w:spacing w:line="240" w:lineRule="auto"/>
              <w:rPr>
                <w:rFonts w:ascii="Montserrat" w:eastAsia="Montserrat" w:hAnsi="Montserrat" w:cs="Montserrat"/>
                <w:b/>
                <w:bCs/>
                <w:color w:val="434343"/>
                <w:sz w:val="24"/>
                <w:szCs w:val="24"/>
                <w:lang w:val="ro"/>
              </w:rPr>
            </w:pPr>
            <w:r w:rsidRPr="3A11E403">
              <w:rPr>
                <w:rFonts w:ascii="Montserrat" w:eastAsia="Montserrat" w:hAnsi="Montserrat" w:cs="Montserrat"/>
                <w:color w:val="434343"/>
                <w:sz w:val="24"/>
                <w:szCs w:val="24"/>
                <w:lang w:val="es-ES"/>
              </w:rPr>
              <w:t xml:space="preserve"> </w:t>
            </w:r>
            <w:proofErr w:type="spellStart"/>
            <w:r w:rsidRPr="04BED00B">
              <w:rPr>
                <w:rFonts w:ascii="Montserrat" w:eastAsia="Montserrat" w:hAnsi="Montserrat" w:cs="Montserrat"/>
                <w:b/>
                <w:bCs/>
                <w:color w:val="434343"/>
                <w:sz w:val="24"/>
                <w:szCs w:val="24"/>
                <w:lang w:val="ro"/>
              </w:rPr>
              <w:t>Micrograntul</w:t>
            </w:r>
            <w:proofErr w:type="spellEnd"/>
            <w:r w:rsidRPr="04BED00B">
              <w:rPr>
                <w:rFonts w:ascii="Montserrat" w:eastAsia="Montserrat" w:hAnsi="Montserrat" w:cs="Montserrat"/>
                <w:b/>
                <w:bCs/>
                <w:color w:val="434343"/>
                <w:sz w:val="24"/>
                <w:szCs w:val="24"/>
                <w:lang w:val="ro"/>
              </w:rPr>
              <w:t xml:space="preserve"> va acoperi următoarele cheltuieli:</w:t>
            </w:r>
          </w:p>
          <w:p w14:paraId="17A11E80" w14:textId="77777777" w:rsidR="00C72196" w:rsidRDefault="00C72196" w:rsidP="00385EE6">
            <w:pPr>
              <w:widowControl w:val="0"/>
              <w:spacing w:line="240" w:lineRule="auto"/>
              <w:rPr>
                <w:rFonts w:ascii="Montserrat" w:eastAsia="Montserrat" w:hAnsi="Montserrat" w:cs="Montserrat"/>
                <w:b/>
                <w:bCs/>
                <w:color w:val="434343"/>
                <w:sz w:val="24"/>
                <w:szCs w:val="24"/>
                <w:lang w:val="ro"/>
              </w:rPr>
            </w:pPr>
            <w:r w:rsidRPr="04BED00B">
              <w:rPr>
                <w:rFonts w:ascii="Montserrat" w:eastAsia="Montserrat" w:hAnsi="Montserrat" w:cs="Montserrat"/>
                <w:b/>
                <w:bCs/>
                <w:color w:val="434343"/>
                <w:sz w:val="24"/>
                <w:szCs w:val="24"/>
                <w:lang w:val="ro"/>
              </w:rPr>
              <w:t xml:space="preserve"> </w:t>
            </w:r>
          </w:p>
          <w:p w14:paraId="1B1BCA60" w14:textId="77777777" w:rsidR="00C72196" w:rsidRDefault="00C72196" w:rsidP="00385EE6">
            <w:pPr>
              <w:widowControl w:val="0"/>
              <w:spacing w:line="240" w:lineRule="auto"/>
              <w:rPr>
                <w:rFonts w:ascii="Montserrat" w:eastAsia="Montserrat" w:hAnsi="Montserrat" w:cs="Montserrat"/>
                <w:b/>
                <w:bCs/>
                <w:color w:val="434343"/>
                <w:sz w:val="24"/>
                <w:szCs w:val="24"/>
                <w:lang w:val="ro"/>
              </w:rPr>
            </w:pPr>
            <w:r w:rsidRPr="04BED00B">
              <w:rPr>
                <w:rFonts w:ascii="Montserrat" w:eastAsia="Montserrat" w:hAnsi="Montserrat" w:cs="Montserrat"/>
                <w:b/>
                <w:bCs/>
                <w:color w:val="434343"/>
                <w:sz w:val="24"/>
                <w:szCs w:val="24"/>
                <w:lang w:val="ro"/>
              </w:rPr>
              <w:t>1. Costuri rezonabile pentru training și mentorat în ateliere cu participare activă a tinerilor</w:t>
            </w:r>
          </w:p>
          <w:p w14:paraId="142F8F5B" w14:textId="77777777" w:rsidR="00C72196" w:rsidRDefault="00C72196" w:rsidP="00385EE6">
            <w:pPr>
              <w:widowControl w:val="0"/>
              <w:spacing w:line="240" w:lineRule="auto"/>
              <w:rPr>
                <w:rFonts w:ascii="Montserrat" w:eastAsia="Montserrat" w:hAnsi="Montserrat" w:cs="Montserrat"/>
                <w:i/>
                <w:iCs/>
                <w:color w:val="434343"/>
                <w:sz w:val="24"/>
                <w:szCs w:val="24"/>
                <w:lang w:val="ro"/>
              </w:rPr>
            </w:pPr>
          </w:p>
          <w:p w14:paraId="7F9B5EA9" w14:textId="77777777" w:rsidR="00C72196" w:rsidRDefault="00C72196" w:rsidP="00385EE6">
            <w:pPr>
              <w:widowControl w:val="0"/>
              <w:spacing w:line="240" w:lineRule="auto"/>
              <w:rPr>
                <w:rFonts w:ascii="Montserrat" w:eastAsia="Montserrat" w:hAnsi="Montserrat" w:cs="Montserrat"/>
                <w:i/>
                <w:iCs/>
                <w:color w:val="434343"/>
                <w:sz w:val="24"/>
                <w:szCs w:val="24"/>
                <w:lang w:val="ro"/>
              </w:rPr>
            </w:pPr>
            <w:r w:rsidRPr="04BED00B">
              <w:rPr>
                <w:rFonts w:ascii="Montserrat" w:eastAsia="Montserrat" w:hAnsi="Montserrat" w:cs="Montserrat"/>
                <w:i/>
                <w:iCs/>
                <w:color w:val="434343"/>
                <w:sz w:val="24"/>
                <w:szCs w:val="24"/>
                <w:lang w:val="ro"/>
              </w:rPr>
              <w:t>Onorariu (nume și prenume, rol în proiecte) ……….... zile/luni/lucrare *  …………..  lei/zi/lună/lucrare =  …….…. lei;</w:t>
            </w:r>
          </w:p>
          <w:p w14:paraId="068B79FA" w14:textId="77777777" w:rsidR="00C72196" w:rsidRDefault="00C72196" w:rsidP="00385EE6">
            <w:pPr>
              <w:widowControl w:val="0"/>
              <w:spacing w:line="240" w:lineRule="auto"/>
              <w:rPr>
                <w:rFonts w:ascii="Montserrat" w:eastAsia="Montserrat" w:hAnsi="Montserrat" w:cs="Montserrat"/>
                <w:b/>
                <w:bCs/>
                <w:color w:val="434343"/>
                <w:sz w:val="24"/>
                <w:szCs w:val="24"/>
                <w:lang w:val="ro"/>
              </w:rPr>
            </w:pPr>
          </w:p>
          <w:p w14:paraId="2FD3139C" w14:textId="77777777" w:rsidR="00C72196" w:rsidRDefault="00C72196" w:rsidP="00385EE6">
            <w:pPr>
              <w:widowControl w:val="0"/>
              <w:spacing w:line="240" w:lineRule="auto"/>
              <w:rPr>
                <w:rFonts w:ascii="Montserrat" w:eastAsia="Montserrat" w:hAnsi="Montserrat" w:cs="Montserrat"/>
                <w:b/>
                <w:bCs/>
                <w:color w:val="1C706C"/>
                <w:sz w:val="24"/>
                <w:szCs w:val="24"/>
                <w:lang w:val="ro"/>
              </w:rPr>
            </w:pPr>
            <w:r w:rsidRPr="04BED00B">
              <w:rPr>
                <w:rFonts w:ascii="Montserrat" w:eastAsia="Montserrat" w:hAnsi="Montserrat" w:cs="Montserrat"/>
                <w:b/>
                <w:bCs/>
                <w:color w:val="1C706C"/>
                <w:sz w:val="24"/>
                <w:szCs w:val="24"/>
                <w:lang w:val="ro"/>
              </w:rPr>
              <w:t>Total capitolul 1. Training și mentorat: ...</w:t>
            </w:r>
          </w:p>
          <w:p w14:paraId="4FA40C75" w14:textId="77777777" w:rsidR="00C72196" w:rsidRDefault="00C72196" w:rsidP="00385EE6">
            <w:pPr>
              <w:widowControl w:val="0"/>
              <w:spacing w:line="240" w:lineRule="auto"/>
              <w:rPr>
                <w:rFonts w:ascii="Montserrat" w:eastAsia="Montserrat" w:hAnsi="Montserrat" w:cs="Montserrat"/>
                <w:color w:val="434343"/>
                <w:sz w:val="24"/>
                <w:szCs w:val="24"/>
                <w:lang w:val="ro"/>
              </w:rPr>
            </w:pPr>
            <w:r w:rsidRPr="04BED00B">
              <w:rPr>
                <w:rFonts w:ascii="Montserrat" w:eastAsia="Montserrat" w:hAnsi="Montserrat" w:cs="Montserrat"/>
                <w:color w:val="434343"/>
                <w:sz w:val="24"/>
                <w:szCs w:val="24"/>
                <w:lang w:val="ro"/>
              </w:rPr>
              <w:t xml:space="preserve"> </w:t>
            </w:r>
          </w:p>
          <w:p w14:paraId="637EB49A" w14:textId="77777777" w:rsidR="00C72196" w:rsidRDefault="00C72196" w:rsidP="00385EE6">
            <w:pPr>
              <w:widowControl w:val="0"/>
              <w:spacing w:line="240" w:lineRule="auto"/>
              <w:rPr>
                <w:rFonts w:ascii="Montserrat" w:eastAsia="Montserrat" w:hAnsi="Montserrat" w:cs="Montserrat"/>
                <w:b/>
                <w:bCs/>
                <w:color w:val="434343"/>
                <w:sz w:val="24"/>
                <w:szCs w:val="24"/>
                <w:lang w:val="ro"/>
              </w:rPr>
            </w:pPr>
            <w:r w:rsidRPr="04BED00B">
              <w:rPr>
                <w:rFonts w:ascii="Montserrat" w:eastAsia="Montserrat" w:hAnsi="Montserrat" w:cs="Montserrat"/>
                <w:b/>
                <w:bCs/>
                <w:color w:val="434343"/>
                <w:sz w:val="24"/>
                <w:szCs w:val="24"/>
                <w:lang w:val="ro"/>
              </w:rPr>
              <w:t>2. Materiale și consumabile necesare proiectului, inclusiv închirierea și achiziționarea de articole necesare în mod direct pentru implementarea proiectului, cum ar fi echipamente, unelte, articole pentru desen și pictură etc</w:t>
            </w:r>
          </w:p>
          <w:p w14:paraId="0EE35875" w14:textId="77777777" w:rsidR="00C72196" w:rsidRDefault="00C72196" w:rsidP="00385EE6">
            <w:pPr>
              <w:widowControl w:val="0"/>
              <w:spacing w:line="240" w:lineRule="auto"/>
              <w:rPr>
                <w:rFonts w:ascii="Montserrat" w:eastAsia="Montserrat" w:hAnsi="Montserrat" w:cs="Montserrat"/>
                <w:color w:val="434343"/>
                <w:sz w:val="24"/>
                <w:szCs w:val="24"/>
                <w:lang w:val="ro"/>
              </w:rPr>
            </w:pPr>
            <w:r w:rsidRPr="04BED00B">
              <w:rPr>
                <w:rFonts w:ascii="Montserrat" w:eastAsia="Montserrat" w:hAnsi="Montserrat" w:cs="Montserrat"/>
                <w:color w:val="434343"/>
                <w:sz w:val="24"/>
                <w:szCs w:val="24"/>
                <w:lang w:val="ro"/>
              </w:rPr>
              <w:t xml:space="preserve"> </w:t>
            </w:r>
          </w:p>
          <w:p w14:paraId="42C5322E" w14:textId="77777777" w:rsidR="00C72196" w:rsidRDefault="00C72196" w:rsidP="00385EE6">
            <w:pPr>
              <w:widowControl w:val="0"/>
              <w:spacing w:line="240" w:lineRule="auto"/>
              <w:rPr>
                <w:rFonts w:ascii="Montserrat" w:eastAsia="Montserrat" w:hAnsi="Montserrat" w:cs="Montserrat"/>
                <w:i/>
                <w:iCs/>
                <w:color w:val="434343"/>
                <w:sz w:val="24"/>
                <w:szCs w:val="24"/>
                <w:lang w:val="ro"/>
              </w:rPr>
            </w:pPr>
          </w:p>
          <w:p w14:paraId="2222F8F6" w14:textId="77777777" w:rsidR="00C72196" w:rsidRPr="00C72196" w:rsidRDefault="00C72196" w:rsidP="00385EE6">
            <w:pPr>
              <w:widowControl w:val="0"/>
              <w:spacing w:line="240" w:lineRule="auto"/>
              <w:rPr>
                <w:lang w:val="fr-FR"/>
              </w:rPr>
            </w:pPr>
            <w:r w:rsidRPr="04BED00B">
              <w:rPr>
                <w:rFonts w:ascii="Montserrat" w:eastAsia="Montserrat" w:hAnsi="Montserrat" w:cs="Montserrat"/>
                <w:i/>
                <w:iCs/>
                <w:color w:val="434343"/>
                <w:sz w:val="24"/>
                <w:szCs w:val="24"/>
                <w:lang w:val="ro"/>
              </w:rPr>
              <w:t>Denumire material/produs: ……………….. nr. unități * ……………….. preț/unitate = ……………….. lei;</w:t>
            </w:r>
          </w:p>
          <w:p w14:paraId="32B5BE93" w14:textId="77777777" w:rsidR="00C72196" w:rsidRPr="00C72196" w:rsidRDefault="00C72196" w:rsidP="00385EE6">
            <w:pPr>
              <w:widowControl w:val="0"/>
              <w:spacing w:line="240" w:lineRule="auto"/>
              <w:rPr>
                <w:lang w:val="fr-FR"/>
              </w:rPr>
            </w:pPr>
            <w:r w:rsidRPr="04BED00B">
              <w:rPr>
                <w:rFonts w:ascii="Montserrat" w:eastAsia="Montserrat" w:hAnsi="Montserrat" w:cs="Montserrat"/>
                <w:i/>
                <w:iCs/>
                <w:color w:val="434343"/>
                <w:sz w:val="24"/>
                <w:szCs w:val="24"/>
                <w:lang w:val="ro"/>
              </w:rPr>
              <w:t>Chirie aparatură ……………….. nr. unități * ……………….. preț/unitate = ……………….. lei;</w:t>
            </w:r>
          </w:p>
          <w:p w14:paraId="015CD2A4" w14:textId="77777777" w:rsidR="00C72196" w:rsidRDefault="00C72196" w:rsidP="00385EE6">
            <w:pPr>
              <w:widowControl w:val="0"/>
              <w:spacing w:line="240" w:lineRule="auto"/>
              <w:rPr>
                <w:rFonts w:ascii="Montserrat" w:eastAsia="Montserrat" w:hAnsi="Montserrat" w:cs="Montserrat"/>
                <w:i/>
                <w:iCs/>
                <w:color w:val="434343"/>
                <w:sz w:val="24"/>
                <w:szCs w:val="24"/>
                <w:lang w:val="ro"/>
              </w:rPr>
            </w:pPr>
          </w:p>
          <w:p w14:paraId="61098AC2" w14:textId="77777777" w:rsidR="00C72196" w:rsidRDefault="00C72196" w:rsidP="00385EE6">
            <w:pPr>
              <w:widowControl w:val="0"/>
              <w:spacing w:line="240" w:lineRule="auto"/>
              <w:rPr>
                <w:rFonts w:ascii="Montserrat" w:eastAsia="Montserrat" w:hAnsi="Montserrat" w:cs="Montserrat"/>
                <w:i/>
                <w:iCs/>
                <w:color w:val="434343"/>
                <w:sz w:val="24"/>
                <w:szCs w:val="24"/>
                <w:lang w:val="ro"/>
              </w:rPr>
            </w:pPr>
          </w:p>
          <w:p w14:paraId="461D229F" w14:textId="77777777" w:rsidR="00C72196" w:rsidRDefault="00C72196" w:rsidP="00385EE6">
            <w:pPr>
              <w:spacing w:line="240" w:lineRule="auto"/>
              <w:rPr>
                <w:rFonts w:ascii="Montserrat" w:eastAsia="Montserrat" w:hAnsi="Montserrat" w:cs="Montserrat"/>
                <w:b/>
                <w:bCs/>
                <w:color w:val="1C706C"/>
                <w:sz w:val="24"/>
                <w:szCs w:val="24"/>
                <w:lang w:val="ro"/>
              </w:rPr>
            </w:pPr>
            <w:r w:rsidRPr="04BED00B">
              <w:rPr>
                <w:rFonts w:ascii="Montserrat" w:eastAsia="Montserrat" w:hAnsi="Montserrat" w:cs="Montserrat"/>
                <w:b/>
                <w:bCs/>
                <w:color w:val="1C706C"/>
                <w:sz w:val="24"/>
                <w:szCs w:val="24"/>
                <w:lang w:val="ro"/>
              </w:rPr>
              <w:t>Total capitolul 2. Materiale și consumabile:</w:t>
            </w:r>
          </w:p>
          <w:p w14:paraId="66C61383" w14:textId="77777777" w:rsidR="00C72196" w:rsidRDefault="00C72196" w:rsidP="00385EE6">
            <w:pPr>
              <w:widowControl w:val="0"/>
              <w:spacing w:line="240" w:lineRule="auto"/>
              <w:rPr>
                <w:rFonts w:ascii="Montserrat" w:eastAsia="Montserrat" w:hAnsi="Montserrat" w:cs="Montserrat"/>
                <w:b/>
                <w:bCs/>
                <w:color w:val="434343"/>
                <w:sz w:val="24"/>
                <w:szCs w:val="24"/>
                <w:lang w:val="ro"/>
              </w:rPr>
            </w:pPr>
            <w:r w:rsidRPr="04BED00B">
              <w:rPr>
                <w:rFonts w:ascii="Montserrat" w:eastAsia="Montserrat" w:hAnsi="Montserrat" w:cs="Montserrat"/>
                <w:b/>
                <w:bCs/>
                <w:color w:val="434343"/>
                <w:sz w:val="24"/>
                <w:szCs w:val="24"/>
                <w:lang w:val="ro"/>
              </w:rPr>
              <w:t xml:space="preserve"> </w:t>
            </w:r>
          </w:p>
          <w:p w14:paraId="57E77C0E" w14:textId="77777777" w:rsidR="00C72196" w:rsidRPr="00C72196" w:rsidRDefault="00C72196" w:rsidP="00385EE6">
            <w:pPr>
              <w:widowControl w:val="0"/>
              <w:spacing w:line="240" w:lineRule="auto"/>
              <w:rPr>
                <w:lang w:val="fr-FR"/>
              </w:rPr>
            </w:pPr>
            <w:r w:rsidRPr="04BED00B">
              <w:rPr>
                <w:rFonts w:ascii="Montserrat" w:eastAsia="Montserrat" w:hAnsi="Montserrat" w:cs="Montserrat"/>
                <w:b/>
                <w:bCs/>
                <w:color w:val="434343"/>
                <w:sz w:val="24"/>
                <w:szCs w:val="24"/>
                <w:lang w:val="ro"/>
              </w:rPr>
              <w:t xml:space="preserve">3. </w:t>
            </w:r>
            <w:r w:rsidRPr="04BED00B">
              <w:rPr>
                <w:rFonts w:ascii="Montserrat" w:eastAsia="Montserrat" w:hAnsi="Montserrat" w:cs="Montserrat"/>
                <w:b/>
                <w:bCs/>
                <w:i/>
                <w:iCs/>
                <w:color w:val="434343"/>
                <w:sz w:val="24"/>
                <w:szCs w:val="24"/>
                <w:lang w:val="ro"/>
              </w:rPr>
              <w:t>Costuri pentru organizarea de evenimente dedicate comunității, ateliere sau sesiuni informative: închiriere spații, tipărirea de materiale pentru participanți, produse pentru pauza de cafea;</w:t>
            </w:r>
          </w:p>
          <w:p w14:paraId="668EFB67" w14:textId="77777777" w:rsidR="00C72196" w:rsidRDefault="00C72196" w:rsidP="00385EE6">
            <w:pPr>
              <w:widowControl w:val="0"/>
              <w:spacing w:line="240" w:lineRule="auto"/>
              <w:rPr>
                <w:rFonts w:ascii="Montserrat" w:eastAsia="Montserrat" w:hAnsi="Montserrat" w:cs="Montserrat"/>
                <w:b/>
                <w:bCs/>
                <w:i/>
                <w:iCs/>
                <w:color w:val="434343"/>
                <w:sz w:val="24"/>
                <w:szCs w:val="24"/>
                <w:lang w:val="ro"/>
              </w:rPr>
            </w:pPr>
          </w:p>
          <w:p w14:paraId="164F81DA" w14:textId="77777777" w:rsidR="00C72196" w:rsidRDefault="00C72196" w:rsidP="00385EE6">
            <w:pPr>
              <w:widowControl w:val="0"/>
              <w:spacing w:line="240" w:lineRule="auto"/>
              <w:rPr>
                <w:rFonts w:ascii="Montserrat" w:eastAsia="Montserrat" w:hAnsi="Montserrat" w:cs="Montserrat"/>
                <w:i/>
                <w:iCs/>
                <w:color w:val="434343"/>
                <w:sz w:val="24"/>
                <w:szCs w:val="24"/>
                <w:lang w:val="ro"/>
              </w:rPr>
            </w:pPr>
            <w:r w:rsidRPr="04BED00B">
              <w:rPr>
                <w:rFonts w:ascii="Montserrat" w:eastAsia="Montserrat" w:hAnsi="Montserrat" w:cs="Montserrat"/>
                <w:i/>
                <w:iCs/>
                <w:color w:val="434343"/>
                <w:sz w:val="24"/>
                <w:szCs w:val="24"/>
                <w:lang w:val="ro"/>
              </w:rPr>
              <w:t>Chirie spațiu ……………….. nr. unități * ……………….. preț/unitate = ……………….. lei;</w:t>
            </w:r>
          </w:p>
          <w:p w14:paraId="03353D19" w14:textId="77777777" w:rsidR="00C72196" w:rsidRPr="00C72196" w:rsidRDefault="00C72196" w:rsidP="00385EE6">
            <w:pPr>
              <w:widowControl w:val="0"/>
              <w:spacing w:line="240" w:lineRule="auto"/>
              <w:rPr>
                <w:lang w:val="fr-FR"/>
              </w:rPr>
            </w:pPr>
            <w:r w:rsidRPr="04BED00B">
              <w:rPr>
                <w:rFonts w:ascii="Montserrat" w:eastAsia="Montserrat" w:hAnsi="Montserrat" w:cs="Montserrat"/>
                <w:i/>
                <w:iCs/>
                <w:color w:val="434343"/>
                <w:sz w:val="24"/>
                <w:szCs w:val="24"/>
                <w:lang w:val="ro"/>
              </w:rPr>
              <w:t>Chirie aparatură ……………….. nr. unități * ……………….. preț/unitate = ……………….. lei;</w:t>
            </w:r>
          </w:p>
          <w:p w14:paraId="2C75A4B3" w14:textId="77777777" w:rsidR="00C72196" w:rsidRPr="00C72196" w:rsidRDefault="00C72196" w:rsidP="00385EE6">
            <w:pPr>
              <w:widowControl w:val="0"/>
              <w:spacing w:line="240" w:lineRule="auto"/>
              <w:rPr>
                <w:lang w:val="ro"/>
              </w:rPr>
            </w:pPr>
            <w:r w:rsidRPr="04BED00B">
              <w:rPr>
                <w:rFonts w:ascii="Montserrat" w:eastAsia="Montserrat" w:hAnsi="Montserrat" w:cs="Montserrat"/>
                <w:i/>
                <w:iCs/>
                <w:color w:val="434343"/>
                <w:sz w:val="24"/>
                <w:szCs w:val="24"/>
                <w:lang w:val="ro"/>
              </w:rPr>
              <w:t>Denumire serviciu ……………….. zile/luni/lucrare * ……………….. lei/zi/lună/lucrare =  …………..  lei;</w:t>
            </w:r>
          </w:p>
          <w:p w14:paraId="383C3ED9" w14:textId="77777777" w:rsidR="00C72196" w:rsidRDefault="00C72196" w:rsidP="00385EE6">
            <w:pPr>
              <w:widowControl w:val="0"/>
              <w:spacing w:line="240" w:lineRule="auto"/>
              <w:rPr>
                <w:rFonts w:ascii="Montserrat" w:eastAsia="Montserrat" w:hAnsi="Montserrat" w:cs="Montserrat"/>
                <w:i/>
                <w:iCs/>
                <w:color w:val="434343"/>
                <w:sz w:val="24"/>
                <w:szCs w:val="24"/>
                <w:lang w:val="ro"/>
              </w:rPr>
            </w:pPr>
            <w:r w:rsidRPr="04BED00B">
              <w:rPr>
                <w:rFonts w:ascii="Montserrat" w:eastAsia="Montserrat" w:hAnsi="Montserrat" w:cs="Montserrat"/>
                <w:i/>
                <w:iCs/>
                <w:color w:val="434343"/>
                <w:sz w:val="24"/>
                <w:szCs w:val="24"/>
                <w:lang w:val="ro"/>
              </w:rPr>
              <w:t>Tipăritură nr. buc…... * ……………….. preț/buc = ……………….. lei;</w:t>
            </w:r>
          </w:p>
          <w:p w14:paraId="7A43D0D0" w14:textId="77777777" w:rsidR="00C72196" w:rsidRPr="00C72196" w:rsidRDefault="00C72196" w:rsidP="00385EE6">
            <w:pPr>
              <w:widowControl w:val="0"/>
              <w:spacing w:line="240" w:lineRule="auto"/>
              <w:rPr>
                <w:lang w:val="ro"/>
              </w:rPr>
            </w:pPr>
            <w:r w:rsidRPr="04BED00B">
              <w:rPr>
                <w:rFonts w:ascii="Montserrat" w:eastAsia="Montserrat" w:hAnsi="Montserrat" w:cs="Montserrat"/>
                <w:i/>
                <w:iCs/>
                <w:color w:val="434343"/>
                <w:sz w:val="24"/>
                <w:szCs w:val="24"/>
                <w:lang w:val="ro"/>
              </w:rPr>
              <w:t xml:space="preserve">(menționați detalii privind </w:t>
            </w:r>
            <w:proofErr w:type="spellStart"/>
            <w:r w:rsidRPr="04BED00B">
              <w:rPr>
                <w:rFonts w:ascii="Montserrat" w:eastAsia="Montserrat" w:hAnsi="Montserrat" w:cs="Montserrat"/>
                <w:i/>
                <w:iCs/>
                <w:color w:val="434343"/>
                <w:sz w:val="24"/>
                <w:szCs w:val="24"/>
                <w:lang w:val="ro"/>
              </w:rPr>
              <w:t>carateristici</w:t>
            </w:r>
            <w:proofErr w:type="spellEnd"/>
            <w:r w:rsidRPr="04BED00B">
              <w:rPr>
                <w:rFonts w:ascii="Montserrat" w:eastAsia="Montserrat" w:hAnsi="Montserrat" w:cs="Montserrat"/>
                <w:i/>
                <w:iCs/>
                <w:color w:val="434343"/>
                <w:sz w:val="24"/>
                <w:szCs w:val="24"/>
                <w:lang w:val="ro"/>
              </w:rPr>
              <w:t xml:space="preserve"> ale tipăriturii, precum nr. pagini, format, cromatică)</w:t>
            </w:r>
          </w:p>
          <w:p w14:paraId="16AEAE6E" w14:textId="77777777" w:rsidR="00C72196" w:rsidRPr="00C72196" w:rsidRDefault="00C72196" w:rsidP="00385EE6">
            <w:pPr>
              <w:widowControl w:val="0"/>
              <w:spacing w:line="240" w:lineRule="auto"/>
              <w:rPr>
                <w:lang w:val="ro"/>
              </w:rPr>
            </w:pPr>
            <w:r w:rsidRPr="04BED00B">
              <w:rPr>
                <w:rFonts w:ascii="Montserrat" w:eastAsia="Montserrat" w:hAnsi="Montserrat" w:cs="Montserrat"/>
                <w:i/>
                <w:iCs/>
                <w:color w:val="434343"/>
                <w:sz w:val="24"/>
                <w:szCs w:val="24"/>
                <w:lang w:val="ro"/>
              </w:rPr>
              <w:t>Denumire material/produs: ……………….. nr. unități * ……………….. preț/unitate = ……………….. lei;</w:t>
            </w:r>
          </w:p>
          <w:p w14:paraId="466676F8" w14:textId="77777777" w:rsidR="00C72196" w:rsidRDefault="00C72196" w:rsidP="00385EE6">
            <w:pPr>
              <w:widowControl w:val="0"/>
              <w:spacing w:line="240" w:lineRule="auto"/>
              <w:rPr>
                <w:rFonts w:ascii="Montserrat" w:eastAsia="Montserrat" w:hAnsi="Montserrat" w:cs="Montserrat"/>
                <w:i/>
                <w:iCs/>
                <w:color w:val="434343"/>
                <w:sz w:val="24"/>
                <w:szCs w:val="24"/>
                <w:lang w:val="ro"/>
              </w:rPr>
            </w:pPr>
          </w:p>
          <w:p w14:paraId="63EEED18" w14:textId="77777777" w:rsidR="00C72196" w:rsidRDefault="00C72196" w:rsidP="00385EE6">
            <w:pPr>
              <w:spacing w:line="240" w:lineRule="auto"/>
              <w:rPr>
                <w:rFonts w:ascii="Montserrat" w:eastAsia="Montserrat" w:hAnsi="Montserrat" w:cs="Montserrat"/>
                <w:b/>
                <w:bCs/>
                <w:color w:val="434343"/>
                <w:sz w:val="24"/>
                <w:szCs w:val="24"/>
                <w:lang w:val="ro"/>
              </w:rPr>
            </w:pPr>
            <w:r w:rsidRPr="04BED00B">
              <w:rPr>
                <w:rFonts w:ascii="Montserrat" w:eastAsia="Montserrat" w:hAnsi="Montserrat" w:cs="Montserrat"/>
                <w:b/>
                <w:bCs/>
                <w:color w:val="1C706C"/>
                <w:sz w:val="24"/>
                <w:szCs w:val="24"/>
                <w:lang w:val="ro"/>
              </w:rPr>
              <w:t xml:space="preserve">Total capitolul 3. </w:t>
            </w:r>
            <w:r w:rsidRPr="04BED00B">
              <w:rPr>
                <w:rFonts w:ascii="Montserrat" w:eastAsia="Montserrat" w:hAnsi="Montserrat" w:cs="Montserrat"/>
                <w:b/>
                <w:bCs/>
                <w:color w:val="0E635B"/>
                <w:sz w:val="24"/>
                <w:szCs w:val="24"/>
                <w:lang w:val="ro"/>
              </w:rPr>
              <w:t>Organizare evenimente: …</w:t>
            </w:r>
          </w:p>
          <w:p w14:paraId="600AAC3A" w14:textId="77777777" w:rsidR="00C72196" w:rsidRDefault="00C72196" w:rsidP="00385EE6">
            <w:pPr>
              <w:widowControl w:val="0"/>
              <w:spacing w:line="240" w:lineRule="auto"/>
              <w:rPr>
                <w:rFonts w:ascii="Montserrat" w:eastAsia="Montserrat" w:hAnsi="Montserrat" w:cs="Montserrat"/>
                <w:i/>
                <w:iCs/>
                <w:color w:val="434343"/>
                <w:sz w:val="24"/>
                <w:szCs w:val="24"/>
                <w:lang w:val="ro"/>
              </w:rPr>
            </w:pPr>
          </w:p>
          <w:p w14:paraId="147E063D" w14:textId="77777777" w:rsidR="00C72196" w:rsidRDefault="00C72196" w:rsidP="00385EE6">
            <w:pPr>
              <w:widowControl w:val="0"/>
              <w:spacing w:line="240" w:lineRule="auto"/>
              <w:rPr>
                <w:rFonts w:ascii="Montserrat" w:eastAsia="Montserrat" w:hAnsi="Montserrat" w:cs="Montserrat"/>
                <w:b/>
                <w:bCs/>
                <w:color w:val="434343"/>
                <w:sz w:val="24"/>
                <w:szCs w:val="24"/>
                <w:lang w:val="ro"/>
              </w:rPr>
            </w:pPr>
            <w:r w:rsidRPr="04BED00B">
              <w:rPr>
                <w:rFonts w:ascii="Montserrat" w:eastAsia="Montserrat" w:hAnsi="Montserrat" w:cs="Montserrat"/>
                <w:b/>
                <w:bCs/>
                <w:color w:val="434343"/>
                <w:sz w:val="24"/>
                <w:szCs w:val="24"/>
                <w:lang w:val="ro"/>
              </w:rPr>
              <w:t>4. Permise, avize sau autorizații necesare pentru implementare;</w:t>
            </w:r>
          </w:p>
          <w:p w14:paraId="41C20B7B" w14:textId="77777777" w:rsidR="00C72196" w:rsidRDefault="00C72196" w:rsidP="00385EE6">
            <w:pPr>
              <w:widowControl w:val="0"/>
              <w:spacing w:line="240" w:lineRule="auto"/>
              <w:rPr>
                <w:rFonts w:ascii="Montserrat" w:eastAsia="Montserrat" w:hAnsi="Montserrat" w:cs="Montserrat"/>
                <w:i/>
                <w:iCs/>
                <w:color w:val="434343"/>
                <w:sz w:val="24"/>
                <w:szCs w:val="24"/>
                <w:lang w:val="ro"/>
              </w:rPr>
            </w:pPr>
          </w:p>
          <w:p w14:paraId="4C3F45CD" w14:textId="77777777" w:rsidR="00C72196" w:rsidRPr="00C72196" w:rsidRDefault="00C72196" w:rsidP="00385EE6">
            <w:pPr>
              <w:widowControl w:val="0"/>
              <w:spacing w:line="240" w:lineRule="auto"/>
              <w:rPr>
                <w:lang w:val="ro"/>
              </w:rPr>
            </w:pPr>
            <w:r w:rsidRPr="04BED00B">
              <w:rPr>
                <w:rFonts w:ascii="Montserrat" w:eastAsia="Montserrat" w:hAnsi="Montserrat" w:cs="Montserrat"/>
                <w:i/>
                <w:iCs/>
                <w:color w:val="434343"/>
                <w:sz w:val="24"/>
                <w:szCs w:val="24"/>
                <w:lang w:val="ro"/>
              </w:rPr>
              <w:t>Detaliere</w:t>
            </w:r>
          </w:p>
          <w:p w14:paraId="32659454" w14:textId="77777777" w:rsidR="00C72196" w:rsidRDefault="00C72196" w:rsidP="00385EE6">
            <w:pPr>
              <w:widowControl w:val="0"/>
              <w:spacing w:line="240" w:lineRule="auto"/>
              <w:rPr>
                <w:rFonts w:ascii="Montserrat" w:eastAsia="Montserrat" w:hAnsi="Montserrat" w:cs="Montserrat"/>
                <w:i/>
                <w:iCs/>
                <w:color w:val="434343"/>
                <w:sz w:val="24"/>
                <w:szCs w:val="24"/>
                <w:lang w:val="ro"/>
              </w:rPr>
            </w:pPr>
          </w:p>
          <w:p w14:paraId="7DF81F99" w14:textId="77777777" w:rsidR="00C72196" w:rsidRDefault="00C72196" w:rsidP="00385EE6">
            <w:pPr>
              <w:spacing w:line="240" w:lineRule="auto"/>
              <w:rPr>
                <w:rFonts w:ascii="Montserrat" w:eastAsia="Montserrat" w:hAnsi="Montserrat" w:cs="Montserrat"/>
                <w:b/>
                <w:bCs/>
                <w:color w:val="434343"/>
                <w:sz w:val="24"/>
                <w:szCs w:val="24"/>
                <w:lang w:val="ro"/>
              </w:rPr>
            </w:pPr>
            <w:r w:rsidRPr="04BED00B">
              <w:rPr>
                <w:rFonts w:ascii="Montserrat" w:eastAsia="Montserrat" w:hAnsi="Montserrat" w:cs="Montserrat"/>
                <w:b/>
                <w:bCs/>
                <w:color w:val="1C706C"/>
                <w:sz w:val="24"/>
                <w:szCs w:val="24"/>
                <w:lang w:val="ro"/>
              </w:rPr>
              <w:t xml:space="preserve">Total capitolul 4. Avize și autorizații: </w:t>
            </w:r>
            <w:r w:rsidRPr="04BED00B">
              <w:rPr>
                <w:rFonts w:ascii="Montserrat" w:eastAsia="Montserrat" w:hAnsi="Montserrat" w:cs="Montserrat"/>
                <w:b/>
                <w:bCs/>
                <w:color w:val="0E635B"/>
                <w:sz w:val="24"/>
                <w:szCs w:val="24"/>
                <w:lang w:val="ro"/>
              </w:rPr>
              <w:t>…</w:t>
            </w:r>
          </w:p>
          <w:p w14:paraId="32E11C8E" w14:textId="77777777" w:rsidR="00C72196" w:rsidRDefault="00C72196" w:rsidP="00385EE6">
            <w:pPr>
              <w:widowControl w:val="0"/>
              <w:spacing w:line="240" w:lineRule="auto"/>
              <w:rPr>
                <w:rFonts w:ascii="Montserrat" w:eastAsia="Montserrat" w:hAnsi="Montserrat" w:cs="Montserrat"/>
                <w:i/>
                <w:iCs/>
                <w:color w:val="434343"/>
                <w:sz w:val="24"/>
                <w:szCs w:val="24"/>
                <w:lang w:val="ro"/>
              </w:rPr>
            </w:pPr>
          </w:p>
          <w:p w14:paraId="011143B0" w14:textId="77777777" w:rsidR="00C72196" w:rsidRDefault="00C72196" w:rsidP="00385EE6">
            <w:pPr>
              <w:widowControl w:val="0"/>
              <w:spacing w:line="240" w:lineRule="auto"/>
              <w:rPr>
                <w:rFonts w:ascii="Montserrat" w:eastAsia="Montserrat" w:hAnsi="Montserrat" w:cs="Montserrat"/>
                <w:i/>
                <w:iCs/>
                <w:color w:val="434343"/>
                <w:sz w:val="24"/>
                <w:szCs w:val="24"/>
                <w:lang w:val="ro"/>
              </w:rPr>
            </w:pPr>
          </w:p>
          <w:p w14:paraId="0E5E7116" w14:textId="77777777" w:rsidR="00C72196" w:rsidRDefault="00C72196" w:rsidP="00385EE6">
            <w:pPr>
              <w:widowControl w:val="0"/>
              <w:spacing w:line="240" w:lineRule="auto"/>
              <w:rPr>
                <w:rFonts w:ascii="Montserrat" w:eastAsia="Montserrat" w:hAnsi="Montserrat" w:cs="Montserrat"/>
                <w:b/>
                <w:bCs/>
                <w:color w:val="434343"/>
                <w:sz w:val="24"/>
                <w:szCs w:val="24"/>
                <w:lang w:val="ro"/>
              </w:rPr>
            </w:pPr>
            <w:r w:rsidRPr="04BED00B">
              <w:rPr>
                <w:rFonts w:ascii="Montserrat" w:eastAsia="Montserrat" w:hAnsi="Montserrat" w:cs="Montserrat"/>
                <w:b/>
                <w:bCs/>
                <w:color w:val="434343"/>
                <w:sz w:val="24"/>
                <w:szCs w:val="24"/>
                <w:lang w:val="ro"/>
              </w:rPr>
              <w:t>5. Transport local rezonabil pentru tineri sau membri ai echipei implicați direct, inclusiv transportul materialelor;</w:t>
            </w:r>
          </w:p>
          <w:p w14:paraId="58250AAB" w14:textId="77777777" w:rsidR="00C72196" w:rsidRDefault="00C72196" w:rsidP="00385EE6">
            <w:pPr>
              <w:widowControl w:val="0"/>
              <w:spacing w:line="240" w:lineRule="auto"/>
              <w:rPr>
                <w:rFonts w:ascii="Montserrat" w:eastAsia="Montserrat" w:hAnsi="Montserrat" w:cs="Montserrat"/>
                <w:b/>
                <w:bCs/>
                <w:color w:val="434343"/>
                <w:sz w:val="24"/>
                <w:szCs w:val="24"/>
                <w:lang w:val="ro"/>
              </w:rPr>
            </w:pPr>
          </w:p>
          <w:p w14:paraId="201737E0" w14:textId="77777777" w:rsidR="00C72196" w:rsidRPr="00C72196" w:rsidRDefault="00C72196" w:rsidP="00385EE6">
            <w:pPr>
              <w:widowControl w:val="0"/>
              <w:spacing w:line="240" w:lineRule="auto"/>
              <w:rPr>
                <w:lang w:val="fr-FR"/>
              </w:rPr>
            </w:pPr>
            <w:r w:rsidRPr="04BED00B">
              <w:rPr>
                <w:rFonts w:ascii="Montserrat" w:eastAsia="Montserrat" w:hAnsi="Montserrat" w:cs="Montserrat"/>
                <w:i/>
                <w:iCs/>
                <w:color w:val="434343"/>
                <w:sz w:val="24"/>
                <w:szCs w:val="24"/>
                <w:lang w:val="ro"/>
              </w:rPr>
              <w:t>Transport auto - ………….. nr. km dus-întors pe ruta ______ * 7,5 l/100km * ………….. lei/l = ……………….. lei;</w:t>
            </w:r>
          </w:p>
          <w:p w14:paraId="35C73DD4" w14:textId="77777777" w:rsidR="00C72196" w:rsidRPr="00C72196" w:rsidRDefault="00C72196" w:rsidP="00385EE6">
            <w:pPr>
              <w:widowControl w:val="0"/>
              <w:spacing w:line="240" w:lineRule="auto"/>
              <w:rPr>
                <w:lang w:val="fr-FR"/>
              </w:rPr>
            </w:pPr>
            <w:r w:rsidRPr="04BED00B">
              <w:rPr>
                <w:rFonts w:ascii="Montserrat" w:eastAsia="Montserrat" w:hAnsi="Montserrat" w:cs="Montserrat"/>
                <w:i/>
                <w:iCs/>
                <w:color w:val="434343"/>
                <w:sz w:val="24"/>
                <w:szCs w:val="24"/>
                <w:lang w:val="ro"/>
              </w:rPr>
              <w:t>Bilete transport în comun: nr. Bilete*... lei/bilet = ..... lei</w:t>
            </w:r>
          </w:p>
          <w:p w14:paraId="379BC35C" w14:textId="77777777" w:rsidR="00C72196" w:rsidRDefault="00C72196" w:rsidP="00385EE6">
            <w:pPr>
              <w:widowControl w:val="0"/>
              <w:spacing w:line="240" w:lineRule="auto"/>
            </w:pPr>
            <w:r w:rsidRPr="04BED00B">
              <w:rPr>
                <w:rFonts w:ascii="Montserrat" w:eastAsia="Montserrat" w:hAnsi="Montserrat" w:cs="Montserrat"/>
                <w:i/>
                <w:iCs/>
                <w:color w:val="434343"/>
                <w:sz w:val="24"/>
                <w:szCs w:val="24"/>
                <w:lang w:val="ro"/>
              </w:rPr>
              <w:t xml:space="preserve">Curse </w:t>
            </w:r>
            <w:proofErr w:type="spellStart"/>
            <w:r w:rsidRPr="04BED00B">
              <w:rPr>
                <w:rFonts w:ascii="Montserrat" w:eastAsia="Montserrat" w:hAnsi="Montserrat" w:cs="Montserrat"/>
                <w:i/>
                <w:iCs/>
                <w:color w:val="434343"/>
                <w:sz w:val="24"/>
                <w:szCs w:val="24"/>
                <w:lang w:val="ro"/>
              </w:rPr>
              <w:t>Ridesharing</w:t>
            </w:r>
            <w:proofErr w:type="spellEnd"/>
            <w:r w:rsidRPr="04BED00B">
              <w:rPr>
                <w:rFonts w:ascii="Montserrat" w:eastAsia="Montserrat" w:hAnsi="Montserrat" w:cs="Montserrat"/>
                <w:i/>
                <w:iCs/>
                <w:color w:val="434343"/>
                <w:sz w:val="24"/>
                <w:szCs w:val="24"/>
                <w:lang w:val="ro"/>
              </w:rPr>
              <w:t>: (</w:t>
            </w:r>
            <w:proofErr w:type="spellStart"/>
            <w:r w:rsidRPr="04BED00B">
              <w:rPr>
                <w:rFonts w:ascii="Montserrat" w:eastAsia="Montserrat" w:hAnsi="Montserrat" w:cs="Montserrat"/>
                <w:i/>
                <w:iCs/>
                <w:color w:val="434343"/>
                <w:sz w:val="24"/>
                <w:szCs w:val="24"/>
                <w:lang w:val="ro"/>
              </w:rPr>
              <w:t>completati</w:t>
            </w:r>
            <w:proofErr w:type="spellEnd"/>
            <w:r w:rsidRPr="04BED00B">
              <w:rPr>
                <w:rFonts w:ascii="Montserrat" w:eastAsia="Montserrat" w:hAnsi="Montserrat" w:cs="Montserrat"/>
                <w:i/>
                <w:iCs/>
                <w:color w:val="434343"/>
                <w:sz w:val="24"/>
                <w:szCs w:val="24"/>
                <w:lang w:val="ro"/>
              </w:rPr>
              <w:t xml:space="preserve"> suma, ruta, scop)</w:t>
            </w:r>
          </w:p>
          <w:p w14:paraId="6DA275FD" w14:textId="77777777" w:rsidR="00C72196" w:rsidRDefault="00C72196" w:rsidP="00385EE6">
            <w:pPr>
              <w:widowControl w:val="0"/>
              <w:spacing w:line="240" w:lineRule="auto"/>
              <w:rPr>
                <w:rFonts w:ascii="Montserrat" w:eastAsia="Montserrat" w:hAnsi="Montserrat" w:cs="Montserrat"/>
                <w:i/>
                <w:iCs/>
                <w:color w:val="434343"/>
                <w:sz w:val="24"/>
                <w:szCs w:val="24"/>
                <w:lang w:val="ro"/>
              </w:rPr>
            </w:pPr>
          </w:p>
          <w:p w14:paraId="0C955563" w14:textId="77777777" w:rsidR="00C72196" w:rsidRDefault="00C72196" w:rsidP="00385EE6">
            <w:pPr>
              <w:widowControl w:val="0"/>
              <w:spacing w:line="240" w:lineRule="auto"/>
              <w:rPr>
                <w:rFonts w:ascii="Montserrat" w:eastAsia="Montserrat" w:hAnsi="Montserrat" w:cs="Montserrat"/>
                <w:b/>
                <w:bCs/>
                <w:color w:val="216A6E"/>
                <w:sz w:val="24"/>
                <w:szCs w:val="24"/>
                <w:lang w:val="ro"/>
              </w:rPr>
            </w:pPr>
            <w:r w:rsidRPr="04BED00B">
              <w:rPr>
                <w:rFonts w:ascii="Montserrat" w:eastAsia="Montserrat" w:hAnsi="Montserrat" w:cs="Montserrat"/>
                <w:b/>
                <w:bCs/>
                <w:color w:val="216A6E"/>
                <w:sz w:val="24"/>
                <w:szCs w:val="24"/>
                <w:lang w:val="ro"/>
              </w:rPr>
              <w:lastRenderedPageBreak/>
              <w:t>Total capitolul 5. Transport: …</w:t>
            </w:r>
          </w:p>
          <w:p w14:paraId="57F96EC9" w14:textId="77777777" w:rsidR="00C72196" w:rsidRDefault="00C72196" w:rsidP="00385EE6">
            <w:pPr>
              <w:widowControl w:val="0"/>
              <w:spacing w:line="240" w:lineRule="auto"/>
              <w:rPr>
                <w:rFonts w:ascii="Montserrat" w:eastAsia="Montserrat" w:hAnsi="Montserrat" w:cs="Montserrat"/>
                <w:b/>
                <w:bCs/>
                <w:color w:val="434343"/>
                <w:sz w:val="24"/>
                <w:szCs w:val="24"/>
                <w:lang w:val="ro"/>
              </w:rPr>
            </w:pPr>
            <w:r w:rsidRPr="04BED00B">
              <w:rPr>
                <w:rFonts w:ascii="Montserrat" w:eastAsia="Montserrat" w:hAnsi="Montserrat" w:cs="Montserrat"/>
                <w:b/>
                <w:bCs/>
                <w:color w:val="434343"/>
                <w:sz w:val="24"/>
                <w:szCs w:val="24"/>
                <w:lang w:val="ro"/>
              </w:rPr>
              <w:t xml:space="preserve"> </w:t>
            </w:r>
          </w:p>
          <w:p w14:paraId="171BFB39" w14:textId="77777777" w:rsidR="00C72196" w:rsidRPr="00C72196" w:rsidRDefault="00C72196" w:rsidP="00385EE6">
            <w:pPr>
              <w:widowControl w:val="0"/>
              <w:spacing w:line="240" w:lineRule="auto"/>
              <w:rPr>
                <w:lang w:val="ro"/>
              </w:rPr>
            </w:pPr>
            <w:r w:rsidRPr="04BED00B">
              <w:rPr>
                <w:rFonts w:ascii="Montserrat" w:eastAsia="Montserrat" w:hAnsi="Montserrat" w:cs="Montserrat"/>
                <w:b/>
                <w:bCs/>
                <w:color w:val="434343"/>
                <w:sz w:val="24"/>
                <w:szCs w:val="24"/>
                <w:lang w:val="ro"/>
              </w:rPr>
              <w:t xml:space="preserve">6. Materiale promoționale, </w:t>
            </w:r>
            <w:proofErr w:type="spellStart"/>
            <w:r w:rsidRPr="04BED00B">
              <w:rPr>
                <w:rFonts w:ascii="Montserrat" w:eastAsia="Montserrat" w:hAnsi="Montserrat" w:cs="Montserrat"/>
                <w:b/>
                <w:bCs/>
                <w:color w:val="434343"/>
                <w:sz w:val="24"/>
                <w:szCs w:val="24"/>
                <w:lang w:val="ro"/>
              </w:rPr>
              <w:t>foto</w:t>
            </w:r>
            <w:proofErr w:type="spellEnd"/>
            <w:r w:rsidRPr="04BED00B">
              <w:rPr>
                <w:rFonts w:ascii="Montserrat" w:eastAsia="Montserrat" w:hAnsi="Montserrat" w:cs="Montserrat"/>
                <w:b/>
                <w:bCs/>
                <w:color w:val="434343"/>
                <w:sz w:val="24"/>
                <w:szCs w:val="24"/>
                <w:lang w:val="ro"/>
              </w:rPr>
              <w:t xml:space="preserve">, video, editare și comunicare pentru promovarea proiectului și a  rezultatelor către grupul/grupurile țină și către publicul larg;  </w:t>
            </w:r>
          </w:p>
          <w:p w14:paraId="27818A42" w14:textId="77777777" w:rsidR="00C72196" w:rsidRDefault="00C72196" w:rsidP="00385EE6">
            <w:pPr>
              <w:widowControl w:val="0"/>
              <w:spacing w:line="240" w:lineRule="auto"/>
              <w:rPr>
                <w:rFonts w:ascii="Montserrat" w:eastAsia="Montserrat" w:hAnsi="Montserrat" w:cs="Montserrat"/>
                <w:b/>
                <w:bCs/>
                <w:color w:val="434343"/>
                <w:sz w:val="24"/>
                <w:szCs w:val="24"/>
                <w:lang w:val="ro"/>
              </w:rPr>
            </w:pPr>
          </w:p>
          <w:p w14:paraId="2FA1C392" w14:textId="77777777" w:rsidR="00C72196" w:rsidRPr="00C72196" w:rsidRDefault="00C72196" w:rsidP="00385EE6">
            <w:pPr>
              <w:widowControl w:val="0"/>
              <w:spacing w:line="240" w:lineRule="auto"/>
              <w:rPr>
                <w:lang w:val="ro"/>
              </w:rPr>
            </w:pPr>
            <w:r w:rsidRPr="04BED00B">
              <w:rPr>
                <w:rFonts w:ascii="Montserrat" w:eastAsia="Montserrat" w:hAnsi="Montserrat" w:cs="Montserrat"/>
                <w:i/>
                <w:iCs/>
                <w:color w:val="434343"/>
                <w:sz w:val="24"/>
                <w:szCs w:val="24"/>
                <w:lang w:val="ro"/>
              </w:rPr>
              <w:t>Denumire serviciu ……………….. zile/luni/lucrare * ……………….. lei/zi/lună/lucrare =  …………..  lei;</w:t>
            </w:r>
          </w:p>
          <w:p w14:paraId="6BD8775A" w14:textId="77777777" w:rsidR="00C72196" w:rsidRDefault="00C72196" w:rsidP="00385EE6">
            <w:pPr>
              <w:widowControl w:val="0"/>
              <w:spacing w:line="240" w:lineRule="auto"/>
              <w:rPr>
                <w:rFonts w:ascii="Montserrat" w:eastAsia="Montserrat" w:hAnsi="Montserrat" w:cs="Montserrat"/>
                <w:i/>
                <w:iCs/>
                <w:color w:val="434343"/>
                <w:sz w:val="24"/>
                <w:szCs w:val="24"/>
                <w:lang w:val="ro"/>
              </w:rPr>
            </w:pPr>
            <w:r w:rsidRPr="04BED00B">
              <w:rPr>
                <w:rFonts w:ascii="Montserrat" w:eastAsia="Montserrat" w:hAnsi="Montserrat" w:cs="Montserrat"/>
                <w:i/>
                <w:iCs/>
                <w:color w:val="434343"/>
                <w:sz w:val="24"/>
                <w:szCs w:val="24"/>
                <w:lang w:val="ro"/>
              </w:rPr>
              <w:t>Tipăritură nr. buc…... * ……………….. preț/buc = ……………….. lei;</w:t>
            </w:r>
          </w:p>
          <w:p w14:paraId="6A67A430" w14:textId="77777777" w:rsidR="00C72196" w:rsidRPr="00C72196" w:rsidRDefault="00C72196" w:rsidP="00385EE6">
            <w:pPr>
              <w:widowControl w:val="0"/>
              <w:spacing w:line="240" w:lineRule="auto"/>
              <w:rPr>
                <w:lang w:val="ro"/>
              </w:rPr>
            </w:pPr>
            <w:r w:rsidRPr="04BED00B">
              <w:rPr>
                <w:rFonts w:ascii="Montserrat" w:eastAsia="Montserrat" w:hAnsi="Montserrat" w:cs="Montserrat"/>
                <w:i/>
                <w:iCs/>
                <w:color w:val="434343"/>
                <w:sz w:val="24"/>
                <w:szCs w:val="24"/>
                <w:lang w:val="ro"/>
              </w:rPr>
              <w:t xml:space="preserve">(menționați detalii privind </w:t>
            </w:r>
            <w:proofErr w:type="spellStart"/>
            <w:r w:rsidRPr="04BED00B">
              <w:rPr>
                <w:rFonts w:ascii="Montserrat" w:eastAsia="Montserrat" w:hAnsi="Montserrat" w:cs="Montserrat"/>
                <w:i/>
                <w:iCs/>
                <w:color w:val="434343"/>
                <w:sz w:val="24"/>
                <w:szCs w:val="24"/>
                <w:lang w:val="ro"/>
              </w:rPr>
              <w:t>carateristici</w:t>
            </w:r>
            <w:proofErr w:type="spellEnd"/>
            <w:r w:rsidRPr="04BED00B">
              <w:rPr>
                <w:rFonts w:ascii="Montserrat" w:eastAsia="Montserrat" w:hAnsi="Montserrat" w:cs="Montserrat"/>
                <w:i/>
                <w:iCs/>
                <w:color w:val="434343"/>
                <w:sz w:val="24"/>
                <w:szCs w:val="24"/>
                <w:lang w:val="ro"/>
              </w:rPr>
              <w:t xml:space="preserve"> ale tipăriturii, precum nr. pagini, format, cromatică)</w:t>
            </w:r>
          </w:p>
          <w:p w14:paraId="2512C63E" w14:textId="77777777" w:rsidR="00C72196" w:rsidRPr="00C72196" w:rsidRDefault="00C72196" w:rsidP="00385EE6">
            <w:pPr>
              <w:widowControl w:val="0"/>
              <w:spacing w:line="240" w:lineRule="auto"/>
              <w:rPr>
                <w:lang w:val="ro"/>
              </w:rPr>
            </w:pPr>
            <w:r w:rsidRPr="04BED00B">
              <w:rPr>
                <w:rFonts w:ascii="Montserrat" w:eastAsia="Montserrat" w:hAnsi="Montserrat" w:cs="Montserrat"/>
                <w:i/>
                <w:iCs/>
                <w:color w:val="434343"/>
                <w:sz w:val="24"/>
                <w:szCs w:val="24"/>
                <w:lang w:val="ro"/>
              </w:rPr>
              <w:t>Denumire material/produs: ……………….. nr. unități * ……………….. preț/unitate = ……………….. lei;</w:t>
            </w:r>
          </w:p>
          <w:p w14:paraId="5C4BF537" w14:textId="77777777" w:rsidR="00C72196" w:rsidRDefault="00C72196" w:rsidP="00385EE6">
            <w:pPr>
              <w:widowControl w:val="0"/>
              <w:spacing w:line="240" w:lineRule="auto"/>
              <w:rPr>
                <w:rFonts w:ascii="Montserrat" w:eastAsia="Montserrat" w:hAnsi="Montserrat" w:cs="Montserrat"/>
                <w:i/>
                <w:iCs/>
                <w:color w:val="434343"/>
                <w:sz w:val="24"/>
                <w:szCs w:val="24"/>
                <w:lang w:val="ro"/>
              </w:rPr>
            </w:pPr>
          </w:p>
          <w:p w14:paraId="690B1DC3" w14:textId="77777777" w:rsidR="00C72196" w:rsidRDefault="00C72196" w:rsidP="00385EE6">
            <w:pPr>
              <w:spacing w:line="240" w:lineRule="auto"/>
              <w:rPr>
                <w:rFonts w:ascii="Montserrat" w:eastAsia="Montserrat" w:hAnsi="Montserrat" w:cs="Montserrat"/>
                <w:b/>
                <w:bCs/>
                <w:color w:val="434343"/>
                <w:sz w:val="24"/>
                <w:szCs w:val="24"/>
                <w:lang w:val="ro"/>
              </w:rPr>
            </w:pPr>
            <w:r w:rsidRPr="04BED00B">
              <w:rPr>
                <w:rFonts w:ascii="Montserrat" w:eastAsia="Montserrat" w:hAnsi="Montserrat" w:cs="Montserrat"/>
                <w:b/>
                <w:bCs/>
                <w:color w:val="434343"/>
                <w:sz w:val="24"/>
                <w:szCs w:val="24"/>
                <w:lang w:val="ro"/>
              </w:rPr>
              <w:t>Total capitolul 6. Comunicare și materiale promoționale: …</w:t>
            </w:r>
          </w:p>
          <w:p w14:paraId="6A81B96C" w14:textId="77777777" w:rsidR="00C72196" w:rsidRDefault="00C72196" w:rsidP="00385EE6">
            <w:pPr>
              <w:widowControl w:val="0"/>
              <w:spacing w:line="240" w:lineRule="auto"/>
              <w:rPr>
                <w:rFonts w:ascii="Montserrat" w:eastAsia="Montserrat" w:hAnsi="Montserrat" w:cs="Montserrat"/>
                <w:i/>
                <w:iCs/>
                <w:color w:val="434343"/>
                <w:sz w:val="24"/>
                <w:szCs w:val="24"/>
                <w:lang w:val="ro"/>
              </w:rPr>
            </w:pPr>
          </w:p>
          <w:p w14:paraId="0DB3608B" w14:textId="77777777" w:rsidR="00C72196" w:rsidRDefault="00C72196" w:rsidP="00385EE6">
            <w:pPr>
              <w:widowControl w:val="0"/>
              <w:spacing w:line="240" w:lineRule="auto"/>
              <w:rPr>
                <w:rFonts w:ascii="Montserrat" w:eastAsia="Montserrat" w:hAnsi="Montserrat" w:cs="Montserrat"/>
                <w:b/>
                <w:bCs/>
                <w:color w:val="434343"/>
                <w:sz w:val="24"/>
                <w:szCs w:val="24"/>
                <w:lang w:val="ro"/>
              </w:rPr>
            </w:pPr>
            <w:r w:rsidRPr="04BED00B">
              <w:rPr>
                <w:rFonts w:ascii="Montserrat" w:eastAsia="Montserrat" w:hAnsi="Montserrat" w:cs="Montserrat"/>
                <w:b/>
                <w:bCs/>
                <w:color w:val="434343"/>
                <w:sz w:val="24"/>
                <w:szCs w:val="24"/>
                <w:lang w:val="ro"/>
              </w:rPr>
              <w:t xml:space="preserve">7. Costuri administrative percepute de organizația beneficiară, în limita a 15% din valoarea </w:t>
            </w:r>
            <w:proofErr w:type="spellStart"/>
            <w:r w:rsidRPr="04BED00B">
              <w:rPr>
                <w:rFonts w:ascii="Montserrat" w:eastAsia="Montserrat" w:hAnsi="Montserrat" w:cs="Montserrat"/>
                <w:b/>
                <w:bCs/>
                <w:color w:val="434343"/>
                <w:sz w:val="24"/>
                <w:szCs w:val="24"/>
                <w:lang w:val="ro"/>
              </w:rPr>
              <w:t>micrograntului</w:t>
            </w:r>
            <w:proofErr w:type="spellEnd"/>
            <w:r w:rsidRPr="04BED00B">
              <w:rPr>
                <w:rFonts w:ascii="Montserrat" w:eastAsia="Montserrat" w:hAnsi="Montserrat" w:cs="Montserrat"/>
                <w:b/>
                <w:bCs/>
                <w:color w:val="434343"/>
                <w:sz w:val="24"/>
                <w:szCs w:val="24"/>
                <w:lang w:val="ro"/>
              </w:rPr>
              <w:t>;</w:t>
            </w:r>
          </w:p>
          <w:p w14:paraId="358B7516" w14:textId="77777777" w:rsidR="00C72196" w:rsidRDefault="00C72196" w:rsidP="00385EE6">
            <w:pPr>
              <w:widowControl w:val="0"/>
              <w:spacing w:line="240" w:lineRule="auto"/>
              <w:rPr>
                <w:rFonts w:ascii="Montserrat" w:eastAsia="Montserrat" w:hAnsi="Montserrat" w:cs="Montserrat"/>
                <w:b/>
                <w:bCs/>
                <w:color w:val="434343"/>
                <w:sz w:val="24"/>
                <w:szCs w:val="24"/>
                <w:lang w:val="ro"/>
              </w:rPr>
            </w:pPr>
          </w:p>
          <w:p w14:paraId="4217967F" w14:textId="77777777" w:rsidR="00C72196" w:rsidRDefault="00C72196" w:rsidP="00385EE6">
            <w:pPr>
              <w:widowControl w:val="0"/>
              <w:spacing w:line="240" w:lineRule="auto"/>
              <w:rPr>
                <w:rFonts w:ascii="Montserrat" w:eastAsia="Montserrat" w:hAnsi="Montserrat" w:cs="Montserrat"/>
                <w:i/>
                <w:iCs/>
                <w:color w:val="434343"/>
                <w:sz w:val="24"/>
                <w:szCs w:val="24"/>
                <w:lang w:val="ro"/>
              </w:rPr>
            </w:pPr>
            <w:r w:rsidRPr="04BED00B">
              <w:rPr>
                <w:rFonts w:ascii="Montserrat" w:eastAsia="Montserrat" w:hAnsi="Montserrat" w:cs="Montserrat"/>
                <w:i/>
                <w:iCs/>
                <w:color w:val="434343"/>
                <w:sz w:val="24"/>
                <w:szCs w:val="24"/>
                <w:lang w:val="ro"/>
              </w:rPr>
              <w:t>Detaliere</w:t>
            </w:r>
          </w:p>
          <w:p w14:paraId="1DF5673F" w14:textId="77777777" w:rsidR="00C72196" w:rsidRDefault="00C72196" w:rsidP="00385EE6">
            <w:pPr>
              <w:widowControl w:val="0"/>
              <w:spacing w:line="240" w:lineRule="auto"/>
              <w:rPr>
                <w:rFonts w:ascii="Montserrat" w:eastAsia="Montserrat" w:hAnsi="Montserrat" w:cs="Montserrat"/>
                <w:i/>
                <w:iCs/>
                <w:color w:val="434343"/>
                <w:sz w:val="24"/>
                <w:szCs w:val="24"/>
                <w:lang w:val="ro"/>
              </w:rPr>
            </w:pPr>
          </w:p>
          <w:p w14:paraId="6A869EF2" w14:textId="77777777" w:rsidR="00C72196" w:rsidRDefault="00C72196" w:rsidP="00385EE6">
            <w:pPr>
              <w:spacing w:line="240" w:lineRule="auto"/>
            </w:pPr>
            <w:r w:rsidRPr="04BED00B">
              <w:rPr>
                <w:rFonts w:ascii="Montserrat" w:eastAsia="Montserrat" w:hAnsi="Montserrat" w:cs="Montserrat"/>
                <w:b/>
                <w:bCs/>
                <w:color w:val="434343"/>
                <w:sz w:val="24"/>
                <w:szCs w:val="24"/>
                <w:lang w:val="ro"/>
              </w:rPr>
              <w:t>Total capitolul 7. Costuri administrative percepute de organizația beneficiară: ...</w:t>
            </w:r>
          </w:p>
          <w:p w14:paraId="498C998F" w14:textId="77777777" w:rsidR="00C72196" w:rsidRDefault="00C72196" w:rsidP="00385EE6">
            <w:pPr>
              <w:spacing w:line="240" w:lineRule="auto"/>
              <w:rPr>
                <w:rFonts w:ascii="Montserrat" w:eastAsia="Montserrat" w:hAnsi="Montserrat" w:cs="Montserrat"/>
                <w:b/>
                <w:bCs/>
                <w:color w:val="434343"/>
                <w:sz w:val="24"/>
                <w:szCs w:val="24"/>
                <w:lang w:val="ro"/>
              </w:rPr>
            </w:pPr>
          </w:p>
          <w:p w14:paraId="31EBCF27" w14:textId="77777777" w:rsidR="00C72196" w:rsidRPr="00C72196" w:rsidRDefault="00C72196" w:rsidP="00385EE6">
            <w:pPr>
              <w:spacing w:line="240" w:lineRule="auto"/>
              <w:rPr>
                <w:lang w:val="ro"/>
              </w:rPr>
            </w:pPr>
            <w:r w:rsidRPr="04BED00B">
              <w:rPr>
                <w:rFonts w:ascii="Montserrat" w:eastAsia="Montserrat" w:hAnsi="Montserrat" w:cs="Montserrat"/>
                <w:b/>
                <w:bCs/>
                <w:color w:val="434343"/>
                <w:sz w:val="24"/>
                <w:szCs w:val="24"/>
                <w:lang w:val="ro"/>
              </w:rPr>
              <w:t>8. Sume mici care facilitează participarea tinerilor, precum diurnă sau carduri cadou rezonabile, fără ca acestea să reprezinte majoritatea bugetului;</w:t>
            </w:r>
          </w:p>
          <w:p w14:paraId="3E76DA98" w14:textId="77777777" w:rsidR="00C72196" w:rsidRDefault="00C72196" w:rsidP="00385EE6">
            <w:pPr>
              <w:spacing w:line="240" w:lineRule="auto"/>
              <w:rPr>
                <w:rFonts w:ascii="Montserrat" w:eastAsia="Montserrat" w:hAnsi="Montserrat" w:cs="Montserrat"/>
                <w:b/>
                <w:bCs/>
                <w:color w:val="434343"/>
                <w:sz w:val="24"/>
                <w:szCs w:val="24"/>
                <w:lang w:val="ro"/>
              </w:rPr>
            </w:pPr>
          </w:p>
          <w:p w14:paraId="70ACC15F" w14:textId="77777777" w:rsidR="00C72196" w:rsidRDefault="00C72196" w:rsidP="00385EE6">
            <w:pPr>
              <w:widowControl w:val="0"/>
              <w:spacing w:line="240" w:lineRule="auto"/>
              <w:rPr>
                <w:rFonts w:ascii="Montserrat" w:eastAsia="Montserrat" w:hAnsi="Montserrat" w:cs="Montserrat"/>
                <w:i/>
                <w:iCs/>
                <w:color w:val="434343"/>
                <w:sz w:val="24"/>
                <w:szCs w:val="24"/>
                <w:lang w:val="ro"/>
              </w:rPr>
            </w:pPr>
          </w:p>
          <w:p w14:paraId="2E8356A5" w14:textId="77777777" w:rsidR="00C72196" w:rsidRDefault="00C72196" w:rsidP="00385EE6">
            <w:pPr>
              <w:widowControl w:val="0"/>
              <w:spacing w:line="240" w:lineRule="auto"/>
              <w:rPr>
                <w:rFonts w:ascii="Montserrat" w:eastAsia="Montserrat" w:hAnsi="Montserrat" w:cs="Montserrat"/>
                <w:i/>
                <w:iCs/>
                <w:color w:val="434343"/>
                <w:sz w:val="24"/>
                <w:szCs w:val="24"/>
                <w:lang w:val="ro"/>
              </w:rPr>
            </w:pPr>
            <w:r w:rsidRPr="04BED00B">
              <w:rPr>
                <w:rFonts w:ascii="Montserrat" w:eastAsia="Montserrat" w:hAnsi="Montserrat" w:cs="Montserrat"/>
                <w:i/>
                <w:iCs/>
                <w:color w:val="434343"/>
                <w:sz w:val="24"/>
                <w:szCs w:val="24"/>
                <w:lang w:val="ro"/>
              </w:rPr>
              <w:t>Diurnă ……………….. zile * ……………….. lei/zi = ……………….. lei;</w:t>
            </w:r>
          </w:p>
          <w:p w14:paraId="7F9FB89A" w14:textId="77777777" w:rsidR="00C72196" w:rsidRDefault="00C72196" w:rsidP="00385EE6">
            <w:pPr>
              <w:spacing w:line="240" w:lineRule="auto"/>
              <w:rPr>
                <w:rFonts w:ascii="Montserrat" w:eastAsia="Montserrat" w:hAnsi="Montserrat" w:cs="Montserrat"/>
                <w:i/>
                <w:iCs/>
                <w:color w:val="434343"/>
                <w:sz w:val="24"/>
                <w:szCs w:val="24"/>
                <w:lang w:val="ro"/>
              </w:rPr>
            </w:pPr>
            <w:r w:rsidRPr="04BED00B">
              <w:rPr>
                <w:rFonts w:ascii="Montserrat" w:eastAsia="Montserrat" w:hAnsi="Montserrat" w:cs="Montserrat"/>
                <w:i/>
                <w:iCs/>
                <w:color w:val="434343"/>
                <w:sz w:val="24"/>
                <w:szCs w:val="24"/>
                <w:lang w:val="ro"/>
              </w:rPr>
              <w:lastRenderedPageBreak/>
              <w:t>Voucher ……………….. lei/voucher * nr. vouchere = ……………….. lei;</w:t>
            </w:r>
          </w:p>
          <w:p w14:paraId="2D79E2C8" w14:textId="77777777" w:rsidR="00C72196" w:rsidRDefault="00C72196" w:rsidP="00385EE6">
            <w:pPr>
              <w:spacing w:line="240" w:lineRule="auto"/>
              <w:rPr>
                <w:rFonts w:ascii="Montserrat" w:eastAsia="Montserrat" w:hAnsi="Montserrat" w:cs="Montserrat"/>
                <w:b/>
                <w:bCs/>
                <w:color w:val="434343"/>
                <w:sz w:val="24"/>
                <w:szCs w:val="24"/>
                <w:lang w:val="ro"/>
              </w:rPr>
            </w:pPr>
          </w:p>
          <w:p w14:paraId="37FDEFCB" w14:textId="77777777" w:rsidR="00C72196" w:rsidRDefault="00C72196" w:rsidP="00385EE6">
            <w:pPr>
              <w:spacing w:line="240" w:lineRule="auto"/>
            </w:pPr>
            <w:r w:rsidRPr="04BED00B">
              <w:rPr>
                <w:rFonts w:ascii="Montserrat" w:eastAsia="Montserrat" w:hAnsi="Montserrat" w:cs="Montserrat"/>
                <w:b/>
                <w:bCs/>
                <w:color w:val="434343"/>
                <w:sz w:val="24"/>
                <w:szCs w:val="24"/>
                <w:lang w:val="ro"/>
              </w:rPr>
              <w:t>Total capitolul 8. Sume mici care facilitează participarea tinerilor: ...</w:t>
            </w:r>
          </w:p>
          <w:p w14:paraId="23E5101F" w14:textId="77777777" w:rsidR="00C72196" w:rsidRDefault="00C72196" w:rsidP="00385EE6">
            <w:pPr>
              <w:spacing w:line="240" w:lineRule="auto"/>
              <w:rPr>
                <w:rFonts w:ascii="Montserrat" w:eastAsia="Montserrat" w:hAnsi="Montserrat" w:cs="Montserrat"/>
                <w:b/>
                <w:bCs/>
                <w:color w:val="434343"/>
                <w:sz w:val="24"/>
                <w:szCs w:val="24"/>
                <w:lang w:val="ro"/>
              </w:rPr>
            </w:pPr>
          </w:p>
          <w:p w14:paraId="25A832C8" w14:textId="77777777" w:rsidR="00C72196" w:rsidRPr="00C72196" w:rsidRDefault="00C72196" w:rsidP="00385EE6">
            <w:pPr>
              <w:widowControl w:val="0"/>
              <w:spacing w:line="240" w:lineRule="auto"/>
              <w:rPr>
                <w:lang w:val="fr-FR"/>
              </w:rPr>
            </w:pPr>
            <w:r w:rsidRPr="04BED00B">
              <w:rPr>
                <w:rFonts w:ascii="Montserrat" w:eastAsia="Montserrat" w:hAnsi="Montserrat" w:cs="Montserrat"/>
                <w:b/>
                <w:bCs/>
                <w:color w:val="434343"/>
                <w:sz w:val="24"/>
                <w:szCs w:val="24"/>
                <w:lang w:val="ro"/>
              </w:rPr>
              <w:t xml:space="preserve">9. Investiții în infrastructură și echipamente numai dacă sunt esențiale pentru proiect, propuse de tineri și nu depășesc 50% din bugetul </w:t>
            </w:r>
            <w:proofErr w:type="spellStart"/>
            <w:r w:rsidRPr="04BED00B">
              <w:rPr>
                <w:rFonts w:ascii="Montserrat" w:eastAsia="Montserrat" w:hAnsi="Montserrat" w:cs="Montserrat"/>
                <w:b/>
                <w:bCs/>
                <w:color w:val="434343"/>
                <w:sz w:val="24"/>
                <w:szCs w:val="24"/>
                <w:lang w:val="ro"/>
              </w:rPr>
              <w:t>micrograntului</w:t>
            </w:r>
            <w:proofErr w:type="spellEnd"/>
          </w:p>
          <w:p w14:paraId="40B0DB01" w14:textId="77777777" w:rsidR="00C72196" w:rsidRPr="00C72196" w:rsidRDefault="00C72196" w:rsidP="00385EE6">
            <w:pPr>
              <w:widowControl w:val="0"/>
              <w:spacing w:line="240" w:lineRule="auto"/>
              <w:rPr>
                <w:lang w:val="fr-FR"/>
              </w:rPr>
            </w:pPr>
            <w:r w:rsidRPr="04BED00B">
              <w:rPr>
                <w:rFonts w:ascii="Montserrat" w:eastAsia="Montserrat" w:hAnsi="Montserrat" w:cs="Montserrat"/>
                <w:i/>
                <w:iCs/>
                <w:color w:val="434343"/>
                <w:sz w:val="24"/>
                <w:szCs w:val="24"/>
                <w:lang w:val="ro"/>
              </w:rPr>
              <w:t>Denumire material/produs: ……………….. nr. unități * ……………….. preț/unitate = ……………….. lei;</w:t>
            </w:r>
          </w:p>
          <w:p w14:paraId="5BCE7F9E" w14:textId="77777777" w:rsidR="00C72196" w:rsidRDefault="00C72196" w:rsidP="00385EE6">
            <w:pPr>
              <w:widowControl w:val="0"/>
              <w:spacing w:line="240" w:lineRule="auto"/>
              <w:rPr>
                <w:rFonts w:ascii="Montserrat" w:eastAsia="Montserrat" w:hAnsi="Montserrat" w:cs="Montserrat"/>
                <w:b/>
                <w:bCs/>
                <w:color w:val="434343"/>
                <w:sz w:val="24"/>
                <w:szCs w:val="24"/>
                <w:lang w:val="ro"/>
              </w:rPr>
            </w:pPr>
            <w:r w:rsidRPr="04BED00B">
              <w:rPr>
                <w:rFonts w:ascii="Montserrat" w:eastAsia="Montserrat" w:hAnsi="Montserrat" w:cs="Montserrat"/>
                <w:b/>
                <w:bCs/>
                <w:color w:val="434343"/>
                <w:sz w:val="24"/>
                <w:szCs w:val="24"/>
                <w:lang w:val="ro"/>
              </w:rPr>
              <w:t>Total capitolul 9. Infrastructură și echipamente: …</w:t>
            </w:r>
          </w:p>
          <w:p w14:paraId="1C02AA77" w14:textId="77777777" w:rsidR="00C72196" w:rsidRDefault="00C72196" w:rsidP="00385EE6">
            <w:pPr>
              <w:widowControl w:val="0"/>
              <w:spacing w:line="240" w:lineRule="auto"/>
              <w:rPr>
                <w:rFonts w:ascii="Montserrat" w:eastAsia="Montserrat" w:hAnsi="Montserrat" w:cs="Montserrat"/>
                <w:b/>
                <w:bCs/>
                <w:color w:val="434343"/>
                <w:sz w:val="24"/>
                <w:szCs w:val="24"/>
                <w:lang w:val="ro"/>
              </w:rPr>
            </w:pPr>
          </w:p>
          <w:p w14:paraId="2D525772" w14:textId="77777777" w:rsidR="00C72196" w:rsidRDefault="00C72196" w:rsidP="00385EE6">
            <w:pPr>
              <w:widowControl w:val="0"/>
              <w:spacing w:line="240" w:lineRule="auto"/>
              <w:rPr>
                <w:rFonts w:ascii="Montserrat" w:eastAsia="Montserrat" w:hAnsi="Montserrat" w:cs="Montserrat"/>
                <w:color w:val="434343"/>
                <w:sz w:val="24"/>
                <w:szCs w:val="24"/>
                <w:lang w:val="ro"/>
              </w:rPr>
            </w:pPr>
            <w:r w:rsidRPr="04BED00B">
              <w:rPr>
                <w:rFonts w:ascii="Montserrat" w:eastAsia="Montserrat" w:hAnsi="Montserrat" w:cs="Montserrat"/>
                <w:color w:val="434343"/>
                <w:sz w:val="24"/>
                <w:szCs w:val="24"/>
                <w:lang w:val="ro"/>
              </w:rPr>
              <w:t xml:space="preserve"> </w:t>
            </w:r>
          </w:p>
          <w:p w14:paraId="4AF17D71" w14:textId="77777777" w:rsidR="00C72196" w:rsidRDefault="00C72196" w:rsidP="00385EE6">
            <w:pPr>
              <w:widowControl w:val="0"/>
              <w:spacing w:line="240" w:lineRule="auto"/>
              <w:rPr>
                <w:rFonts w:ascii="Montserrat" w:eastAsia="Montserrat" w:hAnsi="Montserrat" w:cs="Montserrat"/>
                <w:color w:val="434343"/>
                <w:sz w:val="24"/>
                <w:szCs w:val="24"/>
                <w:lang w:val="ro"/>
              </w:rPr>
            </w:pPr>
            <w:r w:rsidRPr="04BED00B">
              <w:rPr>
                <w:rFonts w:ascii="Montserrat" w:eastAsia="Montserrat" w:hAnsi="Montserrat" w:cs="Montserrat"/>
                <w:color w:val="434343"/>
                <w:sz w:val="24"/>
                <w:szCs w:val="24"/>
                <w:lang w:val="ro"/>
              </w:rPr>
              <w:t xml:space="preserve">Pentru fundamentarea cheltuielilor de mai sus au fost luate în considerare oferte de preț din următoarele surse: </w:t>
            </w:r>
          </w:p>
          <w:p w14:paraId="2D662767" w14:textId="77777777" w:rsidR="00C72196" w:rsidRDefault="00C72196" w:rsidP="00C72196">
            <w:pPr>
              <w:widowControl w:val="0"/>
              <w:numPr>
                <w:ilvl w:val="0"/>
                <w:numId w:val="44"/>
              </w:numPr>
              <w:spacing w:after="0" w:line="240" w:lineRule="auto"/>
              <w:rPr>
                <w:rFonts w:ascii="Montserrat" w:eastAsia="Montserrat" w:hAnsi="Montserrat" w:cs="Montserrat"/>
                <w:color w:val="434343"/>
                <w:sz w:val="24"/>
                <w:szCs w:val="24"/>
                <w:lang w:val="ro"/>
              </w:rPr>
            </w:pPr>
            <w:r w:rsidRPr="04BED00B">
              <w:rPr>
                <w:rFonts w:ascii="Montserrat" w:eastAsia="Montserrat" w:hAnsi="Montserrat" w:cs="Montserrat"/>
                <w:color w:val="434343"/>
                <w:sz w:val="24"/>
                <w:szCs w:val="24"/>
                <w:lang w:val="ro"/>
              </w:rPr>
              <w:t xml:space="preserve"> ……………….. </w:t>
            </w:r>
          </w:p>
          <w:p w14:paraId="43025B9B" w14:textId="77777777" w:rsidR="00C72196" w:rsidRDefault="00C72196" w:rsidP="00C72196">
            <w:pPr>
              <w:widowControl w:val="0"/>
              <w:numPr>
                <w:ilvl w:val="0"/>
                <w:numId w:val="44"/>
              </w:numPr>
              <w:spacing w:after="0" w:line="240" w:lineRule="auto"/>
              <w:rPr>
                <w:rFonts w:ascii="Montserrat" w:eastAsia="Montserrat" w:hAnsi="Montserrat" w:cs="Montserrat"/>
                <w:color w:val="434343"/>
                <w:sz w:val="24"/>
                <w:szCs w:val="24"/>
                <w:lang w:val="ro"/>
              </w:rPr>
            </w:pPr>
            <w:r w:rsidRPr="04BED00B">
              <w:rPr>
                <w:rFonts w:ascii="Montserrat" w:eastAsia="Montserrat" w:hAnsi="Montserrat" w:cs="Montserrat"/>
                <w:color w:val="434343"/>
                <w:sz w:val="24"/>
                <w:szCs w:val="24"/>
                <w:lang w:val="ro"/>
              </w:rPr>
              <w:t xml:space="preserve"> ……………….. </w:t>
            </w:r>
          </w:p>
          <w:p w14:paraId="4C812432" w14:textId="77777777" w:rsidR="00C72196" w:rsidRDefault="00C72196" w:rsidP="00C72196">
            <w:pPr>
              <w:widowControl w:val="0"/>
              <w:numPr>
                <w:ilvl w:val="0"/>
                <w:numId w:val="44"/>
              </w:numPr>
              <w:spacing w:after="0" w:line="240" w:lineRule="auto"/>
              <w:rPr>
                <w:rFonts w:ascii="Montserrat" w:eastAsia="Montserrat" w:hAnsi="Montserrat" w:cs="Montserrat"/>
                <w:color w:val="434343"/>
                <w:sz w:val="24"/>
                <w:szCs w:val="24"/>
                <w:lang w:val="ro"/>
              </w:rPr>
            </w:pPr>
            <w:r w:rsidRPr="04BED00B">
              <w:rPr>
                <w:rFonts w:ascii="Montserrat" w:eastAsia="Montserrat" w:hAnsi="Montserrat" w:cs="Montserrat"/>
                <w:color w:val="434343"/>
                <w:sz w:val="24"/>
                <w:szCs w:val="24"/>
                <w:lang w:val="ro"/>
              </w:rPr>
              <w:t xml:space="preserve"> ………………..</w:t>
            </w:r>
          </w:p>
        </w:tc>
      </w:tr>
      <w:tr w:rsidR="00C72196" w:rsidRPr="003A46A5" w14:paraId="01323CE4" w14:textId="77777777" w:rsidTr="00385EE6">
        <w:tc>
          <w:tcPr>
            <w:tcW w:w="2775" w:type="dxa"/>
            <w:tcMar>
              <w:top w:w="243" w:type="dxa"/>
              <w:left w:w="243" w:type="dxa"/>
              <w:bottom w:w="243" w:type="dxa"/>
              <w:right w:w="243" w:type="dxa"/>
            </w:tcMar>
          </w:tcPr>
          <w:p w14:paraId="3D5FFE2E" w14:textId="77777777" w:rsidR="00C72196" w:rsidRDefault="00C72196" w:rsidP="00385EE6">
            <w:pPr>
              <w:widowControl w:val="0"/>
              <w:spacing w:line="240" w:lineRule="auto"/>
              <w:rPr>
                <w:rFonts w:ascii="Montserrat" w:eastAsia="Montserrat" w:hAnsi="Montserrat" w:cs="Montserrat"/>
                <w:b/>
                <w:bCs/>
                <w:color w:val="1B877F"/>
                <w:sz w:val="24"/>
                <w:szCs w:val="24"/>
                <w:lang w:val="es-ES"/>
              </w:rPr>
            </w:pPr>
            <w:r w:rsidRPr="3A11E403">
              <w:rPr>
                <w:rFonts w:ascii="Montserrat" w:eastAsia="Montserrat" w:hAnsi="Montserrat" w:cs="Montserrat"/>
                <w:b/>
                <w:bCs/>
                <w:color w:val="FF0000"/>
                <w:sz w:val="24"/>
                <w:szCs w:val="24"/>
                <w:lang w:val="es-ES"/>
              </w:rPr>
              <w:lastRenderedPageBreak/>
              <w:t>*</w:t>
            </w:r>
            <w:proofErr w:type="spellStart"/>
            <w:r w:rsidRPr="3A11E403">
              <w:rPr>
                <w:rFonts w:ascii="Montserrat" w:eastAsia="Montserrat" w:hAnsi="Montserrat" w:cs="Montserrat"/>
                <w:b/>
                <w:bCs/>
                <w:color w:val="1B877F"/>
                <w:sz w:val="24"/>
                <w:szCs w:val="24"/>
                <w:lang w:val="es-ES"/>
              </w:rPr>
              <w:t>Declarație</w:t>
            </w:r>
            <w:proofErr w:type="spellEnd"/>
            <w:r w:rsidRPr="3A11E403">
              <w:rPr>
                <w:rFonts w:ascii="Montserrat" w:eastAsia="Montserrat" w:hAnsi="Montserrat" w:cs="Montserrat"/>
                <w:b/>
                <w:bCs/>
                <w:color w:val="1B877F"/>
                <w:sz w:val="24"/>
                <w:szCs w:val="24"/>
                <w:lang w:val="es-ES"/>
              </w:rPr>
              <w:t xml:space="preserve">: </w:t>
            </w:r>
          </w:p>
        </w:tc>
        <w:tc>
          <w:tcPr>
            <w:tcW w:w="6585" w:type="dxa"/>
            <w:tcMar>
              <w:top w:w="243" w:type="dxa"/>
              <w:left w:w="243" w:type="dxa"/>
              <w:bottom w:w="243" w:type="dxa"/>
              <w:right w:w="243" w:type="dxa"/>
            </w:tcMar>
          </w:tcPr>
          <w:p w14:paraId="26A6FE2F" w14:textId="77777777" w:rsidR="00C72196" w:rsidRDefault="00C72196" w:rsidP="00385EE6">
            <w:pPr>
              <w:widowControl w:val="0"/>
              <w:spacing w:line="240" w:lineRule="auto"/>
              <w:rPr>
                <w:rFonts w:ascii="Montserrat" w:eastAsia="Montserrat" w:hAnsi="Montserrat" w:cs="Montserrat"/>
                <w:color w:val="434343"/>
                <w:sz w:val="24"/>
                <w:szCs w:val="24"/>
                <w:lang w:val="es-ES"/>
              </w:rPr>
            </w:pPr>
            <w:r w:rsidRPr="42F3DE3E">
              <w:rPr>
                <w:rFonts w:ascii="Montserrat" w:eastAsia="Montserrat" w:hAnsi="Montserrat" w:cs="Montserrat"/>
                <w:color w:val="434343"/>
                <w:sz w:val="24"/>
                <w:szCs w:val="24"/>
                <w:lang w:val="es-ES"/>
              </w:rPr>
              <w:t xml:space="preserve">Prin </w:t>
            </w:r>
            <w:proofErr w:type="spellStart"/>
            <w:r w:rsidRPr="42F3DE3E">
              <w:rPr>
                <w:rFonts w:ascii="Montserrat" w:eastAsia="Montserrat" w:hAnsi="Montserrat" w:cs="Montserrat"/>
                <w:color w:val="434343"/>
                <w:sz w:val="24"/>
                <w:szCs w:val="24"/>
                <w:lang w:val="es-ES"/>
              </w:rPr>
              <w:t>depunerea</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acestei</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cereri</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suntem</w:t>
            </w:r>
            <w:proofErr w:type="spellEnd"/>
            <w:r w:rsidRPr="42F3DE3E">
              <w:rPr>
                <w:rFonts w:ascii="Montserrat" w:eastAsia="Montserrat" w:hAnsi="Montserrat" w:cs="Montserrat"/>
                <w:color w:val="434343"/>
                <w:sz w:val="24"/>
                <w:szCs w:val="24"/>
                <w:lang w:val="es-ES"/>
              </w:rPr>
              <w:t xml:space="preserve"> de </w:t>
            </w:r>
            <w:proofErr w:type="spellStart"/>
            <w:r w:rsidRPr="42F3DE3E">
              <w:rPr>
                <w:rFonts w:ascii="Montserrat" w:eastAsia="Montserrat" w:hAnsi="Montserrat" w:cs="Montserrat"/>
                <w:color w:val="434343"/>
                <w:sz w:val="24"/>
                <w:szCs w:val="24"/>
                <w:lang w:val="es-ES"/>
              </w:rPr>
              <w:t>acord</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să</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respectăm</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termenii</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și</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condițiile</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Youth</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Climate</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Action</w:t>
            </w:r>
            <w:proofErr w:type="spellEnd"/>
            <w:r w:rsidRPr="42F3DE3E">
              <w:rPr>
                <w:rFonts w:ascii="Montserrat" w:eastAsia="Montserrat" w:hAnsi="Montserrat" w:cs="Montserrat"/>
                <w:color w:val="434343"/>
                <w:sz w:val="24"/>
                <w:szCs w:val="24"/>
                <w:lang w:val="es-ES"/>
              </w:rPr>
              <w:t xml:space="preserve"> Fund </w:t>
            </w:r>
            <w:proofErr w:type="spellStart"/>
            <w:r w:rsidRPr="42F3DE3E">
              <w:rPr>
                <w:rFonts w:ascii="Montserrat" w:eastAsia="Montserrat" w:hAnsi="Montserrat" w:cs="Montserrat"/>
                <w:color w:val="434343"/>
                <w:sz w:val="24"/>
                <w:szCs w:val="24"/>
                <w:lang w:val="es-ES"/>
              </w:rPr>
              <w:t>și</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ne</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angajăm</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să</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folosim</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fondurile</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micrograntului</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în</w:t>
            </w:r>
            <w:proofErr w:type="spellEnd"/>
            <w:r w:rsidRPr="42F3DE3E">
              <w:rPr>
                <w:rFonts w:ascii="Montserrat" w:eastAsia="Montserrat" w:hAnsi="Montserrat" w:cs="Montserrat"/>
                <w:color w:val="434343"/>
                <w:sz w:val="24"/>
                <w:szCs w:val="24"/>
                <w:lang w:val="es-ES"/>
              </w:rPr>
              <w:t xml:space="preserve"> mod </w:t>
            </w:r>
            <w:proofErr w:type="spellStart"/>
            <w:r w:rsidRPr="42F3DE3E">
              <w:rPr>
                <w:rFonts w:ascii="Montserrat" w:eastAsia="Montserrat" w:hAnsi="Montserrat" w:cs="Montserrat"/>
                <w:color w:val="434343"/>
                <w:sz w:val="24"/>
                <w:szCs w:val="24"/>
                <w:lang w:val="es-ES"/>
              </w:rPr>
              <w:t>responsabil</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și</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transparent</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pentru</w:t>
            </w:r>
            <w:proofErr w:type="spellEnd"/>
            <w:r w:rsidRPr="42F3DE3E">
              <w:rPr>
                <w:rFonts w:ascii="Montserrat" w:eastAsia="Montserrat" w:hAnsi="Montserrat" w:cs="Montserrat"/>
                <w:color w:val="434343"/>
                <w:sz w:val="24"/>
                <w:szCs w:val="24"/>
                <w:lang w:val="es-ES"/>
              </w:rPr>
              <w:t xml:space="preserve"> a </w:t>
            </w:r>
            <w:proofErr w:type="spellStart"/>
            <w:r w:rsidRPr="42F3DE3E">
              <w:rPr>
                <w:rFonts w:ascii="Montserrat" w:eastAsia="Montserrat" w:hAnsi="Montserrat" w:cs="Montserrat"/>
                <w:color w:val="434343"/>
                <w:sz w:val="24"/>
                <w:szCs w:val="24"/>
                <w:lang w:val="es-ES"/>
              </w:rPr>
              <w:t>avansa</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obiectivele</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proiectului</w:t>
            </w:r>
            <w:proofErr w:type="spellEnd"/>
            <w:r w:rsidRPr="42F3DE3E">
              <w:rPr>
                <w:rFonts w:ascii="Montserrat" w:eastAsia="Montserrat" w:hAnsi="Montserrat" w:cs="Montserrat"/>
                <w:color w:val="434343"/>
                <w:sz w:val="24"/>
                <w:szCs w:val="24"/>
                <w:lang w:val="es-ES"/>
              </w:rPr>
              <w:t xml:space="preserve"> </w:t>
            </w:r>
            <w:proofErr w:type="spellStart"/>
            <w:r w:rsidRPr="42F3DE3E">
              <w:rPr>
                <w:rFonts w:ascii="Montserrat" w:eastAsia="Montserrat" w:hAnsi="Montserrat" w:cs="Montserrat"/>
                <w:color w:val="434343"/>
                <w:sz w:val="24"/>
                <w:szCs w:val="24"/>
                <w:lang w:val="es-ES"/>
              </w:rPr>
              <w:t>nostru</w:t>
            </w:r>
            <w:proofErr w:type="spellEnd"/>
            <w:r w:rsidRPr="42F3DE3E">
              <w:rPr>
                <w:rFonts w:ascii="Montserrat" w:eastAsia="Montserrat" w:hAnsi="Montserrat" w:cs="Montserrat"/>
                <w:color w:val="434343"/>
                <w:sz w:val="24"/>
                <w:szCs w:val="24"/>
                <w:lang w:val="es-ES"/>
              </w:rPr>
              <w:t xml:space="preserve">. Am </w:t>
            </w:r>
            <w:proofErr w:type="spellStart"/>
            <w:r w:rsidRPr="42F3DE3E">
              <w:rPr>
                <w:rFonts w:ascii="Montserrat" w:eastAsia="Montserrat" w:hAnsi="Montserrat" w:cs="Montserrat"/>
                <w:color w:val="434343"/>
                <w:sz w:val="24"/>
                <w:szCs w:val="24"/>
                <w:lang w:val="es-ES"/>
              </w:rPr>
              <w:t>obținut</w:t>
            </w:r>
            <w:proofErr w:type="spellEnd"/>
            <w:r w:rsidRPr="42F3DE3E">
              <w:rPr>
                <w:rFonts w:ascii="Montserrat" w:eastAsia="Montserrat" w:hAnsi="Montserrat" w:cs="Montserrat"/>
                <w:color w:val="434343"/>
                <w:sz w:val="24"/>
                <w:szCs w:val="24"/>
                <w:lang w:val="es-ES"/>
              </w:rPr>
              <w:t xml:space="preserve"> </w:t>
            </w:r>
            <w:r w:rsidRPr="42F3DE3E">
              <w:rPr>
                <w:rFonts w:ascii="Montserrat" w:eastAsia="Montserrat" w:hAnsi="Montserrat" w:cs="Montserrat"/>
                <w:color w:val="434343"/>
                <w:sz w:val="24"/>
                <w:szCs w:val="24"/>
                <w:lang w:val="ro-RO"/>
              </w:rPr>
              <w:t>acordul tinerilor sau al tutorilor lor pentru prelucrarea datelor personale în scopul derulării programului.</w:t>
            </w:r>
          </w:p>
          <w:p w14:paraId="6F7211E2" w14:textId="77777777" w:rsidR="00C72196" w:rsidRPr="00C72196" w:rsidRDefault="00C72196" w:rsidP="00385EE6">
            <w:pPr>
              <w:widowControl w:val="0"/>
              <w:spacing w:line="240" w:lineRule="auto"/>
              <w:rPr>
                <w:rFonts w:ascii="Montserrat" w:eastAsia="Montserrat" w:hAnsi="Montserrat" w:cs="Montserrat"/>
                <w:color w:val="434343"/>
                <w:sz w:val="24"/>
                <w:szCs w:val="24"/>
                <w:lang w:val="es-ES"/>
              </w:rPr>
            </w:pPr>
          </w:p>
          <w:p w14:paraId="06250FE1" w14:textId="77777777" w:rsidR="00C72196" w:rsidRDefault="00C72196" w:rsidP="00385EE6">
            <w:pPr>
              <w:widowControl w:val="0"/>
              <w:spacing w:line="240" w:lineRule="auto"/>
              <w:rPr>
                <w:rFonts w:ascii="Montserrat" w:eastAsia="Montserrat" w:hAnsi="Montserrat" w:cs="Montserrat"/>
                <w:color w:val="434343"/>
                <w:sz w:val="24"/>
                <w:szCs w:val="24"/>
                <w:lang w:val="es-ES"/>
              </w:rPr>
            </w:pPr>
            <w:r w:rsidRPr="365DB982">
              <w:rPr>
                <w:rFonts w:ascii="Montserrat" w:eastAsia="Montserrat" w:hAnsi="Montserrat" w:cs="Montserrat"/>
                <w:color w:val="434343"/>
                <w:sz w:val="24"/>
                <w:szCs w:val="24"/>
                <w:lang w:val="es-ES"/>
              </w:rPr>
              <w:t xml:space="preserve"> </w:t>
            </w:r>
            <w:proofErr w:type="spellStart"/>
            <w:r w:rsidRPr="365DB982">
              <w:rPr>
                <w:rFonts w:ascii="Montserrat" w:eastAsia="Montserrat" w:hAnsi="Montserrat" w:cs="Montserrat"/>
                <w:b/>
                <w:bCs/>
                <w:color w:val="434343"/>
                <w:sz w:val="24"/>
                <w:szCs w:val="24"/>
                <w:lang w:val="es-ES"/>
              </w:rPr>
              <w:t>Semnătura</w:t>
            </w:r>
            <w:proofErr w:type="spellEnd"/>
            <w:r w:rsidRPr="365DB982">
              <w:rPr>
                <w:rFonts w:ascii="Montserrat" w:eastAsia="Montserrat" w:hAnsi="Montserrat" w:cs="Montserrat"/>
                <w:b/>
                <w:bCs/>
                <w:color w:val="434343"/>
                <w:sz w:val="24"/>
                <w:szCs w:val="24"/>
                <w:lang w:val="es-ES"/>
              </w:rPr>
              <w:t xml:space="preserve"> </w:t>
            </w:r>
            <w:proofErr w:type="spellStart"/>
            <w:r w:rsidRPr="365DB982">
              <w:rPr>
                <w:rFonts w:ascii="Montserrat" w:eastAsia="Montserrat" w:hAnsi="Montserrat" w:cs="Montserrat"/>
                <w:b/>
                <w:bCs/>
                <w:color w:val="434343"/>
                <w:sz w:val="24"/>
                <w:szCs w:val="24"/>
                <w:lang w:val="es-ES"/>
              </w:rPr>
              <w:t>persoanei</w:t>
            </w:r>
            <w:proofErr w:type="spellEnd"/>
            <w:r w:rsidRPr="365DB982">
              <w:rPr>
                <w:rFonts w:ascii="Montserrat" w:eastAsia="Montserrat" w:hAnsi="Montserrat" w:cs="Montserrat"/>
                <w:b/>
                <w:bCs/>
                <w:color w:val="434343"/>
                <w:sz w:val="24"/>
                <w:szCs w:val="24"/>
                <w:lang w:val="es-ES"/>
              </w:rPr>
              <w:t xml:space="preserve"> de </w:t>
            </w:r>
            <w:proofErr w:type="spellStart"/>
            <w:r w:rsidRPr="365DB982">
              <w:rPr>
                <w:rFonts w:ascii="Montserrat" w:eastAsia="Montserrat" w:hAnsi="Montserrat" w:cs="Montserrat"/>
                <w:b/>
                <w:bCs/>
                <w:color w:val="434343"/>
                <w:sz w:val="24"/>
                <w:szCs w:val="24"/>
                <w:lang w:val="es-ES"/>
              </w:rPr>
              <w:t>contact</w:t>
            </w:r>
            <w:proofErr w:type="spellEnd"/>
            <w:r w:rsidRPr="365DB982">
              <w:rPr>
                <w:rFonts w:ascii="Montserrat" w:eastAsia="Montserrat" w:hAnsi="Montserrat" w:cs="Montserrat"/>
                <w:b/>
                <w:bCs/>
                <w:color w:val="434343"/>
                <w:sz w:val="24"/>
                <w:szCs w:val="24"/>
                <w:lang w:val="es-ES"/>
              </w:rPr>
              <w:t>:</w:t>
            </w:r>
            <w:r w:rsidRPr="365DB982">
              <w:rPr>
                <w:rFonts w:ascii="Montserrat" w:eastAsia="Montserrat" w:hAnsi="Montserrat" w:cs="Montserrat"/>
                <w:color w:val="434343"/>
                <w:sz w:val="24"/>
                <w:szCs w:val="24"/>
                <w:lang w:val="es-ES"/>
              </w:rPr>
              <w:t xml:space="preserve"> [</w:t>
            </w:r>
            <w:proofErr w:type="spellStart"/>
            <w:r w:rsidRPr="365DB982">
              <w:rPr>
                <w:rFonts w:ascii="Montserrat" w:eastAsia="Montserrat" w:hAnsi="Montserrat" w:cs="Montserrat"/>
                <w:color w:val="434343"/>
                <w:sz w:val="24"/>
                <w:szCs w:val="24"/>
                <w:lang w:val="es-ES"/>
              </w:rPr>
              <w:t>Introduceți</w:t>
            </w:r>
            <w:proofErr w:type="spellEnd"/>
            <w:r w:rsidRPr="365DB982">
              <w:rPr>
                <w:rFonts w:ascii="Montserrat" w:eastAsia="Montserrat" w:hAnsi="Montserrat" w:cs="Montserrat"/>
                <w:color w:val="434343"/>
                <w:sz w:val="24"/>
                <w:szCs w:val="24"/>
                <w:lang w:val="es-ES"/>
              </w:rPr>
              <w:t xml:space="preserve"> </w:t>
            </w:r>
            <w:proofErr w:type="spellStart"/>
            <w:r w:rsidRPr="365DB982">
              <w:rPr>
                <w:rFonts w:ascii="Montserrat" w:eastAsia="Montserrat" w:hAnsi="Montserrat" w:cs="Montserrat"/>
                <w:color w:val="434343"/>
                <w:sz w:val="24"/>
                <w:szCs w:val="24"/>
                <w:lang w:val="es-ES"/>
              </w:rPr>
              <w:t>semnătura</w:t>
            </w:r>
            <w:proofErr w:type="spellEnd"/>
            <w:r w:rsidRPr="365DB982">
              <w:rPr>
                <w:rFonts w:ascii="Montserrat" w:eastAsia="Montserrat" w:hAnsi="Montserrat" w:cs="Montserrat"/>
                <w:color w:val="434343"/>
                <w:sz w:val="24"/>
                <w:szCs w:val="24"/>
                <w:lang w:val="es-ES"/>
              </w:rPr>
              <w:t xml:space="preserve"> </w:t>
            </w:r>
            <w:proofErr w:type="spellStart"/>
            <w:r w:rsidRPr="365DB982">
              <w:rPr>
                <w:rFonts w:ascii="Montserrat" w:eastAsia="Montserrat" w:hAnsi="Montserrat" w:cs="Montserrat"/>
                <w:color w:val="434343"/>
                <w:sz w:val="24"/>
                <w:szCs w:val="24"/>
                <w:lang w:val="es-ES"/>
              </w:rPr>
              <w:t>digitală</w:t>
            </w:r>
            <w:proofErr w:type="spellEnd"/>
            <w:r w:rsidRPr="365DB982">
              <w:rPr>
                <w:rFonts w:ascii="Montserrat" w:eastAsia="Montserrat" w:hAnsi="Montserrat" w:cs="Montserrat"/>
                <w:color w:val="434343"/>
                <w:sz w:val="24"/>
                <w:szCs w:val="24"/>
                <w:lang w:val="es-ES"/>
              </w:rPr>
              <w:t xml:space="preserve"> a </w:t>
            </w:r>
            <w:proofErr w:type="spellStart"/>
            <w:r w:rsidRPr="365DB982">
              <w:rPr>
                <w:rFonts w:ascii="Montserrat" w:eastAsia="Montserrat" w:hAnsi="Montserrat" w:cs="Montserrat"/>
                <w:color w:val="434343"/>
                <w:sz w:val="24"/>
                <w:szCs w:val="24"/>
                <w:lang w:val="es-ES"/>
              </w:rPr>
              <w:t>unui</w:t>
            </w:r>
            <w:proofErr w:type="spellEnd"/>
            <w:r w:rsidRPr="365DB982">
              <w:rPr>
                <w:rFonts w:ascii="Montserrat" w:eastAsia="Montserrat" w:hAnsi="Montserrat" w:cs="Montserrat"/>
                <w:color w:val="434343"/>
                <w:sz w:val="24"/>
                <w:szCs w:val="24"/>
                <w:lang w:val="es-ES"/>
              </w:rPr>
              <w:t xml:space="preserve"> </w:t>
            </w:r>
            <w:proofErr w:type="spellStart"/>
            <w:r w:rsidRPr="365DB982">
              <w:rPr>
                <w:rFonts w:ascii="Montserrat" w:eastAsia="Montserrat" w:hAnsi="Montserrat" w:cs="Montserrat"/>
                <w:color w:val="434343"/>
                <w:sz w:val="24"/>
                <w:szCs w:val="24"/>
                <w:lang w:val="es-ES"/>
              </w:rPr>
              <w:t>reprezentant</w:t>
            </w:r>
            <w:proofErr w:type="spellEnd"/>
            <w:r w:rsidRPr="365DB982">
              <w:rPr>
                <w:rFonts w:ascii="Montserrat" w:eastAsia="Montserrat" w:hAnsi="Montserrat" w:cs="Montserrat"/>
                <w:color w:val="434343"/>
                <w:sz w:val="24"/>
                <w:szCs w:val="24"/>
                <w:lang w:val="es-ES"/>
              </w:rPr>
              <w:t xml:space="preserve"> </w:t>
            </w:r>
            <w:proofErr w:type="spellStart"/>
            <w:r w:rsidRPr="365DB982">
              <w:rPr>
                <w:rFonts w:ascii="Montserrat" w:eastAsia="Montserrat" w:hAnsi="Montserrat" w:cs="Montserrat"/>
                <w:color w:val="434343"/>
                <w:sz w:val="24"/>
                <w:szCs w:val="24"/>
                <w:lang w:val="es-ES"/>
              </w:rPr>
              <w:t>autorizat</w:t>
            </w:r>
            <w:proofErr w:type="spellEnd"/>
            <w:r w:rsidRPr="365DB982">
              <w:rPr>
                <w:rFonts w:ascii="Montserrat" w:eastAsia="Montserrat" w:hAnsi="Montserrat" w:cs="Montserrat"/>
                <w:color w:val="434343"/>
                <w:sz w:val="24"/>
                <w:szCs w:val="24"/>
                <w:lang w:val="es-ES"/>
              </w:rPr>
              <w:t xml:space="preserve"> al </w:t>
            </w:r>
            <w:proofErr w:type="spellStart"/>
            <w:r w:rsidRPr="365DB982">
              <w:rPr>
                <w:rFonts w:ascii="Montserrat" w:eastAsia="Montserrat" w:hAnsi="Montserrat" w:cs="Montserrat"/>
                <w:color w:val="434343"/>
                <w:sz w:val="24"/>
                <w:szCs w:val="24"/>
                <w:lang w:val="es-ES"/>
              </w:rPr>
              <w:t>organizației</w:t>
            </w:r>
            <w:proofErr w:type="spellEnd"/>
            <w:r w:rsidRPr="365DB982">
              <w:rPr>
                <w:rFonts w:ascii="Montserrat" w:eastAsia="Montserrat" w:hAnsi="Montserrat" w:cs="Montserrat"/>
                <w:color w:val="434343"/>
                <w:sz w:val="24"/>
                <w:szCs w:val="24"/>
                <w:lang w:val="es-ES"/>
              </w:rPr>
              <w:t xml:space="preserve"> care </w:t>
            </w:r>
            <w:proofErr w:type="spellStart"/>
            <w:r w:rsidRPr="365DB982">
              <w:rPr>
                <w:rFonts w:ascii="Montserrat" w:eastAsia="Montserrat" w:hAnsi="Montserrat" w:cs="Montserrat"/>
                <w:color w:val="434343"/>
                <w:sz w:val="24"/>
                <w:szCs w:val="24"/>
                <w:lang w:val="es-ES"/>
              </w:rPr>
              <w:t>primește</w:t>
            </w:r>
            <w:proofErr w:type="spellEnd"/>
            <w:r w:rsidRPr="365DB982">
              <w:rPr>
                <w:rFonts w:ascii="Montserrat" w:eastAsia="Montserrat" w:hAnsi="Montserrat" w:cs="Montserrat"/>
                <w:color w:val="434343"/>
                <w:sz w:val="24"/>
                <w:szCs w:val="24"/>
                <w:lang w:val="es-ES"/>
              </w:rPr>
              <w:t xml:space="preserve"> </w:t>
            </w:r>
            <w:proofErr w:type="spellStart"/>
            <w:r w:rsidRPr="365DB982">
              <w:rPr>
                <w:rFonts w:ascii="Montserrat" w:eastAsia="Montserrat" w:hAnsi="Montserrat" w:cs="Montserrat"/>
                <w:color w:val="434343"/>
                <w:sz w:val="24"/>
                <w:szCs w:val="24"/>
                <w:lang w:val="es-ES"/>
              </w:rPr>
              <w:t>grantul</w:t>
            </w:r>
            <w:proofErr w:type="spellEnd"/>
            <w:r w:rsidRPr="365DB982">
              <w:rPr>
                <w:rFonts w:ascii="Montserrat" w:eastAsia="Montserrat" w:hAnsi="Montserrat" w:cs="Montserrat"/>
                <w:color w:val="434343"/>
                <w:sz w:val="24"/>
                <w:szCs w:val="24"/>
                <w:lang w:val="es-ES"/>
              </w:rPr>
              <w:t>.]</w:t>
            </w:r>
          </w:p>
          <w:p w14:paraId="56DED91E" w14:textId="77777777" w:rsidR="00C72196" w:rsidRDefault="00C72196" w:rsidP="00385EE6">
            <w:pPr>
              <w:widowControl w:val="0"/>
              <w:spacing w:line="240" w:lineRule="auto"/>
              <w:rPr>
                <w:rFonts w:ascii="Montserrat" w:eastAsia="Montserrat" w:hAnsi="Montserrat" w:cs="Montserrat"/>
                <w:color w:val="434343"/>
                <w:sz w:val="24"/>
                <w:szCs w:val="24"/>
                <w:lang w:val="es-ES"/>
              </w:rPr>
            </w:pPr>
          </w:p>
          <w:p w14:paraId="3E3C3E72" w14:textId="77777777" w:rsidR="00C72196" w:rsidRDefault="00C72196" w:rsidP="00385EE6">
            <w:pPr>
              <w:widowControl w:val="0"/>
              <w:spacing w:line="240" w:lineRule="auto"/>
              <w:rPr>
                <w:rFonts w:ascii="Montserrat" w:eastAsia="Montserrat" w:hAnsi="Montserrat" w:cs="Montserrat"/>
                <w:color w:val="434343"/>
                <w:sz w:val="24"/>
                <w:szCs w:val="24"/>
                <w:lang w:val="es-ES"/>
              </w:rPr>
            </w:pPr>
          </w:p>
          <w:p w14:paraId="2834807E" w14:textId="77777777" w:rsidR="00C72196" w:rsidRPr="00C72196" w:rsidRDefault="00C72196" w:rsidP="00385EE6">
            <w:pPr>
              <w:widowControl w:val="0"/>
              <w:spacing w:line="240" w:lineRule="auto"/>
              <w:rPr>
                <w:rFonts w:ascii="Montserrat" w:eastAsia="Montserrat" w:hAnsi="Montserrat" w:cs="Montserrat"/>
                <w:color w:val="434343"/>
                <w:sz w:val="24"/>
                <w:szCs w:val="24"/>
                <w:lang w:val="es-ES"/>
              </w:rPr>
            </w:pPr>
          </w:p>
        </w:tc>
      </w:tr>
    </w:tbl>
    <w:p w14:paraId="7F56A581" w14:textId="77777777" w:rsidR="00C72196" w:rsidRPr="00C72196" w:rsidRDefault="00C72196" w:rsidP="00C72196">
      <w:pPr>
        <w:rPr>
          <w:rFonts w:ascii="Montserrat" w:eastAsia="Montserrat" w:hAnsi="Montserrat" w:cs="Montserrat"/>
          <w:lang w:val="es-ES"/>
        </w:rPr>
      </w:pPr>
    </w:p>
    <w:p w14:paraId="3A184C49" w14:textId="77777777" w:rsidR="00C72196" w:rsidRPr="00C72196" w:rsidRDefault="00C72196" w:rsidP="00C72196">
      <w:pPr>
        <w:spacing w:before="480"/>
        <w:rPr>
          <w:rFonts w:ascii="Montserrat Light" w:eastAsia="Montserrat Light" w:hAnsi="Montserrat Light" w:cs="Montserrat Light"/>
          <w:color w:val="000000" w:themeColor="text1"/>
          <w:sz w:val="44"/>
          <w:szCs w:val="44"/>
          <w:lang w:val="es-ES"/>
        </w:rPr>
      </w:pPr>
    </w:p>
    <w:p w14:paraId="51336CA7" w14:textId="77777777" w:rsidR="00C72196" w:rsidRPr="00C72196" w:rsidRDefault="00C72196" w:rsidP="00C72196">
      <w:pPr>
        <w:spacing w:before="480"/>
        <w:rPr>
          <w:rFonts w:ascii="Montserrat Light" w:eastAsia="Montserrat Light" w:hAnsi="Montserrat Light" w:cs="Montserrat Light"/>
          <w:color w:val="000000" w:themeColor="text1"/>
          <w:sz w:val="44"/>
          <w:szCs w:val="44"/>
          <w:lang w:val="es-ES"/>
        </w:rPr>
      </w:pPr>
    </w:p>
    <w:p w14:paraId="3CDC1E3B" w14:textId="77777777" w:rsidR="00C72196" w:rsidRPr="00C72196" w:rsidRDefault="00C72196" w:rsidP="00C72196">
      <w:pPr>
        <w:spacing w:before="480"/>
        <w:rPr>
          <w:rFonts w:ascii="Montserrat Light" w:eastAsia="Montserrat Light" w:hAnsi="Montserrat Light" w:cs="Montserrat Light"/>
          <w:color w:val="000000" w:themeColor="text1"/>
          <w:sz w:val="44"/>
          <w:szCs w:val="44"/>
          <w:lang w:val="es-ES"/>
        </w:rPr>
      </w:pPr>
    </w:p>
    <w:p w14:paraId="638095EC" w14:textId="77777777" w:rsidR="00C72196" w:rsidRPr="00C72196" w:rsidRDefault="00C72196" w:rsidP="00C72196">
      <w:pPr>
        <w:spacing w:before="480"/>
        <w:rPr>
          <w:rFonts w:ascii="Montserrat Light" w:eastAsia="Montserrat Light" w:hAnsi="Montserrat Light" w:cs="Montserrat Light"/>
          <w:color w:val="000000" w:themeColor="text1"/>
          <w:sz w:val="44"/>
          <w:szCs w:val="44"/>
          <w:lang w:val="es-ES"/>
        </w:rPr>
      </w:pPr>
    </w:p>
    <w:p w14:paraId="57046C6E" w14:textId="77777777" w:rsidR="00C72196" w:rsidRPr="00C72196" w:rsidRDefault="00C72196" w:rsidP="00C72196">
      <w:pPr>
        <w:spacing w:before="480"/>
        <w:rPr>
          <w:rFonts w:ascii="Montserrat Light" w:eastAsia="Montserrat Light" w:hAnsi="Montserrat Light" w:cs="Montserrat Light"/>
          <w:color w:val="000000" w:themeColor="text1"/>
          <w:sz w:val="44"/>
          <w:szCs w:val="44"/>
          <w:lang w:val="es-ES"/>
        </w:rPr>
      </w:pPr>
    </w:p>
    <w:p w14:paraId="5FC08ECD" w14:textId="77777777" w:rsidR="00C72196" w:rsidRPr="00C72196" w:rsidRDefault="00C72196" w:rsidP="00C72196">
      <w:pPr>
        <w:spacing w:before="480"/>
        <w:jc w:val="right"/>
        <w:rPr>
          <w:lang w:val="es-ES"/>
        </w:rPr>
      </w:pPr>
    </w:p>
    <w:p w14:paraId="79333C50" w14:textId="77777777" w:rsidR="00C72196" w:rsidRDefault="00C72196" w:rsidP="00C72196">
      <w:pPr>
        <w:spacing w:before="480"/>
        <w:jc w:val="right"/>
      </w:pPr>
      <w:r>
        <w:rPr>
          <w:noProof/>
        </w:rPr>
        <w:drawing>
          <wp:inline distT="0" distB="0" distL="0" distR="0" wp14:anchorId="0801D78E" wp14:editId="49B71264">
            <wp:extent cx="1485900" cy="704850"/>
            <wp:effectExtent l="0" t="0" r="0" b="0"/>
            <wp:docPr id="10223276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636837" name="Picture 1649636837"/>
                    <pic:cNvPicPr/>
                  </pic:nvPicPr>
                  <pic:blipFill>
                    <a:blip r:embed="rId19">
                      <a:extLst>
                        <a:ext uri="{28A0092B-C50C-407E-A947-70E740481C1C}">
                          <a14:useLocalDpi xmlns:a14="http://schemas.microsoft.com/office/drawing/2010/main"/>
                        </a:ext>
                      </a:extLst>
                    </a:blip>
                    <a:stretch>
                      <a:fillRect/>
                    </a:stretch>
                  </pic:blipFill>
                  <pic:spPr>
                    <a:xfrm>
                      <a:off x="0" y="0"/>
                      <a:ext cx="1485900" cy="704850"/>
                    </a:xfrm>
                    <a:prstGeom prst="rect">
                      <a:avLst/>
                    </a:prstGeom>
                  </pic:spPr>
                </pic:pic>
              </a:graphicData>
            </a:graphic>
          </wp:inline>
        </w:drawing>
      </w:r>
    </w:p>
    <w:p w14:paraId="3D9DD434" w14:textId="77777777" w:rsidR="00C72196" w:rsidRDefault="00C72196" w:rsidP="00C72196">
      <w:pPr>
        <w:spacing w:before="480"/>
        <w:rPr>
          <w:rFonts w:ascii="Montserrat Light" w:eastAsia="Montserrat Light" w:hAnsi="Montserrat Light" w:cs="Montserrat Light"/>
          <w:color w:val="000000" w:themeColor="text1"/>
          <w:sz w:val="44"/>
          <w:szCs w:val="44"/>
        </w:rPr>
      </w:pPr>
      <w:r w:rsidRPr="384C4CCA">
        <w:rPr>
          <w:rFonts w:ascii="Montserrat Light" w:eastAsia="Montserrat Light" w:hAnsi="Montserrat Light" w:cs="Montserrat Light"/>
          <w:color w:val="000000" w:themeColor="text1"/>
          <w:sz w:val="44"/>
          <w:szCs w:val="44"/>
          <w:lang w:val="es"/>
        </w:rPr>
        <w:t>MICROGRANT APPLICATION</w:t>
      </w:r>
    </w:p>
    <w:p w14:paraId="6AE2B491" w14:textId="77777777" w:rsidR="00C72196" w:rsidRDefault="00C72196" w:rsidP="00C72196">
      <w:pPr>
        <w:rPr>
          <w:rFonts w:ascii="Montserrat" w:eastAsia="Montserrat" w:hAnsi="Montserrat" w:cs="Montserrat"/>
          <w:color w:val="000000" w:themeColor="text1"/>
          <w:sz w:val="24"/>
          <w:szCs w:val="24"/>
        </w:rPr>
      </w:pPr>
    </w:p>
    <w:p w14:paraId="16360B2D" w14:textId="77777777" w:rsidR="00C72196" w:rsidRDefault="00C72196" w:rsidP="00C72196">
      <w:pPr>
        <w:rPr>
          <w:rFonts w:ascii="Montserrat" w:eastAsia="Montserrat" w:hAnsi="Montserrat" w:cs="Montserrat"/>
          <w:i/>
          <w:iCs/>
          <w:color w:val="434343"/>
          <w:sz w:val="24"/>
          <w:szCs w:val="24"/>
        </w:rPr>
      </w:pPr>
      <w:r w:rsidRPr="44823A3F">
        <w:rPr>
          <w:rFonts w:ascii="Montserrat" w:eastAsia="Montserrat" w:hAnsi="Montserrat" w:cs="Montserrat"/>
          <w:b/>
          <w:bCs/>
          <w:i/>
          <w:iCs/>
          <w:color w:val="434343"/>
          <w:sz w:val="24"/>
          <w:szCs w:val="24"/>
        </w:rPr>
        <w:t>Purpose</w:t>
      </w:r>
      <w:r w:rsidRPr="44823A3F">
        <w:rPr>
          <w:rFonts w:ascii="Montserrat" w:eastAsia="Montserrat" w:hAnsi="Montserrat" w:cs="Montserrat"/>
          <w:i/>
          <w:iCs/>
          <w:color w:val="434343"/>
          <w:sz w:val="24"/>
          <w:szCs w:val="24"/>
        </w:rPr>
        <w:t xml:space="preserve">: Below are the questions every applicant needs to answer </w:t>
      </w:r>
      <w:proofErr w:type="gramStart"/>
      <w:r w:rsidRPr="44823A3F">
        <w:rPr>
          <w:rFonts w:ascii="Montserrat" w:eastAsia="Montserrat" w:hAnsi="Montserrat" w:cs="Montserrat"/>
          <w:i/>
          <w:iCs/>
          <w:color w:val="434343"/>
          <w:sz w:val="24"/>
          <w:szCs w:val="24"/>
        </w:rPr>
        <w:t>in  their</w:t>
      </w:r>
      <w:proofErr w:type="gramEnd"/>
      <w:r w:rsidRPr="44823A3F">
        <w:rPr>
          <w:rFonts w:ascii="Montserrat" w:eastAsia="Montserrat" w:hAnsi="Montserrat" w:cs="Montserrat"/>
          <w:i/>
          <w:iCs/>
          <w:color w:val="434343"/>
          <w:sz w:val="24"/>
          <w:szCs w:val="24"/>
        </w:rPr>
        <w:t xml:space="preserve">  </w:t>
      </w:r>
      <w:proofErr w:type="gramStart"/>
      <w:r w:rsidRPr="44823A3F">
        <w:rPr>
          <w:rFonts w:ascii="Montserrat" w:eastAsia="Montserrat" w:hAnsi="Montserrat" w:cs="Montserrat"/>
          <w:i/>
          <w:iCs/>
          <w:color w:val="434343"/>
          <w:sz w:val="24"/>
          <w:szCs w:val="24"/>
        </w:rPr>
        <w:t>project  proposal</w:t>
      </w:r>
      <w:proofErr w:type="gramEnd"/>
      <w:r w:rsidRPr="44823A3F">
        <w:rPr>
          <w:rFonts w:ascii="Montserrat" w:eastAsia="Montserrat" w:hAnsi="Montserrat" w:cs="Montserrat"/>
          <w:i/>
          <w:iCs/>
          <w:color w:val="434343"/>
          <w:sz w:val="24"/>
          <w:szCs w:val="24"/>
        </w:rPr>
        <w:t xml:space="preserve">. </w:t>
      </w:r>
    </w:p>
    <w:p w14:paraId="3257716D" w14:textId="77777777" w:rsidR="00C72196" w:rsidRDefault="00C72196" w:rsidP="00C72196">
      <w:pPr>
        <w:rPr>
          <w:rFonts w:ascii="Montserrat" w:eastAsia="Montserrat" w:hAnsi="Montserrat" w:cs="Montserrat"/>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000" w:firstRow="0" w:lastRow="0" w:firstColumn="0" w:lastColumn="0" w:noHBand="0" w:noVBand="0"/>
      </w:tblPr>
      <w:tblGrid>
        <w:gridCol w:w="3420"/>
        <w:gridCol w:w="5940"/>
      </w:tblGrid>
      <w:tr w:rsidR="00C72196" w14:paraId="69030AE9" w14:textId="77777777" w:rsidTr="00385EE6">
        <w:trPr>
          <w:trHeight w:val="300"/>
        </w:trPr>
        <w:tc>
          <w:tcPr>
            <w:tcW w:w="34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5FA71F4A" w14:textId="77777777" w:rsidR="00C72196" w:rsidRDefault="00C72196" w:rsidP="00385EE6">
            <w:pPr>
              <w:widowControl w:val="0"/>
              <w:rPr>
                <w:rFonts w:ascii="Montserrat" w:eastAsia="Montserrat" w:hAnsi="Montserrat" w:cs="Montserrat"/>
                <w:color w:val="1B877F"/>
                <w:sz w:val="24"/>
                <w:szCs w:val="24"/>
              </w:rPr>
            </w:pPr>
            <w:r w:rsidRPr="44823A3F">
              <w:rPr>
                <w:rFonts w:ascii="Montserrat" w:eastAsia="Montserrat" w:hAnsi="Montserrat" w:cs="Montserrat"/>
                <w:b/>
                <w:bCs/>
                <w:color w:val="FF0000"/>
                <w:sz w:val="24"/>
                <w:szCs w:val="24"/>
                <w:lang w:val="es"/>
              </w:rPr>
              <w:t>*</w:t>
            </w:r>
            <w:r w:rsidRPr="44823A3F">
              <w:rPr>
                <w:rFonts w:ascii="Montserrat" w:eastAsia="Montserrat" w:hAnsi="Montserrat" w:cs="Montserrat"/>
                <w:b/>
                <w:bCs/>
                <w:color w:val="1B877F"/>
                <w:sz w:val="24"/>
                <w:szCs w:val="24"/>
                <w:lang w:val="es"/>
              </w:rPr>
              <w:t>Project Name</w:t>
            </w:r>
          </w:p>
        </w:tc>
        <w:tc>
          <w:tcPr>
            <w:tcW w:w="59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296838AB" w14:textId="77777777" w:rsidR="00C72196" w:rsidRDefault="00C72196" w:rsidP="00385EE6">
            <w:pPr>
              <w:widowControl w:val="0"/>
              <w:rPr>
                <w:rFonts w:ascii="Montserrat" w:eastAsia="Montserrat" w:hAnsi="Montserrat" w:cs="Montserrat"/>
                <w:color w:val="434343"/>
                <w:sz w:val="24"/>
                <w:szCs w:val="24"/>
              </w:rPr>
            </w:pPr>
            <w:r w:rsidRPr="44823A3F">
              <w:rPr>
                <w:rFonts w:ascii="Montserrat" w:eastAsia="Montserrat" w:hAnsi="Montserrat" w:cs="Montserrat"/>
                <w:color w:val="434343"/>
                <w:sz w:val="24"/>
                <w:szCs w:val="24"/>
                <w:lang w:val="es-ES"/>
              </w:rPr>
              <w:t>[</w:t>
            </w:r>
            <w:proofErr w:type="spellStart"/>
            <w:r w:rsidRPr="44823A3F">
              <w:rPr>
                <w:rFonts w:ascii="Montserrat" w:eastAsia="Montserrat" w:hAnsi="Montserrat" w:cs="Montserrat"/>
                <w:color w:val="434343"/>
                <w:sz w:val="24"/>
                <w:szCs w:val="24"/>
                <w:lang w:val="es-ES"/>
              </w:rPr>
              <w:t>Insert</w:t>
            </w:r>
            <w:proofErr w:type="spellEnd"/>
            <w:r w:rsidRPr="44823A3F">
              <w:rPr>
                <w:rFonts w:ascii="Montserrat" w:eastAsia="Montserrat" w:hAnsi="Montserrat" w:cs="Montserrat"/>
                <w:color w:val="434343"/>
                <w:sz w:val="24"/>
                <w:szCs w:val="24"/>
                <w:lang w:val="es-ES"/>
              </w:rPr>
              <w:t xml:space="preserve"> Project Name Here]</w:t>
            </w:r>
          </w:p>
          <w:p w14:paraId="1E52C959" w14:textId="77777777" w:rsidR="00C72196" w:rsidRDefault="00C72196" w:rsidP="00385EE6">
            <w:pPr>
              <w:widowControl w:val="0"/>
              <w:rPr>
                <w:rFonts w:ascii="Montserrat" w:eastAsia="Montserrat" w:hAnsi="Montserrat" w:cs="Montserrat"/>
                <w:color w:val="434343"/>
                <w:sz w:val="24"/>
                <w:szCs w:val="24"/>
              </w:rPr>
            </w:pPr>
          </w:p>
        </w:tc>
      </w:tr>
      <w:tr w:rsidR="00C72196" w14:paraId="03EAF31A" w14:textId="77777777" w:rsidTr="00385EE6">
        <w:trPr>
          <w:trHeight w:val="300"/>
        </w:trPr>
        <w:tc>
          <w:tcPr>
            <w:tcW w:w="34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34C67399" w14:textId="77777777" w:rsidR="00C72196" w:rsidRDefault="00C72196" w:rsidP="00385EE6">
            <w:pPr>
              <w:widowControl w:val="0"/>
              <w:rPr>
                <w:rFonts w:ascii="Montserrat" w:eastAsia="Montserrat" w:hAnsi="Montserrat" w:cs="Montserrat"/>
                <w:color w:val="1B877F"/>
                <w:sz w:val="24"/>
                <w:szCs w:val="24"/>
              </w:rPr>
            </w:pPr>
            <w:r w:rsidRPr="44823A3F">
              <w:rPr>
                <w:rFonts w:ascii="Montserrat" w:eastAsia="Montserrat" w:hAnsi="Montserrat" w:cs="Montserrat"/>
                <w:b/>
                <w:bCs/>
                <w:color w:val="FF0000"/>
                <w:sz w:val="24"/>
                <w:szCs w:val="24"/>
                <w:lang w:val="es-ES"/>
              </w:rPr>
              <w:lastRenderedPageBreak/>
              <w:t>*</w:t>
            </w:r>
            <w:proofErr w:type="spellStart"/>
            <w:r w:rsidRPr="44823A3F">
              <w:rPr>
                <w:rFonts w:ascii="Montserrat" w:eastAsia="Montserrat" w:hAnsi="Montserrat" w:cs="Montserrat"/>
                <w:b/>
                <w:bCs/>
                <w:color w:val="1B877F"/>
                <w:sz w:val="24"/>
                <w:szCs w:val="24"/>
                <w:lang w:val="es-ES"/>
              </w:rPr>
              <w:t>Applicant</w:t>
            </w:r>
            <w:proofErr w:type="spellEnd"/>
            <w:r w:rsidRPr="44823A3F">
              <w:rPr>
                <w:rFonts w:ascii="Montserrat" w:eastAsia="Montserrat" w:hAnsi="Montserrat" w:cs="Montserrat"/>
                <w:b/>
                <w:bCs/>
                <w:color w:val="1B877F"/>
                <w:sz w:val="24"/>
                <w:szCs w:val="24"/>
                <w:lang w:val="es-ES"/>
              </w:rPr>
              <w:t xml:space="preserve"> </w:t>
            </w:r>
            <w:proofErr w:type="spellStart"/>
            <w:r w:rsidRPr="44823A3F">
              <w:rPr>
                <w:rFonts w:ascii="Montserrat" w:eastAsia="Montserrat" w:hAnsi="Montserrat" w:cs="Montserrat"/>
                <w:b/>
                <w:bCs/>
                <w:color w:val="1B877F"/>
                <w:sz w:val="24"/>
                <w:szCs w:val="24"/>
                <w:lang w:val="es-ES"/>
              </w:rPr>
              <w:t>organization</w:t>
            </w:r>
            <w:proofErr w:type="spellEnd"/>
            <w:r w:rsidRPr="44823A3F">
              <w:rPr>
                <w:rFonts w:ascii="Montserrat" w:eastAsia="Montserrat" w:hAnsi="Montserrat" w:cs="Montserrat"/>
                <w:b/>
                <w:bCs/>
                <w:color w:val="1B877F"/>
                <w:sz w:val="24"/>
                <w:szCs w:val="24"/>
                <w:lang w:val="es-ES"/>
              </w:rPr>
              <w:t>/</w:t>
            </w:r>
            <w:proofErr w:type="spellStart"/>
            <w:r w:rsidRPr="44823A3F">
              <w:rPr>
                <w:rFonts w:ascii="Montserrat" w:eastAsia="Montserrat" w:hAnsi="Montserrat" w:cs="Montserrat"/>
                <w:b/>
                <w:bCs/>
                <w:color w:val="1B877F"/>
                <w:sz w:val="24"/>
                <w:szCs w:val="24"/>
                <w:lang w:val="es-ES"/>
              </w:rPr>
              <w:t>group</w:t>
            </w:r>
            <w:proofErr w:type="spellEnd"/>
            <w:r w:rsidRPr="44823A3F">
              <w:rPr>
                <w:rFonts w:ascii="Montserrat" w:eastAsia="Montserrat" w:hAnsi="Montserrat" w:cs="Montserrat"/>
                <w:b/>
                <w:bCs/>
                <w:color w:val="1B877F"/>
                <w:sz w:val="24"/>
                <w:szCs w:val="24"/>
                <w:lang w:val="es-ES"/>
              </w:rPr>
              <w:t>:</w:t>
            </w:r>
          </w:p>
        </w:tc>
        <w:tc>
          <w:tcPr>
            <w:tcW w:w="59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3C4D7E16" w14:textId="77777777" w:rsidR="00C72196" w:rsidRDefault="00C72196" w:rsidP="00385EE6">
            <w:pPr>
              <w:widowControl w:val="0"/>
              <w:rPr>
                <w:rFonts w:ascii="Montserrat" w:eastAsia="Montserrat" w:hAnsi="Montserrat" w:cs="Montserrat"/>
                <w:color w:val="434343"/>
                <w:sz w:val="24"/>
                <w:szCs w:val="24"/>
              </w:rPr>
            </w:pPr>
            <w:r w:rsidRPr="44823A3F">
              <w:rPr>
                <w:rFonts w:ascii="Montserrat" w:eastAsia="Montserrat" w:hAnsi="Montserrat" w:cs="Montserrat"/>
                <w:color w:val="434343"/>
                <w:sz w:val="24"/>
                <w:szCs w:val="24"/>
                <w:lang w:val="es-ES"/>
              </w:rPr>
              <w:t>[</w:t>
            </w:r>
            <w:proofErr w:type="spellStart"/>
            <w:r w:rsidRPr="44823A3F">
              <w:rPr>
                <w:rFonts w:ascii="Montserrat" w:eastAsia="Montserrat" w:hAnsi="Montserrat" w:cs="Montserrat"/>
                <w:color w:val="434343"/>
                <w:sz w:val="24"/>
                <w:szCs w:val="24"/>
                <w:lang w:val="es-ES"/>
              </w:rPr>
              <w:t>Insert</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Applicant</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Organization</w:t>
            </w:r>
            <w:proofErr w:type="spellEnd"/>
            <w:r w:rsidRPr="44823A3F">
              <w:rPr>
                <w:rFonts w:ascii="Montserrat" w:eastAsia="Montserrat" w:hAnsi="Montserrat" w:cs="Montserrat"/>
                <w:color w:val="434343"/>
                <w:sz w:val="24"/>
                <w:szCs w:val="24"/>
                <w:lang w:val="es-ES"/>
              </w:rPr>
              <w:t>/Group Name Here]</w:t>
            </w:r>
          </w:p>
        </w:tc>
      </w:tr>
      <w:tr w:rsidR="00C72196" w14:paraId="0E7BA26F" w14:textId="77777777" w:rsidTr="00385EE6">
        <w:trPr>
          <w:trHeight w:val="300"/>
        </w:trPr>
        <w:tc>
          <w:tcPr>
            <w:tcW w:w="34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677CEF81" w14:textId="77777777" w:rsidR="00C72196" w:rsidRDefault="00C72196" w:rsidP="00385EE6">
            <w:pPr>
              <w:widowControl w:val="0"/>
              <w:rPr>
                <w:rFonts w:ascii="Montserrat" w:eastAsia="Montserrat" w:hAnsi="Montserrat" w:cs="Montserrat"/>
                <w:color w:val="1B877F"/>
                <w:sz w:val="24"/>
                <w:szCs w:val="24"/>
              </w:rPr>
            </w:pPr>
            <w:r w:rsidRPr="44823A3F">
              <w:rPr>
                <w:rFonts w:ascii="Montserrat" w:eastAsia="Montserrat" w:hAnsi="Montserrat" w:cs="Montserrat"/>
                <w:b/>
                <w:bCs/>
                <w:color w:val="FF0000"/>
                <w:sz w:val="24"/>
                <w:szCs w:val="24"/>
                <w:lang w:val="es-ES"/>
              </w:rPr>
              <w:t>*</w:t>
            </w:r>
            <w:proofErr w:type="spellStart"/>
            <w:r w:rsidRPr="44823A3F">
              <w:rPr>
                <w:rFonts w:ascii="Montserrat" w:eastAsia="Montserrat" w:hAnsi="Montserrat" w:cs="Montserrat"/>
                <w:b/>
                <w:bCs/>
                <w:color w:val="1B877F"/>
                <w:sz w:val="24"/>
                <w:szCs w:val="24"/>
                <w:lang w:val="es-ES"/>
              </w:rPr>
              <w:t>Youth</w:t>
            </w:r>
            <w:proofErr w:type="spellEnd"/>
            <w:r w:rsidRPr="44823A3F">
              <w:rPr>
                <w:rFonts w:ascii="Montserrat" w:eastAsia="Montserrat" w:hAnsi="Montserrat" w:cs="Montserrat"/>
                <w:b/>
                <w:bCs/>
                <w:color w:val="1B877F"/>
                <w:sz w:val="24"/>
                <w:szCs w:val="24"/>
                <w:lang w:val="es-ES"/>
              </w:rPr>
              <w:t xml:space="preserve"> </w:t>
            </w:r>
            <w:proofErr w:type="spellStart"/>
            <w:r w:rsidRPr="44823A3F">
              <w:rPr>
                <w:rFonts w:ascii="Montserrat" w:eastAsia="Montserrat" w:hAnsi="Montserrat" w:cs="Montserrat"/>
                <w:b/>
                <w:bCs/>
                <w:color w:val="1B877F"/>
                <w:sz w:val="24"/>
                <w:szCs w:val="24"/>
                <w:lang w:val="es-ES"/>
              </w:rPr>
              <w:t>project</w:t>
            </w:r>
            <w:proofErr w:type="spellEnd"/>
            <w:r w:rsidRPr="44823A3F">
              <w:rPr>
                <w:rFonts w:ascii="Montserrat" w:eastAsia="Montserrat" w:hAnsi="Montserrat" w:cs="Montserrat"/>
                <w:b/>
                <w:bCs/>
                <w:color w:val="1B877F"/>
                <w:sz w:val="24"/>
                <w:szCs w:val="24"/>
                <w:lang w:val="es-ES"/>
              </w:rPr>
              <w:t xml:space="preserve"> leads: </w:t>
            </w:r>
          </w:p>
        </w:tc>
        <w:tc>
          <w:tcPr>
            <w:tcW w:w="59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3EFD1782" w14:textId="77777777" w:rsidR="00C72196" w:rsidRDefault="00C72196" w:rsidP="00385EE6">
            <w:pPr>
              <w:widowControl w:val="0"/>
              <w:rPr>
                <w:rFonts w:ascii="Montserrat" w:eastAsia="Montserrat" w:hAnsi="Montserrat" w:cs="Montserrat"/>
                <w:color w:val="434343"/>
                <w:sz w:val="24"/>
                <w:szCs w:val="24"/>
              </w:rPr>
            </w:pPr>
            <w:r w:rsidRPr="44823A3F">
              <w:rPr>
                <w:rFonts w:ascii="Montserrat" w:eastAsia="Montserrat" w:hAnsi="Montserrat" w:cs="Montserrat"/>
                <w:color w:val="434343"/>
                <w:sz w:val="24"/>
                <w:szCs w:val="24"/>
                <w:lang w:val="es-ES"/>
              </w:rPr>
              <w:t>[</w:t>
            </w:r>
            <w:proofErr w:type="spellStart"/>
            <w:r w:rsidRPr="44823A3F">
              <w:rPr>
                <w:rFonts w:ascii="Montserrat" w:eastAsia="Montserrat" w:hAnsi="Montserrat" w:cs="Montserrat"/>
                <w:color w:val="434343"/>
                <w:sz w:val="24"/>
                <w:szCs w:val="24"/>
                <w:lang w:val="es-ES"/>
              </w:rPr>
              <w:t>Insert</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first</w:t>
            </w:r>
            <w:proofErr w:type="spellEnd"/>
            <w:r w:rsidRPr="44823A3F">
              <w:rPr>
                <w:rFonts w:ascii="Montserrat" w:eastAsia="Montserrat" w:hAnsi="Montserrat" w:cs="Montserrat"/>
                <w:color w:val="434343"/>
                <w:sz w:val="24"/>
                <w:szCs w:val="24"/>
                <w:lang w:val="es-ES"/>
              </w:rPr>
              <w:t xml:space="preserve"> and </w:t>
            </w:r>
            <w:proofErr w:type="spellStart"/>
            <w:r w:rsidRPr="44823A3F">
              <w:rPr>
                <w:rFonts w:ascii="Montserrat" w:eastAsia="Montserrat" w:hAnsi="Montserrat" w:cs="Montserrat"/>
                <w:color w:val="434343"/>
                <w:sz w:val="24"/>
                <w:szCs w:val="24"/>
                <w:lang w:val="es-ES"/>
              </w:rPr>
              <w:t>last</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names</w:t>
            </w:r>
            <w:proofErr w:type="spellEnd"/>
            <w:r w:rsidRPr="44823A3F">
              <w:rPr>
                <w:rFonts w:ascii="Montserrat" w:eastAsia="Montserrat" w:hAnsi="Montserrat" w:cs="Montserrat"/>
                <w:color w:val="434343"/>
                <w:sz w:val="24"/>
                <w:szCs w:val="24"/>
                <w:lang w:val="es-ES"/>
              </w:rPr>
              <w:t xml:space="preserve"> and </w:t>
            </w:r>
            <w:proofErr w:type="spellStart"/>
            <w:r w:rsidRPr="44823A3F">
              <w:rPr>
                <w:rFonts w:ascii="Montserrat" w:eastAsia="Montserrat" w:hAnsi="Montserrat" w:cs="Montserrat"/>
                <w:color w:val="434343"/>
                <w:sz w:val="24"/>
                <w:szCs w:val="24"/>
                <w:lang w:val="es-ES"/>
              </w:rPr>
              <w:t>ages</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of</w:t>
            </w:r>
            <w:proofErr w:type="spellEnd"/>
            <w:r w:rsidRPr="44823A3F">
              <w:rPr>
                <w:rFonts w:ascii="Montserrat" w:eastAsia="Montserrat" w:hAnsi="Montserrat" w:cs="Montserrat"/>
                <w:color w:val="434343"/>
                <w:sz w:val="24"/>
                <w:szCs w:val="24"/>
                <w:lang w:val="es-ES"/>
              </w:rPr>
              <w:t xml:space="preserve"> at </w:t>
            </w:r>
            <w:proofErr w:type="spellStart"/>
            <w:r w:rsidRPr="44823A3F">
              <w:rPr>
                <w:rFonts w:ascii="Montserrat" w:eastAsia="Montserrat" w:hAnsi="Montserrat" w:cs="Montserrat"/>
                <w:color w:val="434343"/>
                <w:sz w:val="24"/>
                <w:szCs w:val="24"/>
                <w:lang w:val="es-ES"/>
              </w:rPr>
              <w:t>least</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two</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youth</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project</w:t>
            </w:r>
            <w:proofErr w:type="spellEnd"/>
            <w:r w:rsidRPr="44823A3F">
              <w:rPr>
                <w:rFonts w:ascii="Montserrat" w:eastAsia="Montserrat" w:hAnsi="Montserrat" w:cs="Montserrat"/>
                <w:color w:val="434343"/>
                <w:sz w:val="24"/>
                <w:szCs w:val="24"/>
                <w:lang w:val="es-ES"/>
              </w:rPr>
              <w:t xml:space="preserve"> leads]</w:t>
            </w:r>
          </w:p>
        </w:tc>
      </w:tr>
      <w:tr w:rsidR="00C72196" w14:paraId="51E6EF07" w14:textId="77777777" w:rsidTr="00385EE6">
        <w:trPr>
          <w:trHeight w:val="300"/>
        </w:trPr>
        <w:tc>
          <w:tcPr>
            <w:tcW w:w="34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38132563" w14:textId="77777777" w:rsidR="00C72196" w:rsidRDefault="00C72196" w:rsidP="00385EE6">
            <w:pPr>
              <w:widowControl w:val="0"/>
              <w:rPr>
                <w:rFonts w:ascii="Montserrat" w:eastAsia="Montserrat" w:hAnsi="Montserrat" w:cs="Montserrat"/>
                <w:color w:val="1B877F"/>
                <w:sz w:val="24"/>
                <w:szCs w:val="24"/>
              </w:rPr>
            </w:pPr>
            <w:r w:rsidRPr="44823A3F">
              <w:rPr>
                <w:rFonts w:ascii="Montserrat" w:eastAsia="Montserrat" w:hAnsi="Montserrat" w:cs="Montserrat"/>
                <w:b/>
                <w:bCs/>
                <w:color w:val="FF0000"/>
                <w:sz w:val="24"/>
                <w:szCs w:val="24"/>
                <w:lang w:val="es-ES"/>
              </w:rPr>
              <w:t>*</w:t>
            </w:r>
            <w:proofErr w:type="spellStart"/>
            <w:r w:rsidRPr="44823A3F">
              <w:rPr>
                <w:rFonts w:ascii="Montserrat" w:eastAsia="Montserrat" w:hAnsi="Montserrat" w:cs="Montserrat"/>
                <w:b/>
                <w:bCs/>
                <w:color w:val="1B877F"/>
                <w:sz w:val="24"/>
                <w:szCs w:val="24"/>
                <w:lang w:val="es-ES"/>
              </w:rPr>
              <w:t>Contact</w:t>
            </w:r>
            <w:proofErr w:type="spellEnd"/>
            <w:r w:rsidRPr="44823A3F">
              <w:rPr>
                <w:rFonts w:ascii="Montserrat" w:eastAsia="Montserrat" w:hAnsi="Montserrat" w:cs="Montserrat"/>
                <w:b/>
                <w:bCs/>
                <w:color w:val="1B877F"/>
                <w:sz w:val="24"/>
                <w:szCs w:val="24"/>
                <w:lang w:val="es-ES"/>
              </w:rPr>
              <w:t xml:space="preserve"> </w:t>
            </w:r>
            <w:proofErr w:type="spellStart"/>
            <w:r w:rsidRPr="44823A3F">
              <w:rPr>
                <w:rFonts w:ascii="Montserrat" w:eastAsia="Montserrat" w:hAnsi="Montserrat" w:cs="Montserrat"/>
                <w:b/>
                <w:bCs/>
                <w:color w:val="1B877F"/>
                <w:sz w:val="24"/>
                <w:szCs w:val="24"/>
                <w:lang w:val="es-ES"/>
              </w:rPr>
              <w:t>person</w:t>
            </w:r>
            <w:proofErr w:type="spellEnd"/>
            <w:r w:rsidRPr="44823A3F">
              <w:rPr>
                <w:rFonts w:ascii="Montserrat" w:eastAsia="Montserrat" w:hAnsi="Montserrat" w:cs="Montserrat"/>
                <w:b/>
                <w:bCs/>
                <w:color w:val="1B877F"/>
                <w:sz w:val="24"/>
                <w:szCs w:val="24"/>
                <w:lang w:val="es-ES"/>
              </w:rPr>
              <w:t xml:space="preserve"> </w:t>
            </w:r>
            <w:proofErr w:type="spellStart"/>
            <w:r w:rsidRPr="44823A3F">
              <w:rPr>
                <w:rFonts w:ascii="Montserrat" w:eastAsia="Montserrat" w:hAnsi="Montserrat" w:cs="Montserrat"/>
                <w:b/>
                <w:bCs/>
                <w:color w:val="1B877F"/>
                <w:sz w:val="24"/>
                <w:szCs w:val="24"/>
                <w:lang w:val="es-ES"/>
              </w:rPr>
              <w:t>from</w:t>
            </w:r>
            <w:proofErr w:type="spellEnd"/>
            <w:r w:rsidRPr="44823A3F">
              <w:rPr>
                <w:rFonts w:ascii="Montserrat" w:eastAsia="Montserrat" w:hAnsi="Montserrat" w:cs="Montserrat"/>
                <w:b/>
                <w:bCs/>
                <w:color w:val="1B877F"/>
                <w:sz w:val="24"/>
                <w:szCs w:val="24"/>
                <w:lang w:val="es-ES"/>
              </w:rPr>
              <w:t xml:space="preserve"> </w:t>
            </w:r>
            <w:proofErr w:type="spellStart"/>
            <w:r w:rsidRPr="44823A3F">
              <w:rPr>
                <w:rFonts w:ascii="Montserrat" w:eastAsia="Montserrat" w:hAnsi="Montserrat" w:cs="Montserrat"/>
                <w:b/>
                <w:bCs/>
                <w:color w:val="1B877F"/>
                <w:sz w:val="24"/>
                <w:szCs w:val="24"/>
                <w:lang w:val="es-ES"/>
              </w:rPr>
              <w:t>the</w:t>
            </w:r>
            <w:proofErr w:type="spellEnd"/>
            <w:r w:rsidRPr="44823A3F">
              <w:rPr>
                <w:rFonts w:ascii="Montserrat" w:eastAsia="Montserrat" w:hAnsi="Montserrat" w:cs="Montserrat"/>
                <w:b/>
                <w:bCs/>
                <w:color w:val="1B877F"/>
                <w:sz w:val="24"/>
                <w:szCs w:val="24"/>
                <w:lang w:val="es-ES"/>
              </w:rPr>
              <w:t xml:space="preserve"> </w:t>
            </w:r>
            <w:proofErr w:type="spellStart"/>
            <w:r w:rsidRPr="44823A3F">
              <w:rPr>
                <w:rFonts w:ascii="Montserrat" w:eastAsia="Montserrat" w:hAnsi="Montserrat" w:cs="Montserrat"/>
                <w:b/>
                <w:bCs/>
                <w:color w:val="1B877F"/>
                <w:sz w:val="24"/>
                <w:szCs w:val="24"/>
                <w:lang w:val="es-ES"/>
              </w:rPr>
              <w:t>grant</w:t>
            </w:r>
            <w:proofErr w:type="spellEnd"/>
            <w:r w:rsidRPr="44823A3F">
              <w:rPr>
                <w:rFonts w:ascii="Montserrat" w:eastAsia="Montserrat" w:hAnsi="Montserrat" w:cs="Montserrat"/>
                <w:b/>
                <w:bCs/>
                <w:color w:val="1B877F"/>
                <w:sz w:val="24"/>
                <w:szCs w:val="24"/>
                <w:lang w:val="es-ES"/>
              </w:rPr>
              <w:t xml:space="preserve"> </w:t>
            </w:r>
            <w:proofErr w:type="spellStart"/>
            <w:r w:rsidRPr="44823A3F">
              <w:rPr>
                <w:rFonts w:ascii="Montserrat" w:eastAsia="Montserrat" w:hAnsi="Montserrat" w:cs="Montserrat"/>
                <w:b/>
                <w:bCs/>
                <w:color w:val="1B877F"/>
                <w:sz w:val="24"/>
                <w:szCs w:val="24"/>
                <w:lang w:val="es-ES"/>
              </w:rPr>
              <w:t>recipient’s</w:t>
            </w:r>
            <w:proofErr w:type="spellEnd"/>
            <w:r w:rsidRPr="44823A3F">
              <w:rPr>
                <w:rFonts w:ascii="Montserrat" w:eastAsia="Montserrat" w:hAnsi="Montserrat" w:cs="Montserrat"/>
                <w:b/>
                <w:bCs/>
                <w:color w:val="1B877F"/>
                <w:sz w:val="24"/>
                <w:szCs w:val="24"/>
                <w:lang w:val="es-ES"/>
              </w:rPr>
              <w:t xml:space="preserve"> </w:t>
            </w:r>
            <w:proofErr w:type="spellStart"/>
            <w:r w:rsidRPr="44823A3F">
              <w:rPr>
                <w:rFonts w:ascii="Montserrat" w:eastAsia="Montserrat" w:hAnsi="Montserrat" w:cs="Montserrat"/>
                <w:b/>
                <w:bCs/>
                <w:color w:val="1B877F"/>
                <w:sz w:val="24"/>
                <w:szCs w:val="24"/>
                <w:lang w:val="es-ES"/>
              </w:rPr>
              <w:t>team</w:t>
            </w:r>
            <w:proofErr w:type="spellEnd"/>
            <w:r w:rsidRPr="44823A3F">
              <w:rPr>
                <w:rFonts w:ascii="Montserrat" w:eastAsia="Montserrat" w:hAnsi="Montserrat" w:cs="Montserrat"/>
                <w:b/>
                <w:bCs/>
                <w:color w:val="1B877F"/>
                <w:sz w:val="24"/>
                <w:szCs w:val="24"/>
                <w:lang w:val="es-ES"/>
              </w:rPr>
              <w:t>:</w:t>
            </w:r>
          </w:p>
        </w:tc>
        <w:tc>
          <w:tcPr>
            <w:tcW w:w="59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518E0F1F" w14:textId="77777777" w:rsidR="00C72196" w:rsidRDefault="00C72196" w:rsidP="00385EE6">
            <w:pPr>
              <w:widowControl w:val="0"/>
              <w:rPr>
                <w:rFonts w:ascii="Montserrat" w:eastAsia="Montserrat" w:hAnsi="Montserrat" w:cs="Montserrat"/>
                <w:color w:val="434343"/>
                <w:sz w:val="24"/>
                <w:szCs w:val="24"/>
              </w:rPr>
            </w:pPr>
            <w:r w:rsidRPr="44823A3F">
              <w:rPr>
                <w:rFonts w:ascii="Montserrat" w:eastAsia="Montserrat" w:hAnsi="Montserrat" w:cs="Montserrat"/>
                <w:color w:val="434343"/>
                <w:sz w:val="24"/>
                <w:szCs w:val="24"/>
                <w:lang w:val="es-ES"/>
              </w:rPr>
              <w:t>[</w:t>
            </w:r>
            <w:proofErr w:type="spellStart"/>
            <w:r w:rsidRPr="44823A3F">
              <w:rPr>
                <w:rFonts w:ascii="Montserrat" w:eastAsia="Montserrat" w:hAnsi="Montserrat" w:cs="Montserrat"/>
                <w:color w:val="434343"/>
                <w:sz w:val="24"/>
                <w:szCs w:val="24"/>
                <w:lang w:val="es-ES"/>
              </w:rPr>
              <w:t>Insert</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Contact</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Person's</w:t>
            </w:r>
            <w:proofErr w:type="spellEnd"/>
            <w:r w:rsidRPr="44823A3F">
              <w:rPr>
                <w:rFonts w:ascii="Montserrat" w:eastAsia="Montserrat" w:hAnsi="Montserrat" w:cs="Montserrat"/>
                <w:color w:val="434343"/>
                <w:sz w:val="24"/>
                <w:szCs w:val="24"/>
                <w:lang w:val="es-ES"/>
              </w:rPr>
              <w:t xml:space="preserve"> First and Last Name]</w:t>
            </w:r>
          </w:p>
        </w:tc>
      </w:tr>
      <w:tr w:rsidR="00C72196" w14:paraId="19096DCC" w14:textId="77777777" w:rsidTr="00385EE6">
        <w:trPr>
          <w:trHeight w:val="300"/>
        </w:trPr>
        <w:tc>
          <w:tcPr>
            <w:tcW w:w="34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236CC66C" w14:textId="77777777" w:rsidR="00C72196" w:rsidRDefault="00C72196" w:rsidP="00385EE6">
            <w:pPr>
              <w:widowControl w:val="0"/>
              <w:rPr>
                <w:rFonts w:ascii="Montserrat" w:eastAsia="Montserrat" w:hAnsi="Montserrat" w:cs="Montserrat"/>
                <w:color w:val="1B877F"/>
                <w:sz w:val="24"/>
                <w:szCs w:val="24"/>
              </w:rPr>
            </w:pPr>
            <w:r w:rsidRPr="44823A3F">
              <w:rPr>
                <w:rFonts w:ascii="Montserrat" w:eastAsia="Montserrat" w:hAnsi="Montserrat" w:cs="Montserrat"/>
                <w:b/>
                <w:bCs/>
                <w:color w:val="FF0000"/>
                <w:sz w:val="24"/>
                <w:szCs w:val="24"/>
                <w:lang w:val="es-ES"/>
              </w:rPr>
              <w:t>*</w:t>
            </w:r>
            <w:proofErr w:type="spellStart"/>
            <w:r w:rsidRPr="44823A3F">
              <w:rPr>
                <w:rFonts w:ascii="Montserrat" w:eastAsia="Montserrat" w:hAnsi="Montserrat" w:cs="Montserrat"/>
                <w:b/>
                <w:bCs/>
                <w:color w:val="1B877F"/>
                <w:sz w:val="24"/>
                <w:szCs w:val="24"/>
                <w:lang w:val="es-ES"/>
              </w:rPr>
              <w:t>Contact</w:t>
            </w:r>
            <w:proofErr w:type="spellEnd"/>
            <w:r w:rsidRPr="44823A3F">
              <w:rPr>
                <w:rFonts w:ascii="Montserrat" w:eastAsia="Montserrat" w:hAnsi="Montserrat" w:cs="Montserrat"/>
                <w:b/>
                <w:bCs/>
                <w:color w:val="1B877F"/>
                <w:sz w:val="24"/>
                <w:szCs w:val="24"/>
                <w:lang w:val="es-ES"/>
              </w:rPr>
              <w:t xml:space="preserve"> </w:t>
            </w:r>
            <w:proofErr w:type="spellStart"/>
            <w:r w:rsidRPr="44823A3F">
              <w:rPr>
                <w:rFonts w:ascii="Montserrat" w:eastAsia="Montserrat" w:hAnsi="Montserrat" w:cs="Montserrat"/>
                <w:b/>
                <w:bCs/>
                <w:color w:val="1B877F"/>
                <w:sz w:val="24"/>
                <w:szCs w:val="24"/>
                <w:lang w:val="es-ES"/>
              </w:rPr>
              <w:t>person’s</w:t>
            </w:r>
            <w:proofErr w:type="spellEnd"/>
            <w:r w:rsidRPr="44823A3F">
              <w:rPr>
                <w:rFonts w:ascii="Montserrat" w:eastAsia="Montserrat" w:hAnsi="Montserrat" w:cs="Montserrat"/>
                <w:b/>
                <w:bCs/>
                <w:color w:val="1B877F"/>
                <w:sz w:val="24"/>
                <w:szCs w:val="24"/>
                <w:lang w:val="es-ES"/>
              </w:rPr>
              <w:t xml:space="preserve"> email:</w:t>
            </w:r>
          </w:p>
        </w:tc>
        <w:tc>
          <w:tcPr>
            <w:tcW w:w="59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1F04DFC6" w14:textId="77777777" w:rsidR="00C72196" w:rsidRDefault="00C72196" w:rsidP="00385EE6">
            <w:pPr>
              <w:widowControl w:val="0"/>
              <w:rPr>
                <w:rFonts w:ascii="Montserrat" w:eastAsia="Montserrat" w:hAnsi="Montserrat" w:cs="Montserrat"/>
                <w:color w:val="434343"/>
                <w:sz w:val="24"/>
                <w:szCs w:val="24"/>
              </w:rPr>
            </w:pPr>
            <w:r w:rsidRPr="44823A3F">
              <w:rPr>
                <w:rFonts w:ascii="Montserrat" w:eastAsia="Montserrat" w:hAnsi="Montserrat" w:cs="Montserrat"/>
                <w:color w:val="434343"/>
                <w:sz w:val="24"/>
                <w:szCs w:val="24"/>
                <w:lang w:val="es-ES"/>
              </w:rPr>
              <w:t>[</w:t>
            </w:r>
            <w:proofErr w:type="spellStart"/>
            <w:r w:rsidRPr="44823A3F">
              <w:rPr>
                <w:rFonts w:ascii="Montserrat" w:eastAsia="Montserrat" w:hAnsi="Montserrat" w:cs="Montserrat"/>
                <w:color w:val="434343"/>
                <w:sz w:val="24"/>
                <w:szCs w:val="24"/>
                <w:lang w:val="es-ES"/>
              </w:rPr>
              <w:t>Insert</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Contact</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Person's</w:t>
            </w:r>
            <w:proofErr w:type="spellEnd"/>
            <w:r w:rsidRPr="44823A3F">
              <w:rPr>
                <w:rFonts w:ascii="Montserrat" w:eastAsia="Montserrat" w:hAnsi="Montserrat" w:cs="Montserrat"/>
                <w:color w:val="434343"/>
                <w:sz w:val="24"/>
                <w:szCs w:val="24"/>
                <w:lang w:val="es-ES"/>
              </w:rPr>
              <w:t xml:space="preserve"> Email </w:t>
            </w:r>
            <w:proofErr w:type="spellStart"/>
            <w:r w:rsidRPr="44823A3F">
              <w:rPr>
                <w:rFonts w:ascii="Montserrat" w:eastAsia="Montserrat" w:hAnsi="Montserrat" w:cs="Montserrat"/>
                <w:color w:val="434343"/>
                <w:sz w:val="24"/>
                <w:szCs w:val="24"/>
                <w:lang w:val="es-ES"/>
              </w:rPr>
              <w:t>Address</w:t>
            </w:r>
            <w:proofErr w:type="spellEnd"/>
            <w:r w:rsidRPr="44823A3F">
              <w:rPr>
                <w:rFonts w:ascii="Montserrat" w:eastAsia="Montserrat" w:hAnsi="Montserrat" w:cs="Montserrat"/>
                <w:color w:val="434343"/>
                <w:sz w:val="24"/>
                <w:szCs w:val="24"/>
                <w:lang w:val="es-ES"/>
              </w:rPr>
              <w:t>]</w:t>
            </w:r>
          </w:p>
        </w:tc>
      </w:tr>
      <w:tr w:rsidR="00C72196" w14:paraId="19450674" w14:textId="77777777" w:rsidTr="00385EE6">
        <w:trPr>
          <w:trHeight w:val="300"/>
        </w:trPr>
        <w:tc>
          <w:tcPr>
            <w:tcW w:w="34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19C5EDCC" w14:textId="77777777" w:rsidR="00C72196" w:rsidRDefault="00C72196" w:rsidP="00385EE6">
            <w:pPr>
              <w:widowControl w:val="0"/>
              <w:rPr>
                <w:rFonts w:ascii="Montserrat" w:eastAsia="Montserrat" w:hAnsi="Montserrat" w:cs="Montserrat"/>
                <w:color w:val="1B877F"/>
                <w:sz w:val="24"/>
                <w:szCs w:val="24"/>
              </w:rPr>
            </w:pPr>
            <w:r w:rsidRPr="44823A3F">
              <w:rPr>
                <w:rFonts w:ascii="Montserrat" w:eastAsia="Montserrat" w:hAnsi="Montserrat" w:cs="Montserrat"/>
                <w:b/>
                <w:bCs/>
                <w:color w:val="FF0000"/>
                <w:sz w:val="24"/>
                <w:szCs w:val="24"/>
                <w:lang w:val="es-ES"/>
              </w:rPr>
              <w:t>*</w:t>
            </w:r>
            <w:proofErr w:type="spellStart"/>
            <w:r w:rsidRPr="44823A3F">
              <w:rPr>
                <w:rFonts w:ascii="Montserrat" w:eastAsia="Montserrat" w:hAnsi="Montserrat" w:cs="Montserrat"/>
                <w:b/>
                <w:bCs/>
                <w:color w:val="1B877F"/>
                <w:sz w:val="24"/>
                <w:szCs w:val="24"/>
                <w:lang w:val="es-ES"/>
              </w:rPr>
              <w:t>Contact</w:t>
            </w:r>
            <w:proofErr w:type="spellEnd"/>
            <w:r w:rsidRPr="44823A3F">
              <w:rPr>
                <w:rFonts w:ascii="Montserrat" w:eastAsia="Montserrat" w:hAnsi="Montserrat" w:cs="Montserrat"/>
                <w:b/>
                <w:bCs/>
                <w:color w:val="1B877F"/>
                <w:sz w:val="24"/>
                <w:szCs w:val="24"/>
                <w:lang w:val="es-ES"/>
              </w:rPr>
              <w:t xml:space="preserve"> </w:t>
            </w:r>
            <w:proofErr w:type="spellStart"/>
            <w:r w:rsidRPr="44823A3F">
              <w:rPr>
                <w:rFonts w:ascii="Montserrat" w:eastAsia="Montserrat" w:hAnsi="Montserrat" w:cs="Montserrat"/>
                <w:b/>
                <w:bCs/>
                <w:color w:val="1B877F"/>
                <w:sz w:val="24"/>
                <w:szCs w:val="24"/>
                <w:lang w:val="es-ES"/>
              </w:rPr>
              <w:t>person’s</w:t>
            </w:r>
            <w:proofErr w:type="spellEnd"/>
            <w:r w:rsidRPr="44823A3F">
              <w:rPr>
                <w:rFonts w:ascii="Montserrat" w:eastAsia="Montserrat" w:hAnsi="Montserrat" w:cs="Montserrat"/>
                <w:b/>
                <w:bCs/>
                <w:color w:val="1B877F"/>
                <w:sz w:val="24"/>
                <w:szCs w:val="24"/>
                <w:lang w:val="es-ES"/>
              </w:rPr>
              <w:t xml:space="preserve"> </w:t>
            </w:r>
            <w:proofErr w:type="spellStart"/>
            <w:r w:rsidRPr="44823A3F">
              <w:rPr>
                <w:rFonts w:ascii="Montserrat" w:eastAsia="Montserrat" w:hAnsi="Montserrat" w:cs="Montserrat"/>
                <w:b/>
                <w:bCs/>
                <w:color w:val="1B877F"/>
                <w:sz w:val="24"/>
                <w:szCs w:val="24"/>
                <w:lang w:val="es-ES"/>
              </w:rPr>
              <w:t>phone</w:t>
            </w:r>
            <w:proofErr w:type="spellEnd"/>
            <w:r w:rsidRPr="44823A3F">
              <w:rPr>
                <w:rFonts w:ascii="Montserrat" w:eastAsia="Montserrat" w:hAnsi="Montserrat" w:cs="Montserrat"/>
                <w:b/>
                <w:bCs/>
                <w:color w:val="1B877F"/>
                <w:sz w:val="24"/>
                <w:szCs w:val="24"/>
                <w:lang w:val="es-ES"/>
              </w:rPr>
              <w:t xml:space="preserve"> </w:t>
            </w:r>
            <w:proofErr w:type="spellStart"/>
            <w:r w:rsidRPr="44823A3F">
              <w:rPr>
                <w:rFonts w:ascii="Montserrat" w:eastAsia="Montserrat" w:hAnsi="Montserrat" w:cs="Montserrat"/>
                <w:b/>
                <w:bCs/>
                <w:color w:val="1B877F"/>
                <w:sz w:val="24"/>
                <w:szCs w:val="24"/>
                <w:lang w:val="es-ES"/>
              </w:rPr>
              <w:t>number</w:t>
            </w:r>
            <w:proofErr w:type="spellEnd"/>
            <w:r w:rsidRPr="44823A3F">
              <w:rPr>
                <w:rFonts w:ascii="Montserrat" w:eastAsia="Montserrat" w:hAnsi="Montserrat" w:cs="Montserrat"/>
                <w:b/>
                <w:bCs/>
                <w:color w:val="1B877F"/>
                <w:sz w:val="24"/>
                <w:szCs w:val="24"/>
                <w:lang w:val="es-ES"/>
              </w:rPr>
              <w:t>:</w:t>
            </w:r>
          </w:p>
        </w:tc>
        <w:tc>
          <w:tcPr>
            <w:tcW w:w="59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594077E9" w14:textId="77777777" w:rsidR="00C72196" w:rsidRDefault="00C72196" w:rsidP="00385EE6">
            <w:pPr>
              <w:widowControl w:val="0"/>
              <w:rPr>
                <w:rFonts w:ascii="Montserrat" w:eastAsia="Montserrat" w:hAnsi="Montserrat" w:cs="Montserrat"/>
                <w:color w:val="434343"/>
                <w:sz w:val="24"/>
                <w:szCs w:val="24"/>
              </w:rPr>
            </w:pPr>
            <w:r w:rsidRPr="44823A3F">
              <w:rPr>
                <w:rFonts w:ascii="Montserrat" w:eastAsia="Montserrat" w:hAnsi="Montserrat" w:cs="Montserrat"/>
                <w:color w:val="434343"/>
                <w:sz w:val="24"/>
                <w:szCs w:val="24"/>
                <w:lang w:val="es-ES"/>
              </w:rPr>
              <w:t>[</w:t>
            </w:r>
            <w:proofErr w:type="spellStart"/>
            <w:r w:rsidRPr="44823A3F">
              <w:rPr>
                <w:rFonts w:ascii="Montserrat" w:eastAsia="Montserrat" w:hAnsi="Montserrat" w:cs="Montserrat"/>
                <w:color w:val="434343"/>
                <w:sz w:val="24"/>
                <w:szCs w:val="24"/>
                <w:lang w:val="es-ES"/>
              </w:rPr>
              <w:t>Insert</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Contact</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Person's</w:t>
            </w:r>
            <w:proofErr w:type="spellEnd"/>
            <w:r w:rsidRPr="44823A3F">
              <w:rPr>
                <w:rFonts w:ascii="Montserrat" w:eastAsia="Montserrat" w:hAnsi="Montserrat" w:cs="Montserrat"/>
                <w:color w:val="434343"/>
                <w:sz w:val="24"/>
                <w:szCs w:val="24"/>
                <w:lang w:val="es-ES"/>
              </w:rPr>
              <w:t xml:space="preserve"> Phone Number]</w:t>
            </w:r>
          </w:p>
        </w:tc>
      </w:tr>
      <w:tr w:rsidR="00C72196" w:rsidRPr="003A46A5" w14:paraId="292E9A52" w14:textId="77777777" w:rsidTr="00385EE6">
        <w:trPr>
          <w:trHeight w:val="300"/>
        </w:trPr>
        <w:tc>
          <w:tcPr>
            <w:tcW w:w="34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08155DB2" w14:textId="77777777" w:rsidR="00C72196" w:rsidRDefault="00C72196" w:rsidP="00385EE6">
            <w:pPr>
              <w:widowControl w:val="0"/>
              <w:rPr>
                <w:rFonts w:ascii="Montserrat" w:eastAsia="Montserrat" w:hAnsi="Montserrat" w:cs="Montserrat"/>
                <w:color w:val="1B877F"/>
                <w:sz w:val="24"/>
                <w:szCs w:val="24"/>
              </w:rPr>
            </w:pPr>
            <w:r w:rsidRPr="44823A3F">
              <w:rPr>
                <w:rFonts w:ascii="Montserrat" w:eastAsia="Montserrat" w:hAnsi="Montserrat" w:cs="Montserrat"/>
                <w:b/>
                <w:bCs/>
                <w:color w:val="FF0000"/>
                <w:sz w:val="24"/>
                <w:szCs w:val="24"/>
                <w:lang w:val="es-ES"/>
              </w:rPr>
              <w:t>*</w:t>
            </w:r>
            <w:proofErr w:type="spellStart"/>
            <w:r w:rsidRPr="44823A3F">
              <w:rPr>
                <w:rFonts w:ascii="Montserrat" w:eastAsia="Montserrat" w:hAnsi="Montserrat" w:cs="Montserrat"/>
                <w:b/>
                <w:bCs/>
                <w:color w:val="1B877F"/>
                <w:sz w:val="24"/>
                <w:szCs w:val="24"/>
                <w:lang w:val="es-ES"/>
              </w:rPr>
              <w:t>Climate</w:t>
            </w:r>
            <w:proofErr w:type="spellEnd"/>
            <w:r w:rsidRPr="44823A3F">
              <w:rPr>
                <w:rFonts w:ascii="Montserrat" w:eastAsia="Montserrat" w:hAnsi="Montserrat" w:cs="Montserrat"/>
                <w:b/>
                <w:bCs/>
                <w:color w:val="1B877F"/>
                <w:sz w:val="24"/>
                <w:szCs w:val="24"/>
                <w:lang w:val="es-ES"/>
              </w:rPr>
              <w:t xml:space="preserve"> </w:t>
            </w:r>
            <w:proofErr w:type="spellStart"/>
            <w:r w:rsidRPr="44823A3F">
              <w:rPr>
                <w:rFonts w:ascii="Montserrat" w:eastAsia="Montserrat" w:hAnsi="Montserrat" w:cs="Montserrat"/>
                <w:b/>
                <w:bCs/>
                <w:color w:val="1B877F"/>
                <w:sz w:val="24"/>
                <w:szCs w:val="24"/>
                <w:lang w:val="es-ES"/>
              </w:rPr>
              <w:t>Themes</w:t>
            </w:r>
            <w:proofErr w:type="spellEnd"/>
            <w:r w:rsidRPr="44823A3F">
              <w:rPr>
                <w:rFonts w:ascii="Montserrat" w:eastAsia="Montserrat" w:hAnsi="Montserrat" w:cs="Montserrat"/>
                <w:b/>
                <w:bCs/>
                <w:color w:val="1B877F"/>
                <w:sz w:val="24"/>
                <w:szCs w:val="24"/>
                <w:lang w:val="es-ES"/>
              </w:rPr>
              <w:t xml:space="preserve">: </w:t>
            </w:r>
          </w:p>
        </w:tc>
        <w:tc>
          <w:tcPr>
            <w:tcW w:w="59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36B82911" w14:textId="77777777" w:rsidR="00C72196" w:rsidRDefault="00C72196" w:rsidP="00385EE6">
            <w:pPr>
              <w:widowControl w:val="0"/>
              <w:rPr>
                <w:rFonts w:ascii="Montserrat" w:eastAsia="Montserrat" w:hAnsi="Montserrat" w:cs="Montserrat"/>
                <w:color w:val="434343"/>
                <w:sz w:val="24"/>
                <w:szCs w:val="24"/>
              </w:rPr>
            </w:pPr>
            <w:r w:rsidRPr="44823A3F">
              <w:rPr>
                <w:rFonts w:ascii="Montserrat" w:eastAsia="Montserrat" w:hAnsi="Montserrat" w:cs="Montserrat"/>
                <w:color w:val="434343"/>
                <w:sz w:val="24"/>
                <w:szCs w:val="24"/>
              </w:rPr>
              <w:t xml:space="preserve">Our project responds to </w:t>
            </w:r>
            <w:proofErr w:type="spellStart"/>
            <w:r w:rsidRPr="44823A3F">
              <w:rPr>
                <w:rFonts w:ascii="Montserrat" w:eastAsia="Montserrat" w:hAnsi="Montserrat" w:cs="Montserrat"/>
                <w:color w:val="434343"/>
                <w:sz w:val="24"/>
                <w:szCs w:val="24"/>
              </w:rPr>
              <w:t>Timișoara’s</w:t>
            </w:r>
            <w:proofErr w:type="spellEnd"/>
            <w:r w:rsidRPr="44823A3F">
              <w:rPr>
                <w:rFonts w:ascii="Montserrat" w:eastAsia="Montserrat" w:hAnsi="Montserrat" w:cs="Montserrat"/>
                <w:color w:val="434343"/>
                <w:sz w:val="24"/>
                <w:szCs w:val="24"/>
              </w:rPr>
              <w:t xml:space="preserve"> climate priorities, which are:</w:t>
            </w:r>
          </w:p>
          <w:p w14:paraId="520C3BE1" w14:textId="77777777" w:rsidR="00C72196" w:rsidRDefault="00C72196" w:rsidP="00385EE6">
            <w:pPr>
              <w:widowControl w:val="0"/>
              <w:rPr>
                <w:rFonts w:ascii="Montserrat" w:eastAsia="Montserrat" w:hAnsi="Montserrat" w:cs="Montserrat"/>
                <w:color w:val="434343"/>
                <w:sz w:val="24"/>
                <w:szCs w:val="24"/>
              </w:rPr>
            </w:pPr>
            <w:r w:rsidRPr="44823A3F">
              <w:rPr>
                <w:rFonts w:ascii="Montserrat" w:eastAsia="Montserrat" w:hAnsi="Montserrat" w:cs="Montserrat"/>
                <w:color w:val="434343"/>
                <w:sz w:val="24"/>
                <w:szCs w:val="24"/>
                <w:lang w:val="es"/>
              </w:rPr>
              <w:t xml:space="preserve"> </w:t>
            </w:r>
          </w:p>
          <w:p w14:paraId="3A620440" w14:textId="77777777" w:rsidR="00C72196" w:rsidRDefault="00C72196" w:rsidP="00C72196">
            <w:pPr>
              <w:pStyle w:val="ListParagraph"/>
              <w:widowControl w:val="0"/>
              <w:numPr>
                <w:ilvl w:val="0"/>
                <w:numId w:val="45"/>
              </w:numPr>
              <w:spacing w:after="0" w:line="240" w:lineRule="auto"/>
              <w:rPr>
                <w:rFonts w:ascii="Montserrat" w:eastAsia="Montserrat" w:hAnsi="Montserrat" w:cs="Montserrat"/>
                <w:sz w:val="24"/>
                <w:szCs w:val="24"/>
              </w:rPr>
            </w:pPr>
            <w:r w:rsidRPr="44823A3F">
              <w:rPr>
                <w:rFonts w:ascii="Montserrat" w:eastAsia="Montserrat" w:hAnsi="Montserrat" w:cs="Montserrat"/>
                <w:b/>
                <w:bCs/>
                <w:sz w:val="24"/>
                <w:szCs w:val="24"/>
                <w:lang w:val="es-ES"/>
              </w:rPr>
              <w:t xml:space="preserve">Active </w:t>
            </w:r>
            <w:proofErr w:type="spellStart"/>
            <w:r w:rsidRPr="44823A3F">
              <w:rPr>
                <w:rFonts w:ascii="Montserrat" w:eastAsia="Montserrat" w:hAnsi="Montserrat" w:cs="Montserrat"/>
                <w:b/>
                <w:bCs/>
                <w:sz w:val="24"/>
                <w:szCs w:val="24"/>
                <w:lang w:val="es-ES"/>
              </w:rPr>
              <w:t>mobility</w:t>
            </w:r>
            <w:proofErr w:type="spellEnd"/>
            <w:r w:rsidRPr="44823A3F">
              <w:rPr>
                <w:rFonts w:ascii="Montserrat" w:eastAsia="Montserrat" w:hAnsi="Montserrat" w:cs="Montserrat"/>
                <w:b/>
                <w:bCs/>
                <w:sz w:val="24"/>
                <w:szCs w:val="24"/>
                <w:lang w:val="es-ES"/>
              </w:rPr>
              <w:t>:</w:t>
            </w:r>
            <w:r w:rsidRPr="44823A3F">
              <w:rPr>
                <w:rFonts w:ascii="Montserrat" w:eastAsia="Montserrat" w:hAnsi="Montserrat" w:cs="Montserrat"/>
                <w:sz w:val="24"/>
                <w:szCs w:val="24"/>
                <w:lang w:val="es-ES"/>
              </w:rPr>
              <w:t xml:space="preserve"> </w:t>
            </w:r>
            <w:proofErr w:type="spellStart"/>
            <w:r w:rsidRPr="44823A3F">
              <w:rPr>
                <w:rFonts w:ascii="Montserrat" w:eastAsia="Montserrat" w:hAnsi="Montserrat" w:cs="Montserrat"/>
                <w:b/>
                <w:bCs/>
                <w:sz w:val="24"/>
                <w:szCs w:val="24"/>
                <w:lang w:val="es-ES"/>
              </w:rPr>
              <w:t>walking</w:t>
            </w:r>
            <w:proofErr w:type="spellEnd"/>
            <w:r w:rsidRPr="44823A3F">
              <w:rPr>
                <w:rFonts w:ascii="Montserrat" w:eastAsia="Montserrat" w:hAnsi="Montserrat" w:cs="Montserrat"/>
                <w:b/>
                <w:bCs/>
                <w:sz w:val="24"/>
                <w:szCs w:val="24"/>
                <w:lang w:val="es-ES"/>
              </w:rPr>
              <w:t xml:space="preserve">, </w:t>
            </w:r>
            <w:proofErr w:type="spellStart"/>
            <w:r w:rsidRPr="44823A3F">
              <w:rPr>
                <w:rFonts w:ascii="Montserrat" w:eastAsia="Montserrat" w:hAnsi="Montserrat" w:cs="Montserrat"/>
                <w:b/>
                <w:bCs/>
                <w:sz w:val="24"/>
                <w:szCs w:val="24"/>
                <w:lang w:val="es-ES"/>
              </w:rPr>
              <w:t>cycling</w:t>
            </w:r>
            <w:proofErr w:type="spellEnd"/>
            <w:r w:rsidRPr="44823A3F">
              <w:rPr>
                <w:rFonts w:ascii="Montserrat" w:eastAsia="Montserrat" w:hAnsi="Montserrat" w:cs="Montserrat"/>
                <w:b/>
                <w:bCs/>
                <w:sz w:val="24"/>
                <w:szCs w:val="24"/>
                <w:lang w:val="es-ES"/>
              </w:rPr>
              <w:t xml:space="preserve">, and </w:t>
            </w:r>
            <w:proofErr w:type="spellStart"/>
            <w:r w:rsidRPr="44823A3F">
              <w:rPr>
                <w:rFonts w:ascii="Montserrat" w:eastAsia="Montserrat" w:hAnsi="Montserrat" w:cs="Montserrat"/>
                <w:b/>
                <w:bCs/>
                <w:sz w:val="24"/>
                <w:szCs w:val="24"/>
                <w:lang w:val="es-ES"/>
              </w:rPr>
              <w:t>safe</w:t>
            </w:r>
            <w:proofErr w:type="spellEnd"/>
            <w:r w:rsidRPr="44823A3F">
              <w:rPr>
                <w:rFonts w:ascii="Montserrat" w:eastAsia="Montserrat" w:hAnsi="Montserrat" w:cs="Montserrat"/>
                <w:b/>
                <w:bCs/>
                <w:sz w:val="24"/>
                <w:szCs w:val="24"/>
                <w:lang w:val="es-ES"/>
              </w:rPr>
              <w:t xml:space="preserve"> </w:t>
            </w:r>
            <w:proofErr w:type="spellStart"/>
            <w:r w:rsidRPr="44823A3F">
              <w:rPr>
                <w:rFonts w:ascii="Montserrat" w:eastAsia="Montserrat" w:hAnsi="Montserrat" w:cs="Montserrat"/>
                <w:b/>
                <w:bCs/>
                <w:sz w:val="24"/>
                <w:szCs w:val="24"/>
                <w:lang w:val="es-ES"/>
              </w:rPr>
              <w:t>access</w:t>
            </w:r>
            <w:proofErr w:type="spellEnd"/>
            <w:r w:rsidRPr="44823A3F">
              <w:rPr>
                <w:rFonts w:ascii="Montserrat" w:eastAsia="Montserrat" w:hAnsi="Montserrat" w:cs="Montserrat"/>
                <w:b/>
                <w:bCs/>
                <w:sz w:val="24"/>
                <w:szCs w:val="24"/>
                <w:lang w:val="es-ES"/>
              </w:rPr>
              <w:t xml:space="preserve"> </w:t>
            </w:r>
            <w:proofErr w:type="spellStart"/>
            <w:r w:rsidRPr="44823A3F">
              <w:rPr>
                <w:rFonts w:ascii="Montserrat" w:eastAsia="Montserrat" w:hAnsi="Montserrat" w:cs="Montserrat"/>
                <w:b/>
                <w:bCs/>
                <w:sz w:val="24"/>
                <w:szCs w:val="24"/>
                <w:lang w:val="es-ES"/>
              </w:rPr>
              <w:t>to</w:t>
            </w:r>
            <w:proofErr w:type="spellEnd"/>
            <w:r w:rsidRPr="44823A3F">
              <w:rPr>
                <w:rFonts w:ascii="Montserrat" w:eastAsia="Montserrat" w:hAnsi="Montserrat" w:cs="Montserrat"/>
                <w:b/>
                <w:bCs/>
                <w:sz w:val="24"/>
                <w:szCs w:val="24"/>
                <w:lang w:val="es-ES"/>
              </w:rPr>
              <w:t xml:space="preserve"> </w:t>
            </w:r>
            <w:proofErr w:type="spellStart"/>
            <w:r w:rsidRPr="44823A3F">
              <w:rPr>
                <w:rFonts w:ascii="Montserrat" w:eastAsia="Montserrat" w:hAnsi="Montserrat" w:cs="Montserrat"/>
                <w:b/>
                <w:bCs/>
                <w:sz w:val="24"/>
                <w:szCs w:val="24"/>
                <w:lang w:val="es-ES"/>
              </w:rPr>
              <w:t>public</w:t>
            </w:r>
            <w:proofErr w:type="spellEnd"/>
            <w:r w:rsidRPr="44823A3F">
              <w:rPr>
                <w:rFonts w:ascii="Montserrat" w:eastAsia="Montserrat" w:hAnsi="Montserrat" w:cs="Montserrat"/>
                <w:b/>
                <w:bCs/>
                <w:sz w:val="24"/>
                <w:szCs w:val="24"/>
                <w:lang w:val="es-ES"/>
              </w:rPr>
              <w:t xml:space="preserve"> </w:t>
            </w:r>
            <w:proofErr w:type="spellStart"/>
            <w:r w:rsidRPr="44823A3F">
              <w:rPr>
                <w:rFonts w:ascii="Montserrat" w:eastAsia="Montserrat" w:hAnsi="Montserrat" w:cs="Montserrat"/>
                <w:b/>
                <w:bCs/>
                <w:sz w:val="24"/>
                <w:szCs w:val="24"/>
                <w:lang w:val="es-ES"/>
              </w:rPr>
              <w:t>transport</w:t>
            </w:r>
            <w:proofErr w:type="spellEnd"/>
            <w:r w:rsidRPr="44823A3F">
              <w:rPr>
                <w:rFonts w:ascii="Montserrat" w:eastAsia="Montserrat" w:hAnsi="Montserrat" w:cs="Montserrat"/>
                <w:b/>
                <w:bCs/>
                <w:sz w:val="24"/>
                <w:szCs w:val="24"/>
                <w:lang w:val="es-ES"/>
              </w:rPr>
              <w:t xml:space="preserve"> </w:t>
            </w:r>
          </w:p>
          <w:p w14:paraId="5D49D919" w14:textId="77777777" w:rsidR="00C72196" w:rsidRDefault="00C72196" w:rsidP="00C72196">
            <w:pPr>
              <w:pStyle w:val="ListParagraph"/>
              <w:numPr>
                <w:ilvl w:val="0"/>
                <w:numId w:val="45"/>
              </w:numPr>
              <w:spacing w:after="0" w:line="240" w:lineRule="auto"/>
              <w:rPr>
                <w:rFonts w:ascii="Montserrat" w:eastAsia="Montserrat" w:hAnsi="Montserrat" w:cs="Montserrat"/>
                <w:sz w:val="24"/>
                <w:szCs w:val="24"/>
              </w:rPr>
            </w:pPr>
            <w:r w:rsidRPr="44823A3F">
              <w:rPr>
                <w:rFonts w:ascii="Montserrat" w:eastAsia="Montserrat" w:hAnsi="Montserrat" w:cs="Montserrat"/>
                <w:b/>
                <w:bCs/>
                <w:sz w:val="24"/>
                <w:szCs w:val="24"/>
                <w:lang w:val="es-ES"/>
              </w:rPr>
              <w:t xml:space="preserve">Circular </w:t>
            </w:r>
            <w:proofErr w:type="spellStart"/>
            <w:r w:rsidRPr="44823A3F">
              <w:rPr>
                <w:rFonts w:ascii="Montserrat" w:eastAsia="Montserrat" w:hAnsi="Montserrat" w:cs="Montserrat"/>
                <w:b/>
                <w:bCs/>
                <w:sz w:val="24"/>
                <w:szCs w:val="24"/>
                <w:lang w:val="es-ES"/>
              </w:rPr>
              <w:t>economy</w:t>
            </w:r>
            <w:proofErr w:type="spellEnd"/>
            <w:r w:rsidRPr="44823A3F">
              <w:rPr>
                <w:rFonts w:ascii="Montserrat" w:eastAsia="Montserrat" w:hAnsi="Montserrat" w:cs="Montserrat"/>
                <w:b/>
                <w:bCs/>
                <w:sz w:val="24"/>
                <w:szCs w:val="24"/>
                <w:lang w:val="es-ES"/>
              </w:rPr>
              <w:t xml:space="preserve"> and </w:t>
            </w:r>
            <w:proofErr w:type="spellStart"/>
            <w:r w:rsidRPr="44823A3F">
              <w:rPr>
                <w:rFonts w:ascii="Montserrat" w:eastAsia="Montserrat" w:hAnsi="Montserrat" w:cs="Montserrat"/>
                <w:b/>
                <w:bCs/>
                <w:sz w:val="24"/>
                <w:szCs w:val="24"/>
                <w:lang w:val="es-ES"/>
              </w:rPr>
              <w:t>waste</w:t>
            </w:r>
            <w:proofErr w:type="spellEnd"/>
            <w:r w:rsidRPr="44823A3F">
              <w:rPr>
                <w:rFonts w:ascii="Montserrat" w:eastAsia="Montserrat" w:hAnsi="Montserrat" w:cs="Montserrat"/>
                <w:b/>
                <w:bCs/>
                <w:sz w:val="24"/>
                <w:szCs w:val="24"/>
                <w:lang w:val="es-ES"/>
              </w:rPr>
              <w:t xml:space="preserve"> </w:t>
            </w:r>
            <w:proofErr w:type="spellStart"/>
            <w:r w:rsidRPr="44823A3F">
              <w:rPr>
                <w:rFonts w:ascii="Montserrat" w:eastAsia="Montserrat" w:hAnsi="Montserrat" w:cs="Montserrat"/>
                <w:b/>
                <w:bCs/>
                <w:sz w:val="24"/>
                <w:szCs w:val="24"/>
                <w:lang w:val="es-ES"/>
              </w:rPr>
              <w:t>reduction</w:t>
            </w:r>
            <w:proofErr w:type="spellEnd"/>
            <w:r w:rsidRPr="44823A3F">
              <w:rPr>
                <w:rFonts w:ascii="Montserrat" w:eastAsia="Montserrat" w:hAnsi="Montserrat" w:cs="Montserrat"/>
                <w:sz w:val="24"/>
                <w:szCs w:val="24"/>
                <w:lang w:val="es-ES"/>
              </w:rPr>
              <w:t xml:space="preserve"> </w:t>
            </w:r>
          </w:p>
          <w:p w14:paraId="751A89B7" w14:textId="77777777" w:rsidR="00C72196" w:rsidRDefault="00C72196" w:rsidP="00C72196">
            <w:pPr>
              <w:pStyle w:val="ListParagraph"/>
              <w:numPr>
                <w:ilvl w:val="0"/>
                <w:numId w:val="45"/>
              </w:numPr>
              <w:spacing w:after="0" w:line="240" w:lineRule="auto"/>
              <w:rPr>
                <w:rFonts w:ascii="Montserrat" w:eastAsia="Montserrat" w:hAnsi="Montserrat" w:cs="Montserrat"/>
                <w:sz w:val="24"/>
                <w:szCs w:val="24"/>
              </w:rPr>
            </w:pPr>
            <w:r w:rsidRPr="44823A3F">
              <w:rPr>
                <w:rFonts w:ascii="Montserrat" w:eastAsia="Montserrat" w:hAnsi="Montserrat" w:cs="Montserrat"/>
                <w:b/>
                <w:bCs/>
                <w:sz w:val="24"/>
                <w:szCs w:val="24"/>
                <w:lang w:val="es-ES"/>
              </w:rPr>
              <w:t xml:space="preserve">Green </w:t>
            </w:r>
            <w:proofErr w:type="spellStart"/>
            <w:r w:rsidRPr="44823A3F">
              <w:rPr>
                <w:rFonts w:ascii="Montserrat" w:eastAsia="Montserrat" w:hAnsi="Montserrat" w:cs="Montserrat"/>
                <w:b/>
                <w:bCs/>
                <w:sz w:val="24"/>
                <w:szCs w:val="24"/>
                <w:lang w:val="es-ES"/>
              </w:rPr>
              <w:t>spaces</w:t>
            </w:r>
            <w:proofErr w:type="spellEnd"/>
            <w:r w:rsidRPr="44823A3F">
              <w:rPr>
                <w:rFonts w:ascii="Montserrat" w:eastAsia="Montserrat" w:hAnsi="Montserrat" w:cs="Montserrat"/>
                <w:b/>
                <w:bCs/>
                <w:sz w:val="24"/>
                <w:szCs w:val="24"/>
                <w:lang w:val="es-ES"/>
              </w:rPr>
              <w:t xml:space="preserve">, </w:t>
            </w:r>
            <w:proofErr w:type="spellStart"/>
            <w:r w:rsidRPr="44823A3F">
              <w:rPr>
                <w:rFonts w:ascii="Montserrat" w:eastAsia="Montserrat" w:hAnsi="Montserrat" w:cs="Montserrat"/>
                <w:b/>
                <w:bCs/>
                <w:sz w:val="24"/>
                <w:szCs w:val="24"/>
                <w:lang w:val="es-ES"/>
              </w:rPr>
              <w:t>biodiversity</w:t>
            </w:r>
            <w:proofErr w:type="spellEnd"/>
            <w:r w:rsidRPr="44823A3F">
              <w:rPr>
                <w:rFonts w:ascii="Montserrat" w:eastAsia="Montserrat" w:hAnsi="Montserrat" w:cs="Montserrat"/>
                <w:b/>
                <w:bCs/>
                <w:sz w:val="24"/>
                <w:szCs w:val="24"/>
                <w:lang w:val="es-ES"/>
              </w:rPr>
              <w:t xml:space="preserve">, and </w:t>
            </w:r>
            <w:proofErr w:type="spellStart"/>
            <w:r w:rsidRPr="44823A3F">
              <w:rPr>
                <w:rFonts w:ascii="Montserrat" w:eastAsia="Montserrat" w:hAnsi="Montserrat" w:cs="Montserrat"/>
                <w:b/>
                <w:bCs/>
                <w:sz w:val="24"/>
                <w:szCs w:val="24"/>
                <w:lang w:val="es-ES"/>
              </w:rPr>
              <w:t>green</w:t>
            </w:r>
            <w:proofErr w:type="spellEnd"/>
            <w:r w:rsidRPr="44823A3F">
              <w:rPr>
                <w:rFonts w:ascii="Montserrat" w:eastAsia="Montserrat" w:hAnsi="Montserrat" w:cs="Montserrat"/>
                <w:b/>
                <w:bCs/>
                <w:sz w:val="24"/>
                <w:szCs w:val="24"/>
                <w:lang w:val="es-ES"/>
              </w:rPr>
              <w:t xml:space="preserve">-blue </w:t>
            </w:r>
            <w:proofErr w:type="spellStart"/>
            <w:r w:rsidRPr="44823A3F">
              <w:rPr>
                <w:rFonts w:ascii="Montserrat" w:eastAsia="Montserrat" w:hAnsi="Montserrat" w:cs="Montserrat"/>
                <w:b/>
                <w:bCs/>
                <w:sz w:val="24"/>
                <w:szCs w:val="24"/>
                <w:lang w:val="es-ES"/>
              </w:rPr>
              <w:t>corridors</w:t>
            </w:r>
            <w:proofErr w:type="spellEnd"/>
            <w:r w:rsidRPr="44823A3F">
              <w:rPr>
                <w:rFonts w:ascii="Montserrat" w:eastAsia="Montserrat" w:hAnsi="Montserrat" w:cs="Montserrat"/>
                <w:sz w:val="24"/>
                <w:szCs w:val="24"/>
                <w:lang w:val="es-ES"/>
              </w:rPr>
              <w:t xml:space="preserve"> </w:t>
            </w:r>
          </w:p>
          <w:p w14:paraId="1622386E" w14:textId="77777777" w:rsidR="00C72196" w:rsidRDefault="00C72196" w:rsidP="00C72196">
            <w:pPr>
              <w:pStyle w:val="ListParagraph"/>
              <w:numPr>
                <w:ilvl w:val="0"/>
                <w:numId w:val="45"/>
              </w:numPr>
              <w:spacing w:after="0" w:line="240" w:lineRule="auto"/>
              <w:rPr>
                <w:rFonts w:ascii="Montserrat" w:eastAsia="Montserrat" w:hAnsi="Montserrat" w:cs="Montserrat"/>
                <w:sz w:val="24"/>
                <w:szCs w:val="24"/>
              </w:rPr>
            </w:pPr>
            <w:proofErr w:type="spellStart"/>
            <w:r w:rsidRPr="44823A3F">
              <w:rPr>
                <w:rFonts w:ascii="Montserrat" w:eastAsia="Montserrat" w:hAnsi="Montserrat" w:cs="Montserrat"/>
                <w:b/>
                <w:bCs/>
                <w:sz w:val="24"/>
                <w:szCs w:val="24"/>
                <w:lang w:val="es-ES"/>
              </w:rPr>
              <w:t>Reducing</w:t>
            </w:r>
            <w:proofErr w:type="spellEnd"/>
            <w:r w:rsidRPr="44823A3F">
              <w:rPr>
                <w:rFonts w:ascii="Montserrat" w:eastAsia="Montserrat" w:hAnsi="Montserrat" w:cs="Montserrat"/>
                <w:b/>
                <w:bCs/>
                <w:sz w:val="24"/>
                <w:szCs w:val="24"/>
                <w:lang w:val="es-ES"/>
              </w:rPr>
              <w:t xml:space="preserve"> air </w:t>
            </w:r>
            <w:proofErr w:type="spellStart"/>
            <w:r w:rsidRPr="44823A3F">
              <w:rPr>
                <w:rFonts w:ascii="Montserrat" w:eastAsia="Montserrat" w:hAnsi="Montserrat" w:cs="Montserrat"/>
                <w:b/>
                <w:bCs/>
                <w:sz w:val="24"/>
                <w:szCs w:val="24"/>
                <w:lang w:val="es-ES"/>
              </w:rPr>
              <w:t>pollution</w:t>
            </w:r>
            <w:proofErr w:type="spellEnd"/>
            <w:r w:rsidRPr="44823A3F">
              <w:rPr>
                <w:rFonts w:ascii="Montserrat" w:eastAsia="Montserrat" w:hAnsi="Montserrat" w:cs="Montserrat"/>
                <w:b/>
                <w:bCs/>
                <w:sz w:val="24"/>
                <w:szCs w:val="24"/>
                <w:lang w:val="es-ES"/>
              </w:rPr>
              <w:t xml:space="preserve"> and </w:t>
            </w:r>
            <w:proofErr w:type="spellStart"/>
            <w:r w:rsidRPr="44823A3F">
              <w:rPr>
                <w:rFonts w:ascii="Montserrat" w:eastAsia="Montserrat" w:hAnsi="Montserrat" w:cs="Montserrat"/>
                <w:b/>
                <w:bCs/>
                <w:sz w:val="24"/>
                <w:szCs w:val="24"/>
                <w:lang w:val="es-ES"/>
              </w:rPr>
              <w:t>noise</w:t>
            </w:r>
            <w:proofErr w:type="spellEnd"/>
            <w:r w:rsidRPr="44823A3F">
              <w:rPr>
                <w:rFonts w:ascii="Montserrat" w:eastAsia="Montserrat" w:hAnsi="Montserrat" w:cs="Montserrat"/>
                <w:b/>
                <w:bCs/>
                <w:sz w:val="24"/>
                <w:szCs w:val="24"/>
                <w:lang w:val="es-ES"/>
              </w:rPr>
              <w:t xml:space="preserve"> </w:t>
            </w:r>
            <w:proofErr w:type="spellStart"/>
            <w:r w:rsidRPr="44823A3F">
              <w:rPr>
                <w:rFonts w:ascii="Montserrat" w:eastAsia="Montserrat" w:hAnsi="Montserrat" w:cs="Montserrat"/>
                <w:b/>
                <w:bCs/>
                <w:sz w:val="24"/>
                <w:szCs w:val="24"/>
                <w:lang w:val="es-ES"/>
              </w:rPr>
              <w:t>around</w:t>
            </w:r>
            <w:proofErr w:type="spellEnd"/>
            <w:r w:rsidRPr="44823A3F">
              <w:rPr>
                <w:rFonts w:ascii="Montserrat" w:eastAsia="Montserrat" w:hAnsi="Montserrat" w:cs="Montserrat"/>
                <w:b/>
                <w:bCs/>
                <w:sz w:val="24"/>
                <w:szCs w:val="24"/>
                <w:lang w:val="es-ES"/>
              </w:rPr>
              <w:t xml:space="preserve"> </w:t>
            </w:r>
            <w:proofErr w:type="spellStart"/>
            <w:r w:rsidRPr="44823A3F">
              <w:rPr>
                <w:rFonts w:ascii="Montserrat" w:eastAsia="Montserrat" w:hAnsi="Montserrat" w:cs="Montserrat"/>
                <w:b/>
                <w:bCs/>
                <w:sz w:val="24"/>
                <w:szCs w:val="24"/>
                <w:lang w:val="es-ES"/>
              </w:rPr>
              <w:t>schools</w:t>
            </w:r>
            <w:proofErr w:type="spellEnd"/>
            <w:r w:rsidRPr="44823A3F">
              <w:rPr>
                <w:rFonts w:ascii="Montserrat" w:eastAsia="Montserrat" w:hAnsi="Montserrat" w:cs="Montserrat"/>
                <w:b/>
                <w:bCs/>
                <w:sz w:val="24"/>
                <w:szCs w:val="24"/>
                <w:lang w:val="es-ES"/>
              </w:rPr>
              <w:t xml:space="preserve">, </w:t>
            </w:r>
            <w:proofErr w:type="spellStart"/>
            <w:r w:rsidRPr="44823A3F">
              <w:rPr>
                <w:rFonts w:ascii="Montserrat" w:eastAsia="Montserrat" w:hAnsi="Montserrat" w:cs="Montserrat"/>
                <w:b/>
                <w:bCs/>
                <w:sz w:val="24"/>
                <w:szCs w:val="24"/>
                <w:lang w:val="es-ES"/>
              </w:rPr>
              <w:t>parks</w:t>
            </w:r>
            <w:proofErr w:type="spellEnd"/>
            <w:r w:rsidRPr="44823A3F">
              <w:rPr>
                <w:rFonts w:ascii="Montserrat" w:eastAsia="Montserrat" w:hAnsi="Montserrat" w:cs="Montserrat"/>
                <w:b/>
                <w:bCs/>
                <w:sz w:val="24"/>
                <w:szCs w:val="24"/>
                <w:lang w:val="es-ES"/>
              </w:rPr>
              <w:t xml:space="preserve">, and </w:t>
            </w:r>
            <w:proofErr w:type="spellStart"/>
            <w:r w:rsidRPr="44823A3F">
              <w:rPr>
                <w:rFonts w:ascii="Montserrat" w:eastAsia="Montserrat" w:hAnsi="Montserrat" w:cs="Montserrat"/>
                <w:b/>
                <w:bCs/>
                <w:sz w:val="24"/>
                <w:szCs w:val="24"/>
                <w:lang w:val="es-ES"/>
              </w:rPr>
              <w:t>residential</w:t>
            </w:r>
            <w:proofErr w:type="spellEnd"/>
            <w:r w:rsidRPr="44823A3F">
              <w:rPr>
                <w:rFonts w:ascii="Montserrat" w:eastAsia="Montserrat" w:hAnsi="Montserrat" w:cs="Montserrat"/>
                <w:b/>
                <w:bCs/>
                <w:sz w:val="24"/>
                <w:szCs w:val="24"/>
                <w:lang w:val="es-ES"/>
              </w:rPr>
              <w:t xml:space="preserve"> </w:t>
            </w:r>
            <w:proofErr w:type="spellStart"/>
            <w:r w:rsidRPr="44823A3F">
              <w:rPr>
                <w:rFonts w:ascii="Montserrat" w:eastAsia="Montserrat" w:hAnsi="Montserrat" w:cs="Montserrat"/>
                <w:b/>
                <w:bCs/>
                <w:sz w:val="24"/>
                <w:szCs w:val="24"/>
                <w:lang w:val="es-ES"/>
              </w:rPr>
              <w:t>areas</w:t>
            </w:r>
            <w:proofErr w:type="spellEnd"/>
          </w:p>
          <w:p w14:paraId="39DB8CAF" w14:textId="77777777" w:rsidR="00C72196" w:rsidRDefault="00C72196" w:rsidP="00385EE6">
            <w:pPr>
              <w:widowControl w:val="0"/>
              <w:ind w:left="720" w:hanging="360"/>
              <w:rPr>
                <w:rFonts w:ascii="Montserrat" w:eastAsia="Montserrat" w:hAnsi="Montserrat" w:cs="Montserrat"/>
                <w:color w:val="434343"/>
                <w:sz w:val="24"/>
                <w:szCs w:val="24"/>
              </w:rPr>
            </w:pPr>
          </w:p>
          <w:p w14:paraId="36B0DC4F" w14:textId="77777777" w:rsidR="00C72196" w:rsidRDefault="00C72196" w:rsidP="00385EE6">
            <w:pPr>
              <w:widowControl w:val="0"/>
              <w:rPr>
                <w:rFonts w:ascii="Montserrat" w:eastAsia="Montserrat" w:hAnsi="Montserrat" w:cs="Montserrat"/>
                <w:color w:val="434343"/>
                <w:sz w:val="24"/>
                <w:szCs w:val="24"/>
              </w:rPr>
            </w:pPr>
          </w:p>
          <w:p w14:paraId="3A008829" w14:textId="77777777" w:rsidR="00C72196" w:rsidRDefault="00C72196" w:rsidP="00385EE6">
            <w:pPr>
              <w:widowControl w:val="0"/>
              <w:rPr>
                <w:rFonts w:ascii="Montserrat" w:eastAsia="Montserrat" w:hAnsi="Montserrat" w:cs="Montserrat"/>
                <w:color w:val="434343"/>
                <w:sz w:val="24"/>
                <w:szCs w:val="24"/>
              </w:rPr>
            </w:pPr>
            <w:r w:rsidRPr="44823A3F">
              <w:rPr>
                <w:rFonts w:ascii="Montserrat" w:eastAsia="Montserrat" w:hAnsi="Montserrat" w:cs="Montserrat"/>
                <w:color w:val="434343"/>
                <w:sz w:val="24"/>
                <w:szCs w:val="24"/>
                <w:lang w:val="es-ES"/>
              </w:rPr>
              <w:t xml:space="preserve">You can </w:t>
            </w:r>
            <w:proofErr w:type="spellStart"/>
            <w:r w:rsidRPr="44823A3F">
              <w:rPr>
                <w:rFonts w:ascii="Montserrat" w:eastAsia="Montserrat" w:hAnsi="Montserrat" w:cs="Montserrat"/>
                <w:color w:val="434343"/>
                <w:sz w:val="24"/>
                <w:szCs w:val="24"/>
                <w:lang w:val="es-ES"/>
              </w:rPr>
              <w:t>read</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all</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the</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climate</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strategies</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here</w:t>
            </w:r>
            <w:proofErr w:type="spellEnd"/>
          </w:p>
          <w:p w14:paraId="41744EFB" w14:textId="77777777" w:rsidR="00C72196" w:rsidRDefault="00C72196" w:rsidP="00385EE6">
            <w:pPr>
              <w:widowControl w:val="0"/>
              <w:rPr>
                <w:rFonts w:ascii="Montserrat" w:eastAsia="Montserrat" w:hAnsi="Montserrat" w:cs="Montserrat"/>
                <w:color w:val="434343"/>
                <w:sz w:val="24"/>
                <w:szCs w:val="24"/>
              </w:rPr>
            </w:pPr>
            <w:hyperlink r:id="rId20">
              <w:r w:rsidRPr="44823A3F">
                <w:rPr>
                  <w:rStyle w:val="Hyperlink"/>
                  <w:color w:val="434343"/>
                  <w:u w:val="none"/>
                  <w:lang w:val="es-ES"/>
                </w:rPr>
                <w:t>https://www.primariatm.ro/transparenta/proiecte/SIDU</w:t>
              </w:r>
            </w:hyperlink>
          </w:p>
          <w:p w14:paraId="2606D4F8" w14:textId="77777777" w:rsidR="00C72196" w:rsidRDefault="00C72196" w:rsidP="00385EE6">
            <w:pPr>
              <w:widowControl w:val="0"/>
              <w:rPr>
                <w:rFonts w:ascii="Montserrat" w:eastAsia="Montserrat" w:hAnsi="Montserrat" w:cs="Montserrat"/>
                <w:color w:val="434343"/>
                <w:sz w:val="24"/>
                <w:szCs w:val="24"/>
              </w:rPr>
            </w:pPr>
            <w:hyperlink r:id="rId21">
              <w:r w:rsidRPr="44823A3F">
                <w:rPr>
                  <w:rStyle w:val="Hyperlink"/>
                  <w:color w:val="434343"/>
                  <w:u w:val="none"/>
                  <w:lang w:val="es-ES"/>
                </w:rPr>
                <w:t>https://www.primariatm.ro/hcl/2024/236</w:t>
              </w:r>
            </w:hyperlink>
            <w:r w:rsidRPr="44823A3F">
              <w:rPr>
                <w:rFonts w:ascii="Montserrat" w:eastAsia="Montserrat" w:hAnsi="Montserrat" w:cs="Montserrat"/>
                <w:color w:val="434343"/>
                <w:sz w:val="24"/>
                <w:szCs w:val="24"/>
                <w:lang w:val="es-ES"/>
              </w:rPr>
              <w:t xml:space="preserve"> (Plan </w:t>
            </w:r>
            <w:proofErr w:type="spellStart"/>
            <w:r w:rsidRPr="44823A3F">
              <w:rPr>
                <w:rFonts w:ascii="Montserrat" w:eastAsia="Montserrat" w:hAnsi="Montserrat" w:cs="Montserrat"/>
                <w:color w:val="434343"/>
                <w:sz w:val="24"/>
                <w:szCs w:val="24"/>
                <w:lang w:val="es-ES"/>
              </w:rPr>
              <w:t>Oraș</w:t>
            </w:r>
            <w:proofErr w:type="spellEnd"/>
            <w:r w:rsidRPr="44823A3F">
              <w:rPr>
                <w:rFonts w:ascii="Montserrat" w:eastAsia="Montserrat" w:hAnsi="Montserrat" w:cs="Montserrat"/>
                <w:color w:val="434343"/>
                <w:sz w:val="24"/>
                <w:szCs w:val="24"/>
                <w:lang w:val="es-ES"/>
              </w:rPr>
              <w:t xml:space="preserve"> Verde)</w:t>
            </w:r>
          </w:p>
          <w:p w14:paraId="6F24E324" w14:textId="77777777" w:rsidR="00C72196" w:rsidRDefault="00C72196" w:rsidP="00385EE6">
            <w:pPr>
              <w:widowControl w:val="0"/>
              <w:rPr>
                <w:rFonts w:ascii="Montserrat" w:eastAsia="Montserrat" w:hAnsi="Montserrat" w:cs="Montserrat"/>
                <w:color w:val="434343"/>
                <w:sz w:val="24"/>
                <w:szCs w:val="24"/>
              </w:rPr>
            </w:pPr>
            <w:hyperlink r:id="rId22">
              <w:r w:rsidRPr="44823A3F">
                <w:rPr>
                  <w:rStyle w:val="Hyperlink"/>
                  <w:color w:val="434343"/>
                  <w:u w:val="none"/>
                  <w:lang w:val="es-ES"/>
                </w:rPr>
                <w:t>https://m100.ro/timisoara</w:t>
              </w:r>
            </w:hyperlink>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Climate</w:t>
            </w:r>
            <w:proofErr w:type="spellEnd"/>
            <w:r w:rsidRPr="44823A3F">
              <w:rPr>
                <w:rFonts w:ascii="Montserrat" w:eastAsia="Montserrat" w:hAnsi="Montserrat" w:cs="Montserrat"/>
                <w:color w:val="434343"/>
                <w:sz w:val="24"/>
                <w:szCs w:val="24"/>
                <w:lang w:val="es-ES"/>
              </w:rPr>
              <w:t xml:space="preserve"> City </w:t>
            </w:r>
            <w:proofErr w:type="spellStart"/>
            <w:r w:rsidRPr="44823A3F">
              <w:rPr>
                <w:rFonts w:ascii="Montserrat" w:eastAsia="Montserrat" w:hAnsi="Montserrat" w:cs="Montserrat"/>
                <w:color w:val="434343"/>
                <w:sz w:val="24"/>
                <w:szCs w:val="24"/>
                <w:lang w:val="es-ES"/>
              </w:rPr>
              <w:t>Contract</w:t>
            </w:r>
            <w:proofErr w:type="spellEnd"/>
            <w:r w:rsidRPr="44823A3F">
              <w:rPr>
                <w:rFonts w:ascii="Montserrat" w:eastAsia="Montserrat" w:hAnsi="Montserrat" w:cs="Montserrat"/>
                <w:color w:val="434343"/>
                <w:sz w:val="24"/>
                <w:szCs w:val="24"/>
                <w:lang w:val="es-ES"/>
              </w:rPr>
              <w:t>)</w:t>
            </w:r>
          </w:p>
          <w:p w14:paraId="752ACCFE" w14:textId="77777777" w:rsidR="00C72196" w:rsidRPr="00C72196" w:rsidRDefault="00C72196" w:rsidP="00385EE6">
            <w:pPr>
              <w:widowControl w:val="0"/>
              <w:rPr>
                <w:rFonts w:ascii="Montserrat" w:eastAsia="Montserrat" w:hAnsi="Montserrat" w:cs="Montserrat"/>
                <w:color w:val="434343"/>
                <w:sz w:val="24"/>
                <w:szCs w:val="24"/>
                <w:lang w:val="fr-FR"/>
              </w:rPr>
            </w:pPr>
            <w:hyperlink r:id="rId23">
              <w:r w:rsidRPr="44823A3F">
                <w:rPr>
                  <w:rStyle w:val="Hyperlink"/>
                  <w:color w:val="434343"/>
                  <w:u w:val="none"/>
                  <w:lang w:val="es-ES"/>
                </w:rPr>
                <w:t>https://www.primariatm.ro/hcl/2022/586</w:t>
              </w:r>
            </w:hyperlink>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Planul</w:t>
            </w:r>
            <w:proofErr w:type="spellEnd"/>
            <w:r w:rsidRPr="44823A3F">
              <w:rPr>
                <w:rFonts w:ascii="Montserrat" w:eastAsia="Montserrat" w:hAnsi="Montserrat" w:cs="Montserrat"/>
                <w:color w:val="434343"/>
                <w:sz w:val="24"/>
                <w:szCs w:val="24"/>
                <w:lang w:val="es-ES"/>
              </w:rPr>
              <w:t xml:space="preserve"> de </w:t>
            </w:r>
            <w:proofErr w:type="spellStart"/>
            <w:r w:rsidRPr="44823A3F">
              <w:rPr>
                <w:rFonts w:ascii="Montserrat" w:eastAsia="Montserrat" w:hAnsi="Montserrat" w:cs="Montserrat"/>
                <w:color w:val="434343"/>
                <w:sz w:val="24"/>
                <w:szCs w:val="24"/>
                <w:lang w:val="es-ES"/>
              </w:rPr>
              <w:t>calitate</w:t>
            </w:r>
            <w:proofErr w:type="spellEnd"/>
            <w:r w:rsidRPr="44823A3F">
              <w:rPr>
                <w:rFonts w:ascii="Montserrat" w:eastAsia="Montserrat" w:hAnsi="Montserrat" w:cs="Montserrat"/>
                <w:color w:val="434343"/>
                <w:sz w:val="24"/>
                <w:szCs w:val="24"/>
                <w:lang w:val="es-ES"/>
              </w:rPr>
              <w:t xml:space="preserve"> a </w:t>
            </w:r>
            <w:proofErr w:type="spellStart"/>
            <w:r w:rsidRPr="44823A3F">
              <w:rPr>
                <w:rFonts w:ascii="Montserrat" w:eastAsia="Montserrat" w:hAnsi="Montserrat" w:cs="Montserrat"/>
                <w:color w:val="434343"/>
                <w:sz w:val="24"/>
                <w:szCs w:val="24"/>
                <w:lang w:val="es-ES"/>
              </w:rPr>
              <w:t>aerului</w:t>
            </w:r>
            <w:proofErr w:type="spellEnd"/>
            <w:r w:rsidRPr="44823A3F">
              <w:rPr>
                <w:rFonts w:ascii="Montserrat" w:eastAsia="Montserrat" w:hAnsi="Montserrat" w:cs="Montserrat"/>
                <w:color w:val="434343"/>
                <w:sz w:val="24"/>
                <w:szCs w:val="24"/>
                <w:lang w:val="es-ES"/>
              </w:rPr>
              <w:t>)</w:t>
            </w:r>
          </w:p>
          <w:p w14:paraId="0607224A" w14:textId="77777777" w:rsidR="00C72196" w:rsidRPr="00C72196" w:rsidRDefault="00C72196" w:rsidP="00385EE6">
            <w:pPr>
              <w:widowControl w:val="0"/>
              <w:rPr>
                <w:rFonts w:ascii="Montserrat" w:eastAsia="Montserrat" w:hAnsi="Montserrat" w:cs="Montserrat"/>
                <w:color w:val="434343"/>
                <w:sz w:val="24"/>
                <w:szCs w:val="24"/>
                <w:lang w:val="fr-FR"/>
              </w:rPr>
            </w:pPr>
            <w:hyperlink r:id="rId24">
              <w:r w:rsidRPr="44823A3F">
                <w:rPr>
                  <w:rStyle w:val="Hyperlink"/>
                  <w:color w:val="434343"/>
                  <w:u w:val="none"/>
                  <w:lang w:val="es-ES"/>
                </w:rPr>
                <w:t>https://www.primariatm.ro/hcl/2025/80</w:t>
              </w:r>
            </w:hyperlink>
            <w:r w:rsidRPr="44823A3F">
              <w:rPr>
                <w:rFonts w:ascii="Montserrat" w:eastAsia="Montserrat" w:hAnsi="Montserrat" w:cs="Montserrat"/>
                <w:color w:val="434343"/>
                <w:sz w:val="24"/>
                <w:szCs w:val="24"/>
                <w:lang w:val="es-ES"/>
              </w:rPr>
              <w:t xml:space="preserve"> (Plan de </w:t>
            </w:r>
            <w:proofErr w:type="spellStart"/>
            <w:r w:rsidRPr="44823A3F">
              <w:rPr>
                <w:rFonts w:ascii="Montserrat" w:eastAsia="Montserrat" w:hAnsi="Montserrat" w:cs="Montserrat"/>
                <w:color w:val="434343"/>
                <w:sz w:val="24"/>
                <w:szCs w:val="24"/>
                <w:lang w:val="es-ES"/>
              </w:rPr>
              <w:t>Mobilitate</w:t>
            </w:r>
            <w:proofErr w:type="spellEnd"/>
            <w:r w:rsidRPr="44823A3F">
              <w:rPr>
                <w:rFonts w:ascii="Montserrat" w:eastAsia="Montserrat" w:hAnsi="Montserrat" w:cs="Montserrat"/>
                <w:color w:val="434343"/>
                <w:sz w:val="24"/>
                <w:szCs w:val="24"/>
                <w:lang w:val="es-ES"/>
              </w:rPr>
              <w:t xml:space="preserve"> Urbana </w:t>
            </w:r>
            <w:proofErr w:type="spellStart"/>
            <w:r w:rsidRPr="44823A3F">
              <w:rPr>
                <w:rFonts w:ascii="Montserrat" w:eastAsia="Montserrat" w:hAnsi="Montserrat" w:cs="Montserrat"/>
                <w:color w:val="434343"/>
                <w:sz w:val="24"/>
                <w:szCs w:val="24"/>
                <w:lang w:val="es-ES"/>
              </w:rPr>
              <w:t>Durabila</w:t>
            </w:r>
            <w:proofErr w:type="spellEnd"/>
            <w:r w:rsidRPr="44823A3F">
              <w:rPr>
                <w:rFonts w:ascii="Montserrat" w:eastAsia="Montserrat" w:hAnsi="Montserrat" w:cs="Montserrat"/>
                <w:color w:val="434343"/>
                <w:sz w:val="24"/>
                <w:szCs w:val="24"/>
                <w:lang w:val="es-ES"/>
              </w:rPr>
              <w:t xml:space="preserve"> – in </w:t>
            </w:r>
            <w:proofErr w:type="spellStart"/>
            <w:r w:rsidRPr="44823A3F">
              <w:rPr>
                <w:rFonts w:ascii="Montserrat" w:eastAsia="Montserrat" w:hAnsi="Montserrat" w:cs="Montserrat"/>
                <w:color w:val="434343"/>
                <w:sz w:val="24"/>
                <w:szCs w:val="24"/>
                <w:lang w:val="es-ES"/>
              </w:rPr>
              <w:t>curs</w:t>
            </w:r>
            <w:proofErr w:type="spellEnd"/>
            <w:r w:rsidRPr="44823A3F">
              <w:rPr>
                <w:rFonts w:ascii="Montserrat" w:eastAsia="Montserrat" w:hAnsi="Montserrat" w:cs="Montserrat"/>
                <w:color w:val="434343"/>
                <w:sz w:val="24"/>
                <w:szCs w:val="24"/>
                <w:lang w:val="es-ES"/>
              </w:rPr>
              <w:t xml:space="preserve"> de actualizare)</w:t>
            </w:r>
          </w:p>
          <w:p w14:paraId="5ABB27A7" w14:textId="77777777" w:rsidR="00C72196" w:rsidRPr="00C72196" w:rsidRDefault="00C72196" w:rsidP="00385EE6">
            <w:pPr>
              <w:widowControl w:val="0"/>
              <w:rPr>
                <w:rFonts w:ascii="Montserrat" w:eastAsia="Montserrat" w:hAnsi="Montserrat" w:cs="Montserrat"/>
                <w:color w:val="434343"/>
                <w:sz w:val="24"/>
                <w:szCs w:val="24"/>
                <w:lang w:val="fr-FR"/>
              </w:rPr>
            </w:pPr>
            <w:hyperlink r:id="rId25">
              <w:r w:rsidRPr="44823A3F">
                <w:rPr>
                  <w:rStyle w:val="Hyperlink"/>
                  <w:color w:val="434343"/>
                  <w:u w:val="none"/>
                  <w:lang w:val="es-ES"/>
                </w:rPr>
                <w:t>https://www.primariatm.ro/managementul-deseurilor-salubrizare/calitatea-aerului</w:t>
              </w:r>
            </w:hyperlink>
            <w:r w:rsidRPr="44823A3F">
              <w:rPr>
                <w:rFonts w:ascii="Montserrat" w:eastAsia="Montserrat" w:hAnsi="Montserrat" w:cs="Montserrat"/>
                <w:color w:val="434343"/>
                <w:sz w:val="24"/>
                <w:szCs w:val="24"/>
                <w:lang w:val="es-ES"/>
              </w:rPr>
              <w:t xml:space="preserve"> </w:t>
            </w:r>
          </w:p>
          <w:p w14:paraId="58ED2967" w14:textId="77777777" w:rsidR="00C72196" w:rsidRPr="00C72196" w:rsidRDefault="00C72196" w:rsidP="00385EE6">
            <w:pPr>
              <w:widowControl w:val="0"/>
              <w:rPr>
                <w:rFonts w:ascii="Montserrat" w:eastAsia="Montserrat" w:hAnsi="Montserrat" w:cs="Montserrat"/>
                <w:color w:val="434343"/>
                <w:sz w:val="24"/>
                <w:szCs w:val="24"/>
                <w:lang w:val="fr-FR"/>
              </w:rPr>
            </w:pPr>
            <w:hyperlink r:id="rId26">
              <w:r w:rsidRPr="44823A3F">
                <w:rPr>
                  <w:rStyle w:val="Hyperlink"/>
                  <w:color w:val="434343"/>
                  <w:u w:val="none"/>
                  <w:lang w:val="es-ES"/>
                </w:rPr>
                <w:t>https://www.primariatm.ro/managementul-deseurilor-salubrizare/harta-zgomot</w:t>
              </w:r>
            </w:hyperlink>
            <w:r w:rsidRPr="44823A3F">
              <w:rPr>
                <w:rFonts w:ascii="Montserrat" w:eastAsia="Montserrat" w:hAnsi="Montserrat" w:cs="Montserrat"/>
                <w:color w:val="434343"/>
                <w:sz w:val="24"/>
                <w:szCs w:val="24"/>
                <w:lang w:val="es-ES"/>
              </w:rPr>
              <w:t xml:space="preserve"> </w:t>
            </w:r>
          </w:p>
          <w:p w14:paraId="1D5A384D" w14:textId="77777777" w:rsidR="00C72196" w:rsidRPr="00C72196" w:rsidRDefault="00C72196" w:rsidP="00385EE6">
            <w:pPr>
              <w:widowControl w:val="0"/>
              <w:rPr>
                <w:rFonts w:ascii="Montserrat" w:eastAsia="Montserrat" w:hAnsi="Montserrat" w:cs="Montserrat"/>
                <w:color w:val="434343"/>
                <w:sz w:val="24"/>
                <w:szCs w:val="24"/>
                <w:lang w:val="fr-FR"/>
              </w:rPr>
            </w:pPr>
            <w:hyperlink r:id="rId27">
              <w:r w:rsidRPr="44823A3F">
                <w:rPr>
                  <w:rStyle w:val="Hyperlink"/>
                  <w:color w:val="434343"/>
                  <w:u w:val="none"/>
                  <w:lang w:val="es-ES"/>
                </w:rPr>
                <w:t>https://servicii.primariatm.ro/categorii/curatenie</w:t>
              </w:r>
            </w:hyperlink>
            <w:r w:rsidRPr="44823A3F">
              <w:rPr>
                <w:rFonts w:ascii="Montserrat" w:eastAsia="Montserrat" w:hAnsi="Montserrat" w:cs="Montserrat"/>
                <w:color w:val="434343"/>
                <w:sz w:val="24"/>
                <w:szCs w:val="24"/>
                <w:lang w:val="es-ES"/>
              </w:rPr>
              <w:t xml:space="preserve"> </w:t>
            </w:r>
          </w:p>
        </w:tc>
      </w:tr>
      <w:tr w:rsidR="00C72196" w14:paraId="71015C2C" w14:textId="77777777" w:rsidTr="00385EE6">
        <w:trPr>
          <w:trHeight w:val="300"/>
        </w:trPr>
        <w:tc>
          <w:tcPr>
            <w:tcW w:w="34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7BE3060A" w14:textId="77777777" w:rsidR="00C72196" w:rsidRDefault="00C72196" w:rsidP="00385EE6">
            <w:pPr>
              <w:widowControl w:val="0"/>
              <w:rPr>
                <w:rFonts w:ascii="Montserrat" w:eastAsia="Montserrat" w:hAnsi="Montserrat" w:cs="Montserrat"/>
                <w:color w:val="1B877F"/>
                <w:sz w:val="24"/>
                <w:szCs w:val="24"/>
              </w:rPr>
            </w:pPr>
            <w:r w:rsidRPr="44823A3F">
              <w:rPr>
                <w:rFonts w:ascii="Montserrat" w:eastAsia="Montserrat" w:hAnsi="Montserrat" w:cs="Montserrat"/>
                <w:b/>
                <w:bCs/>
                <w:color w:val="FF0000"/>
                <w:sz w:val="24"/>
                <w:szCs w:val="24"/>
                <w:lang w:val="es-ES"/>
              </w:rPr>
              <w:lastRenderedPageBreak/>
              <w:t>*</w:t>
            </w:r>
            <w:r w:rsidRPr="44823A3F">
              <w:rPr>
                <w:rFonts w:ascii="Montserrat" w:eastAsia="Montserrat" w:hAnsi="Montserrat" w:cs="Montserrat"/>
                <w:b/>
                <w:bCs/>
                <w:color w:val="1B877F"/>
                <w:sz w:val="24"/>
                <w:szCs w:val="24"/>
                <w:lang w:val="es-ES"/>
              </w:rPr>
              <w:t xml:space="preserve">Project </w:t>
            </w:r>
            <w:proofErr w:type="spellStart"/>
            <w:r w:rsidRPr="44823A3F">
              <w:rPr>
                <w:rFonts w:ascii="Montserrat" w:eastAsia="Montserrat" w:hAnsi="Montserrat" w:cs="Montserrat"/>
                <w:b/>
                <w:bCs/>
                <w:color w:val="1B877F"/>
                <w:sz w:val="24"/>
                <w:szCs w:val="24"/>
                <w:lang w:val="es-ES"/>
              </w:rPr>
              <w:t>description</w:t>
            </w:r>
            <w:proofErr w:type="spellEnd"/>
            <w:r w:rsidRPr="44823A3F">
              <w:rPr>
                <w:rFonts w:ascii="Montserrat" w:eastAsia="Montserrat" w:hAnsi="Montserrat" w:cs="Montserrat"/>
                <w:b/>
                <w:bCs/>
                <w:color w:val="1B877F"/>
                <w:sz w:val="24"/>
                <w:szCs w:val="24"/>
                <w:lang w:val="es-ES"/>
              </w:rPr>
              <w:t>:</w:t>
            </w:r>
          </w:p>
        </w:tc>
        <w:tc>
          <w:tcPr>
            <w:tcW w:w="59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4F6BAE0F" w14:textId="77777777" w:rsidR="00C72196" w:rsidRDefault="00C72196" w:rsidP="00385EE6">
            <w:pPr>
              <w:widowControl w:val="0"/>
              <w:rPr>
                <w:rFonts w:ascii="Montserrat" w:eastAsia="Montserrat" w:hAnsi="Montserrat" w:cs="Montserrat"/>
                <w:color w:val="434343"/>
                <w:sz w:val="24"/>
                <w:szCs w:val="24"/>
              </w:rPr>
            </w:pPr>
            <w:r w:rsidRPr="44823A3F">
              <w:rPr>
                <w:rFonts w:ascii="Montserrat" w:eastAsia="Montserrat" w:hAnsi="Montserrat" w:cs="Montserrat"/>
                <w:color w:val="434343"/>
                <w:sz w:val="24"/>
                <w:szCs w:val="24"/>
                <w:lang w:val="es-ES"/>
              </w:rPr>
              <w:t>[</w:t>
            </w:r>
            <w:proofErr w:type="spellStart"/>
            <w:r w:rsidRPr="44823A3F">
              <w:rPr>
                <w:rFonts w:ascii="Montserrat" w:eastAsia="Montserrat" w:hAnsi="Montserrat" w:cs="Montserrat"/>
                <w:color w:val="434343"/>
                <w:sz w:val="24"/>
                <w:szCs w:val="24"/>
                <w:lang w:val="es-ES"/>
              </w:rPr>
              <w:t>Provide</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an</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overview</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of</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your</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project</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including</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its</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main</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goals</w:t>
            </w:r>
            <w:proofErr w:type="spellEnd"/>
            <w:r w:rsidRPr="44823A3F">
              <w:rPr>
                <w:rFonts w:ascii="Montserrat" w:eastAsia="Montserrat" w:hAnsi="Montserrat" w:cs="Montserrat"/>
                <w:color w:val="434343"/>
                <w:sz w:val="24"/>
                <w:szCs w:val="24"/>
                <w:lang w:val="es-ES"/>
              </w:rPr>
              <w:t xml:space="preserve"> and </w:t>
            </w:r>
            <w:proofErr w:type="spellStart"/>
            <w:r w:rsidRPr="44823A3F">
              <w:rPr>
                <w:rFonts w:ascii="Montserrat" w:eastAsia="Montserrat" w:hAnsi="Montserrat" w:cs="Montserrat"/>
                <w:color w:val="434343"/>
                <w:sz w:val="24"/>
                <w:szCs w:val="24"/>
                <w:lang w:val="es-ES"/>
              </w:rPr>
              <w:t>objectives</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along</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with</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its</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expected</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effect</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on</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the</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community</w:t>
            </w:r>
            <w:proofErr w:type="spellEnd"/>
            <w:r w:rsidRPr="44823A3F">
              <w:rPr>
                <w:rFonts w:ascii="Montserrat" w:eastAsia="Montserrat" w:hAnsi="Montserrat" w:cs="Montserrat"/>
                <w:color w:val="434343"/>
                <w:sz w:val="24"/>
                <w:szCs w:val="24"/>
                <w:lang w:val="es-ES"/>
              </w:rPr>
              <w:t xml:space="preserve"> and </w:t>
            </w:r>
            <w:proofErr w:type="spellStart"/>
            <w:r w:rsidRPr="44823A3F">
              <w:rPr>
                <w:rFonts w:ascii="Montserrat" w:eastAsia="Montserrat" w:hAnsi="Montserrat" w:cs="Montserrat"/>
                <w:color w:val="434343"/>
                <w:sz w:val="24"/>
                <w:szCs w:val="24"/>
                <w:lang w:val="es-ES"/>
              </w:rPr>
              <w:t>the</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environment</w:t>
            </w:r>
            <w:proofErr w:type="spellEnd"/>
            <w:r w:rsidRPr="44823A3F">
              <w:rPr>
                <w:rFonts w:ascii="Montserrat" w:eastAsia="Montserrat" w:hAnsi="Montserrat" w:cs="Montserrat"/>
                <w:color w:val="434343"/>
                <w:sz w:val="24"/>
                <w:szCs w:val="24"/>
                <w:lang w:val="es-ES"/>
              </w:rPr>
              <w:t xml:space="preserve">. Describe </w:t>
            </w:r>
            <w:proofErr w:type="spellStart"/>
            <w:r w:rsidRPr="44823A3F">
              <w:rPr>
                <w:rFonts w:ascii="Montserrat" w:eastAsia="Montserrat" w:hAnsi="Montserrat" w:cs="Montserrat"/>
                <w:color w:val="434343"/>
                <w:sz w:val="24"/>
                <w:szCs w:val="24"/>
                <w:lang w:val="es-ES"/>
              </w:rPr>
              <w:t>the</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current</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issues</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or</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challenges</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your</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project</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aims</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to</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address</w:t>
            </w:r>
            <w:proofErr w:type="spellEnd"/>
            <w:r w:rsidRPr="44823A3F">
              <w:rPr>
                <w:rFonts w:ascii="Montserrat" w:eastAsia="Montserrat" w:hAnsi="Montserrat" w:cs="Montserrat"/>
                <w:color w:val="434343"/>
                <w:sz w:val="24"/>
                <w:szCs w:val="24"/>
                <w:lang w:val="es-ES"/>
              </w:rPr>
              <w:t xml:space="preserve"> and </w:t>
            </w:r>
            <w:proofErr w:type="spellStart"/>
            <w:r w:rsidRPr="44823A3F">
              <w:rPr>
                <w:rFonts w:ascii="Montserrat" w:eastAsia="Montserrat" w:hAnsi="Montserrat" w:cs="Montserrat"/>
                <w:color w:val="434343"/>
                <w:sz w:val="24"/>
                <w:szCs w:val="24"/>
                <w:lang w:val="es-ES"/>
              </w:rPr>
              <w:t>why</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this</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intervention</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is</w:t>
            </w:r>
            <w:proofErr w:type="spellEnd"/>
            <w:r w:rsidRPr="44823A3F">
              <w:rPr>
                <w:rFonts w:ascii="Montserrat" w:eastAsia="Montserrat" w:hAnsi="Montserrat" w:cs="Montserrat"/>
                <w:color w:val="434343"/>
                <w:sz w:val="24"/>
                <w:szCs w:val="24"/>
                <w:lang w:val="es-ES"/>
              </w:rPr>
              <w:t xml:space="preserve"> crucial </w:t>
            </w:r>
            <w:proofErr w:type="spellStart"/>
            <w:r w:rsidRPr="44823A3F">
              <w:rPr>
                <w:rFonts w:ascii="Montserrat" w:eastAsia="Montserrat" w:hAnsi="Montserrat" w:cs="Montserrat"/>
                <w:color w:val="434343"/>
                <w:sz w:val="24"/>
                <w:szCs w:val="24"/>
                <w:lang w:val="es-ES"/>
              </w:rPr>
              <w:t>now</w:t>
            </w:r>
            <w:proofErr w:type="spellEnd"/>
            <w:r w:rsidRPr="44823A3F">
              <w:rPr>
                <w:rFonts w:ascii="Montserrat" w:eastAsia="Montserrat" w:hAnsi="Montserrat" w:cs="Montserrat"/>
                <w:color w:val="434343"/>
                <w:sz w:val="24"/>
                <w:szCs w:val="24"/>
                <w:lang w:val="es-ES"/>
              </w:rPr>
              <w:t xml:space="preserve">. (Max 300 </w:t>
            </w:r>
            <w:proofErr w:type="spellStart"/>
            <w:r w:rsidRPr="44823A3F">
              <w:rPr>
                <w:rFonts w:ascii="Montserrat" w:eastAsia="Montserrat" w:hAnsi="Montserrat" w:cs="Montserrat"/>
                <w:color w:val="434343"/>
                <w:sz w:val="24"/>
                <w:szCs w:val="24"/>
                <w:lang w:val="es-ES"/>
              </w:rPr>
              <w:t>words</w:t>
            </w:r>
            <w:proofErr w:type="spellEnd"/>
            <w:r w:rsidRPr="44823A3F">
              <w:rPr>
                <w:rFonts w:ascii="Montserrat" w:eastAsia="Montserrat" w:hAnsi="Montserrat" w:cs="Montserrat"/>
                <w:color w:val="434343"/>
                <w:sz w:val="24"/>
                <w:szCs w:val="24"/>
                <w:lang w:val="es-ES"/>
              </w:rPr>
              <w:t>)]</w:t>
            </w:r>
          </w:p>
        </w:tc>
      </w:tr>
      <w:tr w:rsidR="00C72196" w14:paraId="1A6F3AAA" w14:textId="77777777" w:rsidTr="00385EE6">
        <w:trPr>
          <w:trHeight w:val="300"/>
        </w:trPr>
        <w:tc>
          <w:tcPr>
            <w:tcW w:w="34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5C3A054F" w14:textId="77777777" w:rsidR="00C72196" w:rsidRDefault="00C72196" w:rsidP="00385EE6">
            <w:pPr>
              <w:widowControl w:val="0"/>
              <w:rPr>
                <w:rFonts w:ascii="Montserrat" w:eastAsia="Montserrat" w:hAnsi="Montserrat" w:cs="Montserrat"/>
                <w:color w:val="1B877F"/>
                <w:sz w:val="24"/>
                <w:szCs w:val="24"/>
              </w:rPr>
            </w:pPr>
            <w:r w:rsidRPr="44823A3F">
              <w:rPr>
                <w:rFonts w:ascii="Montserrat" w:eastAsia="Montserrat" w:hAnsi="Montserrat" w:cs="Montserrat"/>
                <w:b/>
                <w:bCs/>
                <w:color w:val="FF0000"/>
                <w:sz w:val="24"/>
                <w:szCs w:val="24"/>
                <w:lang w:val="es-ES"/>
              </w:rPr>
              <w:t>*</w:t>
            </w:r>
            <w:r w:rsidRPr="44823A3F">
              <w:rPr>
                <w:rFonts w:ascii="Montserrat" w:eastAsia="Montserrat" w:hAnsi="Montserrat" w:cs="Montserrat"/>
                <w:b/>
                <w:bCs/>
                <w:color w:val="1B877F"/>
                <w:sz w:val="24"/>
                <w:szCs w:val="24"/>
                <w:lang w:val="es-ES"/>
              </w:rPr>
              <w:t xml:space="preserve">Project </w:t>
            </w:r>
            <w:proofErr w:type="spellStart"/>
            <w:r w:rsidRPr="44823A3F">
              <w:rPr>
                <w:rFonts w:ascii="Montserrat" w:eastAsia="Montserrat" w:hAnsi="Montserrat" w:cs="Montserrat"/>
                <w:b/>
                <w:bCs/>
                <w:color w:val="1B877F"/>
                <w:sz w:val="24"/>
                <w:szCs w:val="24"/>
                <w:lang w:val="es-ES"/>
              </w:rPr>
              <w:t>activities</w:t>
            </w:r>
            <w:proofErr w:type="spellEnd"/>
            <w:r w:rsidRPr="44823A3F">
              <w:rPr>
                <w:rFonts w:ascii="Montserrat" w:eastAsia="Montserrat" w:hAnsi="Montserrat" w:cs="Montserrat"/>
                <w:b/>
                <w:bCs/>
                <w:color w:val="1B877F"/>
                <w:sz w:val="24"/>
                <w:szCs w:val="24"/>
                <w:lang w:val="es-ES"/>
              </w:rPr>
              <w:t xml:space="preserve"> and timeline:</w:t>
            </w:r>
          </w:p>
        </w:tc>
        <w:tc>
          <w:tcPr>
            <w:tcW w:w="59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38EA9552" w14:textId="77777777" w:rsidR="00C72196" w:rsidRDefault="00C72196" w:rsidP="00385EE6">
            <w:pPr>
              <w:widowControl w:val="0"/>
              <w:rPr>
                <w:rFonts w:ascii="Montserrat" w:eastAsia="Montserrat" w:hAnsi="Montserrat" w:cs="Montserrat"/>
                <w:color w:val="434343"/>
                <w:sz w:val="24"/>
                <w:szCs w:val="24"/>
              </w:rPr>
            </w:pPr>
            <w:r w:rsidRPr="44823A3F">
              <w:rPr>
                <w:rFonts w:ascii="Montserrat" w:eastAsia="Montserrat" w:hAnsi="Montserrat" w:cs="Montserrat"/>
                <w:color w:val="434343"/>
                <w:sz w:val="24"/>
                <w:szCs w:val="24"/>
                <w:lang w:val="es-ES"/>
              </w:rPr>
              <w:t xml:space="preserve">[Describe </w:t>
            </w:r>
            <w:proofErr w:type="spellStart"/>
            <w:r w:rsidRPr="44823A3F">
              <w:rPr>
                <w:rFonts w:ascii="Montserrat" w:eastAsia="Montserrat" w:hAnsi="Montserrat" w:cs="Montserrat"/>
                <w:color w:val="434343"/>
                <w:sz w:val="24"/>
                <w:szCs w:val="24"/>
                <w:lang w:val="es-ES"/>
              </w:rPr>
              <w:t>the</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specific</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activities</w:t>
            </w:r>
            <w:proofErr w:type="spellEnd"/>
            <w:r w:rsidRPr="44823A3F">
              <w:rPr>
                <w:rFonts w:ascii="Montserrat" w:eastAsia="Montserrat" w:hAnsi="Montserrat" w:cs="Montserrat"/>
                <w:color w:val="434343"/>
                <w:sz w:val="24"/>
                <w:szCs w:val="24"/>
                <w:lang w:val="es-ES"/>
              </w:rPr>
              <w:t xml:space="preserve"> and </w:t>
            </w:r>
            <w:proofErr w:type="spellStart"/>
            <w:r w:rsidRPr="44823A3F">
              <w:rPr>
                <w:rFonts w:ascii="Montserrat" w:eastAsia="Montserrat" w:hAnsi="Montserrat" w:cs="Montserrat"/>
                <w:color w:val="434343"/>
                <w:sz w:val="24"/>
                <w:szCs w:val="24"/>
                <w:lang w:val="es-ES"/>
              </w:rPr>
              <w:t>steps</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your</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project</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will</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undertake</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Include</w:t>
            </w:r>
            <w:proofErr w:type="spellEnd"/>
            <w:r w:rsidRPr="44823A3F">
              <w:rPr>
                <w:rFonts w:ascii="Montserrat" w:eastAsia="Montserrat" w:hAnsi="Montserrat" w:cs="Montserrat"/>
                <w:color w:val="434343"/>
                <w:sz w:val="24"/>
                <w:szCs w:val="24"/>
                <w:lang w:val="es-ES"/>
              </w:rPr>
              <w:t xml:space="preserve"> a </w:t>
            </w:r>
            <w:proofErr w:type="spellStart"/>
            <w:r w:rsidRPr="44823A3F">
              <w:rPr>
                <w:rFonts w:ascii="Montserrat" w:eastAsia="Montserrat" w:hAnsi="Montserrat" w:cs="Montserrat"/>
                <w:color w:val="434343"/>
                <w:sz w:val="24"/>
                <w:szCs w:val="24"/>
                <w:lang w:val="es-ES"/>
              </w:rPr>
              <w:t>clear</w:t>
            </w:r>
            <w:proofErr w:type="spellEnd"/>
            <w:r w:rsidRPr="44823A3F">
              <w:rPr>
                <w:rFonts w:ascii="Montserrat" w:eastAsia="Montserrat" w:hAnsi="Montserrat" w:cs="Montserrat"/>
                <w:color w:val="434343"/>
                <w:sz w:val="24"/>
                <w:szCs w:val="24"/>
                <w:lang w:val="es-ES"/>
              </w:rPr>
              <w:t xml:space="preserve"> timeline </w:t>
            </w:r>
            <w:proofErr w:type="spellStart"/>
            <w:r w:rsidRPr="44823A3F">
              <w:rPr>
                <w:rFonts w:ascii="Montserrat" w:eastAsia="Montserrat" w:hAnsi="Montserrat" w:cs="Montserrat"/>
                <w:color w:val="434343"/>
                <w:sz w:val="24"/>
                <w:szCs w:val="24"/>
                <w:lang w:val="es-ES"/>
              </w:rPr>
              <w:t>that</w:t>
            </w:r>
            <w:proofErr w:type="spellEnd"/>
            <w:r w:rsidRPr="44823A3F">
              <w:rPr>
                <w:rFonts w:ascii="Montserrat" w:eastAsia="Montserrat" w:hAnsi="Montserrat" w:cs="Montserrat"/>
                <w:color w:val="434343"/>
                <w:sz w:val="24"/>
                <w:szCs w:val="24"/>
                <w:lang w:val="es-ES"/>
              </w:rPr>
              <w:t xml:space="preserve"> </w:t>
            </w:r>
            <w:proofErr w:type="gramStart"/>
            <w:r w:rsidRPr="44823A3F">
              <w:rPr>
                <w:rFonts w:ascii="Montserrat" w:eastAsia="Montserrat" w:hAnsi="Montserrat" w:cs="Montserrat"/>
                <w:color w:val="434343"/>
                <w:sz w:val="24"/>
                <w:szCs w:val="24"/>
                <w:lang w:val="es-ES"/>
              </w:rPr>
              <w:t>shows</w:t>
            </w:r>
            <w:proofErr w:type="gram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that</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the</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project’s</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activities</w:t>
            </w:r>
            <w:proofErr w:type="spellEnd"/>
            <w:r w:rsidRPr="44823A3F">
              <w:rPr>
                <w:rFonts w:ascii="Montserrat" w:eastAsia="Montserrat" w:hAnsi="Montserrat" w:cs="Montserrat"/>
                <w:color w:val="434343"/>
                <w:sz w:val="24"/>
                <w:szCs w:val="24"/>
                <w:lang w:val="es-ES"/>
              </w:rPr>
              <w:t xml:space="preserve"> and </w:t>
            </w:r>
            <w:proofErr w:type="spellStart"/>
            <w:r w:rsidRPr="44823A3F">
              <w:rPr>
                <w:rFonts w:ascii="Montserrat" w:eastAsia="Montserrat" w:hAnsi="Montserrat" w:cs="Montserrat"/>
                <w:color w:val="434343"/>
                <w:sz w:val="24"/>
                <w:szCs w:val="24"/>
                <w:lang w:val="es-ES"/>
              </w:rPr>
              <w:t>implementation</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will</w:t>
            </w:r>
            <w:proofErr w:type="spellEnd"/>
            <w:r w:rsidRPr="44823A3F">
              <w:rPr>
                <w:rFonts w:ascii="Montserrat" w:eastAsia="Montserrat" w:hAnsi="Montserrat" w:cs="Montserrat"/>
                <w:color w:val="434343"/>
                <w:sz w:val="24"/>
                <w:szCs w:val="24"/>
                <w:lang w:val="es-ES"/>
              </w:rPr>
              <w:t xml:space="preserve"> be </w:t>
            </w:r>
            <w:proofErr w:type="spellStart"/>
            <w:r w:rsidRPr="44823A3F">
              <w:rPr>
                <w:rFonts w:ascii="Montserrat" w:eastAsia="Montserrat" w:hAnsi="Montserrat" w:cs="Montserrat"/>
                <w:color w:val="434343"/>
                <w:sz w:val="24"/>
                <w:szCs w:val="24"/>
                <w:lang w:val="es-ES"/>
              </w:rPr>
              <w:t>completed</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by</w:t>
            </w:r>
            <w:proofErr w:type="spellEnd"/>
            <w:r w:rsidRPr="44823A3F">
              <w:rPr>
                <w:rFonts w:ascii="Montserrat" w:eastAsia="Montserrat" w:hAnsi="Montserrat" w:cs="Montserrat"/>
                <w:color w:val="434343"/>
                <w:sz w:val="24"/>
                <w:szCs w:val="24"/>
                <w:lang w:val="es-ES"/>
              </w:rPr>
              <w:t xml:space="preserve"> April 15, 2027. (Max 300 </w:t>
            </w:r>
            <w:proofErr w:type="spellStart"/>
            <w:r w:rsidRPr="44823A3F">
              <w:rPr>
                <w:rFonts w:ascii="Montserrat" w:eastAsia="Montserrat" w:hAnsi="Montserrat" w:cs="Montserrat"/>
                <w:color w:val="434343"/>
                <w:sz w:val="24"/>
                <w:szCs w:val="24"/>
                <w:lang w:val="es-ES"/>
              </w:rPr>
              <w:t>words</w:t>
            </w:r>
            <w:proofErr w:type="spellEnd"/>
            <w:r w:rsidRPr="44823A3F">
              <w:rPr>
                <w:rFonts w:ascii="Montserrat" w:eastAsia="Montserrat" w:hAnsi="Montserrat" w:cs="Montserrat"/>
                <w:color w:val="434343"/>
                <w:sz w:val="24"/>
                <w:szCs w:val="24"/>
                <w:lang w:val="es-ES"/>
              </w:rPr>
              <w:t xml:space="preserve">)] </w:t>
            </w:r>
          </w:p>
        </w:tc>
      </w:tr>
      <w:tr w:rsidR="00C72196" w14:paraId="2E04AFC7" w14:textId="77777777" w:rsidTr="00385EE6">
        <w:trPr>
          <w:trHeight w:val="300"/>
        </w:trPr>
        <w:tc>
          <w:tcPr>
            <w:tcW w:w="34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382A575C" w14:textId="77777777" w:rsidR="00C72196" w:rsidRDefault="00C72196" w:rsidP="00385EE6">
            <w:pPr>
              <w:widowControl w:val="0"/>
              <w:rPr>
                <w:rFonts w:ascii="Montserrat" w:eastAsia="Montserrat" w:hAnsi="Montserrat" w:cs="Montserrat"/>
                <w:color w:val="1B877F"/>
                <w:sz w:val="24"/>
                <w:szCs w:val="24"/>
              </w:rPr>
            </w:pPr>
            <w:r w:rsidRPr="44823A3F">
              <w:rPr>
                <w:rFonts w:ascii="Montserrat" w:eastAsia="Montserrat" w:hAnsi="Montserrat" w:cs="Montserrat"/>
                <w:b/>
                <w:bCs/>
                <w:color w:val="FF0000"/>
                <w:sz w:val="24"/>
                <w:szCs w:val="24"/>
                <w:lang w:val="es-ES"/>
              </w:rPr>
              <w:t>*</w:t>
            </w:r>
            <w:r w:rsidRPr="44823A3F">
              <w:rPr>
                <w:rFonts w:ascii="Montserrat" w:eastAsia="Montserrat" w:hAnsi="Montserrat" w:cs="Montserrat"/>
                <w:b/>
                <w:bCs/>
                <w:color w:val="1B877F"/>
                <w:sz w:val="24"/>
                <w:szCs w:val="24"/>
                <w:lang w:val="es-ES"/>
              </w:rPr>
              <w:t xml:space="preserve">Role </w:t>
            </w:r>
            <w:proofErr w:type="spellStart"/>
            <w:r w:rsidRPr="44823A3F">
              <w:rPr>
                <w:rFonts w:ascii="Montserrat" w:eastAsia="Montserrat" w:hAnsi="Montserrat" w:cs="Montserrat"/>
                <w:b/>
                <w:bCs/>
                <w:color w:val="1B877F"/>
                <w:sz w:val="24"/>
                <w:szCs w:val="24"/>
                <w:lang w:val="es-ES"/>
              </w:rPr>
              <w:t>of</w:t>
            </w:r>
            <w:proofErr w:type="spellEnd"/>
            <w:r w:rsidRPr="44823A3F">
              <w:rPr>
                <w:rFonts w:ascii="Montserrat" w:eastAsia="Montserrat" w:hAnsi="Montserrat" w:cs="Montserrat"/>
                <w:b/>
                <w:bCs/>
                <w:color w:val="1B877F"/>
                <w:sz w:val="24"/>
                <w:szCs w:val="24"/>
                <w:lang w:val="es-ES"/>
              </w:rPr>
              <w:t xml:space="preserve"> </w:t>
            </w:r>
            <w:proofErr w:type="spellStart"/>
            <w:r w:rsidRPr="44823A3F">
              <w:rPr>
                <w:rFonts w:ascii="Montserrat" w:eastAsia="Montserrat" w:hAnsi="Montserrat" w:cs="Montserrat"/>
                <w:b/>
                <w:bCs/>
                <w:color w:val="1B877F"/>
                <w:sz w:val="24"/>
                <w:szCs w:val="24"/>
                <w:lang w:val="es-ES"/>
              </w:rPr>
              <w:t>young</w:t>
            </w:r>
            <w:proofErr w:type="spellEnd"/>
            <w:r w:rsidRPr="44823A3F">
              <w:rPr>
                <w:rFonts w:ascii="Montserrat" w:eastAsia="Montserrat" w:hAnsi="Montserrat" w:cs="Montserrat"/>
                <w:b/>
                <w:bCs/>
                <w:color w:val="1B877F"/>
                <w:sz w:val="24"/>
                <w:szCs w:val="24"/>
                <w:lang w:val="es-ES"/>
              </w:rPr>
              <w:t xml:space="preserve"> </w:t>
            </w:r>
            <w:proofErr w:type="spellStart"/>
            <w:r w:rsidRPr="44823A3F">
              <w:rPr>
                <w:rFonts w:ascii="Montserrat" w:eastAsia="Montserrat" w:hAnsi="Montserrat" w:cs="Montserrat"/>
                <w:b/>
                <w:bCs/>
                <w:color w:val="1B877F"/>
                <w:sz w:val="24"/>
                <w:szCs w:val="24"/>
                <w:lang w:val="es-ES"/>
              </w:rPr>
              <w:t>people</w:t>
            </w:r>
            <w:proofErr w:type="spellEnd"/>
            <w:r w:rsidRPr="44823A3F">
              <w:rPr>
                <w:rFonts w:ascii="Montserrat" w:eastAsia="Montserrat" w:hAnsi="Montserrat" w:cs="Montserrat"/>
                <w:b/>
                <w:bCs/>
                <w:color w:val="1B877F"/>
                <w:sz w:val="24"/>
                <w:szCs w:val="24"/>
                <w:lang w:val="es-ES"/>
              </w:rPr>
              <w:t>:</w:t>
            </w:r>
          </w:p>
        </w:tc>
        <w:tc>
          <w:tcPr>
            <w:tcW w:w="59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4B6648D3" w14:textId="77777777" w:rsidR="00C72196" w:rsidRDefault="00C72196" w:rsidP="00385EE6">
            <w:pPr>
              <w:widowControl w:val="0"/>
              <w:rPr>
                <w:rFonts w:ascii="Montserrat" w:eastAsia="Montserrat" w:hAnsi="Montserrat" w:cs="Montserrat"/>
                <w:color w:val="434343"/>
                <w:sz w:val="24"/>
                <w:szCs w:val="24"/>
              </w:rPr>
            </w:pPr>
            <w:r w:rsidRPr="44823A3F">
              <w:rPr>
                <w:rFonts w:ascii="Montserrat" w:eastAsia="Montserrat" w:hAnsi="Montserrat" w:cs="Montserrat"/>
                <w:color w:val="434343"/>
                <w:sz w:val="24"/>
                <w:szCs w:val="24"/>
                <w:lang w:val="es-ES"/>
              </w:rPr>
              <w:t xml:space="preserve">[Describe </w:t>
            </w:r>
            <w:proofErr w:type="spellStart"/>
            <w:r w:rsidRPr="44823A3F">
              <w:rPr>
                <w:rFonts w:ascii="Montserrat" w:eastAsia="Montserrat" w:hAnsi="Montserrat" w:cs="Montserrat"/>
                <w:color w:val="434343"/>
                <w:sz w:val="24"/>
                <w:szCs w:val="24"/>
                <w:lang w:val="es-ES"/>
              </w:rPr>
              <w:t>how</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young</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people</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will</w:t>
            </w:r>
            <w:proofErr w:type="spellEnd"/>
            <w:r w:rsidRPr="44823A3F">
              <w:rPr>
                <w:rFonts w:ascii="Montserrat" w:eastAsia="Montserrat" w:hAnsi="Montserrat" w:cs="Montserrat"/>
                <w:color w:val="434343"/>
                <w:sz w:val="24"/>
                <w:szCs w:val="24"/>
                <w:lang w:val="es-ES"/>
              </w:rPr>
              <w:t xml:space="preserve"> be </w:t>
            </w:r>
            <w:proofErr w:type="spellStart"/>
            <w:r w:rsidRPr="44823A3F">
              <w:rPr>
                <w:rFonts w:ascii="Montserrat" w:eastAsia="Montserrat" w:hAnsi="Montserrat" w:cs="Montserrat"/>
                <w:color w:val="434343"/>
                <w:sz w:val="24"/>
                <w:szCs w:val="24"/>
                <w:lang w:val="es-ES"/>
              </w:rPr>
              <w:t>involved</w:t>
            </w:r>
            <w:proofErr w:type="spellEnd"/>
            <w:r w:rsidRPr="44823A3F">
              <w:rPr>
                <w:rFonts w:ascii="Montserrat" w:eastAsia="Montserrat" w:hAnsi="Montserrat" w:cs="Montserrat"/>
                <w:color w:val="434343"/>
                <w:sz w:val="24"/>
                <w:szCs w:val="24"/>
                <w:lang w:val="es-ES"/>
              </w:rPr>
              <w:t xml:space="preserve"> in </w:t>
            </w:r>
            <w:proofErr w:type="spellStart"/>
            <w:r w:rsidRPr="44823A3F">
              <w:rPr>
                <w:rFonts w:ascii="Montserrat" w:eastAsia="Montserrat" w:hAnsi="Montserrat" w:cs="Montserrat"/>
                <w:color w:val="434343"/>
                <w:sz w:val="24"/>
                <w:szCs w:val="24"/>
                <w:lang w:val="es-ES"/>
              </w:rPr>
              <w:t>your</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project</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including</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their</w:t>
            </w:r>
            <w:proofErr w:type="spellEnd"/>
            <w:r w:rsidRPr="44823A3F">
              <w:rPr>
                <w:rFonts w:ascii="Montserrat" w:eastAsia="Montserrat" w:hAnsi="Montserrat" w:cs="Montserrat"/>
                <w:color w:val="434343"/>
                <w:sz w:val="24"/>
                <w:szCs w:val="24"/>
                <w:lang w:val="es-ES"/>
              </w:rPr>
              <w:t xml:space="preserve"> roles, </w:t>
            </w:r>
            <w:proofErr w:type="spellStart"/>
            <w:r w:rsidRPr="44823A3F">
              <w:rPr>
                <w:rFonts w:ascii="Montserrat" w:eastAsia="Montserrat" w:hAnsi="Montserrat" w:cs="Montserrat"/>
                <w:color w:val="434343"/>
                <w:sz w:val="24"/>
                <w:szCs w:val="24"/>
                <w:lang w:val="es-ES"/>
              </w:rPr>
              <w:t>responsibilities</w:t>
            </w:r>
            <w:proofErr w:type="spellEnd"/>
            <w:r w:rsidRPr="44823A3F">
              <w:rPr>
                <w:rFonts w:ascii="Montserrat" w:eastAsia="Montserrat" w:hAnsi="Montserrat" w:cs="Montserrat"/>
                <w:color w:val="434343"/>
                <w:sz w:val="24"/>
                <w:szCs w:val="24"/>
                <w:lang w:val="es-ES"/>
              </w:rPr>
              <w:t xml:space="preserve">, and </w:t>
            </w:r>
            <w:proofErr w:type="spellStart"/>
            <w:r w:rsidRPr="44823A3F">
              <w:rPr>
                <w:rFonts w:ascii="Montserrat" w:eastAsia="Montserrat" w:hAnsi="Montserrat" w:cs="Montserrat"/>
                <w:color w:val="434343"/>
                <w:sz w:val="24"/>
                <w:szCs w:val="24"/>
                <w:lang w:val="es-ES"/>
              </w:rPr>
              <w:t>opportunities</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for</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leadership</w:t>
            </w:r>
            <w:proofErr w:type="spellEnd"/>
            <w:r w:rsidRPr="44823A3F">
              <w:rPr>
                <w:rFonts w:ascii="Montserrat" w:eastAsia="Montserrat" w:hAnsi="Montserrat" w:cs="Montserrat"/>
                <w:color w:val="434343"/>
                <w:sz w:val="24"/>
                <w:szCs w:val="24"/>
                <w:lang w:val="es-ES"/>
              </w:rPr>
              <w:t xml:space="preserve">. (Max 200 </w:t>
            </w:r>
            <w:proofErr w:type="spellStart"/>
            <w:r w:rsidRPr="44823A3F">
              <w:rPr>
                <w:rFonts w:ascii="Montserrat" w:eastAsia="Montserrat" w:hAnsi="Montserrat" w:cs="Montserrat"/>
                <w:color w:val="434343"/>
                <w:sz w:val="24"/>
                <w:szCs w:val="24"/>
                <w:lang w:val="es-ES"/>
              </w:rPr>
              <w:t>words</w:t>
            </w:r>
            <w:proofErr w:type="spellEnd"/>
            <w:r w:rsidRPr="44823A3F">
              <w:rPr>
                <w:rFonts w:ascii="Montserrat" w:eastAsia="Montserrat" w:hAnsi="Montserrat" w:cs="Montserrat"/>
                <w:color w:val="434343"/>
                <w:sz w:val="24"/>
                <w:szCs w:val="24"/>
                <w:lang w:val="es-ES"/>
              </w:rPr>
              <w:t>)]</w:t>
            </w:r>
          </w:p>
        </w:tc>
      </w:tr>
      <w:tr w:rsidR="00C72196" w14:paraId="2A50B76D" w14:textId="77777777" w:rsidTr="00385EE6">
        <w:trPr>
          <w:trHeight w:val="300"/>
        </w:trPr>
        <w:tc>
          <w:tcPr>
            <w:tcW w:w="34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04D83911" w14:textId="77777777" w:rsidR="00C72196" w:rsidRDefault="00C72196" w:rsidP="00385EE6">
            <w:pPr>
              <w:widowControl w:val="0"/>
              <w:rPr>
                <w:rFonts w:ascii="Montserrat" w:eastAsia="Montserrat" w:hAnsi="Montserrat" w:cs="Montserrat"/>
                <w:color w:val="1B877F"/>
                <w:sz w:val="24"/>
                <w:szCs w:val="24"/>
              </w:rPr>
            </w:pPr>
            <w:r w:rsidRPr="44823A3F">
              <w:rPr>
                <w:rFonts w:ascii="Montserrat" w:eastAsia="Montserrat" w:hAnsi="Montserrat" w:cs="Montserrat"/>
                <w:b/>
                <w:bCs/>
                <w:color w:val="FF0000"/>
                <w:sz w:val="24"/>
                <w:szCs w:val="24"/>
                <w:lang w:val="es-ES"/>
              </w:rPr>
              <w:t>*</w:t>
            </w:r>
            <w:r w:rsidRPr="44823A3F">
              <w:rPr>
                <w:rFonts w:ascii="Montserrat" w:eastAsia="Montserrat" w:hAnsi="Montserrat" w:cs="Montserrat"/>
                <w:b/>
                <w:bCs/>
                <w:color w:val="1B877F"/>
                <w:sz w:val="24"/>
                <w:szCs w:val="24"/>
                <w:lang w:val="es-ES"/>
              </w:rPr>
              <w:t xml:space="preserve">Number </w:t>
            </w:r>
            <w:proofErr w:type="spellStart"/>
            <w:r w:rsidRPr="44823A3F">
              <w:rPr>
                <w:rFonts w:ascii="Montserrat" w:eastAsia="Montserrat" w:hAnsi="Montserrat" w:cs="Montserrat"/>
                <w:b/>
                <w:bCs/>
                <w:color w:val="1B877F"/>
                <w:sz w:val="24"/>
                <w:szCs w:val="24"/>
                <w:lang w:val="es-ES"/>
              </w:rPr>
              <w:t>of</w:t>
            </w:r>
            <w:proofErr w:type="spellEnd"/>
            <w:r w:rsidRPr="44823A3F">
              <w:rPr>
                <w:rFonts w:ascii="Montserrat" w:eastAsia="Montserrat" w:hAnsi="Montserrat" w:cs="Montserrat"/>
                <w:b/>
                <w:bCs/>
                <w:color w:val="1B877F"/>
                <w:sz w:val="24"/>
                <w:szCs w:val="24"/>
                <w:lang w:val="es-ES"/>
              </w:rPr>
              <w:t xml:space="preserve"> </w:t>
            </w:r>
            <w:proofErr w:type="spellStart"/>
            <w:r w:rsidRPr="44823A3F">
              <w:rPr>
                <w:rFonts w:ascii="Montserrat" w:eastAsia="Montserrat" w:hAnsi="Montserrat" w:cs="Montserrat"/>
                <w:b/>
                <w:bCs/>
                <w:color w:val="1B877F"/>
                <w:sz w:val="24"/>
                <w:szCs w:val="24"/>
                <w:lang w:val="es-ES"/>
              </w:rPr>
              <w:t>young</w:t>
            </w:r>
            <w:proofErr w:type="spellEnd"/>
            <w:r w:rsidRPr="44823A3F">
              <w:rPr>
                <w:rFonts w:ascii="Montserrat" w:eastAsia="Montserrat" w:hAnsi="Montserrat" w:cs="Montserrat"/>
                <w:b/>
                <w:bCs/>
                <w:color w:val="1B877F"/>
                <w:sz w:val="24"/>
                <w:szCs w:val="24"/>
                <w:lang w:val="es-ES"/>
              </w:rPr>
              <w:t xml:space="preserve"> </w:t>
            </w:r>
            <w:proofErr w:type="spellStart"/>
            <w:r w:rsidRPr="44823A3F">
              <w:rPr>
                <w:rFonts w:ascii="Montserrat" w:eastAsia="Montserrat" w:hAnsi="Montserrat" w:cs="Montserrat"/>
                <w:b/>
                <w:bCs/>
                <w:color w:val="1B877F"/>
                <w:sz w:val="24"/>
                <w:szCs w:val="24"/>
                <w:lang w:val="es-ES"/>
              </w:rPr>
              <w:t>people</w:t>
            </w:r>
            <w:proofErr w:type="spellEnd"/>
            <w:r w:rsidRPr="44823A3F">
              <w:rPr>
                <w:rFonts w:ascii="Montserrat" w:eastAsia="Montserrat" w:hAnsi="Montserrat" w:cs="Montserrat"/>
                <w:b/>
                <w:bCs/>
                <w:color w:val="1B877F"/>
                <w:sz w:val="24"/>
                <w:szCs w:val="24"/>
                <w:lang w:val="es-ES"/>
              </w:rPr>
              <w:t xml:space="preserve"> </w:t>
            </w:r>
            <w:proofErr w:type="spellStart"/>
            <w:r w:rsidRPr="44823A3F">
              <w:rPr>
                <w:rFonts w:ascii="Montserrat" w:eastAsia="Montserrat" w:hAnsi="Montserrat" w:cs="Montserrat"/>
                <w:b/>
                <w:bCs/>
                <w:color w:val="1B877F"/>
                <w:sz w:val="24"/>
                <w:szCs w:val="24"/>
                <w:lang w:val="es-ES"/>
              </w:rPr>
              <w:t>involved</w:t>
            </w:r>
            <w:proofErr w:type="spellEnd"/>
            <w:r w:rsidRPr="44823A3F">
              <w:rPr>
                <w:rFonts w:ascii="Montserrat" w:eastAsia="Montserrat" w:hAnsi="Montserrat" w:cs="Montserrat"/>
                <w:b/>
                <w:bCs/>
                <w:color w:val="1B877F"/>
                <w:sz w:val="24"/>
                <w:szCs w:val="24"/>
                <w:lang w:val="es-ES"/>
              </w:rPr>
              <w:t xml:space="preserve"> in </w:t>
            </w:r>
            <w:proofErr w:type="spellStart"/>
            <w:r w:rsidRPr="44823A3F">
              <w:rPr>
                <w:rFonts w:ascii="Montserrat" w:eastAsia="Montserrat" w:hAnsi="Montserrat" w:cs="Montserrat"/>
                <w:b/>
                <w:bCs/>
                <w:color w:val="1B877F"/>
                <w:sz w:val="24"/>
                <w:szCs w:val="24"/>
                <w:lang w:val="es-ES"/>
              </w:rPr>
              <w:t>the</w:t>
            </w:r>
            <w:proofErr w:type="spellEnd"/>
            <w:r w:rsidRPr="44823A3F">
              <w:rPr>
                <w:rFonts w:ascii="Montserrat" w:eastAsia="Montserrat" w:hAnsi="Montserrat" w:cs="Montserrat"/>
                <w:b/>
                <w:bCs/>
                <w:color w:val="1B877F"/>
                <w:sz w:val="24"/>
                <w:szCs w:val="24"/>
                <w:lang w:val="es-ES"/>
              </w:rPr>
              <w:t xml:space="preserve"> </w:t>
            </w:r>
            <w:proofErr w:type="spellStart"/>
            <w:r w:rsidRPr="44823A3F">
              <w:rPr>
                <w:rFonts w:ascii="Montserrat" w:eastAsia="Montserrat" w:hAnsi="Montserrat" w:cs="Montserrat"/>
                <w:b/>
                <w:bCs/>
                <w:color w:val="1B877F"/>
                <w:sz w:val="24"/>
                <w:szCs w:val="24"/>
                <w:lang w:val="es-ES"/>
              </w:rPr>
              <w:t>project</w:t>
            </w:r>
            <w:proofErr w:type="spellEnd"/>
          </w:p>
        </w:tc>
        <w:tc>
          <w:tcPr>
            <w:tcW w:w="59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7611F77F" w14:textId="77777777" w:rsidR="00C72196" w:rsidRDefault="00C72196" w:rsidP="00385EE6">
            <w:pPr>
              <w:widowControl w:val="0"/>
              <w:rPr>
                <w:rFonts w:ascii="Montserrat" w:eastAsia="Montserrat" w:hAnsi="Montserrat" w:cs="Montserrat"/>
                <w:color w:val="434343"/>
                <w:sz w:val="24"/>
                <w:szCs w:val="24"/>
              </w:rPr>
            </w:pPr>
            <w:r w:rsidRPr="44823A3F">
              <w:rPr>
                <w:rFonts w:ascii="Montserrat" w:eastAsia="Montserrat" w:hAnsi="Montserrat" w:cs="Montserrat"/>
                <w:color w:val="434343"/>
                <w:sz w:val="24"/>
                <w:szCs w:val="24"/>
                <w:lang w:val="es-ES"/>
              </w:rPr>
              <w:t>[</w:t>
            </w:r>
            <w:proofErr w:type="spellStart"/>
            <w:r w:rsidRPr="44823A3F">
              <w:rPr>
                <w:rFonts w:ascii="Montserrat" w:eastAsia="Montserrat" w:hAnsi="Montserrat" w:cs="Montserrat"/>
                <w:color w:val="434343"/>
                <w:sz w:val="24"/>
                <w:szCs w:val="24"/>
                <w:lang w:val="es-ES"/>
              </w:rPr>
              <w:t>Estimate</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the</w:t>
            </w:r>
            <w:proofErr w:type="spellEnd"/>
            <w:r w:rsidRPr="44823A3F">
              <w:rPr>
                <w:rFonts w:ascii="Montserrat" w:eastAsia="Montserrat" w:hAnsi="Montserrat" w:cs="Montserrat"/>
                <w:color w:val="434343"/>
                <w:sz w:val="24"/>
                <w:szCs w:val="24"/>
                <w:lang w:val="es-ES"/>
              </w:rPr>
              <w:t xml:space="preserve"> total </w:t>
            </w:r>
            <w:proofErr w:type="spellStart"/>
            <w:r w:rsidRPr="44823A3F">
              <w:rPr>
                <w:rFonts w:ascii="Montserrat" w:eastAsia="Montserrat" w:hAnsi="Montserrat" w:cs="Montserrat"/>
                <w:color w:val="434343"/>
                <w:sz w:val="24"/>
                <w:szCs w:val="24"/>
                <w:lang w:val="es-ES"/>
              </w:rPr>
              <w:t>number</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of</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young</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people</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who</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will</w:t>
            </w:r>
            <w:proofErr w:type="spellEnd"/>
            <w:r w:rsidRPr="44823A3F">
              <w:rPr>
                <w:rFonts w:ascii="Montserrat" w:eastAsia="Montserrat" w:hAnsi="Montserrat" w:cs="Montserrat"/>
                <w:color w:val="434343"/>
                <w:sz w:val="24"/>
                <w:szCs w:val="24"/>
                <w:lang w:val="es-ES"/>
              </w:rPr>
              <w:t xml:space="preserve"> be </w:t>
            </w:r>
            <w:proofErr w:type="spellStart"/>
            <w:r w:rsidRPr="44823A3F">
              <w:rPr>
                <w:rFonts w:ascii="Montserrat" w:eastAsia="Montserrat" w:hAnsi="Montserrat" w:cs="Montserrat"/>
                <w:color w:val="434343"/>
                <w:sz w:val="24"/>
                <w:szCs w:val="24"/>
                <w:lang w:val="es-ES"/>
              </w:rPr>
              <w:t>involved</w:t>
            </w:r>
            <w:proofErr w:type="spellEnd"/>
            <w:r w:rsidRPr="44823A3F">
              <w:rPr>
                <w:rFonts w:ascii="Montserrat" w:eastAsia="Montserrat" w:hAnsi="Montserrat" w:cs="Montserrat"/>
                <w:color w:val="434343"/>
                <w:sz w:val="24"/>
                <w:szCs w:val="24"/>
                <w:lang w:val="es-ES"/>
              </w:rPr>
              <w:t xml:space="preserve"> in </w:t>
            </w:r>
            <w:proofErr w:type="spellStart"/>
            <w:r w:rsidRPr="44823A3F">
              <w:rPr>
                <w:rFonts w:ascii="Montserrat" w:eastAsia="Montserrat" w:hAnsi="Montserrat" w:cs="Montserrat"/>
                <w:color w:val="434343"/>
                <w:sz w:val="24"/>
                <w:szCs w:val="24"/>
                <w:lang w:val="es-ES"/>
              </w:rPr>
              <w:t>your</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project</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including</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youth</w:t>
            </w:r>
            <w:proofErr w:type="spellEnd"/>
            <w:r w:rsidRPr="44823A3F">
              <w:rPr>
                <w:rFonts w:ascii="Montserrat" w:eastAsia="Montserrat" w:hAnsi="Montserrat" w:cs="Montserrat"/>
                <w:color w:val="434343"/>
                <w:sz w:val="24"/>
                <w:szCs w:val="24"/>
                <w:lang w:val="es-ES"/>
              </w:rPr>
              <w:t xml:space="preserve"> leads, </w:t>
            </w:r>
            <w:proofErr w:type="spellStart"/>
            <w:r w:rsidRPr="44823A3F">
              <w:rPr>
                <w:rFonts w:ascii="Montserrat" w:eastAsia="Montserrat" w:hAnsi="Montserrat" w:cs="Montserrat"/>
                <w:color w:val="434343"/>
                <w:sz w:val="24"/>
                <w:szCs w:val="24"/>
                <w:lang w:val="es-ES"/>
              </w:rPr>
              <w:t>volunteers</w:t>
            </w:r>
            <w:proofErr w:type="spellEnd"/>
            <w:r w:rsidRPr="44823A3F">
              <w:rPr>
                <w:rFonts w:ascii="Montserrat" w:eastAsia="Montserrat" w:hAnsi="Montserrat" w:cs="Montserrat"/>
                <w:color w:val="434343"/>
                <w:sz w:val="24"/>
                <w:szCs w:val="24"/>
                <w:lang w:val="es-ES"/>
              </w:rPr>
              <w:t xml:space="preserve"> and </w:t>
            </w:r>
            <w:proofErr w:type="spellStart"/>
            <w:r w:rsidRPr="44823A3F">
              <w:rPr>
                <w:rFonts w:ascii="Montserrat" w:eastAsia="Montserrat" w:hAnsi="Montserrat" w:cs="Montserrat"/>
                <w:color w:val="434343"/>
                <w:sz w:val="24"/>
                <w:szCs w:val="24"/>
                <w:lang w:val="es-ES"/>
              </w:rPr>
              <w:t>participants</w:t>
            </w:r>
            <w:proofErr w:type="spellEnd"/>
            <w:r w:rsidRPr="44823A3F">
              <w:rPr>
                <w:rFonts w:ascii="Montserrat" w:eastAsia="Montserrat" w:hAnsi="Montserrat" w:cs="Montserrat"/>
                <w:color w:val="434343"/>
                <w:sz w:val="24"/>
                <w:szCs w:val="24"/>
                <w:lang w:val="es-ES"/>
              </w:rPr>
              <w:t>]</w:t>
            </w:r>
          </w:p>
        </w:tc>
      </w:tr>
      <w:tr w:rsidR="00C72196" w14:paraId="4AAC3436" w14:textId="77777777" w:rsidTr="00385EE6">
        <w:trPr>
          <w:trHeight w:val="300"/>
        </w:trPr>
        <w:tc>
          <w:tcPr>
            <w:tcW w:w="34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7599A6D6" w14:textId="77777777" w:rsidR="00C72196" w:rsidRDefault="00C72196" w:rsidP="00385EE6">
            <w:pPr>
              <w:widowControl w:val="0"/>
              <w:rPr>
                <w:rFonts w:ascii="Montserrat" w:eastAsia="Montserrat" w:hAnsi="Montserrat" w:cs="Montserrat"/>
                <w:color w:val="1B877F"/>
                <w:sz w:val="24"/>
                <w:szCs w:val="24"/>
              </w:rPr>
            </w:pPr>
            <w:r w:rsidRPr="44823A3F">
              <w:rPr>
                <w:rFonts w:ascii="Montserrat" w:eastAsia="Montserrat" w:hAnsi="Montserrat" w:cs="Montserrat"/>
                <w:b/>
                <w:bCs/>
                <w:color w:val="FF0000"/>
                <w:sz w:val="24"/>
                <w:szCs w:val="24"/>
                <w:lang w:val="es-ES"/>
              </w:rPr>
              <w:lastRenderedPageBreak/>
              <w:t>*</w:t>
            </w:r>
            <w:r w:rsidRPr="44823A3F">
              <w:rPr>
                <w:rFonts w:ascii="Montserrat" w:eastAsia="Montserrat" w:hAnsi="Montserrat" w:cs="Montserrat"/>
                <w:b/>
                <w:bCs/>
                <w:color w:val="1B877F"/>
                <w:sz w:val="24"/>
                <w:szCs w:val="24"/>
                <w:lang w:val="es-ES"/>
              </w:rPr>
              <w:t xml:space="preserve">Project </w:t>
            </w:r>
            <w:proofErr w:type="spellStart"/>
            <w:r w:rsidRPr="44823A3F">
              <w:rPr>
                <w:rFonts w:ascii="Montserrat" w:eastAsia="Montserrat" w:hAnsi="Montserrat" w:cs="Montserrat"/>
                <w:b/>
                <w:bCs/>
                <w:color w:val="1B877F"/>
                <w:sz w:val="24"/>
                <w:szCs w:val="24"/>
                <w:lang w:val="es-ES"/>
              </w:rPr>
              <w:t>Result</w:t>
            </w:r>
            <w:proofErr w:type="spellEnd"/>
            <w:r w:rsidRPr="44823A3F">
              <w:rPr>
                <w:rFonts w:ascii="Montserrat" w:eastAsia="Montserrat" w:hAnsi="Montserrat" w:cs="Montserrat"/>
                <w:b/>
                <w:bCs/>
                <w:color w:val="1B877F"/>
                <w:sz w:val="24"/>
                <w:szCs w:val="24"/>
                <w:lang w:val="es-ES"/>
              </w:rPr>
              <w:t>(s):</w:t>
            </w:r>
          </w:p>
        </w:tc>
        <w:tc>
          <w:tcPr>
            <w:tcW w:w="59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22A26292" w14:textId="77777777" w:rsidR="00C72196" w:rsidRDefault="00C72196" w:rsidP="00385EE6">
            <w:pPr>
              <w:widowControl w:val="0"/>
              <w:rPr>
                <w:rFonts w:ascii="Montserrat" w:eastAsia="Montserrat" w:hAnsi="Montserrat" w:cs="Montserrat"/>
                <w:color w:val="434343"/>
                <w:sz w:val="24"/>
                <w:szCs w:val="24"/>
              </w:rPr>
            </w:pPr>
            <w:r w:rsidRPr="44823A3F">
              <w:rPr>
                <w:rFonts w:ascii="Montserrat" w:eastAsia="Montserrat" w:hAnsi="Montserrat" w:cs="Montserrat"/>
                <w:color w:val="434343"/>
                <w:sz w:val="24"/>
                <w:szCs w:val="24"/>
                <w:lang w:val="es-ES"/>
              </w:rPr>
              <w:t xml:space="preserve">[Describe at </w:t>
            </w:r>
            <w:proofErr w:type="spellStart"/>
            <w:r w:rsidRPr="44823A3F">
              <w:rPr>
                <w:rFonts w:ascii="Montserrat" w:eastAsia="Montserrat" w:hAnsi="Montserrat" w:cs="Montserrat"/>
                <w:color w:val="434343"/>
                <w:sz w:val="24"/>
                <w:szCs w:val="24"/>
                <w:lang w:val="es-ES"/>
              </w:rPr>
              <w:t>least</w:t>
            </w:r>
            <w:proofErr w:type="spellEnd"/>
            <w:r w:rsidRPr="44823A3F">
              <w:rPr>
                <w:rFonts w:ascii="Montserrat" w:eastAsia="Montserrat" w:hAnsi="Montserrat" w:cs="Montserrat"/>
                <w:color w:val="434343"/>
                <w:sz w:val="24"/>
                <w:szCs w:val="24"/>
                <w:lang w:val="es-ES"/>
              </w:rPr>
              <w:t xml:space="preserve"> one </w:t>
            </w:r>
            <w:proofErr w:type="spellStart"/>
            <w:r w:rsidRPr="44823A3F">
              <w:rPr>
                <w:rFonts w:ascii="Montserrat" w:eastAsia="Montserrat" w:hAnsi="Montserrat" w:cs="Montserrat"/>
                <w:color w:val="434343"/>
                <w:sz w:val="24"/>
                <w:szCs w:val="24"/>
                <w:lang w:val="es-ES"/>
              </w:rPr>
              <w:t>measurable</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result</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that</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will</w:t>
            </w:r>
            <w:proofErr w:type="spellEnd"/>
            <w:r w:rsidRPr="44823A3F">
              <w:rPr>
                <w:rFonts w:ascii="Montserrat" w:eastAsia="Montserrat" w:hAnsi="Montserrat" w:cs="Montserrat"/>
                <w:color w:val="434343"/>
                <w:sz w:val="24"/>
                <w:szCs w:val="24"/>
                <w:lang w:val="es-ES"/>
              </w:rPr>
              <w:t xml:space="preserve"> </w:t>
            </w:r>
            <w:proofErr w:type="gramStart"/>
            <w:r w:rsidRPr="44823A3F">
              <w:rPr>
                <w:rFonts w:ascii="Montserrat" w:eastAsia="Montserrat" w:hAnsi="Montserrat" w:cs="Montserrat"/>
                <w:color w:val="434343"/>
                <w:sz w:val="24"/>
                <w:szCs w:val="24"/>
                <w:lang w:val="es-ES"/>
              </w:rPr>
              <w:t>show</w:t>
            </w:r>
            <w:proofErr w:type="gram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your</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project’s</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immediate</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accomplishments</w:t>
            </w:r>
            <w:proofErr w:type="spellEnd"/>
            <w:r w:rsidRPr="44823A3F">
              <w:rPr>
                <w:rFonts w:ascii="Montserrat" w:eastAsia="Montserrat" w:hAnsi="Montserrat" w:cs="Montserrat"/>
                <w:color w:val="434343"/>
                <w:sz w:val="24"/>
                <w:szCs w:val="24"/>
                <w:lang w:val="es-ES"/>
              </w:rPr>
              <w:t xml:space="preserve"> and </w:t>
            </w:r>
            <w:proofErr w:type="spellStart"/>
            <w:r w:rsidRPr="44823A3F">
              <w:rPr>
                <w:rFonts w:ascii="Montserrat" w:eastAsia="Montserrat" w:hAnsi="Montserrat" w:cs="Montserrat"/>
                <w:color w:val="434343"/>
                <w:sz w:val="24"/>
                <w:szCs w:val="24"/>
                <w:lang w:val="es-ES"/>
              </w:rPr>
              <w:t>progress</w:t>
            </w:r>
            <w:proofErr w:type="spellEnd"/>
            <w:r w:rsidRPr="44823A3F">
              <w:rPr>
                <w:rFonts w:ascii="Montserrat" w:eastAsia="Montserrat" w:hAnsi="Montserrat" w:cs="Montserrat"/>
                <w:color w:val="434343"/>
                <w:sz w:val="24"/>
                <w:szCs w:val="24"/>
                <w:lang w:val="es-ES"/>
              </w:rPr>
              <w:t xml:space="preserve">. (Max 10 </w:t>
            </w:r>
            <w:proofErr w:type="spellStart"/>
            <w:r w:rsidRPr="44823A3F">
              <w:rPr>
                <w:rFonts w:ascii="Montserrat" w:eastAsia="Montserrat" w:hAnsi="Montserrat" w:cs="Montserrat"/>
                <w:color w:val="434343"/>
                <w:sz w:val="24"/>
                <w:szCs w:val="24"/>
                <w:lang w:val="es-ES"/>
              </w:rPr>
              <w:t>words</w:t>
            </w:r>
            <w:proofErr w:type="spellEnd"/>
            <w:r w:rsidRPr="44823A3F">
              <w:rPr>
                <w:rFonts w:ascii="Montserrat" w:eastAsia="Montserrat" w:hAnsi="Montserrat" w:cs="Montserrat"/>
                <w:color w:val="434343"/>
                <w:sz w:val="24"/>
                <w:szCs w:val="24"/>
                <w:lang w:val="es-ES"/>
              </w:rPr>
              <w:t>)]</w:t>
            </w:r>
          </w:p>
        </w:tc>
      </w:tr>
      <w:tr w:rsidR="00C72196" w14:paraId="51551396" w14:textId="77777777" w:rsidTr="00385EE6">
        <w:trPr>
          <w:trHeight w:val="300"/>
        </w:trPr>
        <w:tc>
          <w:tcPr>
            <w:tcW w:w="34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4B5BC5CC" w14:textId="77777777" w:rsidR="00C72196" w:rsidRDefault="00C72196" w:rsidP="00385EE6">
            <w:pPr>
              <w:widowControl w:val="0"/>
              <w:rPr>
                <w:rFonts w:ascii="Montserrat" w:eastAsia="Montserrat" w:hAnsi="Montserrat" w:cs="Montserrat"/>
                <w:color w:val="1B877F"/>
                <w:sz w:val="24"/>
                <w:szCs w:val="24"/>
              </w:rPr>
            </w:pPr>
            <w:r w:rsidRPr="44823A3F">
              <w:rPr>
                <w:rFonts w:ascii="Montserrat" w:eastAsia="Montserrat" w:hAnsi="Montserrat" w:cs="Montserrat"/>
                <w:b/>
                <w:bCs/>
                <w:color w:val="FF0000"/>
                <w:sz w:val="24"/>
                <w:szCs w:val="24"/>
                <w:lang w:val="es-ES"/>
              </w:rPr>
              <w:t>*</w:t>
            </w:r>
            <w:r w:rsidRPr="44823A3F">
              <w:rPr>
                <w:rFonts w:ascii="Montserrat" w:eastAsia="Montserrat" w:hAnsi="Montserrat" w:cs="Montserrat"/>
                <w:b/>
                <w:bCs/>
                <w:color w:val="1B877F"/>
                <w:sz w:val="24"/>
                <w:szCs w:val="24"/>
                <w:lang w:val="es-ES"/>
              </w:rPr>
              <w:t xml:space="preserve">Project </w:t>
            </w:r>
            <w:proofErr w:type="spellStart"/>
            <w:r w:rsidRPr="44823A3F">
              <w:rPr>
                <w:rFonts w:ascii="Montserrat" w:eastAsia="Montserrat" w:hAnsi="Montserrat" w:cs="Montserrat"/>
                <w:b/>
                <w:bCs/>
                <w:color w:val="1B877F"/>
                <w:sz w:val="24"/>
                <w:szCs w:val="24"/>
                <w:lang w:val="es-ES"/>
              </w:rPr>
              <w:t>Impact</w:t>
            </w:r>
            <w:proofErr w:type="spellEnd"/>
            <w:r w:rsidRPr="44823A3F">
              <w:rPr>
                <w:rFonts w:ascii="Montserrat" w:eastAsia="Montserrat" w:hAnsi="Montserrat" w:cs="Montserrat"/>
                <w:b/>
                <w:bCs/>
                <w:color w:val="1B877F"/>
                <w:sz w:val="24"/>
                <w:szCs w:val="24"/>
                <w:lang w:val="es-ES"/>
              </w:rPr>
              <w:t xml:space="preserve">: </w:t>
            </w:r>
          </w:p>
        </w:tc>
        <w:tc>
          <w:tcPr>
            <w:tcW w:w="59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1ABFF635" w14:textId="77777777" w:rsidR="00C72196" w:rsidRDefault="00C72196" w:rsidP="00385EE6">
            <w:pPr>
              <w:widowControl w:val="0"/>
              <w:rPr>
                <w:rFonts w:ascii="Montserrat" w:eastAsia="Montserrat" w:hAnsi="Montserrat" w:cs="Montserrat"/>
                <w:color w:val="434343"/>
                <w:sz w:val="24"/>
                <w:szCs w:val="24"/>
              </w:rPr>
            </w:pPr>
            <w:r w:rsidRPr="44823A3F">
              <w:rPr>
                <w:rFonts w:ascii="Montserrat" w:eastAsia="Montserrat" w:hAnsi="Montserrat" w:cs="Montserrat"/>
                <w:color w:val="434343"/>
                <w:sz w:val="24"/>
                <w:szCs w:val="24"/>
                <w:lang w:val="es-ES"/>
              </w:rPr>
              <w:t xml:space="preserve">[Describe </w:t>
            </w:r>
            <w:proofErr w:type="spellStart"/>
            <w:r w:rsidRPr="44823A3F">
              <w:rPr>
                <w:rFonts w:ascii="Montserrat" w:eastAsia="Montserrat" w:hAnsi="Montserrat" w:cs="Montserrat"/>
                <w:color w:val="434343"/>
                <w:sz w:val="24"/>
                <w:szCs w:val="24"/>
                <w:lang w:val="es-ES"/>
              </w:rPr>
              <w:t>how</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your</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project</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will</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create</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changes</w:t>
            </w:r>
            <w:proofErr w:type="spellEnd"/>
            <w:r w:rsidRPr="44823A3F">
              <w:rPr>
                <w:rFonts w:ascii="Montserrat" w:eastAsia="Montserrat" w:hAnsi="Montserrat" w:cs="Montserrat"/>
                <w:color w:val="434343"/>
                <w:sz w:val="24"/>
                <w:szCs w:val="24"/>
                <w:lang w:val="es-ES"/>
              </w:rPr>
              <w:t xml:space="preserve"> in </w:t>
            </w:r>
            <w:proofErr w:type="spellStart"/>
            <w:r w:rsidRPr="44823A3F">
              <w:rPr>
                <w:rFonts w:ascii="Montserrat" w:eastAsia="Montserrat" w:hAnsi="Montserrat" w:cs="Montserrat"/>
                <w:color w:val="434343"/>
                <w:sz w:val="24"/>
                <w:szCs w:val="24"/>
                <w:lang w:val="es-ES"/>
              </w:rPr>
              <w:t>behavior</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knowledge</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attitudes</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or</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processes</w:t>
            </w:r>
            <w:proofErr w:type="spellEnd"/>
            <w:r w:rsidRPr="44823A3F">
              <w:rPr>
                <w:rFonts w:ascii="Montserrat" w:eastAsia="Montserrat" w:hAnsi="Montserrat" w:cs="Montserrat"/>
                <w:color w:val="434343"/>
                <w:sz w:val="24"/>
                <w:szCs w:val="24"/>
                <w:lang w:val="es-ES"/>
              </w:rPr>
              <w:t xml:space="preserve"> (Max 100 </w:t>
            </w:r>
            <w:proofErr w:type="spellStart"/>
            <w:r w:rsidRPr="44823A3F">
              <w:rPr>
                <w:rFonts w:ascii="Montserrat" w:eastAsia="Montserrat" w:hAnsi="Montserrat" w:cs="Montserrat"/>
                <w:color w:val="434343"/>
                <w:sz w:val="24"/>
                <w:szCs w:val="24"/>
                <w:lang w:val="es-ES"/>
              </w:rPr>
              <w:t>words</w:t>
            </w:r>
            <w:proofErr w:type="spellEnd"/>
            <w:r w:rsidRPr="44823A3F">
              <w:rPr>
                <w:rFonts w:ascii="Montserrat" w:eastAsia="Montserrat" w:hAnsi="Montserrat" w:cs="Montserrat"/>
                <w:color w:val="434343"/>
                <w:sz w:val="24"/>
                <w:szCs w:val="24"/>
                <w:lang w:val="es-ES"/>
              </w:rPr>
              <w:t>)]</w:t>
            </w:r>
          </w:p>
        </w:tc>
      </w:tr>
      <w:tr w:rsidR="00C72196" w14:paraId="412BDEE0" w14:textId="77777777" w:rsidTr="00385EE6">
        <w:trPr>
          <w:trHeight w:val="300"/>
        </w:trPr>
        <w:tc>
          <w:tcPr>
            <w:tcW w:w="34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47DD5482" w14:textId="77777777" w:rsidR="00C72196" w:rsidRDefault="00C72196" w:rsidP="00385EE6">
            <w:pPr>
              <w:widowControl w:val="0"/>
              <w:rPr>
                <w:rFonts w:ascii="Montserrat" w:eastAsia="Montserrat" w:hAnsi="Montserrat" w:cs="Montserrat"/>
                <w:color w:val="1B877F"/>
                <w:sz w:val="24"/>
                <w:szCs w:val="24"/>
              </w:rPr>
            </w:pPr>
            <w:r w:rsidRPr="44823A3F">
              <w:rPr>
                <w:rFonts w:ascii="Montserrat" w:eastAsia="Montserrat" w:hAnsi="Montserrat" w:cs="Montserrat"/>
                <w:b/>
                <w:bCs/>
                <w:color w:val="FF0000"/>
                <w:sz w:val="24"/>
                <w:szCs w:val="24"/>
                <w:lang w:val="es-ES"/>
              </w:rPr>
              <w:t>*</w:t>
            </w:r>
            <w:proofErr w:type="spellStart"/>
            <w:r w:rsidRPr="44823A3F">
              <w:rPr>
                <w:rFonts w:ascii="Montserrat" w:eastAsia="Montserrat" w:hAnsi="Montserrat" w:cs="Montserrat"/>
                <w:b/>
                <w:bCs/>
                <w:color w:val="1B877F"/>
                <w:sz w:val="24"/>
                <w:szCs w:val="24"/>
                <w:lang w:val="es-ES"/>
              </w:rPr>
              <w:t>Microgrant</w:t>
            </w:r>
            <w:proofErr w:type="spellEnd"/>
            <w:r w:rsidRPr="44823A3F">
              <w:rPr>
                <w:rFonts w:ascii="Montserrat" w:eastAsia="Montserrat" w:hAnsi="Montserrat" w:cs="Montserrat"/>
                <w:b/>
                <w:bCs/>
                <w:color w:val="1B877F"/>
                <w:sz w:val="24"/>
                <w:szCs w:val="24"/>
                <w:lang w:val="es-ES"/>
              </w:rPr>
              <w:t xml:space="preserve"> </w:t>
            </w:r>
            <w:proofErr w:type="spellStart"/>
            <w:r w:rsidRPr="44823A3F">
              <w:rPr>
                <w:rFonts w:ascii="Montserrat" w:eastAsia="Montserrat" w:hAnsi="Montserrat" w:cs="Montserrat"/>
                <w:b/>
                <w:bCs/>
                <w:color w:val="1B877F"/>
                <w:sz w:val="24"/>
                <w:szCs w:val="24"/>
                <w:lang w:val="es-ES"/>
              </w:rPr>
              <w:t>request</w:t>
            </w:r>
            <w:proofErr w:type="spellEnd"/>
            <w:r w:rsidRPr="44823A3F">
              <w:rPr>
                <w:rFonts w:ascii="Montserrat" w:eastAsia="Montserrat" w:hAnsi="Montserrat" w:cs="Montserrat"/>
                <w:b/>
                <w:bCs/>
                <w:color w:val="1B877F"/>
                <w:sz w:val="24"/>
                <w:szCs w:val="24"/>
                <w:lang w:val="es-ES"/>
              </w:rPr>
              <w:t>:</w:t>
            </w:r>
          </w:p>
        </w:tc>
        <w:tc>
          <w:tcPr>
            <w:tcW w:w="59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10FFD21A" w14:textId="77777777" w:rsidR="00C72196" w:rsidRDefault="00C72196" w:rsidP="00385EE6">
            <w:pPr>
              <w:widowControl w:val="0"/>
              <w:rPr>
                <w:rFonts w:ascii="Montserrat" w:eastAsia="Montserrat" w:hAnsi="Montserrat" w:cs="Montserrat"/>
                <w:color w:val="434343"/>
                <w:sz w:val="24"/>
                <w:szCs w:val="24"/>
              </w:rPr>
            </w:pPr>
            <w:r w:rsidRPr="44823A3F">
              <w:rPr>
                <w:rFonts w:ascii="Montserrat" w:eastAsia="Montserrat" w:hAnsi="Montserrat" w:cs="Montserrat"/>
                <w:color w:val="434343"/>
                <w:sz w:val="24"/>
                <w:szCs w:val="24"/>
                <w:lang w:val="es-ES"/>
              </w:rPr>
              <w:t>[</w:t>
            </w:r>
            <w:proofErr w:type="spellStart"/>
            <w:r w:rsidRPr="44823A3F">
              <w:rPr>
                <w:rFonts w:ascii="Montserrat" w:eastAsia="Montserrat" w:hAnsi="Montserrat" w:cs="Montserrat"/>
                <w:color w:val="434343"/>
                <w:sz w:val="24"/>
                <w:szCs w:val="24"/>
                <w:lang w:val="es-ES"/>
              </w:rPr>
              <w:t>Specify</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an</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amount</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between</w:t>
            </w:r>
            <w:proofErr w:type="spellEnd"/>
            <w:r w:rsidRPr="44823A3F">
              <w:rPr>
                <w:rFonts w:ascii="Montserrat" w:eastAsia="Montserrat" w:hAnsi="Montserrat" w:cs="Montserrat"/>
                <w:color w:val="434343"/>
                <w:sz w:val="24"/>
                <w:szCs w:val="24"/>
                <w:lang w:val="es-ES"/>
              </w:rPr>
              <w:t xml:space="preserve"> US$1,000 and US$5,000.]</w:t>
            </w:r>
          </w:p>
        </w:tc>
      </w:tr>
      <w:tr w:rsidR="00C72196" w14:paraId="1B3D7D26" w14:textId="77777777" w:rsidTr="00385EE6">
        <w:trPr>
          <w:trHeight w:val="300"/>
        </w:trPr>
        <w:tc>
          <w:tcPr>
            <w:tcW w:w="34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4B121064" w14:textId="77777777" w:rsidR="00C72196" w:rsidRDefault="00C72196" w:rsidP="00385EE6">
            <w:pPr>
              <w:widowControl w:val="0"/>
              <w:rPr>
                <w:rFonts w:ascii="Montserrat" w:eastAsia="Montserrat" w:hAnsi="Montserrat" w:cs="Montserrat"/>
                <w:color w:val="1B877F"/>
                <w:sz w:val="24"/>
                <w:szCs w:val="24"/>
              </w:rPr>
            </w:pPr>
            <w:r w:rsidRPr="44823A3F">
              <w:rPr>
                <w:rFonts w:ascii="Montserrat" w:eastAsia="Montserrat" w:hAnsi="Montserrat" w:cs="Montserrat"/>
                <w:b/>
                <w:bCs/>
                <w:color w:val="FF0000"/>
                <w:sz w:val="24"/>
                <w:szCs w:val="24"/>
                <w:lang w:val="es"/>
              </w:rPr>
              <w:t>*</w:t>
            </w:r>
            <w:r w:rsidRPr="44823A3F">
              <w:rPr>
                <w:rFonts w:ascii="Montserrat" w:eastAsia="Montserrat" w:hAnsi="Montserrat" w:cs="Montserrat"/>
                <w:b/>
                <w:bCs/>
                <w:color w:val="1B877F"/>
                <w:sz w:val="24"/>
                <w:szCs w:val="24"/>
                <w:lang w:val="es"/>
              </w:rPr>
              <w:t xml:space="preserve">Budget: </w:t>
            </w:r>
          </w:p>
        </w:tc>
        <w:tc>
          <w:tcPr>
            <w:tcW w:w="59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0F0B9E14" w14:textId="77777777" w:rsidR="00C72196" w:rsidRDefault="00C72196" w:rsidP="00385EE6">
            <w:pPr>
              <w:widowControl w:val="0"/>
              <w:spacing w:before="240" w:after="240"/>
            </w:pPr>
            <w:r w:rsidRPr="6FEDD72B">
              <w:rPr>
                <w:rFonts w:ascii="Montserrat" w:eastAsia="Montserrat" w:hAnsi="Montserrat" w:cs="Montserrat"/>
                <w:b/>
                <w:bCs/>
                <w:sz w:val="24"/>
                <w:szCs w:val="24"/>
                <w:lang w:val="es-ES"/>
              </w:rPr>
              <w:t>[</w:t>
            </w:r>
            <w:proofErr w:type="spellStart"/>
            <w:r w:rsidRPr="6FEDD72B">
              <w:rPr>
                <w:rFonts w:ascii="Montserrat" w:eastAsia="Montserrat" w:hAnsi="Montserrat" w:cs="Montserrat"/>
                <w:b/>
                <w:bCs/>
                <w:sz w:val="24"/>
                <w:szCs w:val="24"/>
                <w:lang w:val="es-ES"/>
              </w:rPr>
              <w:t>Explain</w:t>
            </w:r>
            <w:proofErr w:type="spellEnd"/>
            <w:r w:rsidRPr="6FEDD72B">
              <w:rPr>
                <w:rFonts w:ascii="Montserrat" w:eastAsia="Montserrat" w:hAnsi="Montserrat" w:cs="Montserrat"/>
                <w:b/>
                <w:bCs/>
                <w:sz w:val="24"/>
                <w:szCs w:val="24"/>
                <w:lang w:val="es-ES"/>
              </w:rPr>
              <w:t xml:space="preserve"> </w:t>
            </w:r>
            <w:proofErr w:type="spellStart"/>
            <w:r w:rsidRPr="6FEDD72B">
              <w:rPr>
                <w:rFonts w:ascii="Montserrat" w:eastAsia="Montserrat" w:hAnsi="Montserrat" w:cs="Montserrat"/>
                <w:b/>
                <w:bCs/>
                <w:sz w:val="24"/>
                <w:szCs w:val="24"/>
                <w:lang w:val="es-ES"/>
              </w:rPr>
              <w:t>here</w:t>
            </w:r>
            <w:proofErr w:type="spellEnd"/>
            <w:r w:rsidRPr="6FEDD72B">
              <w:rPr>
                <w:rFonts w:ascii="Montserrat" w:eastAsia="Montserrat" w:hAnsi="Montserrat" w:cs="Montserrat"/>
                <w:b/>
                <w:bCs/>
                <w:sz w:val="24"/>
                <w:szCs w:val="24"/>
                <w:lang w:val="es-ES"/>
              </w:rPr>
              <w:t xml:space="preserve"> </w:t>
            </w:r>
            <w:proofErr w:type="spellStart"/>
            <w:r w:rsidRPr="6FEDD72B">
              <w:rPr>
                <w:rFonts w:ascii="Montserrat" w:eastAsia="Montserrat" w:hAnsi="Montserrat" w:cs="Montserrat"/>
                <w:b/>
                <w:bCs/>
                <w:sz w:val="24"/>
                <w:szCs w:val="24"/>
                <w:lang w:val="es-ES"/>
              </w:rPr>
              <w:t>the</w:t>
            </w:r>
            <w:proofErr w:type="spellEnd"/>
            <w:r w:rsidRPr="6FEDD72B">
              <w:rPr>
                <w:rFonts w:ascii="Montserrat" w:eastAsia="Montserrat" w:hAnsi="Montserrat" w:cs="Montserrat"/>
                <w:b/>
                <w:bCs/>
                <w:sz w:val="24"/>
                <w:szCs w:val="24"/>
                <w:lang w:val="es-ES"/>
              </w:rPr>
              <w:t xml:space="preserve"> </w:t>
            </w:r>
            <w:proofErr w:type="spellStart"/>
            <w:r w:rsidRPr="6FEDD72B">
              <w:rPr>
                <w:rFonts w:ascii="Montserrat" w:eastAsia="Montserrat" w:hAnsi="Montserrat" w:cs="Montserrat"/>
                <w:b/>
                <w:bCs/>
                <w:sz w:val="24"/>
                <w:szCs w:val="24"/>
                <w:lang w:val="es-ES"/>
              </w:rPr>
              <w:t>estimated</w:t>
            </w:r>
            <w:proofErr w:type="spellEnd"/>
            <w:r w:rsidRPr="6FEDD72B">
              <w:rPr>
                <w:rFonts w:ascii="Montserrat" w:eastAsia="Montserrat" w:hAnsi="Montserrat" w:cs="Montserrat"/>
                <w:b/>
                <w:bCs/>
                <w:sz w:val="24"/>
                <w:szCs w:val="24"/>
                <w:lang w:val="es-ES"/>
              </w:rPr>
              <w:t xml:space="preserve"> </w:t>
            </w:r>
            <w:proofErr w:type="spellStart"/>
            <w:r w:rsidRPr="6FEDD72B">
              <w:rPr>
                <w:rFonts w:ascii="Montserrat" w:eastAsia="Montserrat" w:hAnsi="Montserrat" w:cs="Montserrat"/>
                <w:b/>
                <w:bCs/>
                <w:sz w:val="24"/>
                <w:szCs w:val="24"/>
                <w:lang w:val="es-ES"/>
              </w:rPr>
              <w:t>costs</w:t>
            </w:r>
            <w:proofErr w:type="spellEnd"/>
            <w:r w:rsidRPr="6FEDD72B">
              <w:rPr>
                <w:rFonts w:ascii="Montserrat" w:eastAsia="Montserrat" w:hAnsi="Montserrat" w:cs="Montserrat"/>
                <w:b/>
                <w:bCs/>
                <w:sz w:val="24"/>
                <w:szCs w:val="24"/>
                <w:lang w:val="es-ES"/>
              </w:rPr>
              <w:t xml:space="preserve"> </w:t>
            </w:r>
            <w:proofErr w:type="spellStart"/>
            <w:r w:rsidRPr="6FEDD72B">
              <w:rPr>
                <w:rFonts w:ascii="Montserrat" w:eastAsia="Montserrat" w:hAnsi="Montserrat" w:cs="Montserrat"/>
                <w:b/>
                <w:bCs/>
                <w:sz w:val="24"/>
                <w:szCs w:val="24"/>
                <w:lang w:val="es-ES"/>
              </w:rPr>
              <w:t>for</w:t>
            </w:r>
            <w:proofErr w:type="spellEnd"/>
            <w:r w:rsidRPr="6FEDD72B">
              <w:rPr>
                <w:rFonts w:ascii="Montserrat" w:eastAsia="Montserrat" w:hAnsi="Montserrat" w:cs="Montserrat"/>
                <w:b/>
                <w:bCs/>
                <w:sz w:val="24"/>
                <w:szCs w:val="24"/>
                <w:lang w:val="es-ES"/>
              </w:rPr>
              <w:t xml:space="preserve"> </w:t>
            </w:r>
            <w:proofErr w:type="spellStart"/>
            <w:r w:rsidRPr="6FEDD72B">
              <w:rPr>
                <w:rFonts w:ascii="Montserrat" w:eastAsia="Montserrat" w:hAnsi="Montserrat" w:cs="Montserrat"/>
                <w:b/>
                <w:bCs/>
                <w:sz w:val="24"/>
                <w:szCs w:val="24"/>
                <w:lang w:val="es-ES"/>
              </w:rPr>
              <w:t>implementing</w:t>
            </w:r>
            <w:proofErr w:type="spellEnd"/>
            <w:r w:rsidRPr="6FEDD72B">
              <w:rPr>
                <w:rFonts w:ascii="Montserrat" w:eastAsia="Montserrat" w:hAnsi="Montserrat" w:cs="Montserrat"/>
                <w:b/>
                <w:bCs/>
                <w:sz w:val="24"/>
                <w:szCs w:val="24"/>
                <w:lang w:val="es-ES"/>
              </w:rPr>
              <w:t xml:space="preserve"> </w:t>
            </w:r>
            <w:proofErr w:type="spellStart"/>
            <w:r w:rsidRPr="6FEDD72B">
              <w:rPr>
                <w:rFonts w:ascii="Montserrat" w:eastAsia="Montserrat" w:hAnsi="Montserrat" w:cs="Montserrat"/>
                <w:b/>
                <w:bCs/>
                <w:sz w:val="24"/>
                <w:szCs w:val="24"/>
                <w:lang w:val="es-ES"/>
              </w:rPr>
              <w:t>your</w:t>
            </w:r>
            <w:proofErr w:type="spellEnd"/>
            <w:r w:rsidRPr="6FEDD72B">
              <w:rPr>
                <w:rFonts w:ascii="Montserrat" w:eastAsia="Montserrat" w:hAnsi="Montserrat" w:cs="Montserrat"/>
                <w:b/>
                <w:bCs/>
                <w:sz w:val="24"/>
                <w:szCs w:val="24"/>
                <w:lang w:val="es-ES"/>
              </w:rPr>
              <w:t xml:space="preserve"> </w:t>
            </w:r>
            <w:proofErr w:type="spellStart"/>
            <w:r w:rsidRPr="6FEDD72B">
              <w:rPr>
                <w:rFonts w:ascii="Montserrat" w:eastAsia="Montserrat" w:hAnsi="Montserrat" w:cs="Montserrat"/>
                <w:b/>
                <w:bCs/>
                <w:sz w:val="24"/>
                <w:szCs w:val="24"/>
                <w:lang w:val="es-ES"/>
              </w:rPr>
              <w:t>project</w:t>
            </w:r>
            <w:proofErr w:type="spellEnd"/>
            <w:r w:rsidRPr="6FEDD72B">
              <w:rPr>
                <w:rFonts w:ascii="Montserrat" w:eastAsia="Montserrat" w:hAnsi="Montserrat" w:cs="Montserrat"/>
                <w:b/>
                <w:bCs/>
                <w:sz w:val="24"/>
                <w:szCs w:val="24"/>
                <w:lang w:val="es-ES"/>
              </w:rPr>
              <w:t xml:space="preserve">, as </w:t>
            </w:r>
            <w:proofErr w:type="spellStart"/>
            <w:r w:rsidRPr="6FEDD72B">
              <w:rPr>
                <w:rFonts w:ascii="Montserrat" w:eastAsia="Montserrat" w:hAnsi="Montserrat" w:cs="Montserrat"/>
                <w:b/>
                <w:bCs/>
                <w:sz w:val="24"/>
                <w:szCs w:val="24"/>
                <w:lang w:val="es-ES"/>
              </w:rPr>
              <w:t>included</w:t>
            </w:r>
            <w:proofErr w:type="spellEnd"/>
            <w:r w:rsidRPr="6FEDD72B">
              <w:rPr>
                <w:rFonts w:ascii="Montserrat" w:eastAsia="Montserrat" w:hAnsi="Montserrat" w:cs="Montserrat"/>
                <w:b/>
                <w:bCs/>
                <w:sz w:val="24"/>
                <w:szCs w:val="24"/>
                <w:lang w:val="es-ES"/>
              </w:rPr>
              <w:t xml:space="preserve"> in </w:t>
            </w:r>
            <w:proofErr w:type="spellStart"/>
            <w:r w:rsidRPr="6FEDD72B">
              <w:rPr>
                <w:rFonts w:ascii="Montserrat" w:eastAsia="Montserrat" w:hAnsi="Montserrat" w:cs="Montserrat"/>
                <w:b/>
                <w:bCs/>
                <w:sz w:val="24"/>
                <w:szCs w:val="24"/>
                <w:lang w:val="es-ES"/>
              </w:rPr>
              <w:t>the</w:t>
            </w:r>
            <w:proofErr w:type="spellEnd"/>
            <w:r w:rsidRPr="6FEDD72B">
              <w:rPr>
                <w:rFonts w:ascii="Montserrat" w:eastAsia="Montserrat" w:hAnsi="Montserrat" w:cs="Montserrat"/>
                <w:b/>
                <w:bCs/>
                <w:sz w:val="24"/>
                <w:szCs w:val="24"/>
                <w:lang w:val="es-ES"/>
              </w:rPr>
              <w:t xml:space="preserve"> </w:t>
            </w:r>
            <w:proofErr w:type="spellStart"/>
            <w:r w:rsidRPr="6FEDD72B">
              <w:rPr>
                <w:rFonts w:ascii="Montserrat" w:eastAsia="Montserrat" w:hAnsi="Montserrat" w:cs="Montserrat"/>
                <w:b/>
                <w:bCs/>
                <w:sz w:val="24"/>
                <w:szCs w:val="24"/>
                <w:lang w:val="es-ES"/>
              </w:rPr>
              <w:t>Expenditure</w:t>
            </w:r>
            <w:proofErr w:type="spellEnd"/>
            <w:r w:rsidRPr="6FEDD72B">
              <w:rPr>
                <w:rFonts w:ascii="Montserrat" w:eastAsia="Montserrat" w:hAnsi="Montserrat" w:cs="Montserrat"/>
                <w:b/>
                <w:bCs/>
                <w:sz w:val="24"/>
                <w:szCs w:val="24"/>
                <w:lang w:val="es-ES"/>
              </w:rPr>
              <w:t xml:space="preserve"> Budget (</w:t>
            </w:r>
            <w:proofErr w:type="spellStart"/>
            <w:r w:rsidRPr="6FEDD72B">
              <w:rPr>
                <w:rFonts w:ascii="Montserrat" w:eastAsia="Montserrat" w:hAnsi="Montserrat" w:cs="Montserrat"/>
                <w:b/>
                <w:bCs/>
                <w:sz w:val="24"/>
                <w:szCs w:val="24"/>
                <w:lang w:val="es-ES"/>
              </w:rPr>
              <w:t>Annex</w:t>
            </w:r>
            <w:proofErr w:type="spellEnd"/>
            <w:r w:rsidRPr="6FEDD72B">
              <w:rPr>
                <w:rFonts w:ascii="Montserrat" w:eastAsia="Montserrat" w:hAnsi="Montserrat" w:cs="Montserrat"/>
                <w:b/>
                <w:bCs/>
                <w:sz w:val="24"/>
                <w:szCs w:val="24"/>
                <w:lang w:val="es-ES"/>
              </w:rPr>
              <w:t xml:space="preserve"> 3), and </w:t>
            </w:r>
            <w:proofErr w:type="spellStart"/>
            <w:r w:rsidRPr="6FEDD72B">
              <w:rPr>
                <w:rFonts w:ascii="Montserrat" w:eastAsia="Montserrat" w:hAnsi="Montserrat" w:cs="Montserrat"/>
                <w:b/>
                <w:bCs/>
                <w:sz w:val="24"/>
                <w:szCs w:val="24"/>
                <w:lang w:val="es-ES"/>
              </w:rPr>
              <w:t>ensure</w:t>
            </w:r>
            <w:proofErr w:type="spellEnd"/>
            <w:r w:rsidRPr="6FEDD72B">
              <w:rPr>
                <w:rFonts w:ascii="Montserrat" w:eastAsia="Montserrat" w:hAnsi="Montserrat" w:cs="Montserrat"/>
                <w:b/>
                <w:bCs/>
                <w:sz w:val="24"/>
                <w:szCs w:val="24"/>
                <w:lang w:val="es-ES"/>
              </w:rPr>
              <w:t xml:space="preserve"> </w:t>
            </w:r>
            <w:proofErr w:type="spellStart"/>
            <w:r w:rsidRPr="6FEDD72B">
              <w:rPr>
                <w:rFonts w:ascii="Montserrat" w:eastAsia="Montserrat" w:hAnsi="Montserrat" w:cs="Montserrat"/>
                <w:b/>
                <w:bCs/>
                <w:sz w:val="24"/>
                <w:szCs w:val="24"/>
                <w:lang w:val="es-ES"/>
              </w:rPr>
              <w:t>that</w:t>
            </w:r>
            <w:proofErr w:type="spellEnd"/>
            <w:r w:rsidRPr="6FEDD72B">
              <w:rPr>
                <w:rFonts w:ascii="Montserrat" w:eastAsia="Montserrat" w:hAnsi="Montserrat" w:cs="Montserrat"/>
                <w:b/>
                <w:bCs/>
                <w:sz w:val="24"/>
                <w:szCs w:val="24"/>
                <w:lang w:val="es-ES"/>
              </w:rPr>
              <w:t xml:space="preserve"> </w:t>
            </w:r>
            <w:proofErr w:type="spellStart"/>
            <w:r w:rsidRPr="6FEDD72B">
              <w:rPr>
                <w:rFonts w:ascii="Montserrat" w:eastAsia="Montserrat" w:hAnsi="Montserrat" w:cs="Montserrat"/>
                <w:b/>
                <w:bCs/>
                <w:sz w:val="24"/>
                <w:szCs w:val="24"/>
                <w:lang w:val="es-ES"/>
              </w:rPr>
              <w:t>the</w:t>
            </w:r>
            <w:proofErr w:type="spellEnd"/>
            <w:r w:rsidRPr="6FEDD72B">
              <w:rPr>
                <w:rFonts w:ascii="Montserrat" w:eastAsia="Montserrat" w:hAnsi="Montserrat" w:cs="Montserrat"/>
                <w:b/>
                <w:bCs/>
                <w:sz w:val="24"/>
                <w:szCs w:val="24"/>
                <w:lang w:val="es-ES"/>
              </w:rPr>
              <w:t xml:space="preserve"> </w:t>
            </w:r>
            <w:proofErr w:type="spellStart"/>
            <w:r w:rsidRPr="6FEDD72B">
              <w:rPr>
                <w:rFonts w:ascii="Montserrat" w:eastAsia="Montserrat" w:hAnsi="Montserrat" w:cs="Montserrat"/>
                <w:b/>
                <w:bCs/>
                <w:sz w:val="24"/>
                <w:szCs w:val="24"/>
                <w:lang w:val="es-ES"/>
              </w:rPr>
              <w:t>amounts</w:t>
            </w:r>
            <w:proofErr w:type="spellEnd"/>
            <w:r w:rsidRPr="6FEDD72B">
              <w:rPr>
                <w:rFonts w:ascii="Montserrat" w:eastAsia="Montserrat" w:hAnsi="Montserrat" w:cs="Montserrat"/>
                <w:b/>
                <w:bCs/>
                <w:sz w:val="24"/>
                <w:szCs w:val="24"/>
                <w:lang w:val="es-ES"/>
              </w:rPr>
              <w:t xml:space="preserve"> </w:t>
            </w:r>
            <w:proofErr w:type="spellStart"/>
            <w:r w:rsidRPr="6FEDD72B">
              <w:rPr>
                <w:rFonts w:ascii="Montserrat" w:eastAsia="Montserrat" w:hAnsi="Montserrat" w:cs="Montserrat"/>
                <w:b/>
                <w:bCs/>
                <w:sz w:val="24"/>
                <w:szCs w:val="24"/>
                <w:lang w:val="es-ES"/>
              </w:rPr>
              <w:t>correspond</w:t>
            </w:r>
            <w:proofErr w:type="spellEnd"/>
            <w:r w:rsidRPr="6FEDD72B">
              <w:rPr>
                <w:rFonts w:ascii="Montserrat" w:eastAsia="Montserrat" w:hAnsi="Montserrat" w:cs="Montserrat"/>
                <w:b/>
                <w:bCs/>
                <w:sz w:val="24"/>
                <w:szCs w:val="24"/>
                <w:lang w:val="es-ES"/>
              </w:rPr>
              <w:t xml:space="preserve"> </w:t>
            </w:r>
            <w:proofErr w:type="spellStart"/>
            <w:r w:rsidRPr="6FEDD72B">
              <w:rPr>
                <w:rFonts w:ascii="Montserrat" w:eastAsia="Montserrat" w:hAnsi="Montserrat" w:cs="Montserrat"/>
                <w:b/>
                <w:bCs/>
                <w:sz w:val="24"/>
                <w:szCs w:val="24"/>
                <w:lang w:val="es-ES"/>
              </w:rPr>
              <w:t>to</w:t>
            </w:r>
            <w:proofErr w:type="spellEnd"/>
            <w:r w:rsidRPr="6FEDD72B">
              <w:rPr>
                <w:rFonts w:ascii="Montserrat" w:eastAsia="Montserrat" w:hAnsi="Montserrat" w:cs="Montserrat"/>
                <w:b/>
                <w:bCs/>
                <w:sz w:val="24"/>
                <w:szCs w:val="24"/>
                <w:lang w:val="es-ES"/>
              </w:rPr>
              <w:t xml:space="preserve"> </w:t>
            </w:r>
            <w:proofErr w:type="spellStart"/>
            <w:r w:rsidRPr="6FEDD72B">
              <w:rPr>
                <w:rFonts w:ascii="Montserrat" w:eastAsia="Montserrat" w:hAnsi="Montserrat" w:cs="Montserrat"/>
                <w:b/>
                <w:bCs/>
                <w:sz w:val="24"/>
                <w:szCs w:val="24"/>
                <w:lang w:val="es-ES"/>
              </w:rPr>
              <w:t>those</w:t>
            </w:r>
            <w:proofErr w:type="spellEnd"/>
            <w:r w:rsidRPr="6FEDD72B">
              <w:rPr>
                <w:rFonts w:ascii="Montserrat" w:eastAsia="Montserrat" w:hAnsi="Montserrat" w:cs="Montserrat"/>
                <w:b/>
                <w:bCs/>
                <w:sz w:val="24"/>
                <w:szCs w:val="24"/>
                <w:lang w:val="es-ES"/>
              </w:rPr>
              <w:t xml:space="preserve"> </w:t>
            </w:r>
            <w:proofErr w:type="spellStart"/>
            <w:r w:rsidRPr="6FEDD72B">
              <w:rPr>
                <w:rFonts w:ascii="Montserrat" w:eastAsia="Montserrat" w:hAnsi="Montserrat" w:cs="Montserrat"/>
                <w:b/>
                <w:bCs/>
                <w:sz w:val="24"/>
                <w:szCs w:val="24"/>
                <w:lang w:val="es-ES"/>
              </w:rPr>
              <w:t>listed</w:t>
            </w:r>
            <w:proofErr w:type="spellEnd"/>
            <w:r w:rsidRPr="6FEDD72B">
              <w:rPr>
                <w:rFonts w:ascii="Montserrat" w:eastAsia="Montserrat" w:hAnsi="Montserrat" w:cs="Montserrat"/>
                <w:b/>
                <w:bCs/>
                <w:sz w:val="24"/>
                <w:szCs w:val="24"/>
                <w:lang w:val="es-ES"/>
              </w:rPr>
              <w:t xml:space="preserve"> in </w:t>
            </w:r>
            <w:proofErr w:type="spellStart"/>
            <w:r w:rsidRPr="6FEDD72B">
              <w:rPr>
                <w:rFonts w:ascii="Montserrat" w:eastAsia="Montserrat" w:hAnsi="Montserrat" w:cs="Montserrat"/>
                <w:b/>
                <w:bCs/>
                <w:sz w:val="24"/>
                <w:szCs w:val="24"/>
                <w:lang w:val="es-ES"/>
              </w:rPr>
              <w:t>the</w:t>
            </w:r>
            <w:proofErr w:type="spellEnd"/>
            <w:r w:rsidRPr="6FEDD72B">
              <w:rPr>
                <w:rFonts w:ascii="Montserrat" w:eastAsia="Montserrat" w:hAnsi="Montserrat" w:cs="Montserrat"/>
                <w:b/>
                <w:bCs/>
                <w:sz w:val="24"/>
                <w:szCs w:val="24"/>
                <w:lang w:val="es-ES"/>
              </w:rPr>
              <w:t xml:space="preserve"> </w:t>
            </w:r>
            <w:proofErr w:type="spellStart"/>
            <w:r w:rsidRPr="6FEDD72B">
              <w:rPr>
                <w:rFonts w:ascii="Montserrat" w:eastAsia="Montserrat" w:hAnsi="Montserrat" w:cs="Montserrat"/>
                <w:b/>
                <w:bCs/>
                <w:sz w:val="24"/>
                <w:szCs w:val="24"/>
                <w:lang w:val="es-ES"/>
              </w:rPr>
              <w:t>budget</w:t>
            </w:r>
            <w:proofErr w:type="spellEnd"/>
            <w:r w:rsidRPr="6FEDD72B">
              <w:rPr>
                <w:rFonts w:ascii="Montserrat" w:eastAsia="Montserrat" w:hAnsi="Montserrat" w:cs="Montserrat"/>
                <w:b/>
                <w:bCs/>
                <w:sz w:val="24"/>
                <w:szCs w:val="24"/>
                <w:lang w:val="es-ES"/>
              </w:rPr>
              <w:t>.]</w:t>
            </w:r>
          </w:p>
          <w:p w14:paraId="4BBC1F42" w14:textId="77777777" w:rsidR="00C72196" w:rsidRDefault="00C72196" w:rsidP="00385EE6">
            <w:pPr>
              <w:widowControl w:val="0"/>
              <w:spacing w:before="240" w:after="240"/>
            </w:pPr>
            <w:r w:rsidRPr="42F3DE3E">
              <w:rPr>
                <w:rFonts w:ascii="Montserrat" w:eastAsia="Montserrat" w:hAnsi="Montserrat" w:cs="Montserrat"/>
                <w:b/>
                <w:bCs/>
                <w:sz w:val="24"/>
                <w:szCs w:val="24"/>
                <w:lang w:val="es-ES"/>
              </w:rPr>
              <w:t xml:space="preserve">The </w:t>
            </w:r>
            <w:proofErr w:type="spellStart"/>
            <w:r w:rsidRPr="42F3DE3E">
              <w:rPr>
                <w:rFonts w:ascii="Montserrat" w:eastAsia="Montserrat" w:hAnsi="Montserrat" w:cs="Montserrat"/>
                <w:b/>
                <w:bCs/>
                <w:sz w:val="24"/>
                <w:szCs w:val="24"/>
                <w:lang w:val="es-ES"/>
              </w:rPr>
              <w:t>microgrant</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will</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cover</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the</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following</w:t>
            </w:r>
            <w:proofErr w:type="spellEnd"/>
            <w:r w:rsidRPr="42F3DE3E">
              <w:rPr>
                <w:rFonts w:ascii="Montserrat" w:eastAsia="Montserrat" w:hAnsi="Montserrat" w:cs="Montserrat"/>
                <w:b/>
                <w:bCs/>
                <w:sz w:val="24"/>
                <w:szCs w:val="24"/>
                <w:lang w:val="es-ES"/>
              </w:rPr>
              <w:t xml:space="preserve"> expenses:</w:t>
            </w:r>
          </w:p>
          <w:p w14:paraId="0B081773" w14:textId="77777777" w:rsidR="00C72196" w:rsidRDefault="00C72196" w:rsidP="00385EE6">
            <w:pPr>
              <w:pStyle w:val="Heading3"/>
              <w:widowControl w:val="0"/>
              <w:spacing w:before="281" w:after="281"/>
            </w:pPr>
            <w:r w:rsidRPr="42F3DE3E">
              <w:rPr>
                <w:rFonts w:ascii="Montserrat" w:eastAsia="Montserrat" w:hAnsi="Montserrat" w:cs="Montserrat"/>
                <w:sz w:val="28"/>
                <w:szCs w:val="28"/>
                <w:lang w:val="es-ES"/>
              </w:rPr>
              <w:t xml:space="preserve">1. </w:t>
            </w:r>
            <w:proofErr w:type="spellStart"/>
            <w:r w:rsidRPr="42F3DE3E">
              <w:rPr>
                <w:rFonts w:ascii="Montserrat" w:eastAsia="Montserrat" w:hAnsi="Montserrat" w:cs="Montserrat"/>
                <w:sz w:val="28"/>
                <w:szCs w:val="28"/>
                <w:lang w:val="es-ES"/>
              </w:rPr>
              <w:t>Reasonable</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costs</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for</w:t>
            </w:r>
            <w:proofErr w:type="spellEnd"/>
            <w:r w:rsidRPr="42F3DE3E">
              <w:rPr>
                <w:rFonts w:ascii="Montserrat" w:eastAsia="Montserrat" w:hAnsi="Montserrat" w:cs="Montserrat"/>
                <w:sz w:val="28"/>
                <w:szCs w:val="28"/>
                <w:lang w:val="es-ES"/>
              </w:rPr>
              <w:t xml:space="preserve"> training and </w:t>
            </w:r>
            <w:proofErr w:type="spellStart"/>
            <w:r w:rsidRPr="42F3DE3E">
              <w:rPr>
                <w:rFonts w:ascii="Montserrat" w:eastAsia="Montserrat" w:hAnsi="Montserrat" w:cs="Montserrat"/>
                <w:sz w:val="28"/>
                <w:szCs w:val="28"/>
                <w:lang w:val="es-ES"/>
              </w:rPr>
              <w:t>mentoring</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through</w:t>
            </w:r>
            <w:proofErr w:type="spellEnd"/>
            <w:r w:rsidRPr="42F3DE3E">
              <w:rPr>
                <w:rFonts w:ascii="Montserrat" w:eastAsia="Montserrat" w:hAnsi="Montserrat" w:cs="Montserrat"/>
                <w:sz w:val="28"/>
                <w:szCs w:val="28"/>
                <w:lang w:val="es-ES"/>
              </w:rPr>
              <w:t xml:space="preserve"> workshops </w:t>
            </w:r>
            <w:proofErr w:type="spellStart"/>
            <w:r w:rsidRPr="42F3DE3E">
              <w:rPr>
                <w:rFonts w:ascii="Montserrat" w:eastAsia="Montserrat" w:hAnsi="Montserrat" w:cs="Montserrat"/>
                <w:sz w:val="28"/>
                <w:szCs w:val="28"/>
                <w:lang w:val="es-ES"/>
              </w:rPr>
              <w:t>with</w:t>
            </w:r>
            <w:proofErr w:type="spellEnd"/>
            <w:r w:rsidRPr="42F3DE3E">
              <w:rPr>
                <w:rFonts w:ascii="Montserrat" w:eastAsia="Montserrat" w:hAnsi="Montserrat" w:cs="Montserrat"/>
                <w:sz w:val="28"/>
                <w:szCs w:val="28"/>
                <w:lang w:val="es-ES"/>
              </w:rPr>
              <w:t xml:space="preserve"> active </w:t>
            </w:r>
            <w:proofErr w:type="spellStart"/>
            <w:r w:rsidRPr="42F3DE3E">
              <w:rPr>
                <w:rFonts w:ascii="Montserrat" w:eastAsia="Montserrat" w:hAnsi="Montserrat" w:cs="Montserrat"/>
                <w:sz w:val="28"/>
                <w:szCs w:val="28"/>
                <w:lang w:val="es-ES"/>
              </w:rPr>
              <w:t>youth</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participation</w:t>
            </w:r>
            <w:proofErr w:type="spellEnd"/>
          </w:p>
          <w:p w14:paraId="50783C8A" w14:textId="77777777" w:rsidR="00C72196" w:rsidRDefault="00C72196" w:rsidP="00385EE6">
            <w:pPr>
              <w:widowControl w:val="0"/>
              <w:spacing w:before="240" w:after="240"/>
            </w:pPr>
            <w:proofErr w:type="spellStart"/>
            <w:r w:rsidRPr="42F3DE3E">
              <w:rPr>
                <w:rFonts w:ascii="Montserrat" w:eastAsia="Montserrat" w:hAnsi="Montserrat" w:cs="Montserrat"/>
                <w:sz w:val="24"/>
                <w:szCs w:val="24"/>
                <w:lang w:val="es-ES"/>
              </w:rPr>
              <w:t>Honorarium</w:t>
            </w:r>
            <w:proofErr w:type="spellEnd"/>
            <w:r w:rsidRPr="42F3DE3E">
              <w:rPr>
                <w:rFonts w:ascii="Montserrat" w:eastAsia="Montserrat" w:hAnsi="Montserrat" w:cs="Montserrat"/>
                <w:sz w:val="24"/>
                <w:szCs w:val="24"/>
                <w:lang w:val="es-ES"/>
              </w:rPr>
              <w:t xml:space="preserve"> (full </w:t>
            </w:r>
            <w:proofErr w:type="spellStart"/>
            <w:r w:rsidRPr="42F3DE3E">
              <w:rPr>
                <w:rFonts w:ascii="Montserrat" w:eastAsia="Montserrat" w:hAnsi="Montserrat" w:cs="Montserrat"/>
                <w:sz w:val="24"/>
                <w:szCs w:val="24"/>
                <w:lang w:val="es-ES"/>
              </w:rPr>
              <w:t>name</w:t>
            </w:r>
            <w:proofErr w:type="spellEnd"/>
            <w:r w:rsidRPr="42F3DE3E">
              <w:rPr>
                <w:rFonts w:ascii="Montserrat" w:eastAsia="Montserrat" w:hAnsi="Montserrat" w:cs="Montserrat"/>
                <w:sz w:val="24"/>
                <w:szCs w:val="24"/>
                <w:lang w:val="es-ES"/>
              </w:rPr>
              <w:t xml:space="preserve">, role in </w:t>
            </w:r>
            <w:proofErr w:type="spellStart"/>
            <w:r w:rsidRPr="42F3DE3E">
              <w:rPr>
                <w:rFonts w:ascii="Montserrat" w:eastAsia="Montserrat" w:hAnsi="Montserrat" w:cs="Montserrat"/>
                <w:sz w:val="24"/>
                <w:szCs w:val="24"/>
                <w:lang w:val="es-ES"/>
              </w:rPr>
              <w:t>the</w:t>
            </w:r>
            <w:proofErr w:type="spellEnd"/>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project</w:t>
            </w:r>
            <w:proofErr w:type="spellEnd"/>
            <w:r w:rsidRPr="42F3DE3E">
              <w:rPr>
                <w:rFonts w:ascii="Montserrat" w:eastAsia="Montserrat" w:hAnsi="Montserrat" w:cs="Montserrat"/>
                <w:sz w:val="24"/>
                <w:szCs w:val="24"/>
                <w:lang w:val="es-ES"/>
              </w:rPr>
              <w:t>):</w:t>
            </w:r>
          </w:p>
          <w:p w14:paraId="2FB768F4" w14:textId="77777777" w:rsidR="00C72196" w:rsidRDefault="00C72196" w:rsidP="00385EE6">
            <w:pPr>
              <w:widowControl w:val="0"/>
              <w:spacing w:before="240" w:after="240"/>
            </w:pPr>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days</w:t>
            </w:r>
            <w:proofErr w:type="spellEnd"/>
            <w:r w:rsidRPr="42F3DE3E">
              <w:rPr>
                <w:rFonts w:ascii="Montserrat" w:eastAsia="Montserrat" w:hAnsi="Montserrat" w:cs="Montserrat"/>
                <w:sz w:val="24"/>
                <w:szCs w:val="24"/>
                <w:lang w:val="es-ES"/>
              </w:rPr>
              <w:t>/</w:t>
            </w:r>
            <w:proofErr w:type="spellStart"/>
            <w:r w:rsidRPr="42F3DE3E">
              <w:rPr>
                <w:rFonts w:ascii="Montserrat" w:eastAsia="Montserrat" w:hAnsi="Montserrat" w:cs="Montserrat"/>
                <w:sz w:val="24"/>
                <w:szCs w:val="24"/>
                <w:lang w:val="es-ES"/>
              </w:rPr>
              <w:t>months</w:t>
            </w:r>
            <w:proofErr w:type="spellEnd"/>
            <w:r w:rsidRPr="42F3DE3E">
              <w:rPr>
                <w:rFonts w:ascii="Montserrat" w:eastAsia="Montserrat" w:hAnsi="Montserrat" w:cs="Montserrat"/>
                <w:sz w:val="24"/>
                <w:szCs w:val="24"/>
                <w:lang w:val="es-ES"/>
              </w:rPr>
              <w:t>/</w:t>
            </w:r>
            <w:proofErr w:type="spellStart"/>
            <w:r w:rsidRPr="42F3DE3E">
              <w:rPr>
                <w:rFonts w:ascii="Montserrat" w:eastAsia="Montserrat" w:hAnsi="Montserrat" w:cs="Montserrat"/>
                <w:sz w:val="24"/>
                <w:szCs w:val="24"/>
                <w:lang w:val="es-ES"/>
              </w:rPr>
              <w:t>task</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roofErr w:type="spellStart"/>
            <w:r w:rsidRPr="42F3DE3E">
              <w:rPr>
                <w:rFonts w:ascii="Montserrat" w:eastAsia="Montserrat" w:hAnsi="Montserrat" w:cs="Montserrat"/>
                <w:sz w:val="24"/>
                <w:szCs w:val="24"/>
                <w:lang w:val="es-ES"/>
              </w:rPr>
              <w:t>day</w:t>
            </w:r>
            <w:proofErr w:type="spellEnd"/>
            <w:r w:rsidRPr="42F3DE3E">
              <w:rPr>
                <w:rFonts w:ascii="Montserrat" w:eastAsia="Montserrat" w:hAnsi="Montserrat" w:cs="Montserrat"/>
                <w:sz w:val="24"/>
                <w:szCs w:val="24"/>
                <w:lang w:val="es-ES"/>
              </w:rPr>
              <w:t>/</w:t>
            </w:r>
            <w:proofErr w:type="spellStart"/>
            <w:r w:rsidRPr="42F3DE3E">
              <w:rPr>
                <w:rFonts w:ascii="Montserrat" w:eastAsia="Montserrat" w:hAnsi="Montserrat" w:cs="Montserrat"/>
                <w:sz w:val="24"/>
                <w:szCs w:val="24"/>
                <w:lang w:val="es-ES"/>
              </w:rPr>
              <w:t>month</w:t>
            </w:r>
            <w:proofErr w:type="spellEnd"/>
            <w:r w:rsidRPr="42F3DE3E">
              <w:rPr>
                <w:rFonts w:ascii="Montserrat" w:eastAsia="Montserrat" w:hAnsi="Montserrat" w:cs="Montserrat"/>
                <w:sz w:val="24"/>
                <w:szCs w:val="24"/>
                <w:lang w:val="es-ES"/>
              </w:rPr>
              <w:t>/</w:t>
            </w:r>
            <w:proofErr w:type="spellStart"/>
            <w:r w:rsidRPr="42F3DE3E">
              <w:rPr>
                <w:rFonts w:ascii="Montserrat" w:eastAsia="Montserrat" w:hAnsi="Montserrat" w:cs="Montserrat"/>
                <w:sz w:val="24"/>
                <w:szCs w:val="24"/>
                <w:lang w:val="es-ES"/>
              </w:rPr>
              <w:t>task</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
          <w:p w14:paraId="2A4224EB" w14:textId="77777777" w:rsidR="00C72196" w:rsidRDefault="00C72196" w:rsidP="00385EE6">
            <w:pPr>
              <w:widowControl w:val="0"/>
              <w:spacing w:before="240" w:after="240"/>
            </w:pPr>
            <w:proofErr w:type="gramStart"/>
            <w:r w:rsidRPr="42F3DE3E">
              <w:rPr>
                <w:rFonts w:ascii="Montserrat" w:eastAsia="Montserrat" w:hAnsi="Montserrat" w:cs="Montserrat"/>
                <w:b/>
                <w:bCs/>
                <w:sz w:val="24"/>
                <w:szCs w:val="24"/>
                <w:lang w:val="es-ES"/>
              </w:rPr>
              <w:t>Total</w:t>
            </w:r>
            <w:proofErr w:type="gram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for</w:t>
            </w:r>
            <w:proofErr w:type="spellEnd"/>
            <w:r w:rsidRPr="42F3DE3E">
              <w:rPr>
                <w:rFonts w:ascii="Montserrat" w:eastAsia="Montserrat" w:hAnsi="Montserrat" w:cs="Montserrat"/>
                <w:b/>
                <w:bCs/>
                <w:sz w:val="24"/>
                <w:szCs w:val="24"/>
                <w:lang w:val="es-ES"/>
              </w:rPr>
              <w:t xml:space="preserve"> Section 1. Training and </w:t>
            </w:r>
            <w:proofErr w:type="spellStart"/>
            <w:r w:rsidRPr="42F3DE3E">
              <w:rPr>
                <w:rFonts w:ascii="Montserrat" w:eastAsia="Montserrat" w:hAnsi="Montserrat" w:cs="Montserrat"/>
                <w:b/>
                <w:bCs/>
                <w:sz w:val="24"/>
                <w:szCs w:val="24"/>
                <w:lang w:val="es-ES"/>
              </w:rPr>
              <w:t>Mentoring</w:t>
            </w:r>
            <w:proofErr w:type="spellEnd"/>
            <w:r w:rsidRPr="42F3DE3E">
              <w:rPr>
                <w:rFonts w:ascii="Montserrat" w:eastAsia="Montserrat" w:hAnsi="Montserrat" w:cs="Montserrat"/>
                <w:b/>
                <w:bCs/>
                <w:sz w:val="24"/>
                <w:szCs w:val="24"/>
                <w:lang w:val="es-ES"/>
              </w:rPr>
              <w:t>:</w:t>
            </w:r>
            <w:r w:rsidRPr="42F3DE3E">
              <w:rPr>
                <w:rFonts w:ascii="Montserrat" w:eastAsia="Montserrat" w:hAnsi="Montserrat" w:cs="Montserrat"/>
                <w:sz w:val="24"/>
                <w:szCs w:val="24"/>
                <w:lang w:val="es-ES"/>
              </w:rPr>
              <w:t xml:space="preserve"> ………</w:t>
            </w:r>
          </w:p>
          <w:p w14:paraId="468F21C3" w14:textId="77777777" w:rsidR="00C72196" w:rsidRDefault="00C72196" w:rsidP="00385EE6">
            <w:pPr>
              <w:widowControl w:val="0"/>
            </w:pPr>
          </w:p>
          <w:p w14:paraId="7C0F203C" w14:textId="77777777" w:rsidR="00C72196" w:rsidRDefault="00C72196" w:rsidP="00385EE6">
            <w:pPr>
              <w:pStyle w:val="Heading3"/>
              <w:widowControl w:val="0"/>
              <w:spacing w:before="281" w:after="281"/>
            </w:pPr>
            <w:r w:rsidRPr="42F3DE3E">
              <w:rPr>
                <w:rFonts w:ascii="Montserrat" w:eastAsia="Montserrat" w:hAnsi="Montserrat" w:cs="Montserrat"/>
                <w:sz w:val="28"/>
                <w:szCs w:val="28"/>
                <w:lang w:val="es-ES"/>
              </w:rPr>
              <w:lastRenderedPageBreak/>
              <w:t xml:space="preserve">2. </w:t>
            </w:r>
            <w:proofErr w:type="spellStart"/>
            <w:r w:rsidRPr="42F3DE3E">
              <w:rPr>
                <w:rFonts w:ascii="Montserrat" w:eastAsia="Montserrat" w:hAnsi="Montserrat" w:cs="Montserrat"/>
                <w:sz w:val="28"/>
                <w:szCs w:val="28"/>
                <w:lang w:val="es-ES"/>
              </w:rPr>
              <w:t>Materials</w:t>
            </w:r>
            <w:proofErr w:type="spellEnd"/>
            <w:r w:rsidRPr="42F3DE3E">
              <w:rPr>
                <w:rFonts w:ascii="Montserrat" w:eastAsia="Montserrat" w:hAnsi="Montserrat" w:cs="Montserrat"/>
                <w:sz w:val="28"/>
                <w:szCs w:val="28"/>
                <w:lang w:val="es-ES"/>
              </w:rPr>
              <w:t xml:space="preserve"> and </w:t>
            </w:r>
            <w:proofErr w:type="spellStart"/>
            <w:r w:rsidRPr="42F3DE3E">
              <w:rPr>
                <w:rFonts w:ascii="Montserrat" w:eastAsia="Montserrat" w:hAnsi="Montserrat" w:cs="Montserrat"/>
                <w:sz w:val="28"/>
                <w:szCs w:val="28"/>
                <w:lang w:val="es-ES"/>
              </w:rPr>
              <w:t>supplies</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required</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for</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the</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project</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including</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the</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rental</w:t>
            </w:r>
            <w:proofErr w:type="spellEnd"/>
            <w:r w:rsidRPr="42F3DE3E">
              <w:rPr>
                <w:rFonts w:ascii="Montserrat" w:eastAsia="Montserrat" w:hAnsi="Montserrat" w:cs="Montserrat"/>
                <w:sz w:val="28"/>
                <w:szCs w:val="28"/>
                <w:lang w:val="es-ES"/>
              </w:rPr>
              <w:t xml:space="preserve"> and </w:t>
            </w:r>
            <w:proofErr w:type="spellStart"/>
            <w:r w:rsidRPr="42F3DE3E">
              <w:rPr>
                <w:rFonts w:ascii="Montserrat" w:eastAsia="Montserrat" w:hAnsi="Montserrat" w:cs="Montserrat"/>
                <w:sz w:val="28"/>
                <w:szCs w:val="28"/>
                <w:lang w:val="es-ES"/>
              </w:rPr>
              <w:t>purchase</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of</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items</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directly</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necessary</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for</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project</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implementation</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such</w:t>
            </w:r>
            <w:proofErr w:type="spellEnd"/>
            <w:r w:rsidRPr="42F3DE3E">
              <w:rPr>
                <w:rFonts w:ascii="Montserrat" w:eastAsia="Montserrat" w:hAnsi="Montserrat" w:cs="Montserrat"/>
                <w:sz w:val="28"/>
                <w:szCs w:val="28"/>
                <w:lang w:val="es-ES"/>
              </w:rPr>
              <w:t xml:space="preserve"> as </w:t>
            </w:r>
            <w:proofErr w:type="spellStart"/>
            <w:r w:rsidRPr="42F3DE3E">
              <w:rPr>
                <w:rFonts w:ascii="Montserrat" w:eastAsia="Montserrat" w:hAnsi="Montserrat" w:cs="Montserrat"/>
                <w:sz w:val="28"/>
                <w:szCs w:val="28"/>
                <w:lang w:val="es-ES"/>
              </w:rPr>
              <w:t>equipment</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tools</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drawing</w:t>
            </w:r>
            <w:proofErr w:type="spellEnd"/>
            <w:r w:rsidRPr="42F3DE3E">
              <w:rPr>
                <w:rFonts w:ascii="Montserrat" w:eastAsia="Montserrat" w:hAnsi="Montserrat" w:cs="Montserrat"/>
                <w:sz w:val="28"/>
                <w:szCs w:val="28"/>
                <w:lang w:val="es-ES"/>
              </w:rPr>
              <w:t xml:space="preserve"> and </w:t>
            </w:r>
            <w:proofErr w:type="spellStart"/>
            <w:r w:rsidRPr="42F3DE3E">
              <w:rPr>
                <w:rFonts w:ascii="Montserrat" w:eastAsia="Montserrat" w:hAnsi="Montserrat" w:cs="Montserrat"/>
                <w:sz w:val="28"/>
                <w:szCs w:val="28"/>
                <w:lang w:val="es-ES"/>
              </w:rPr>
              <w:t>painting</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supplies</w:t>
            </w:r>
            <w:proofErr w:type="spellEnd"/>
            <w:r w:rsidRPr="42F3DE3E">
              <w:rPr>
                <w:rFonts w:ascii="Montserrat" w:eastAsia="Montserrat" w:hAnsi="Montserrat" w:cs="Montserrat"/>
                <w:sz w:val="28"/>
                <w:szCs w:val="28"/>
                <w:lang w:val="es-ES"/>
              </w:rPr>
              <w:t>, etc.</w:t>
            </w:r>
          </w:p>
          <w:p w14:paraId="6B549B4D" w14:textId="77777777" w:rsidR="00C72196" w:rsidRDefault="00C72196" w:rsidP="00385EE6">
            <w:pPr>
              <w:widowControl w:val="0"/>
              <w:spacing w:before="240" w:after="240"/>
            </w:pPr>
            <w:r w:rsidRPr="42F3DE3E">
              <w:rPr>
                <w:rFonts w:ascii="Montserrat" w:eastAsia="Montserrat" w:hAnsi="Montserrat" w:cs="Montserrat"/>
                <w:sz w:val="24"/>
                <w:szCs w:val="24"/>
                <w:lang w:val="es-ES"/>
              </w:rPr>
              <w:t>Material/</w:t>
            </w:r>
            <w:proofErr w:type="spellStart"/>
            <w:r w:rsidRPr="42F3DE3E">
              <w:rPr>
                <w:rFonts w:ascii="Montserrat" w:eastAsia="Montserrat" w:hAnsi="Montserrat" w:cs="Montserrat"/>
                <w:sz w:val="24"/>
                <w:szCs w:val="24"/>
                <w:lang w:val="es-ES"/>
              </w:rPr>
              <w:t>product</w:t>
            </w:r>
            <w:proofErr w:type="spellEnd"/>
            <w:r w:rsidRPr="42F3DE3E">
              <w:rPr>
                <w:rFonts w:ascii="Montserrat" w:eastAsia="Montserrat" w:hAnsi="Montserrat" w:cs="Montserrat"/>
                <w:sz w:val="24"/>
                <w:szCs w:val="24"/>
                <w:lang w:val="es-ES"/>
              </w:rPr>
              <w:t>:</w:t>
            </w:r>
          </w:p>
          <w:p w14:paraId="27D6BC68" w14:textId="77777777" w:rsidR="00C72196" w:rsidRDefault="00C72196" w:rsidP="00385EE6">
            <w:pPr>
              <w:widowControl w:val="0"/>
              <w:spacing w:before="240" w:after="240"/>
            </w:pPr>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number</w:t>
            </w:r>
            <w:proofErr w:type="spellEnd"/>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of</w:t>
            </w:r>
            <w:proofErr w:type="spellEnd"/>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units</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roofErr w:type="spellStart"/>
            <w:r w:rsidRPr="42F3DE3E">
              <w:rPr>
                <w:rFonts w:ascii="Montserrat" w:eastAsia="Montserrat" w:hAnsi="Montserrat" w:cs="Montserrat"/>
                <w:sz w:val="24"/>
                <w:szCs w:val="24"/>
                <w:lang w:val="es-ES"/>
              </w:rPr>
              <w:t>unit</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
          <w:p w14:paraId="740696C1" w14:textId="77777777" w:rsidR="00C72196" w:rsidRDefault="00C72196" w:rsidP="00385EE6">
            <w:pPr>
              <w:widowControl w:val="0"/>
              <w:spacing w:before="240" w:after="240"/>
            </w:pPr>
            <w:proofErr w:type="spellStart"/>
            <w:r w:rsidRPr="42F3DE3E">
              <w:rPr>
                <w:rFonts w:ascii="Montserrat" w:eastAsia="Montserrat" w:hAnsi="Montserrat" w:cs="Montserrat"/>
                <w:sz w:val="24"/>
                <w:szCs w:val="24"/>
                <w:lang w:val="es-ES"/>
              </w:rPr>
              <w:t>Equipment</w:t>
            </w:r>
            <w:proofErr w:type="spellEnd"/>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rental</w:t>
            </w:r>
            <w:proofErr w:type="spellEnd"/>
            <w:r w:rsidRPr="42F3DE3E">
              <w:rPr>
                <w:rFonts w:ascii="Montserrat" w:eastAsia="Montserrat" w:hAnsi="Montserrat" w:cs="Montserrat"/>
                <w:sz w:val="24"/>
                <w:szCs w:val="24"/>
                <w:lang w:val="es-ES"/>
              </w:rPr>
              <w:t>:</w:t>
            </w:r>
          </w:p>
          <w:p w14:paraId="3BD25410" w14:textId="77777777" w:rsidR="00C72196" w:rsidRDefault="00C72196" w:rsidP="00385EE6">
            <w:pPr>
              <w:widowControl w:val="0"/>
              <w:spacing w:before="240" w:after="240"/>
            </w:pPr>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number</w:t>
            </w:r>
            <w:proofErr w:type="spellEnd"/>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of</w:t>
            </w:r>
            <w:proofErr w:type="spellEnd"/>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units</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roofErr w:type="spellStart"/>
            <w:r w:rsidRPr="42F3DE3E">
              <w:rPr>
                <w:rFonts w:ascii="Montserrat" w:eastAsia="Montserrat" w:hAnsi="Montserrat" w:cs="Montserrat"/>
                <w:sz w:val="24"/>
                <w:szCs w:val="24"/>
                <w:lang w:val="es-ES"/>
              </w:rPr>
              <w:t>unit</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
          <w:p w14:paraId="0EEFBDA9" w14:textId="77777777" w:rsidR="00C72196" w:rsidRDefault="00C72196" w:rsidP="00385EE6">
            <w:pPr>
              <w:widowControl w:val="0"/>
              <w:spacing w:before="240" w:after="240"/>
            </w:pPr>
            <w:proofErr w:type="gramStart"/>
            <w:r w:rsidRPr="42F3DE3E">
              <w:rPr>
                <w:rFonts w:ascii="Montserrat" w:eastAsia="Montserrat" w:hAnsi="Montserrat" w:cs="Montserrat"/>
                <w:b/>
                <w:bCs/>
                <w:sz w:val="24"/>
                <w:szCs w:val="24"/>
                <w:lang w:val="es-ES"/>
              </w:rPr>
              <w:t>Total</w:t>
            </w:r>
            <w:proofErr w:type="gram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for</w:t>
            </w:r>
            <w:proofErr w:type="spellEnd"/>
            <w:r w:rsidRPr="42F3DE3E">
              <w:rPr>
                <w:rFonts w:ascii="Montserrat" w:eastAsia="Montserrat" w:hAnsi="Montserrat" w:cs="Montserrat"/>
                <w:b/>
                <w:bCs/>
                <w:sz w:val="24"/>
                <w:szCs w:val="24"/>
                <w:lang w:val="es-ES"/>
              </w:rPr>
              <w:t xml:space="preserve"> Section 2. </w:t>
            </w:r>
            <w:proofErr w:type="spellStart"/>
            <w:r w:rsidRPr="42F3DE3E">
              <w:rPr>
                <w:rFonts w:ascii="Montserrat" w:eastAsia="Montserrat" w:hAnsi="Montserrat" w:cs="Montserrat"/>
                <w:b/>
                <w:bCs/>
                <w:sz w:val="24"/>
                <w:szCs w:val="24"/>
                <w:lang w:val="es-ES"/>
              </w:rPr>
              <w:t>Materials</w:t>
            </w:r>
            <w:proofErr w:type="spellEnd"/>
            <w:r w:rsidRPr="42F3DE3E">
              <w:rPr>
                <w:rFonts w:ascii="Montserrat" w:eastAsia="Montserrat" w:hAnsi="Montserrat" w:cs="Montserrat"/>
                <w:b/>
                <w:bCs/>
                <w:sz w:val="24"/>
                <w:szCs w:val="24"/>
                <w:lang w:val="es-ES"/>
              </w:rPr>
              <w:t xml:space="preserve"> and </w:t>
            </w:r>
            <w:proofErr w:type="spellStart"/>
            <w:r w:rsidRPr="42F3DE3E">
              <w:rPr>
                <w:rFonts w:ascii="Montserrat" w:eastAsia="Montserrat" w:hAnsi="Montserrat" w:cs="Montserrat"/>
                <w:b/>
                <w:bCs/>
                <w:sz w:val="24"/>
                <w:szCs w:val="24"/>
                <w:lang w:val="es-ES"/>
              </w:rPr>
              <w:t>Supplies</w:t>
            </w:r>
            <w:proofErr w:type="spellEnd"/>
            <w:r w:rsidRPr="42F3DE3E">
              <w:rPr>
                <w:rFonts w:ascii="Montserrat" w:eastAsia="Montserrat" w:hAnsi="Montserrat" w:cs="Montserrat"/>
                <w:b/>
                <w:bCs/>
                <w:sz w:val="24"/>
                <w:szCs w:val="24"/>
                <w:lang w:val="es-ES"/>
              </w:rPr>
              <w:t>:</w:t>
            </w:r>
            <w:r w:rsidRPr="42F3DE3E">
              <w:rPr>
                <w:rFonts w:ascii="Montserrat" w:eastAsia="Montserrat" w:hAnsi="Montserrat" w:cs="Montserrat"/>
                <w:sz w:val="24"/>
                <w:szCs w:val="24"/>
                <w:lang w:val="es-ES"/>
              </w:rPr>
              <w:t xml:space="preserve"> ………</w:t>
            </w:r>
          </w:p>
          <w:p w14:paraId="1E4BB9B0" w14:textId="77777777" w:rsidR="00C72196" w:rsidRDefault="00C72196" w:rsidP="00385EE6">
            <w:pPr>
              <w:widowControl w:val="0"/>
            </w:pPr>
          </w:p>
          <w:p w14:paraId="5A1F5EBE" w14:textId="77777777" w:rsidR="00C72196" w:rsidRDefault="00C72196" w:rsidP="00385EE6">
            <w:pPr>
              <w:pStyle w:val="Heading3"/>
              <w:widowControl w:val="0"/>
              <w:spacing w:before="281" w:after="281"/>
            </w:pPr>
            <w:r w:rsidRPr="42F3DE3E">
              <w:rPr>
                <w:rFonts w:ascii="Montserrat" w:eastAsia="Montserrat" w:hAnsi="Montserrat" w:cs="Montserrat"/>
                <w:sz w:val="28"/>
                <w:szCs w:val="28"/>
                <w:lang w:val="es-ES"/>
              </w:rPr>
              <w:t xml:space="preserve">3. </w:t>
            </w:r>
            <w:proofErr w:type="spellStart"/>
            <w:r w:rsidRPr="42F3DE3E">
              <w:rPr>
                <w:rFonts w:ascii="Montserrat" w:eastAsia="Montserrat" w:hAnsi="Montserrat" w:cs="Montserrat"/>
                <w:sz w:val="28"/>
                <w:szCs w:val="28"/>
                <w:lang w:val="es-ES"/>
              </w:rPr>
              <w:t>Costs</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for</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organizing</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community</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events</w:t>
            </w:r>
            <w:proofErr w:type="spellEnd"/>
            <w:r w:rsidRPr="42F3DE3E">
              <w:rPr>
                <w:rFonts w:ascii="Montserrat" w:eastAsia="Montserrat" w:hAnsi="Montserrat" w:cs="Montserrat"/>
                <w:sz w:val="28"/>
                <w:szCs w:val="28"/>
                <w:lang w:val="es-ES"/>
              </w:rPr>
              <w:t xml:space="preserve">, workshops, </w:t>
            </w:r>
            <w:proofErr w:type="spellStart"/>
            <w:r w:rsidRPr="42F3DE3E">
              <w:rPr>
                <w:rFonts w:ascii="Montserrat" w:eastAsia="Montserrat" w:hAnsi="Montserrat" w:cs="Montserrat"/>
                <w:sz w:val="28"/>
                <w:szCs w:val="28"/>
                <w:lang w:val="es-ES"/>
              </w:rPr>
              <w:t>or</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information</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sessions</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including</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venue</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rental</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printing</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materials</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for</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participants</w:t>
            </w:r>
            <w:proofErr w:type="spellEnd"/>
            <w:r w:rsidRPr="42F3DE3E">
              <w:rPr>
                <w:rFonts w:ascii="Montserrat" w:eastAsia="Montserrat" w:hAnsi="Montserrat" w:cs="Montserrat"/>
                <w:sz w:val="28"/>
                <w:szCs w:val="28"/>
                <w:lang w:val="es-ES"/>
              </w:rPr>
              <w:t xml:space="preserve">, and </w:t>
            </w:r>
            <w:proofErr w:type="spellStart"/>
            <w:r w:rsidRPr="42F3DE3E">
              <w:rPr>
                <w:rFonts w:ascii="Montserrat" w:eastAsia="Montserrat" w:hAnsi="Montserrat" w:cs="Montserrat"/>
                <w:sz w:val="28"/>
                <w:szCs w:val="28"/>
                <w:lang w:val="es-ES"/>
              </w:rPr>
              <w:t>refreshments</w:t>
            </w:r>
            <w:proofErr w:type="spellEnd"/>
          </w:p>
          <w:p w14:paraId="008275A5" w14:textId="77777777" w:rsidR="00C72196" w:rsidRDefault="00C72196" w:rsidP="00385EE6">
            <w:pPr>
              <w:widowControl w:val="0"/>
              <w:spacing w:before="240" w:after="240"/>
            </w:pPr>
            <w:proofErr w:type="spellStart"/>
            <w:r w:rsidRPr="42F3DE3E">
              <w:rPr>
                <w:rFonts w:ascii="Montserrat" w:eastAsia="Montserrat" w:hAnsi="Montserrat" w:cs="Montserrat"/>
                <w:sz w:val="24"/>
                <w:szCs w:val="24"/>
                <w:lang w:val="es-ES"/>
              </w:rPr>
              <w:t>Venue</w:t>
            </w:r>
            <w:proofErr w:type="spellEnd"/>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rental</w:t>
            </w:r>
            <w:proofErr w:type="spellEnd"/>
            <w:r w:rsidRPr="42F3DE3E">
              <w:rPr>
                <w:rFonts w:ascii="Montserrat" w:eastAsia="Montserrat" w:hAnsi="Montserrat" w:cs="Montserrat"/>
                <w:sz w:val="24"/>
                <w:szCs w:val="24"/>
                <w:lang w:val="es-ES"/>
              </w:rPr>
              <w:t>:</w:t>
            </w:r>
          </w:p>
          <w:p w14:paraId="27E7ED85" w14:textId="77777777" w:rsidR="00C72196" w:rsidRDefault="00C72196" w:rsidP="00385EE6">
            <w:pPr>
              <w:widowControl w:val="0"/>
              <w:spacing w:before="240" w:after="240"/>
            </w:pPr>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number</w:t>
            </w:r>
            <w:proofErr w:type="spellEnd"/>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of</w:t>
            </w:r>
            <w:proofErr w:type="spellEnd"/>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units</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roofErr w:type="spellStart"/>
            <w:r w:rsidRPr="42F3DE3E">
              <w:rPr>
                <w:rFonts w:ascii="Montserrat" w:eastAsia="Montserrat" w:hAnsi="Montserrat" w:cs="Montserrat"/>
                <w:sz w:val="24"/>
                <w:szCs w:val="24"/>
                <w:lang w:val="es-ES"/>
              </w:rPr>
              <w:t>unit</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
          <w:p w14:paraId="078FD21A" w14:textId="77777777" w:rsidR="00C72196" w:rsidRDefault="00C72196" w:rsidP="00385EE6">
            <w:pPr>
              <w:widowControl w:val="0"/>
              <w:spacing w:before="240" w:after="240"/>
            </w:pPr>
            <w:proofErr w:type="spellStart"/>
            <w:r w:rsidRPr="42F3DE3E">
              <w:rPr>
                <w:rFonts w:ascii="Montserrat" w:eastAsia="Montserrat" w:hAnsi="Montserrat" w:cs="Montserrat"/>
                <w:sz w:val="24"/>
                <w:szCs w:val="24"/>
                <w:lang w:val="es-ES"/>
              </w:rPr>
              <w:t>Equipment</w:t>
            </w:r>
            <w:proofErr w:type="spellEnd"/>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rental</w:t>
            </w:r>
            <w:proofErr w:type="spellEnd"/>
            <w:r w:rsidRPr="42F3DE3E">
              <w:rPr>
                <w:rFonts w:ascii="Montserrat" w:eastAsia="Montserrat" w:hAnsi="Montserrat" w:cs="Montserrat"/>
                <w:sz w:val="24"/>
                <w:szCs w:val="24"/>
                <w:lang w:val="es-ES"/>
              </w:rPr>
              <w:t>:</w:t>
            </w:r>
          </w:p>
          <w:p w14:paraId="337BD2B3" w14:textId="77777777" w:rsidR="00C72196" w:rsidRDefault="00C72196" w:rsidP="00385EE6">
            <w:pPr>
              <w:widowControl w:val="0"/>
              <w:spacing w:before="240" w:after="240"/>
            </w:pPr>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number</w:t>
            </w:r>
            <w:proofErr w:type="spellEnd"/>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of</w:t>
            </w:r>
            <w:proofErr w:type="spellEnd"/>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units</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roofErr w:type="spellStart"/>
            <w:r w:rsidRPr="42F3DE3E">
              <w:rPr>
                <w:rFonts w:ascii="Montserrat" w:eastAsia="Montserrat" w:hAnsi="Montserrat" w:cs="Montserrat"/>
                <w:sz w:val="24"/>
                <w:szCs w:val="24"/>
                <w:lang w:val="es-ES"/>
              </w:rPr>
              <w:t>unit</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
          <w:p w14:paraId="304EF568" w14:textId="77777777" w:rsidR="00C72196" w:rsidRDefault="00C72196" w:rsidP="00385EE6">
            <w:pPr>
              <w:widowControl w:val="0"/>
              <w:spacing w:before="240" w:after="240"/>
            </w:pPr>
            <w:r w:rsidRPr="42F3DE3E">
              <w:rPr>
                <w:rFonts w:ascii="Montserrat" w:eastAsia="Montserrat" w:hAnsi="Montserrat" w:cs="Montserrat"/>
                <w:sz w:val="24"/>
                <w:szCs w:val="24"/>
                <w:lang w:val="es"/>
              </w:rPr>
              <w:t>Service:</w:t>
            </w:r>
          </w:p>
          <w:p w14:paraId="602966D7" w14:textId="77777777" w:rsidR="00C72196" w:rsidRDefault="00C72196" w:rsidP="00385EE6">
            <w:pPr>
              <w:widowControl w:val="0"/>
              <w:spacing w:before="240" w:after="240"/>
            </w:pPr>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days</w:t>
            </w:r>
            <w:proofErr w:type="spellEnd"/>
            <w:r w:rsidRPr="42F3DE3E">
              <w:rPr>
                <w:rFonts w:ascii="Montserrat" w:eastAsia="Montserrat" w:hAnsi="Montserrat" w:cs="Montserrat"/>
                <w:sz w:val="24"/>
                <w:szCs w:val="24"/>
                <w:lang w:val="es-ES"/>
              </w:rPr>
              <w:t>/</w:t>
            </w:r>
            <w:proofErr w:type="spellStart"/>
            <w:r w:rsidRPr="42F3DE3E">
              <w:rPr>
                <w:rFonts w:ascii="Montserrat" w:eastAsia="Montserrat" w:hAnsi="Montserrat" w:cs="Montserrat"/>
                <w:sz w:val="24"/>
                <w:szCs w:val="24"/>
                <w:lang w:val="es-ES"/>
              </w:rPr>
              <w:t>months</w:t>
            </w:r>
            <w:proofErr w:type="spellEnd"/>
            <w:r w:rsidRPr="42F3DE3E">
              <w:rPr>
                <w:rFonts w:ascii="Montserrat" w:eastAsia="Montserrat" w:hAnsi="Montserrat" w:cs="Montserrat"/>
                <w:sz w:val="24"/>
                <w:szCs w:val="24"/>
                <w:lang w:val="es-ES"/>
              </w:rPr>
              <w:t>/</w:t>
            </w:r>
            <w:proofErr w:type="spellStart"/>
            <w:r w:rsidRPr="42F3DE3E">
              <w:rPr>
                <w:rFonts w:ascii="Montserrat" w:eastAsia="Montserrat" w:hAnsi="Montserrat" w:cs="Montserrat"/>
                <w:sz w:val="24"/>
                <w:szCs w:val="24"/>
                <w:lang w:val="es-ES"/>
              </w:rPr>
              <w:t>task</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xml:space="preserve">. </w:t>
            </w:r>
            <w:r w:rsidRPr="42F3DE3E">
              <w:rPr>
                <w:rFonts w:ascii="Montserrat" w:eastAsia="Montserrat" w:hAnsi="Montserrat" w:cs="Montserrat"/>
                <w:sz w:val="24"/>
                <w:szCs w:val="24"/>
                <w:lang w:val="es-ES"/>
              </w:rPr>
              <w:lastRenderedPageBreak/>
              <w:t>RON/</w:t>
            </w:r>
            <w:proofErr w:type="spellStart"/>
            <w:r w:rsidRPr="42F3DE3E">
              <w:rPr>
                <w:rFonts w:ascii="Montserrat" w:eastAsia="Montserrat" w:hAnsi="Montserrat" w:cs="Montserrat"/>
                <w:sz w:val="24"/>
                <w:szCs w:val="24"/>
                <w:lang w:val="es-ES"/>
              </w:rPr>
              <w:t>day</w:t>
            </w:r>
            <w:proofErr w:type="spellEnd"/>
            <w:r w:rsidRPr="42F3DE3E">
              <w:rPr>
                <w:rFonts w:ascii="Montserrat" w:eastAsia="Montserrat" w:hAnsi="Montserrat" w:cs="Montserrat"/>
                <w:sz w:val="24"/>
                <w:szCs w:val="24"/>
                <w:lang w:val="es-ES"/>
              </w:rPr>
              <w:t>/</w:t>
            </w:r>
            <w:proofErr w:type="spellStart"/>
            <w:r w:rsidRPr="42F3DE3E">
              <w:rPr>
                <w:rFonts w:ascii="Montserrat" w:eastAsia="Montserrat" w:hAnsi="Montserrat" w:cs="Montserrat"/>
                <w:sz w:val="24"/>
                <w:szCs w:val="24"/>
                <w:lang w:val="es-ES"/>
              </w:rPr>
              <w:t>month</w:t>
            </w:r>
            <w:proofErr w:type="spellEnd"/>
            <w:r w:rsidRPr="42F3DE3E">
              <w:rPr>
                <w:rFonts w:ascii="Montserrat" w:eastAsia="Montserrat" w:hAnsi="Montserrat" w:cs="Montserrat"/>
                <w:sz w:val="24"/>
                <w:szCs w:val="24"/>
                <w:lang w:val="es-ES"/>
              </w:rPr>
              <w:t>/</w:t>
            </w:r>
            <w:proofErr w:type="spellStart"/>
            <w:r w:rsidRPr="42F3DE3E">
              <w:rPr>
                <w:rFonts w:ascii="Montserrat" w:eastAsia="Montserrat" w:hAnsi="Montserrat" w:cs="Montserrat"/>
                <w:sz w:val="24"/>
                <w:szCs w:val="24"/>
                <w:lang w:val="es-ES"/>
              </w:rPr>
              <w:t>task</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
          <w:p w14:paraId="2F5B3650" w14:textId="77777777" w:rsidR="00C72196" w:rsidRDefault="00C72196" w:rsidP="00385EE6">
            <w:pPr>
              <w:widowControl w:val="0"/>
              <w:spacing w:before="240" w:after="240"/>
            </w:pPr>
            <w:proofErr w:type="spellStart"/>
            <w:r w:rsidRPr="42F3DE3E">
              <w:rPr>
                <w:rFonts w:ascii="Montserrat" w:eastAsia="Montserrat" w:hAnsi="Montserrat" w:cs="Montserrat"/>
                <w:sz w:val="24"/>
                <w:szCs w:val="24"/>
                <w:lang w:val="es-ES"/>
              </w:rPr>
              <w:t>Printed</w:t>
            </w:r>
            <w:proofErr w:type="spellEnd"/>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materials</w:t>
            </w:r>
            <w:proofErr w:type="spellEnd"/>
            <w:r w:rsidRPr="42F3DE3E">
              <w:rPr>
                <w:rFonts w:ascii="Montserrat" w:eastAsia="Montserrat" w:hAnsi="Montserrat" w:cs="Montserrat"/>
                <w:sz w:val="24"/>
                <w:szCs w:val="24"/>
                <w:lang w:val="es-ES"/>
              </w:rPr>
              <w:t>:</w:t>
            </w:r>
          </w:p>
          <w:p w14:paraId="593F61F2" w14:textId="77777777" w:rsidR="00C72196" w:rsidRDefault="00C72196" w:rsidP="00385EE6">
            <w:pPr>
              <w:widowControl w:val="0"/>
              <w:spacing w:before="240" w:after="240"/>
            </w:pPr>
            <w:r w:rsidRPr="42F3DE3E">
              <w:rPr>
                <w:rFonts w:ascii="Montserrat" w:eastAsia="Montserrat" w:hAnsi="Montserrat" w:cs="Montserrat"/>
                <w:sz w:val="24"/>
                <w:szCs w:val="24"/>
                <w:lang w:val="es-ES"/>
              </w:rPr>
              <w:t>……… copies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roofErr w:type="spellStart"/>
            <w:r w:rsidRPr="42F3DE3E">
              <w:rPr>
                <w:rFonts w:ascii="Montserrat" w:eastAsia="Montserrat" w:hAnsi="Montserrat" w:cs="Montserrat"/>
                <w:sz w:val="24"/>
                <w:szCs w:val="24"/>
                <w:lang w:val="es-ES"/>
              </w:rPr>
              <w:t>copy</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
          <w:p w14:paraId="6F9D544F" w14:textId="77777777" w:rsidR="00C72196" w:rsidRDefault="00C72196" w:rsidP="00385EE6">
            <w:pPr>
              <w:widowControl w:val="0"/>
              <w:spacing w:before="240" w:after="240"/>
            </w:pPr>
            <w:r w:rsidRPr="42F3DE3E">
              <w:rPr>
                <w:rFonts w:ascii="Montserrat" w:eastAsia="Montserrat" w:hAnsi="Montserrat" w:cs="Montserrat"/>
                <w:i/>
                <w:iCs/>
                <w:sz w:val="24"/>
                <w:szCs w:val="24"/>
                <w:lang w:val="es-ES"/>
              </w:rPr>
              <w:t>(</w:t>
            </w:r>
            <w:proofErr w:type="spellStart"/>
            <w:r w:rsidRPr="42F3DE3E">
              <w:rPr>
                <w:rFonts w:ascii="Montserrat" w:eastAsia="Montserrat" w:hAnsi="Montserrat" w:cs="Montserrat"/>
                <w:i/>
                <w:iCs/>
                <w:sz w:val="24"/>
                <w:szCs w:val="24"/>
                <w:lang w:val="es-ES"/>
              </w:rPr>
              <w:t>Please</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specify</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details</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of</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the</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printed</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materials</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such</w:t>
            </w:r>
            <w:proofErr w:type="spellEnd"/>
            <w:r w:rsidRPr="42F3DE3E">
              <w:rPr>
                <w:rFonts w:ascii="Montserrat" w:eastAsia="Montserrat" w:hAnsi="Montserrat" w:cs="Montserrat"/>
                <w:i/>
                <w:iCs/>
                <w:sz w:val="24"/>
                <w:szCs w:val="24"/>
                <w:lang w:val="es-ES"/>
              </w:rPr>
              <w:t xml:space="preserve"> as </w:t>
            </w:r>
            <w:proofErr w:type="spellStart"/>
            <w:r w:rsidRPr="42F3DE3E">
              <w:rPr>
                <w:rFonts w:ascii="Montserrat" w:eastAsia="Montserrat" w:hAnsi="Montserrat" w:cs="Montserrat"/>
                <w:i/>
                <w:iCs/>
                <w:sz w:val="24"/>
                <w:szCs w:val="24"/>
                <w:lang w:val="es-ES"/>
              </w:rPr>
              <w:t>number</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of</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pages</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format</w:t>
            </w:r>
            <w:proofErr w:type="spellEnd"/>
            <w:r w:rsidRPr="42F3DE3E">
              <w:rPr>
                <w:rFonts w:ascii="Montserrat" w:eastAsia="Montserrat" w:hAnsi="Montserrat" w:cs="Montserrat"/>
                <w:i/>
                <w:iCs/>
                <w:sz w:val="24"/>
                <w:szCs w:val="24"/>
                <w:lang w:val="es-ES"/>
              </w:rPr>
              <w:t>, and color/</w:t>
            </w:r>
            <w:proofErr w:type="spellStart"/>
            <w:r w:rsidRPr="42F3DE3E">
              <w:rPr>
                <w:rFonts w:ascii="Montserrat" w:eastAsia="Montserrat" w:hAnsi="Montserrat" w:cs="Montserrat"/>
                <w:i/>
                <w:iCs/>
                <w:sz w:val="24"/>
                <w:szCs w:val="24"/>
                <w:lang w:val="es-ES"/>
              </w:rPr>
              <w:t>black</w:t>
            </w:r>
            <w:proofErr w:type="spellEnd"/>
            <w:r w:rsidRPr="42F3DE3E">
              <w:rPr>
                <w:rFonts w:ascii="Montserrat" w:eastAsia="Montserrat" w:hAnsi="Montserrat" w:cs="Montserrat"/>
                <w:i/>
                <w:iCs/>
                <w:sz w:val="24"/>
                <w:szCs w:val="24"/>
                <w:lang w:val="es-ES"/>
              </w:rPr>
              <w:t>-and-</w:t>
            </w:r>
            <w:proofErr w:type="spellStart"/>
            <w:r w:rsidRPr="42F3DE3E">
              <w:rPr>
                <w:rFonts w:ascii="Montserrat" w:eastAsia="Montserrat" w:hAnsi="Montserrat" w:cs="Montserrat"/>
                <w:i/>
                <w:iCs/>
                <w:sz w:val="24"/>
                <w:szCs w:val="24"/>
                <w:lang w:val="es-ES"/>
              </w:rPr>
              <w:t>white</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printing</w:t>
            </w:r>
            <w:proofErr w:type="spellEnd"/>
            <w:r w:rsidRPr="42F3DE3E">
              <w:rPr>
                <w:rFonts w:ascii="Montserrat" w:eastAsia="Montserrat" w:hAnsi="Montserrat" w:cs="Montserrat"/>
                <w:i/>
                <w:iCs/>
                <w:sz w:val="24"/>
                <w:szCs w:val="24"/>
                <w:lang w:val="es-ES"/>
              </w:rPr>
              <w:t>.)</w:t>
            </w:r>
          </w:p>
          <w:p w14:paraId="01B83AE9" w14:textId="77777777" w:rsidR="00C72196" w:rsidRDefault="00C72196" w:rsidP="00385EE6">
            <w:pPr>
              <w:widowControl w:val="0"/>
              <w:spacing w:before="240" w:after="240"/>
            </w:pPr>
            <w:r w:rsidRPr="42F3DE3E">
              <w:rPr>
                <w:rFonts w:ascii="Montserrat" w:eastAsia="Montserrat" w:hAnsi="Montserrat" w:cs="Montserrat"/>
                <w:sz w:val="24"/>
                <w:szCs w:val="24"/>
                <w:lang w:val="es-ES"/>
              </w:rPr>
              <w:t>Material/</w:t>
            </w:r>
            <w:proofErr w:type="spellStart"/>
            <w:r w:rsidRPr="42F3DE3E">
              <w:rPr>
                <w:rFonts w:ascii="Montserrat" w:eastAsia="Montserrat" w:hAnsi="Montserrat" w:cs="Montserrat"/>
                <w:sz w:val="24"/>
                <w:szCs w:val="24"/>
                <w:lang w:val="es-ES"/>
              </w:rPr>
              <w:t>product</w:t>
            </w:r>
            <w:proofErr w:type="spellEnd"/>
            <w:r w:rsidRPr="42F3DE3E">
              <w:rPr>
                <w:rFonts w:ascii="Montserrat" w:eastAsia="Montserrat" w:hAnsi="Montserrat" w:cs="Montserrat"/>
                <w:sz w:val="24"/>
                <w:szCs w:val="24"/>
                <w:lang w:val="es-ES"/>
              </w:rPr>
              <w:t>:</w:t>
            </w:r>
          </w:p>
          <w:p w14:paraId="13B8B8D1" w14:textId="77777777" w:rsidR="00C72196" w:rsidRDefault="00C72196" w:rsidP="00385EE6">
            <w:pPr>
              <w:widowControl w:val="0"/>
              <w:spacing w:before="240" w:after="240"/>
            </w:pPr>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number</w:t>
            </w:r>
            <w:proofErr w:type="spellEnd"/>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of</w:t>
            </w:r>
            <w:proofErr w:type="spellEnd"/>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units</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roofErr w:type="spellStart"/>
            <w:r w:rsidRPr="42F3DE3E">
              <w:rPr>
                <w:rFonts w:ascii="Montserrat" w:eastAsia="Montserrat" w:hAnsi="Montserrat" w:cs="Montserrat"/>
                <w:sz w:val="24"/>
                <w:szCs w:val="24"/>
                <w:lang w:val="es-ES"/>
              </w:rPr>
              <w:t>unit</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
          <w:p w14:paraId="3096D7EF" w14:textId="77777777" w:rsidR="00C72196" w:rsidRDefault="00C72196" w:rsidP="00385EE6">
            <w:pPr>
              <w:widowControl w:val="0"/>
              <w:spacing w:before="240" w:after="240"/>
            </w:pPr>
            <w:proofErr w:type="gramStart"/>
            <w:r w:rsidRPr="42F3DE3E">
              <w:rPr>
                <w:rFonts w:ascii="Montserrat" w:eastAsia="Montserrat" w:hAnsi="Montserrat" w:cs="Montserrat"/>
                <w:b/>
                <w:bCs/>
                <w:sz w:val="24"/>
                <w:szCs w:val="24"/>
                <w:lang w:val="es-ES"/>
              </w:rPr>
              <w:t>Total</w:t>
            </w:r>
            <w:proofErr w:type="gram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for</w:t>
            </w:r>
            <w:proofErr w:type="spellEnd"/>
            <w:r w:rsidRPr="42F3DE3E">
              <w:rPr>
                <w:rFonts w:ascii="Montserrat" w:eastAsia="Montserrat" w:hAnsi="Montserrat" w:cs="Montserrat"/>
                <w:b/>
                <w:bCs/>
                <w:sz w:val="24"/>
                <w:szCs w:val="24"/>
                <w:lang w:val="es-ES"/>
              </w:rPr>
              <w:t xml:space="preserve"> Section 3. </w:t>
            </w:r>
            <w:proofErr w:type="spellStart"/>
            <w:r w:rsidRPr="42F3DE3E">
              <w:rPr>
                <w:rFonts w:ascii="Montserrat" w:eastAsia="Montserrat" w:hAnsi="Montserrat" w:cs="Montserrat"/>
                <w:b/>
                <w:bCs/>
                <w:sz w:val="24"/>
                <w:szCs w:val="24"/>
                <w:lang w:val="es-ES"/>
              </w:rPr>
              <w:t>Event</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Organization</w:t>
            </w:r>
            <w:proofErr w:type="spellEnd"/>
            <w:r w:rsidRPr="42F3DE3E">
              <w:rPr>
                <w:rFonts w:ascii="Montserrat" w:eastAsia="Montserrat" w:hAnsi="Montserrat" w:cs="Montserrat"/>
                <w:b/>
                <w:bCs/>
                <w:sz w:val="24"/>
                <w:szCs w:val="24"/>
                <w:lang w:val="es-ES"/>
              </w:rPr>
              <w:t>:</w:t>
            </w:r>
            <w:r w:rsidRPr="42F3DE3E">
              <w:rPr>
                <w:rFonts w:ascii="Montserrat" w:eastAsia="Montserrat" w:hAnsi="Montserrat" w:cs="Montserrat"/>
                <w:sz w:val="24"/>
                <w:szCs w:val="24"/>
                <w:lang w:val="es-ES"/>
              </w:rPr>
              <w:t xml:space="preserve"> ………</w:t>
            </w:r>
          </w:p>
          <w:p w14:paraId="25E6CA89" w14:textId="77777777" w:rsidR="00C72196" w:rsidRDefault="00C72196" w:rsidP="00385EE6">
            <w:pPr>
              <w:widowControl w:val="0"/>
            </w:pPr>
          </w:p>
          <w:p w14:paraId="21F4B407" w14:textId="77777777" w:rsidR="00C72196" w:rsidRDefault="00C72196" w:rsidP="00385EE6">
            <w:pPr>
              <w:pStyle w:val="Heading3"/>
              <w:widowControl w:val="0"/>
              <w:spacing w:before="281" w:after="281"/>
            </w:pPr>
            <w:r w:rsidRPr="42F3DE3E">
              <w:rPr>
                <w:rFonts w:ascii="Montserrat" w:eastAsia="Montserrat" w:hAnsi="Montserrat" w:cs="Montserrat"/>
                <w:sz w:val="28"/>
                <w:szCs w:val="28"/>
                <w:lang w:val="es-ES"/>
              </w:rPr>
              <w:t xml:space="preserve">4. </w:t>
            </w:r>
            <w:proofErr w:type="spellStart"/>
            <w:r w:rsidRPr="42F3DE3E">
              <w:rPr>
                <w:rFonts w:ascii="Montserrat" w:eastAsia="Montserrat" w:hAnsi="Montserrat" w:cs="Montserrat"/>
                <w:sz w:val="28"/>
                <w:szCs w:val="28"/>
                <w:lang w:val="es-ES"/>
              </w:rPr>
              <w:t>Permits</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approvals</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or</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authorizations</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required</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for</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project</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implementation</w:t>
            </w:r>
            <w:proofErr w:type="spellEnd"/>
          </w:p>
          <w:p w14:paraId="43AB243E" w14:textId="77777777" w:rsidR="00C72196" w:rsidRDefault="00C72196" w:rsidP="00385EE6">
            <w:pPr>
              <w:widowControl w:val="0"/>
              <w:spacing w:before="240" w:after="240"/>
            </w:pPr>
            <w:proofErr w:type="spellStart"/>
            <w:r w:rsidRPr="42F3DE3E">
              <w:rPr>
                <w:rFonts w:ascii="Montserrat" w:eastAsia="Montserrat" w:hAnsi="Montserrat" w:cs="Montserrat"/>
                <w:sz w:val="24"/>
                <w:szCs w:val="24"/>
                <w:lang w:val="es-ES"/>
              </w:rPr>
              <w:t>Details</w:t>
            </w:r>
            <w:proofErr w:type="spellEnd"/>
            <w:r w:rsidRPr="42F3DE3E">
              <w:rPr>
                <w:rFonts w:ascii="Montserrat" w:eastAsia="Montserrat" w:hAnsi="Montserrat" w:cs="Montserrat"/>
                <w:sz w:val="24"/>
                <w:szCs w:val="24"/>
                <w:lang w:val="es-ES"/>
              </w:rPr>
              <w:t>:</w:t>
            </w:r>
          </w:p>
          <w:p w14:paraId="179A451A" w14:textId="77777777" w:rsidR="00C72196" w:rsidRDefault="00C72196" w:rsidP="00385EE6">
            <w:pPr>
              <w:widowControl w:val="0"/>
              <w:spacing w:before="240" w:after="240"/>
            </w:pPr>
            <w:proofErr w:type="gramStart"/>
            <w:r w:rsidRPr="42F3DE3E">
              <w:rPr>
                <w:rFonts w:ascii="Montserrat" w:eastAsia="Montserrat" w:hAnsi="Montserrat" w:cs="Montserrat"/>
                <w:b/>
                <w:bCs/>
                <w:sz w:val="24"/>
                <w:szCs w:val="24"/>
                <w:lang w:val="es-ES"/>
              </w:rPr>
              <w:t>Total</w:t>
            </w:r>
            <w:proofErr w:type="gram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for</w:t>
            </w:r>
            <w:proofErr w:type="spellEnd"/>
            <w:r w:rsidRPr="42F3DE3E">
              <w:rPr>
                <w:rFonts w:ascii="Montserrat" w:eastAsia="Montserrat" w:hAnsi="Montserrat" w:cs="Montserrat"/>
                <w:b/>
                <w:bCs/>
                <w:sz w:val="24"/>
                <w:szCs w:val="24"/>
                <w:lang w:val="es-ES"/>
              </w:rPr>
              <w:t xml:space="preserve"> Section 4. </w:t>
            </w:r>
            <w:proofErr w:type="spellStart"/>
            <w:r w:rsidRPr="42F3DE3E">
              <w:rPr>
                <w:rFonts w:ascii="Montserrat" w:eastAsia="Montserrat" w:hAnsi="Montserrat" w:cs="Montserrat"/>
                <w:b/>
                <w:bCs/>
                <w:sz w:val="24"/>
                <w:szCs w:val="24"/>
                <w:lang w:val="es-ES"/>
              </w:rPr>
              <w:t>Permits</w:t>
            </w:r>
            <w:proofErr w:type="spellEnd"/>
            <w:r w:rsidRPr="42F3DE3E">
              <w:rPr>
                <w:rFonts w:ascii="Montserrat" w:eastAsia="Montserrat" w:hAnsi="Montserrat" w:cs="Montserrat"/>
                <w:b/>
                <w:bCs/>
                <w:sz w:val="24"/>
                <w:szCs w:val="24"/>
                <w:lang w:val="es-ES"/>
              </w:rPr>
              <w:t xml:space="preserve"> and </w:t>
            </w:r>
            <w:proofErr w:type="spellStart"/>
            <w:r w:rsidRPr="42F3DE3E">
              <w:rPr>
                <w:rFonts w:ascii="Montserrat" w:eastAsia="Montserrat" w:hAnsi="Montserrat" w:cs="Montserrat"/>
                <w:b/>
                <w:bCs/>
                <w:sz w:val="24"/>
                <w:szCs w:val="24"/>
                <w:lang w:val="es-ES"/>
              </w:rPr>
              <w:t>Authorizations</w:t>
            </w:r>
            <w:proofErr w:type="spellEnd"/>
            <w:r w:rsidRPr="42F3DE3E">
              <w:rPr>
                <w:rFonts w:ascii="Montserrat" w:eastAsia="Montserrat" w:hAnsi="Montserrat" w:cs="Montserrat"/>
                <w:b/>
                <w:bCs/>
                <w:sz w:val="24"/>
                <w:szCs w:val="24"/>
                <w:lang w:val="es-ES"/>
              </w:rPr>
              <w:t>:</w:t>
            </w:r>
            <w:r w:rsidRPr="42F3DE3E">
              <w:rPr>
                <w:rFonts w:ascii="Montserrat" w:eastAsia="Montserrat" w:hAnsi="Montserrat" w:cs="Montserrat"/>
                <w:sz w:val="24"/>
                <w:szCs w:val="24"/>
                <w:lang w:val="es-ES"/>
              </w:rPr>
              <w:t xml:space="preserve"> ………</w:t>
            </w:r>
          </w:p>
          <w:p w14:paraId="1459C379" w14:textId="77777777" w:rsidR="00C72196" w:rsidRDefault="00C72196" w:rsidP="00385EE6">
            <w:pPr>
              <w:widowControl w:val="0"/>
            </w:pPr>
          </w:p>
          <w:p w14:paraId="52ACC84E" w14:textId="77777777" w:rsidR="00C72196" w:rsidRDefault="00C72196" w:rsidP="00385EE6">
            <w:pPr>
              <w:pStyle w:val="Heading3"/>
              <w:widowControl w:val="0"/>
              <w:spacing w:before="281" w:after="281"/>
            </w:pPr>
            <w:r w:rsidRPr="42F3DE3E">
              <w:rPr>
                <w:rFonts w:ascii="Montserrat" w:eastAsia="Montserrat" w:hAnsi="Montserrat" w:cs="Montserrat"/>
                <w:sz w:val="28"/>
                <w:szCs w:val="28"/>
                <w:lang w:val="es-ES"/>
              </w:rPr>
              <w:t xml:space="preserve">5. </w:t>
            </w:r>
            <w:proofErr w:type="spellStart"/>
            <w:r w:rsidRPr="42F3DE3E">
              <w:rPr>
                <w:rFonts w:ascii="Montserrat" w:eastAsia="Montserrat" w:hAnsi="Montserrat" w:cs="Montserrat"/>
                <w:sz w:val="28"/>
                <w:szCs w:val="28"/>
                <w:lang w:val="es-ES"/>
              </w:rPr>
              <w:t>Reasonable</w:t>
            </w:r>
            <w:proofErr w:type="spellEnd"/>
            <w:r w:rsidRPr="42F3DE3E">
              <w:rPr>
                <w:rFonts w:ascii="Montserrat" w:eastAsia="Montserrat" w:hAnsi="Montserrat" w:cs="Montserrat"/>
                <w:sz w:val="28"/>
                <w:szCs w:val="28"/>
                <w:lang w:val="es-ES"/>
              </w:rPr>
              <w:t xml:space="preserve"> local </w:t>
            </w:r>
            <w:proofErr w:type="spellStart"/>
            <w:r w:rsidRPr="42F3DE3E">
              <w:rPr>
                <w:rFonts w:ascii="Montserrat" w:eastAsia="Montserrat" w:hAnsi="Montserrat" w:cs="Montserrat"/>
                <w:sz w:val="28"/>
                <w:szCs w:val="28"/>
                <w:lang w:val="es-ES"/>
              </w:rPr>
              <w:t>transportation</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costs</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for</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youth</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participants</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or</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team</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members</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directly</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involved</w:t>
            </w:r>
            <w:proofErr w:type="spellEnd"/>
            <w:r w:rsidRPr="42F3DE3E">
              <w:rPr>
                <w:rFonts w:ascii="Montserrat" w:eastAsia="Montserrat" w:hAnsi="Montserrat" w:cs="Montserrat"/>
                <w:sz w:val="28"/>
                <w:szCs w:val="28"/>
                <w:lang w:val="es-ES"/>
              </w:rPr>
              <w:t xml:space="preserve"> in </w:t>
            </w:r>
            <w:proofErr w:type="spellStart"/>
            <w:r w:rsidRPr="42F3DE3E">
              <w:rPr>
                <w:rFonts w:ascii="Montserrat" w:eastAsia="Montserrat" w:hAnsi="Montserrat" w:cs="Montserrat"/>
                <w:sz w:val="28"/>
                <w:szCs w:val="28"/>
                <w:lang w:val="es-ES"/>
              </w:rPr>
              <w:t>the</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project</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including</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transportation</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of</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materials</w:t>
            </w:r>
            <w:proofErr w:type="spellEnd"/>
          </w:p>
          <w:p w14:paraId="498D3FE3" w14:textId="77777777" w:rsidR="00C72196" w:rsidRDefault="00C72196" w:rsidP="00385EE6">
            <w:pPr>
              <w:widowControl w:val="0"/>
              <w:spacing w:before="240" w:after="240"/>
            </w:pPr>
            <w:r w:rsidRPr="42F3DE3E">
              <w:rPr>
                <w:rFonts w:ascii="Montserrat" w:eastAsia="Montserrat" w:hAnsi="Montserrat" w:cs="Montserrat"/>
                <w:sz w:val="24"/>
                <w:szCs w:val="24"/>
                <w:lang w:val="es-ES"/>
              </w:rPr>
              <w:t xml:space="preserve">Car </w:t>
            </w:r>
            <w:proofErr w:type="spellStart"/>
            <w:r w:rsidRPr="42F3DE3E">
              <w:rPr>
                <w:rFonts w:ascii="Montserrat" w:eastAsia="Montserrat" w:hAnsi="Montserrat" w:cs="Montserrat"/>
                <w:sz w:val="24"/>
                <w:szCs w:val="24"/>
                <w:lang w:val="es-ES"/>
              </w:rPr>
              <w:t>transportation</w:t>
            </w:r>
            <w:proofErr w:type="spellEnd"/>
            <w:r w:rsidRPr="42F3DE3E">
              <w:rPr>
                <w:rFonts w:ascii="Montserrat" w:eastAsia="Montserrat" w:hAnsi="Montserrat" w:cs="Montserrat"/>
                <w:sz w:val="24"/>
                <w:szCs w:val="24"/>
                <w:lang w:val="es-ES"/>
              </w:rPr>
              <w:t>:</w:t>
            </w:r>
          </w:p>
          <w:p w14:paraId="4AD8C25A" w14:textId="77777777" w:rsidR="00C72196" w:rsidRDefault="00C72196" w:rsidP="00385EE6">
            <w:pPr>
              <w:widowControl w:val="0"/>
              <w:spacing w:before="240" w:after="240"/>
            </w:pPr>
            <w:r w:rsidRPr="42F3DE3E">
              <w:rPr>
                <w:rFonts w:ascii="Montserrat" w:eastAsia="Montserrat" w:hAnsi="Montserrat" w:cs="Montserrat"/>
                <w:sz w:val="24"/>
                <w:szCs w:val="24"/>
                <w:lang w:val="es-ES"/>
              </w:rPr>
              <w:t xml:space="preserve">………….. </w:t>
            </w:r>
            <w:proofErr w:type="gramStart"/>
            <w:r w:rsidRPr="42F3DE3E">
              <w:rPr>
                <w:rFonts w:ascii="Montserrat" w:eastAsia="Montserrat" w:hAnsi="Montserrat" w:cs="Montserrat"/>
                <w:sz w:val="24"/>
                <w:szCs w:val="24"/>
                <w:lang w:val="es-ES"/>
              </w:rPr>
              <w:t>round</w:t>
            </w:r>
            <w:proofErr w:type="gramEnd"/>
            <w:r w:rsidRPr="42F3DE3E">
              <w:rPr>
                <w:rFonts w:ascii="Montserrat" w:eastAsia="Montserrat" w:hAnsi="Montserrat" w:cs="Montserrat"/>
                <w:sz w:val="24"/>
                <w:szCs w:val="24"/>
                <w:lang w:val="es-ES"/>
              </w:rPr>
              <w:t>-</w:t>
            </w:r>
            <w:proofErr w:type="spellStart"/>
            <w:r w:rsidRPr="42F3DE3E">
              <w:rPr>
                <w:rFonts w:ascii="Montserrat" w:eastAsia="Montserrat" w:hAnsi="Montserrat" w:cs="Montserrat"/>
                <w:sz w:val="24"/>
                <w:szCs w:val="24"/>
                <w:lang w:val="es-ES"/>
              </w:rPr>
              <w:t>trip</w:t>
            </w:r>
            <w:proofErr w:type="spellEnd"/>
            <w:r w:rsidRPr="42F3DE3E">
              <w:rPr>
                <w:rFonts w:ascii="Montserrat" w:eastAsia="Montserrat" w:hAnsi="Montserrat" w:cs="Montserrat"/>
                <w:sz w:val="24"/>
                <w:szCs w:val="24"/>
                <w:lang w:val="es-ES"/>
              </w:rPr>
              <w:t xml:space="preserve"> km </w:t>
            </w:r>
            <w:proofErr w:type="spellStart"/>
            <w:r w:rsidRPr="42F3DE3E">
              <w:rPr>
                <w:rFonts w:ascii="Montserrat" w:eastAsia="Montserrat" w:hAnsi="Montserrat" w:cs="Montserrat"/>
                <w:sz w:val="24"/>
                <w:szCs w:val="24"/>
                <w:lang w:val="es-ES"/>
              </w:rPr>
              <w:t>on</w:t>
            </w:r>
            <w:proofErr w:type="spellEnd"/>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the</w:t>
            </w:r>
            <w:proofErr w:type="spellEnd"/>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route</w:t>
            </w:r>
            <w:proofErr w:type="spellEnd"/>
            <w:r w:rsidRPr="42F3DE3E">
              <w:rPr>
                <w:rFonts w:ascii="Montserrat" w:eastAsia="Montserrat" w:hAnsi="Montserrat" w:cs="Montserrat"/>
                <w:sz w:val="24"/>
                <w:szCs w:val="24"/>
                <w:lang w:val="es-ES"/>
              </w:rPr>
              <w:t xml:space="preserve"> ______ × 7.5 L/100 km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RON/L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
          <w:p w14:paraId="78A4DD32" w14:textId="77777777" w:rsidR="00C72196" w:rsidRDefault="00C72196" w:rsidP="00385EE6">
            <w:pPr>
              <w:widowControl w:val="0"/>
              <w:spacing w:before="240" w:after="240"/>
            </w:pPr>
            <w:r w:rsidRPr="42F3DE3E">
              <w:rPr>
                <w:rFonts w:ascii="Montserrat" w:eastAsia="Montserrat" w:hAnsi="Montserrat" w:cs="Montserrat"/>
                <w:sz w:val="24"/>
                <w:szCs w:val="24"/>
                <w:lang w:val="es-ES"/>
              </w:rPr>
              <w:t xml:space="preserve">Public </w:t>
            </w:r>
            <w:proofErr w:type="spellStart"/>
            <w:r w:rsidRPr="42F3DE3E">
              <w:rPr>
                <w:rFonts w:ascii="Montserrat" w:eastAsia="Montserrat" w:hAnsi="Montserrat" w:cs="Montserrat"/>
                <w:sz w:val="24"/>
                <w:szCs w:val="24"/>
                <w:lang w:val="es-ES"/>
              </w:rPr>
              <w:t>transport</w:t>
            </w:r>
            <w:proofErr w:type="spellEnd"/>
            <w:r w:rsidRPr="42F3DE3E">
              <w:rPr>
                <w:rFonts w:ascii="Montserrat" w:eastAsia="Montserrat" w:hAnsi="Montserrat" w:cs="Montserrat"/>
                <w:sz w:val="24"/>
                <w:szCs w:val="24"/>
                <w:lang w:val="es-ES"/>
              </w:rPr>
              <w:t xml:space="preserve"> </w:t>
            </w:r>
            <w:proofErr w:type="gramStart"/>
            <w:r w:rsidRPr="42F3DE3E">
              <w:rPr>
                <w:rFonts w:ascii="Montserrat" w:eastAsia="Montserrat" w:hAnsi="Montserrat" w:cs="Montserrat"/>
                <w:sz w:val="24"/>
                <w:szCs w:val="24"/>
                <w:lang w:val="es-ES"/>
              </w:rPr>
              <w:t>tickets</w:t>
            </w:r>
            <w:proofErr w:type="gramEnd"/>
            <w:r w:rsidRPr="42F3DE3E">
              <w:rPr>
                <w:rFonts w:ascii="Montserrat" w:eastAsia="Montserrat" w:hAnsi="Montserrat" w:cs="Montserrat"/>
                <w:sz w:val="24"/>
                <w:szCs w:val="24"/>
                <w:lang w:val="es-ES"/>
              </w:rPr>
              <w:t>:</w:t>
            </w:r>
          </w:p>
          <w:p w14:paraId="67C6B395" w14:textId="77777777" w:rsidR="00C72196" w:rsidRDefault="00C72196" w:rsidP="00385EE6">
            <w:pPr>
              <w:widowControl w:val="0"/>
              <w:spacing w:before="240" w:after="240"/>
            </w:pPr>
            <w:r w:rsidRPr="42F3DE3E">
              <w:rPr>
                <w:rFonts w:ascii="Montserrat" w:eastAsia="Montserrat" w:hAnsi="Montserrat" w:cs="Montserrat"/>
                <w:sz w:val="24"/>
                <w:szCs w:val="24"/>
                <w:lang w:val="es-ES"/>
              </w:rPr>
              <w:lastRenderedPageBreak/>
              <w:t xml:space="preserve">……… </w:t>
            </w:r>
            <w:proofErr w:type="gramStart"/>
            <w:r w:rsidRPr="42F3DE3E">
              <w:rPr>
                <w:rFonts w:ascii="Montserrat" w:eastAsia="Montserrat" w:hAnsi="Montserrat" w:cs="Montserrat"/>
                <w:sz w:val="24"/>
                <w:szCs w:val="24"/>
                <w:lang w:val="es-ES"/>
              </w:rPr>
              <w:t>tickets</w:t>
            </w:r>
            <w:proofErr w:type="gram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roofErr w:type="gramStart"/>
            <w:r w:rsidRPr="42F3DE3E">
              <w:rPr>
                <w:rFonts w:ascii="Montserrat" w:eastAsia="Montserrat" w:hAnsi="Montserrat" w:cs="Montserrat"/>
                <w:sz w:val="24"/>
                <w:szCs w:val="24"/>
                <w:lang w:val="es-ES"/>
              </w:rPr>
              <w:t>ticket</w:t>
            </w:r>
            <w:proofErr w:type="gram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
          <w:p w14:paraId="4CE45509" w14:textId="77777777" w:rsidR="00C72196" w:rsidRDefault="00C72196" w:rsidP="00385EE6">
            <w:pPr>
              <w:widowControl w:val="0"/>
              <w:spacing w:before="240" w:after="240"/>
            </w:pPr>
            <w:proofErr w:type="spellStart"/>
            <w:r w:rsidRPr="42F3DE3E">
              <w:rPr>
                <w:rFonts w:ascii="Montserrat" w:eastAsia="Montserrat" w:hAnsi="Montserrat" w:cs="Montserrat"/>
                <w:sz w:val="24"/>
                <w:szCs w:val="24"/>
                <w:lang w:val="es-ES"/>
              </w:rPr>
              <w:t>Ride-sharing</w:t>
            </w:r>
            <w:proofErr w:type="spellEnd"/>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trips</w:t>
            </w:r>
            <w:proofErr w:type="spellEnd"/>
            <w:r w:rsidRPr="42F3DE3E">
              <w:rPr>
                <w:rFonts w:ascii="Montserrat" w:eastAsia="Montserrat" w:hAnsi="Montserrat" w:cs="Montserrat"/>
                <w:sz w:val="24"/>
                <w:szCs w:val="24"/>
                <w:lang w:val="es-ES"/>
              </w:rPr>
              <w:t>:</w:t>
            </w:r>
          </w:p>
          <w:p w14:paraId="6E9F2869" w14:textId="77777777" w:rsidR="00C72196" w:rsidRDefault="00C72196" w:rsidP="00385EE6">
            <w:pPr>
              <w:widowControl w:val="0"/>
              <w:spacing w:before="240" w:after="240"/>
            </w:pPr>
            <w:r w:rsidRPr="42F3DE3E">
              <w:rPr>
                <w:rFonts w:ascii="Montserrat" w:eastAsia="Montserrat" w:hAnsi="Montserrat" w:cs="Montserrat"/>
                <w:i/>
                <w:iCs/>
                <w:sz w:val="24"/>
                <w:szCs w:val="24"/>
                <w:lang w:val="es-ES"/>
              </w:rPr>
              <w:t>(</w:t>
            </w:r>
            <w:proofErr w:type="spellStart"/>
            <w:r w:rsidRPr="42F3DE3E">
              <w:rPr>
                <w:rFonts w:ascii="Montserrat" w:eastAsia="Montserrat" w:hAnsi="Montserrat" w:cs="Montserrat"/>
                <w:i/>
                <w:iCs/>
                <w:sz w:val="24"/>
                <w:szCs w:val="24"/>
                <w:lang w:val="es-ES"/>
              </w:rPr>
              <w:t>Specify</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the</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amount</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route</w:t>
            </w:r>
            <w:proofErr w:type="spellEnd"/>
            <w:r w:rsidRPr="42F3DE3E">
              <w:rPr>
                <w:rFonts w:ascii="Montserrat" w:eastAsia="Montserrat" w:hAnsi="Montserrat" w:cs="Montserrat"/>
                <w:i/>
                <w:iCs/>
                <w:sz w:val="24"/>
                <w:szCs w:val="24"/>
                <w:lang w:val="es-ES"/>
              </w:rPr>
              <w:t xml:space="preserve">, and </w:t>
            </w:r>
            <w:proofErr w:type="spellStart"/>
            <w:r w:rsidRPr="42F3DE3E">
              <w:rPr>
                <w:rFonts w:ascii="Montserrat" w:eastAsia="Montserrat" w:hAnsi="Montserrat" w:cs="Montserrat"/>
                <w:i/>
                <w:iCs/>
                <w:sz w:val="24"/>
                <w:szCs w:val="24"/>
                <w:lang w:val="es-ES"/>
              </w:rPr>
              <w:t>purpose</w:t>
            </w:r>
            <w:proofErr w:type="spellEnd"/>
            <w:r w:rsidRPr="42F3DE3E">
              <w:rPr>
                <w:rFonts w:ascii="Montserrat" w:eastAsia="Montserrat" w:hAnsi="Montserrat" w:cs="Montserrat"/>
                <w:i/>
                <w:iCs/>
                <w:sz w:val="24"/>
                <w:szCs w:val="24"/>
                <w:lang w:val="es-ES"/>
              </w:rPr>
              <w:t>.)</w:t>
            </w:r>
          </w:p>
          <w:p w14:paraId="6ADE44CB" w14:textId="77777777" w:rsidR="00C72196" w:rsidRDefault="00C72196" w:rsidP="00385EE6">
            <w:pPr>
              <w:widowControl w:val="0"/>
              <w:spacing w:before="240" w:after="240"/>
            </w:pPr>
            <w:proofErr w:type="gramStart"/>
            <w:r w:rsidRPr="42F3DE3E">
              <w:rPr>
                <w:rFonts w:ascii="Montserrat" w:eastAsia="Montserrat" w:hAnsi="Montserrat" w:cs="Montserrat"/>
                <w:b/>
                <w:bCs/>
                <w:sz w:val="24"/>
                <w:szCs w:val="24"/>
                <w:lang w:val="es-ES"/>
              </w:rPr>
              <w:t>Total</w:t>
            </w:r>
            <w:proofErr w:type="gram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for</w:t>
            </w:r>
            <w:proofErr w:type="spellEnd"/>
            <w:r w:rsidRPr="42F3DE3E">
              <w:rPr>
                <w:rFonts w:ascii="Montserrat" w:eastAsia="Montserrat" w:hAnsi="Montserrat" w:cs="Montserrat"/>
                <w:b/>
                <w:bCs/>
                <w:sz w:val="24"/>
                <w:szCs w:val="24"/>
                <w:lang w:val="es-ES"/>
              </w:rPr>
              <w:t xml:space="preserve"> Section 5. </w:t>
            </w:r>
            <w:proofErr w:type="spellStart"/>
            <w:r w:rsidRPr="42F3DE3E">
              <w:rPr>
                <w:rFonts w:ascii="Montserrat" w:eastAsia="Montserrat" w:hAnsi="Montserrat" w:cs="Montserrat"/>
                <w:b/>
                <w:bCs/>
                <w:sz w:val="24"/>
                <w:szCs w:val="24"/>
                <w:lang w:val="es-ES"/>
              </w:rPr>
              <w:t>Transportation</w:t>
            </w:r>
            <w:proofErr w:type="spellEnd"/>
            <w:r w:rsidRPr="42F3DE3E">
              <w:rPr>
                <w:rFonts w:ascii="Montserrat" w:eastAsia="Montserrat" w:hAnsi="Montserrat" w:cs="Montserrat"/>
                <w:b/>
                <w:bCs/>
                <w:sz w:val="24"/>
                <w:szCs w:val="24"/>
                <w:lang w:val="es-ES"/>
              </w:rPr>
              <w:t>:</w:t>
            </w:r>
            <w:r w:rsidRPr="42F3DE3E">
              <w:rPr>
                <w:rFonts w:ascii="Montserrat" w:eastAsia="Montserrat" w:hAnsi="Montserrat" w:cs="Montserrat"/>
                <w:sz w:val="24"/>
                <w:szCs w:val="24"/>
                <w:lang w:val="es-ES"/>
              </w:rPr>
              <w:t xml:space="preserve"> ………</w:t>
            </w:r>
          </w:p>
          <w:p w14:paraId="6C021B4D" w14:textId="77777777" w:rsidR="00C72196" w:rsidRDefault="00C72196" w:rsidP="00385EE6">
            <w:pPr>
              <w:widowControl w:val="0"/>
            </w:pPr>
          </w:p>
          <w:p w14:paraId="27DE470B" w14:textId="77777777" w:rsidR="00C72196" w:rsidRDefault="00C72196" w:rsidP="00385EE6">
            <w:pPr>
              <w:pStyle w:val="Heading3"/>
              <w:widowControl w:val="0"/>
              <w:spacing w:before="281" w:after="281"/>
            </w:pPr>
            <w:r w:rsidRPr="42F3DE3E">
              <w:rPr>
                <w:rFonts w:ascii="Montserrat" w:eastAsia="Montserrat" w:hAnsi="Montserrat" w:cs="Montserrat"/>
                <w:sz w:val="28"/>
                <w:szCs w:val="28"/>
                <w:lang w:val="es-ES"/>
              </w:rPr>
              <w:t xml:space="preserve">6. </w:t>
            </w:r>
            <w:proofErr w:type="spellStart"/>
            <w:r w:rsidRPr="42F3DE3E">
              <w:rPr>
                <w:rFonts w:ascii="Montserrat" w:eastAsia="Montserrat" w:hAnsi="Montserrat" w:cs="Montserrat"/>
                <w:sz w:val="28"/>
                <w:szCs w:val="28"/>
                <w:lang w:val="es-ES"/>
              </w:rPr>
              <w:t>Promotional</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materials</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photography</w:t>
            </w:r>
            <w:proofErr w:type="spellEnd"/>
            <w:r w:rsidRPr="42F3DE3E">
              <w:rPr>
                <w:rFonts w:ascii="Montserrat" w:eastAsia="Montserrat" w:hAnsi="Montserrat" w:cs="Montserrat"/>
                <w:sz w:val="28"/>
                <w:szCs w:val="28"/>
                <w:lang w:val="es-ES"/>
              </w:rPr>
              <w:t xml:space="preserve">, video, </w:t>
            </w:r>
            <w:proofErr w:type="spellStart"/>
            <w:r w:rsidRPr="42F3DE3E">
              <w:rPr>
                <w:rFonts w:ascii="Montserrat" w:eastAsia="Montserrat" w:hAnsi="Montserrat" w:cs="Montserrat"/>
                <w:sz w:val="28"/>
                <w:szCs w:val="28"/>
                <w:lang w:val="es-ES"/>
              </w:rPr>
              <w:t>editing</w:t>
            </w:r>
            <w:proofErr w:type="spellEnd"/>
            <w:r w:rsidRPr="42F3DE3E">
              <w:rPr>
                <w:rFonts w:ascii="Montserrat" w:eastAsia="Montserrat" w:hAnsi="Montserrat" w:cs="Montserrat"/>
                <w:sz w:val="28"/>
                <w:szCs w:val="28"/>
                <w:lang w:val="es-ES"/>
              </w:rPr>
              <w:t xml:space="preserve">, and </w:t>
            </w:r>
            <w:proofErr w:type="spellStart"/>
            <w:r w:rsidRPr="42F3DE3E">
              <w:rPr>
                <w:rFonts w:ascii="Montserrat" w:eastAsia="Montserrat" w:hAnsi="Montserrat" w:cs="Montserrat"/>
                <w:sz w:val="28"/>
                <w:szCs w:val="28"/>
                <w:lang w:val="es-ES"/>
              </w:rPr>
              <w:t>communication</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activities</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to</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promote</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the</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project</w:t>
            </w:r>
            <w:proofErr w:type="spellEnd"/>
            <w:r w:rsidRPr="42F3DE3E">
              <w:rPr>
                <w:rFonts w:ascii="Montserrat" w:eastAsia="Montserrat" w:hAnsi="Montserrat" w:cs="Montserrat"/>
                <w:sz w:val="28"/>
                <w:szCs w:val="28"/>
                <w:lang w:val="es-ES"/>
              </w:rPr>
              <w:t xml:space="preserve"> and </w:t>
            </w:r>
            <w:proofErr w:type="spellStart"/>
            <w:r w:rsidRPr="42F3DE3E">
              <w:rPr>
                <w:rFonts w:ascii="Montserrat" w:eastAsia="Montserrat" w:hAnsi="Montserrat" w:cs="Montserrat"/>
                <w:sz w:val="28"/>
                <w:szCs w:val="28"/>
                <w:lang w:val="es-ES"/>
              </w:rPr>
              <w:t>its</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results</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to</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the</w:t>
            </w:r>
            <w:proofErr w:type="spellEnd"/>
            <w:r w:rsidRPr="42F3DE3E">
              <w:rPr>
                <w:rFonts w:ascii="Montserrat" w:eastAsia="Montserrat" w:hAnsi="Montserrat" w:cs="Montserrat"/>
                <w:sz w:val="28"/>
                <w:szCs w:val="28"/>
                <w:lang w:val="es-ES"/>
              </w:rPr>
              <w:t xml:space="preserve"> </w:t>
            </w:r>
            <w:proofErr w:type="gramStart"/>
            <w:r w:rsidRPr="42F3DE3E">
              <w:rPr>
                <w:rFonts w:ascii="Montserrat" w:eastAsia="Montserrat" w:hAnsi="Montserrat" w:cs="Montserrat"/>
                <w:sz w:val="28"/>
                <w:szCs w:val="28"/>
                <w:lang w:val="es-ES"/>
              </w:rPr>
              <w:t>target</w:t>
            </w:r>
            <w:proofErr w:type="gram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group</w:t>
            </w:r>
            <w:proofErr w:type="spellEnd"/>
            <w:r w:rsidRPr="42F3DE3E">
              <w:rPr>
                <w:rFonts w:ascii="Montserrat" w:eastAsia="Montserrat" w:hAnsi="Montserrat" w:cs="Montserrat"/>
                <w:sz w:val="28"/>
                <w:szCs w:val="28"/>
                <w:lang w:val="es-ES"/>
              </w:rPr>
              <w:t xml:space="preserve">(s) and </w:t>
            </w:r>
            <w:proofErr w:type="spellStart"/>
            <w:r w:rsidRPr="42F3DE3E">
              <w:rPr>
                <w:rFonts w:ascii="Montserrat" w:eastAsia="Montserrat" w:hAnsi="Montserrat" w:cs="Montserrat"/>
                <w:sz w:val="28"/>
                <w:szCs w:val="28"/>
                <w:lang w:val="es-ES"/>
              </w:rPr>
              <w:t>the</w:t>
            </w:r>
            <w:proofErr w:type="spellEnd"/>
            <w:r w:rsidRPr="42F3DE3E">
              <w:rPr>
                <w:rFonts w:ascii="Montserrat" w:eastAsia="Montserrat" w:hAnsi="Montserrat" w:cs="Montserrat"/>
                <w:sz w:val="28"/>
                <w:szCs w:val="28"/>
                <w:lang w:val="es-ES"/>
              </w:rPr>
              <w:t xml:space="preserve"> general </w:t>
            </w:r>
            <w:proofErr w:type="spellStart"/>
            <w:r w:rsidRPr="42F3DE3E">
              <w:rPr>
                <w:rFonts w:ascii="Montserrat" w:eastAsia="Montserrat" w:hAnsi="Montserrat" w:cs="Montserrat"/>
                <w:sz w:val="28"/>
                <w:szCs w:val="28"/>
                <w:lang w:val="es-ES"/>
              </w:rPr>
              <w:t>public</w:t>
            </w:r>
            <w:proofErr w:type="spellEnd"/>
          </w:p>
          <w:p w14:paraId="15584465" w14:textId="77777777" w:rsidR="00C72196" w:rsidRDefault="00C72196" w:rsidP="00385EE6">
            <w:pPr>
              <w:widowControl w:val="0"/>
              <w:spacing w:before="240" w:after="240"/>
            </w:pPr>
            <w:r w:rsidRPr="42F3DE3E">
              <w:rPr>
                <w:rFonts w:ascii="Montserrat" w:eastAsia="Montserrat" w:hAnsi="Montserrat" w:cs="Montserrat"/>
                <w:sz w:val="24"/>
                <w:szCs w:val="24"/>
                <w:lang w:val="es"/>
              </w:rPr>
              <w:t>Service:</w:t>
            </w:r>
          </w:p>
          <w:p w14:paraId="76449088" w14:textId="77777777" w:rsidR="00C72196" w:rsidRDefault="00C72196" w:rsidP="00385EE6">
            <w:pPr>
              <w:widowControl w:val="0"/>
              <w:spacing w:before="240" w:after="240"/>
            </w:pPr>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days</w:t>
            </w:r>
            <w:proofErr w:type="spellEnd"/>
            <w:r w:rsidRPr="42F3DE3E">
              <w:rPr>
                <w:rFonts w:ascii="Montserrat" w:eastAsia="Montserrat" w:hAnsi="Montserrat" w:cs="Montserrat"/>
                <w:sz w:val="24"/>
                <w:szCs w:val="24"/>
                <w:lang w:val="es-ES"/>
              </w:rPr>
              <w:t>/</w:t>
            </w:r>
            <w:proofErr w:type="spellStart"/>
            <w:r w:rsidRPr="42F3DE3E">
              <w:rPr>
                <w:rFonts w:ascii="Montserrat" w:eastAsia="Montserrat" w:hAnsi="Montserrat" w:cs="Montserrat"/>
                <w:sz w:val="24"/>
                <w:szCs w:val="24"/>
                <w:lang w:val="es-ES"/>
              </w:rPr>
              <w:t>months</w:t>
            </w:r>
            <w:proofErr w:type="spellEnd"/>
            <w:r w:rsidRPr="42F3DE3E">
              <w:rPr>
                <w:rFonts w:ascii="Montserrat" w:eastAsia="Montserrat" w:hAnsi="Montserrat" w:cs="Montserrat"/>
                <w:sz w:val="24"/>
                <w:szCs w:val="24"/>
                <w:lang w:val="es-ES"/>
              </w:rPr>
              <w:t>/</w:t>
            </w:r>
            <w:proofErr w:type="spellStart"/>
            <w:r w:rsidRPr="42F3DE3E">
              <w:rPr>
                <w:rFonts w:ascii="Montserrat" w:eastAsia="Montserrat" w:hAnsi="Montserrat" w:cs="Montserrat"/>
                <w:sz w:val="24"/>
                <w:szCs w:val="24"/>
                <w:lang w:val="es-ES"/>
              </w:rPr>
              <w:t>task</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roofErr w:type="spellStart"/>
            <w:r w:rsidRPr="42F3DE3E">
              <w:rPr>
                <w:rFonts w:ascii="Montserrat" w:eastAsia="Montserrat" w:hAnsi="Montserrat" w:cs="Montserrat"/>
                <w:sz w:val="24"/>
                <w:szCs w:val="24"/>
                <w:lang w:val="es-ES"/>
              </w:rPr>
              <w:t>day</w:t>
            </w:r>
            <w:proofErr w:type="spellEnd"/>
            <w:r w:rsidRPr="42F3DE3E">
              <w:rPr>
                <w:rFonts w:ascii="Montserrat" w:eastAsia="Montserrat" w:hAnsi="Montserrat" w:cs="Montserrat"/>
                <w:sz w:val="24"/>
                <w:szCs w:val="24"/>
                <w:lang w:val="es-ES"/>
              </w:rPr>
              <w:t>/</w:t>
            </w:r>
            <w:proofErr w:type="spellStart"/>
            <w:r w:rsidRPr="42F3DE3E">
              <w:rPr>
                <w:rFonts w:ascii="Montserrat" w:eastAsia="Montserrat" w:hAnsi="Montserrat" w:cs="Montserrat"/>
                <w:sz w:val="24"/>
                <w:szCs w:val="24"/>
                <w:lang w:val="es-ES"/>
              </w:rPr>
              <w:t>month</w:t>
            </w:r>
            <w:proofErr w:type="spellEnd"/>
            <w:r w:rsidRPr="42F3DE3E">
              <w:rPr>
                <w:rFonts w:ascii="Montserrat" w:eastAsia="Montserrat" w:hAnsi="Montserrat" w:cs="Montserrat"/>
                <w:sz w:val="24"/>
                <w:szCs w:val="24"/>
                <w:lang w:val="es-ES"/>
              </w:rPr>
              <w:t>/</w:t>
            </w:r>
            <w:proofErr w:type="spellStart"/>
            <w:r w:rsidRPr="42F3DE3E">
              <w:rPr>
                <w:rFonts w:ascii="Montserrat" w:eastAsia="Montserrat" w:hAnsi="Montserrat" w:cs="Montserrat"/>
                <w:sz w:val="24"/>
                <w:szCs w:val="24"/>
                <w:lang w:val="es-ES"/>
              </w:rPr>
              <w:t>task</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
          <w:p w14:paraId="3F69BA4D" w14:textId="77777777" w:rsidR="00C72196" w:rsidRDefault="00C72196" w:rsidP="00385EE6">
            <w:pPr>
              <w:widowControl w:val="0"/>
              <w:spacing w:before="240" w:after="240"/>
            </w:pPr>
            <w:proofErr w:type="spellStart"/>
            <w:r w:rsidRPr="42F3DE3E">
              <w:rPr>
                <w:rFonts w:ascii="Montserrat" w:eastAsia="Montserrat" w:hAnsi="Montserrat" w:cs="Montserrat"/>
                <w:sz w:val="24"/>
                <w:szCs w:val="24"/>
                <w:lang w:val="es-ES"/>
              </w:rPr>
              <w:t>Printed</w:t>
            </w:r>
            <w:proofErr w:type="spellEnd"/>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materials</w:t>
            </w:r>
            <w:proofErr w:type="spellEnd"/>
            <w:r w:rsidRPr="42F3DE3E">
              <w:rPr>
                <w:rFonts w:ascii="Montserrat" w:eastAsia="Montserrat" w:hAnsi="Montserrat" w:cs="Montserrat"/>
                <w:sz w:val="24"/>
                <w:szCs w:val="24"/>
                <w:lang w:val="es-ES"/>
              </w:rPr>
              <w:t>:</w:t>
            </w:r>
          </w:p>
          <w:p w14:paraId="561CF06A" w14:textId="77777777" w:rsidR="00C72196" w:rsidRDefault="00C72196" w:rsidP="00385EE6">
            <w:pPr>
              <w:widowControl w:val="0"/>
              <w:spacing w:before="240" w:after="240"/>
            </w:pPr>
            <w:r w:rsidRPr="42F3DE3E">
              <w:rPr>
                <w:rFonts w:ascii="Montserrat" w:eastAsia="Montserrat" w:hAnsi="Montserrat" w:cs="Montserrat"/>
                <w:sz w:val="24"/>
                <w:szCs w:val="24"/>
                <w:lang w:val="es-ES"/>
              </w:rPr>
              <w:t>……… copies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roofErr w:type="spellStart"/>
            <w:r w:rsidRPr="42F3DE3E">
              <w:rPr>
                <w:rFonts w:ascii="Montserrat" w:eastAsia="Montserrat" w:hAnsi="Montserrat" w:cs="Montserrat"/>
                <w:sz w:val="24"/>
                <w:szCs w:val="24"/>
                <w:lang w:val="es-ES"/>
              </w:rPr>
              <w:t>copy</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
          <w:p w14:paraId="2F40078C" w14:textId="77777777" w:rsidR="00C72196" w:rsidRDefault="00C72196" w:rsidP="00385EE6">
            <w:pPr>
              <w:widowControl w:val="0"/>
              <w:spacing w:before="240" w:after="240"/>
            </w:pPr>
            <w:r w:rsidRPr="42F3DE3E">
              <w:rPr>
                <w:rFonts w:ascii="Montserrat" w:eastAsia="Montserrat" w:hAnsi="Montserrat" w:cs="Montserrat"/>
                <w:i/>
                <w:iCs/>
                <w:sz w:val="24"/>
                <w:szCs w:val="24"/>
                <w:lang w:val="es-ES"/>
              </w:rPr>
              <w:t>(</w:t>
            </w:r>
            <w:proofErr w:type="spellStart"/>
            <w:r w:rsidRPr="42F3DE3E">
              <w:rPr>
                <w:rFonts w:ascii="Montserrat" w:eastAsia="Montserrat" w:hAnsi="Montserrat" w:cs="Montserrat"/>
                <w:i/>
                <w:iCs/>
                <w:sz w:val="24"/>
                <w:szCs w:val="24"/>
                <w:lang w:val="es-ES"/>
              </w:rPr>
              <w:t>Please</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specify</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details</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of</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the</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printed</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materials</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such</w:t>
            </w:r>
            <w:proofErr w:type="spellEnd"/>
            <w:r w:rsidRPr="42F3DE3E">
              <w:rPr>
                <w:rFonts w:ascii="Montserrat" w:eastAsia="Montserrat" w:hAnsi="Montserrat" w:cs="Montserrat"/>
                <w:i/>
                <w:iCs/>
                <w:sz w:val="24"/>
                <w:szCs w:val="24"/>
                <w:lang w:val="es-ES"/>
              </w:rPr>
              <w:t xml:space="preserve"> as </w:t>
            </w:r>
            <w:proofErr w:type="spellStart"/>
            <w:r w:rsidRPr="42F3DE3E">
              <w:rPr>
                <w:rFonts w:ascii="Montserrat" w:eastAsia="Montserrat" w:hAnsi="Montserrat" w:cs="Montserrat"/>
                <w:i/>
                <w:iCs/>
                <w:sz w:val="24"/>
                <w:szCs w:val="24"/>
                <w:lang w:val="es-ES"/>
              </w:rPr>
              <w:t>number</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of</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pages</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format</w:t>
            </w:r>
            <w:proofErr w:type="spellEnd"/>
            <w:r w:rsidRPr="42F3DE3E">
              <w:rPr>
                <w:rFonts w:ascii="Montserrat" w:eastAsia="Montserrat" w:hAnsi="Montserrat" w:cs="Montserrat"/>
                <w:i/>
                <w:iCs/>
                <w:sz w:val="24"/>
                <w:szCs w:val="24"/>
                <w:lang w:val="es-ES"/>
              </w:rPr>
              <w:t>, and color/</w:t>
            </w:r>
            <w:proofErr w:type="spellStart"/>
            <w:r w:rsidRPr="42F3DE3E">
              <w:rPr>
                <w:rFonts w:ascii="Montserrat" w:eastAsia="Montserrat" w:hAnsi="Montserrat" w:cs="Montserrat"/>
                <w:i/>
                <w:iCs/>
                <w:sz w:val="24"/>
                <w:szCs w:val="24"/>
                <w:lang w:val="es-ES"/>
              </w:rPr>
              <w:t>black</w:t>
            </w:r>
            <w:proofErr w:type="spellEnd"/>
            <w:r w:rsidRPr="42F3DE3E">
              <w:rPr>
                <w:rFonts w:ascii="Montserrat" w:eastAsia="Montserrat" w:hAnsi="Montserrat" w:cs="Montserrat"/>
                <w:i/>
                <w:iCs/>
                <w:sz w:val="24"/>
                <w:szCs w:val="24"/>
                <w:lang w:val="es-ES"/>
              </w:rPr>
              <w:t>-and-</w:t>
            </w:r>
            <w:proofErr w:type="spellStart"/>
            <w:r w:rsidRPr="42F3DE3E">
              <w:rPr>
                <w:rFonts w:ascii="Montserrat" w:eastAsia="Montserrat" w:hAnsi="Montserrat" w:cs="Montserrat"/>
                <w:i/>
                <w:iCs/>
                <w:sz w:val="24"/>
                <w:szCs w:val="24"/>
                <w:lang w:val="es-ES"/>
              </w:rPr>
              <w:t>white</w:t>
            </w:r>
            <w:proofErr w:type="spellEnd"/>
            <w:r w:rsidRPr="42F3DE3E">
              <w:rPr>
                <w:rFonts w:ascii="Montserrat" w:eastAsia="Montserrat" w:hAnsi="Montserrat" w:cs="Montserrat"/>
                <w:i/>
                <w:iCs/>
                <w:sz w:val="24"/>
                <w:szCs w:val="24"/>
                <w:lang w:val="es-ES"/>
              </w:rPr>
              <w:t xml:space="preserve"> </w:t>
            </w:r>
            <w:proofErr w:type="spellStart"/>
            <w:r w:rsidRPr="42F3DE3E">
              <w:rPr>
                <w:rFonts w:ascii="Montserrat" w:eastAsia="Montserrat" w:hAnsi="Montserrat" w:cs="Montserrat"/>
                <w:i/>
                <w:iCs/>
                <w:sz w:val="24"/>
                <w:szCs w:val="24"/>
                <w:lang w:val="es-ES"/>
              </w:rPr>
              <w:t>printing</w:t>
            </w:r>
            <w:proofErr w:type="spellEnd"/>
            <w:r w:rsidRPr="42F3DE3E">
              <w:rPr>
                <w:rFonts w:ascii="Montserrat" w:eastAsia="Montserrat" w:hAnsi="Montserrat" w:cs="Montserrat"/>
                <w:i/>
                <w:iCs/>
                <w:sz w:val="24"/>
                <w:szCs w:val="24"/>
                <w:lang w:val="es-ES"/>
              </w:rPr>
              <w:t>.)</w:t>
            </w:r>
          </w:p>
          <w:p w14:paraId="466E550F" w14:textId="77777777" w:rsidR="00C72196" w:rsidRDefault="00C72196" w:rsidP="00385EE6">
            <w:pPr>
              <w:widowControl w:val="0"/>
              <w:spacing w:before="240" w:after="240"/>
            </w:pPr>
            <w:r w:rsidRPr="42F3DE3E">
              <w:rPr>
                <w:rFonts w:ascii="Montserrat" w:eastAsia="Montserrat" w:hAnsi="Montserrat" w:cs="Montserrat"/>
                <w:sz w:val="24"/>
                <w:szCs w:val="24"/>
                <w:lang w:val="es-ES"/>
              </w:rPr>
              <w:t>Material/</w:t>
            </w:r>
            <w:proofErr w:type="spellStart"/>
            <w:r w:rsidRPr="42F3DE3E">
              <w:rPr>
                <w:rFonts w:ascii="Montserrat" w:eastAsia="Montserrat" w:hAnsi="Montserrat" w:cs="Montserrat"/>
                <w:sz w:val="24"/>
                <w:szCs w:val="24"/>
                <w:lang w:val="es-ES"/>
              </w:rPr>
              <w:t>product</w:t>
            </w:r>
            <w:proofErr w:type="spellEnd"/>
            <w:r w:rsidRPr="42F3DE3E">
              <w:rPr>
                <w:rFonts w:ascii="Montserrat" w:eastAsia="Montserrat" w:hAnsi="Montserrat" w:cs="Montserrat"/>
                <w:sz w:val="24"/>
                <w:szCs w:val="24"/>
                <w:lang w:val="es-ES"/>
              </w:rPr>
              <w:t>:</w:t>
            </w:r>
          </w:p>
          <w:p w14:paraId="11C1FA11" w14:textId="77777777" w:rsidR="00C72196" w:rsidRDefault="00C72196" w:rsidP="00385EE6">
            <w:pPr>
              <w:widowControl w:val="0"/>
              <w:spacing w:before="240" w:after="240"/>
            </w:pPr>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number</w:t>
            </w:r>
            <w:proofErr w:type="spellEnd"/>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of</w:t>
            </w:r>
            <w:proofErr w:type="spellEnd"/>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units</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roofErr w:type="spellStart"/>
            <w:r w:rsidRPr="42F3DE3E">
              <w:rPr>
                <w:rFonts w:ascii="Montserrat" w:eastAsia="Montserrat" w:hAnsi="Montserrat" w:cs="Montserrat"/>
                <w:sz w:val="24"/>
                <w:szCs w:val="24"/>
                <w:lang w:val="es-ES"/>
              </w:rPr>
              <w:t>unit</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
          <w:p w14:paraId="59A31AF1" w14:textId="77777777" w:rsidR="00C72196" w:rsidRDefault="00C72196" w:rsidP="00385EE6">
            <w:pPr>
              <w:widowControl w:val="0"/>
              <w:spacing w:before="240" w:after="240"/>
            </w:pPr>
            <w:proofErr w:type="gramStart"/>
            <w:r w:rsidRPr="42F3DE3E">
              <w:rPr>
                <w:rFonts w:ascii="Montserrat" w:eastAsia="Montserrat" w:hAnsi="Montserrat" w:cs="Montserrat"/>
                <w:b/>
                <w:bCs/>
                <w:sz w:val="24"/>
                <w:szCs w:val="24"/>
                <w:lang w:val="es-ES"/>
              </w:rPr>
              <w:t>Total</w:t>
            </w:r>
            <w:proofErr w:type="gram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for</w:t>
            </w:r>
            <w:proofErr w:type="spellEnd"/>
            <w:r w:rsidRPr="42F3DE3E">
              <w:rPr>
                <w:rFonts w:ascii="Montserrat" w:eastAsia="Montserrat" w:hAnsi="Montserrat" w:cs="Montserrat"/>
                <w:b/>
                <w:bCs/>
                <w:sz w:val="24"/>
                <w:szCs w:val="24"/>
                <w:lang w:val="es-ES"/>
              </w:rPr>
              <w:t xml:space="preserve"> Section 6. </w:t>
            </w:r>
            <w:proofErr w:type="spellStart"/>
            <w:r w:rsidRPr="42F3DE3E">
              <w:rPr>
                <w:rFonts w:ascii="Montserrat" w:eastAsia="Montserrat" w:hAnsi="Montserrat" w:cs="Montserrat"/>
                <w:b/>
                <w:bCs/>
                <w:sz w:val="24"/>
                <w:szCs w:val="24"/>
                <w:lang w:val="es-ES"/>
              </w:rPr>
              <w:t>Communication</w:t>
            </w:r>
            <w:proofErr w:type="spellEnd"/>
            <w:r w:rsidRPr="42F3DE3E">
              <w:rPr>
                <w:rFonts w:ascii="Montserrat" w:eastAsia="Montserrat" w:hAnsi="Montserrat" w:cs="Montserrat"/>
                <w:b/>
                <w:bCs/>
                <w:sz w:val="24"/>
                <w:szCs w:val="24"/>
                <w:lang w:val="es-ES"/>
              </w:rPr>
              <w:t xml:space="preserve"> and </w:t>
            </w:r>
            <w:proofErr w:type="spellStart"/>
            <w:r w:rsidRPr="42F3DE3E">
              <w:rPr>
                <w:rFonts w:ascii="Montserrat" w:eastAsia="Montserrat" w:hAnsi="Montserrat" w:cs="Montserrat"/>
                <w:b/>
                <w:bCs/>
                <w:sz w:val="24"/>
                <w:szCs w:val="24"/>
                <w:lang w:val="es-ES"/>
              </w:rPr>
              <w:t>Promotional</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Materials</w:t>
            </w:r>
            <w:proofErr w:type="spellEnd"/>
            <w:r w:rsidRPr="42F3DE3E">
              <w:rPr>
                <w:rFonts w:ascii="Montserrat" w:eastAsia="Montserrat" w:hAnsi="Montserrat" w:cs="Montserrat"/>
                <w:b/>
                <w:bCs/>
                <w:sz w:val="24"/>
                <w:szCs w:val="24"/>
                <w:lang w:val="es-ES"/>
              </w:rPr>
              <w:t>:</w:t>
            </w:r>
            <w:r w:rsidRPr="42F3DE3E">
              <w:rPr>
                <w:rFonts w:ascii="Montserrat" w:eastAsia="Montserrat" w:hAnsi="Montserrat" w:cs="Montserrat"/>
                <w:sz w:val="24"/>
                <w:szCs w:val="24"/>
                <w:lang w:val="es-ES"/>
              </w:rPr>
              <w:t xml:space="preserve"> ………</w:t>
            </w:r>
          </w:p>
          <w:p w14:paraId="614D754D" w14:textId="77777777" w:rsidR="00C72196" w:rsidRDefault="00C72196" w:rsidP="00385EE6">
            <w:pPr>
              <w:widowControl w:val="0"/>
            </w:pPr>
          </w:p>
          <w:p w14:paraId="7399FE6F" w14:textId="77777777" w:rsidR="00C72196" w:rsidRDefault="00C72196" w:rsidP="00385EE6">
            <w:pPr>
              <w:pStyle w:val="Heading3"/>
              <w:widowControl w:val="0"/>
              <w:spacing w:before="281" w:after="281"/>
            </w:pPr>
            <w:r w:rsidRPr="42F3DE3E">
              <w:rPr>
                <w:rFonts w:ascii="Montserrat" w:eastAsia="Montserrat" w:hAnsi="Montserrat" w:cs="Montserrat"/>
                <w:sz w:val="28"/>
                <w:szCs w:val="28"/>
                <w:lang w:val="es-ES"/>
              </w:rPr>
              <w:lastRenderedPageBreak/>
              <w:t xml:space="preserve">7. Administrative </w:t>
            </w:r>
            <w:proofErr w:type="spellStart"/>
            <w:r w:rsidRPr="42F3DE3E">
              <w:rPr>
                <w:rFonts w:ascii="Montserrat" w:eastAsia="Montserrat" w:hAnsi="Montserrat" w:cs="Montserrat"/>
                <w:sz w:val="28"/>
                <w:szCs w:val="28"/>
                <w:lang w:val="es-ES"/>
              </w:rPr>
              <w:t>costs</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charged</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by</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the</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beneficiary</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organization</w:t>
            </w:r>
            <w:proofErr w:type="spellEnd"/>
            <w:r w:rsidRPr="42F3DE3E">
              <w:rPr>
                <w:rFonts w:ascii="Montserrat" w:eastAsia="Montserrat" w:hAnsi="Montserrat" w:cs="Montserrat"/>
                <w:sz w:val="28"/>
                <w:szCs w:val="28"/>
                <w:lang w:val="es-ES"/>
              </w:rPr>
              <w:t xml:space="preserve">, up </w:t>
            </w:r>
            <w:proofErr w:type="spellStart"/>
            <w:r w:rsidRPr="42F3DE3E">
              <w:rPr>
                <w:rFonts w:ascii="Montserrat" w:eastAsia="Montserrat" w:hAnsi="Montserrat" w:cs="Montserrat"/>
                <w:sz w:val="28"/>
                <w:szCs w:val="28"/>
                <w:lang w:val="es-ES"/>
              </w:rPr>
              <w:t>to</w:t>
            </w:r>
            <w:proofErr w:type="spellEnd"/>
            <w:r w:rsidRPr="42F3DE3E">
              <w:rPr>
                <w:rFonts w:ascii="Montserrat" w:eastAsia="Montserrat" w:hAnsi="Montserrat" w:cs="Montserrat"/>
                <w:sz w:val="28"/>
                <w:szCs w:val="28"/>
                <w:lang w:val="es-ES"/>
              </w:rPr>
              <w:t xml:space="preserve"> a </w:t>
            </w:r>
            <w:proofErr w:type="spellStart"/>
            <w:r w:rsidRPr="42F3DE3E">
              <w:rPr>
                <w:rFonts w:ascii="Montserrat" w:eastAsia="Montserrat" w:hAnsi="Montserrat" w:cs="Montserrat"/>
                <w:sz w:val="28"/>
                <w:szCs w:val="28"/>
                <w:lang w:val="es-ES"/>
              </w:rPr>
              <w:t>maximum</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of</w:t>
            </w:r>
            <w:proofErr w:type="spellEnd"/>
            <w:r w:rsidRPr="42F3DE3E">
              <w:rPr>
                <w:rFonts w:ascii="Montserrat" w:eastAsia="Montserrat" w:hAnsi="Montserrat" w:cs="Montserrat"/>
                <w:sz w:val="28"/>
                <w:szCs w:val="28"/>
                <w:lang w:val="es-ES"/>
              </w:rPr>
              <w:t xml:space="preserve"> 15% </w:t>
            </w:r>
            <w:proofErr w:type="spellStart"/>
            <w:r w:rsidRPr="42F3DE3E">
              <w:rPr>
                <w:rFonts w:ascii="Montserrat" w:eastAsia="Montserrat" w:hAnsi="Montserrat" w:cs="Montserrat"/>
                <w:sz w:val="28"/>
                <w:szCs w:val="28"/>
                <w:lang w:val="es-ES"/>
              </w:rPr>
              <w:t>of</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the</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microgrant</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amount</w:t>
            </w:r>
            <w:proofErr w:type="spellEnd"/>
          </w:p>
          <w:p w14:paraId="75C2E500" w14:textId="77777777" w:rsidR="00C72196" w:rsidRDefault="00C72196" w:rsidP="00385EE6">
            <w:pPr>
              <w:widowControl w:val="0"/>
              <w:spacing w:before="240" w:after="240"/>
            </w:pPr>
            <w:proofErr w:type="spellStart"/>
            <w:r w:rsidRPr="42F3DE3E">
              <w:rPr>
                <w:rFonts w:ascii="Montserrat" w:eastAsia="Montserrat" w:hAnsi="Montserrat" w:cs="Montserrat"/>
                <w:sz w:val="24"/>
                <w:szCs w:val="24"/>
                <w:lang w:val="es-ES"/>
              </w:rPr>
              <w:t>Details</w:t>
            </w:r>
            <w:proofErr w:type="spellEnd"/>
            <w:r w:rsidRPr="42F3DE3E">
              <w:rPr>
                <w:rFonts w:ascii="Montserrat" w:eastAsia="Montserrat" w:hAnsi="Montserrat" w:cs="Montserrat"/>
                <w:sz w:val="24"/>
                <w:szCs w:val="24"/>
                <w:lang w:val="es-ES"/>
              </w:rPr>
              <w:t>:</w:t>
            </w:r>
          </w:p>
          <w:p w14:paraId="50D83ACB" w14:textId="77777777" w:rsidR="00C72196" w:rsidRDefault="00C72196" w:rsidP="00385EE6">
            <w:pPr>
              <w:widowControl w:val="0"/>
              <w:spacing w:before="240" w:after="240"/>
            </w:pPr>
            <w:proofErr w:type="gramStart"/>
            <w:r w:rsidRPr="42F3DE3E">
              <w:rPr>
                <w:rFonts w:ascii="Montserrat" w:eastAsia="Montserrat" w:hAnsi="Montserrat" w:cs="Montserrat"/>
                <w:b/>
                <w:bCs/>
                <w:sz w:val="24"/>
                <w:szCs w:val="24"/>
                <w:lang w:val="es-ES"/>
              </w:rPr>
              <w:t>Total</w:t>
            </w:r>
            <w:proofErr w:type="gram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for</w:t>
            </w:r>
            <w:proofErr w:type="spellEnd"/>
            <w:r w:rsidRPr="42F3DE3E">
              <w:rPr>
                <w:rFonts w:ascii="Montserrat" w:eastAsia="Montserrat" w:hAnsi="Montserrat" w:cs="Montserrat"/>
                <w:b/>
                <w:bCs/>
                <w:sz w:val="24"/>
                <w:szCs w:val="24"/>
                <w:lang w:val="es-ES"/>
              </w:rPr>
              <w:t xml:space="preserve"> Section 7. Administrative </w:t>
            </w:r>
            <w:proofErr w:type="spellStart"/>
            <w:r w:rsidRPr="42F3DE3E">
              <w:rPr>
                <w:rFonts w:ascii="Montserrat" w:eastAsia="Montserrat" w:hAnsi="Montserrat" w:cs="Montserrat"/>
                <w:b/>
                <w:bCs/>
                <w:sz w:val="24"/>
                <w:szCs w:val="24"/>
                <w:lang w:val="es-ES"/>
              </w:rPr>
              <w:t>Costs</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Charged</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by</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the</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Beneficiary</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Organization</w:t>
            </w:r>
            <w:proofErr w:type="spellEnd"/>
            <w:r w:rsidRPr="42F3DE3E">
              <w:rPr>
                <w:rFonts w:ascii="Montserrat" w:eastAsia="Montserrat" w:hAnsi="Montserrat" w:cs="Montserrat"/>
                <w:b/>
                <w:bCs/>
                <w:sz w:val="24"/>
                <w:szCs w:val="24"/>
                <w:lang w:val="es-ES"/>
              </w:rPr>
              <w:t>:</w:t>
            </w:r>
            <w:r w:rsidRPr="42F3DE3E">
              <w:rPr>
                <w:rFonts w:ascii="Montserrat" w:eastAsia="Montserrat" w:hAnsi="Montserrat" w:cs="Montserrat"/>
                <w:sz w:val="24"/>
                <w:szCs w:val="24"/>
                <w:lang w:val="es-ES"/>
              </w:rPr>
              <w:t xml:space="preserve"> ………</w:t>
            </w:r>
          </w:p>
          <w:p w14:paraId="12545916" w14:textId="77777777" w:rsidR="00C72196" w:rsidRDefault="00C72196" w:rsidP="00385EE6">
            <w:pPr>
              <w:widowControl w:val="0"/>
            </w:pPr>
          </w:p>
          <w:p w14:paraId="48EA6494" w14:textId="77777777" w:rsidR="00C72196" w:rsidRDefault="00C72196" w:rsidP="00385EE6">
            <w:pPr>
              <w:pStyle w:val="Heading3"/>
              <w:widowControl w:val="0"/>
              <w:spacing w:before="281" w:after="281"/>
            </w:pPr>
            <w:r w:rsidRPr="42F3DE3E">
              <w:rPr>
                <w:rFonts w:ascii="Montserrat" w:eastAsia="Montserrat" w:hAnsi="Montserrat" w:cs="Montserrat"/>
                <w:sz w:val="28"/>
                <w:szCs w:val="28"/>
                <w:lang w:val="es-ES"/>
              </w:rPr>
              <w:t xml:space="preserve">8. Small </w:t>
            </w:r>
            <w:proofErr w:type="spellStart"/>
            <w:r w:rsidRPr="42F3DE3E">
              <w:rPr>
                <w:rFonts w:ascii="Montserrat" w:eastAsia="Montserrat" w:hAnsi="Montserrat" w:cs="Montserrat"/>
                <w:sz w:val="28"/>
                <w:szCs w:val="28"/>
                <w:lang w:val="es-ES"/>
              </w:rPr>
              <w:t>amounts</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that</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facilitate</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youth</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participation</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such</w:t>
            </w:r>
            <w:proofErr w:type="spellEnd"/>
            <w:r w:rsidRPr="42F3DE3E">
              <w:rPr>
                <w:rFonts w:ascii="Montserrat" w:eastAsia="Montserrat" w:hAnsi="Montserrat" w:cs="Montserrat"/>
                <w:sz w:val="28"/>
                <w:szCs w:val="28"/>
                <w:lang w:val="es-ES"/>
              </w:rPr>
              <w:t xml:space="preserve"> as per </w:t>
            </w:r>
            <w:proofErr w:type="spellStart"/>
            <w:r w:rsidRPr="42F3DE3E">
              <w:rPr>
                <w:rFonts w:ascii="Montserrat" w:eastAsia="Montserrat" w:hAnsi="Montserrat" w:cs="Montserrat"/>
                <w:sz w:val="28"/>
                <w:szCs w:val="28"/>
                <w:lang w:val="es-ES"/>
              </w:rPr>
              <w:t>diems</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or</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reasonable</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gift</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cards</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provided</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they</w:t>
            </w:r>
            <w:proofErr w:type="spellEnd"/>
            <w:r w:rsidRPr="42F3DE3E">
              <w:rPr>
                <w:rFonts w:ascii="Montserrat" w:eastAsia="Montserrat" w:hAnsi="Montserrat" w:cs="Montserrat"/>
                <w:sz w:val="28"/>
                <w:szCs w:val="28"/>
                <w:lang w:val="es-ES"/>
              </w:rPr>
              <w:t xml:space="preserve"> do </w:t>
            </w:r>
            <w:proofErr w:type="spellStart"/>
            <w:r w:rsidRPr="42F3DE3E">
              <w:rPr>
                <w:rFonts w:ascii="Montserrat" w:eastAsia="Montserrat" w:hAnsi="Montserrat" w:cs="Montserrat"/>
                <w:sz w:val="28"/>
                <w:szCs w:val="28"/>
                <w:lang w:val="es-ES"/>
              </w:rPr>
              <w:t>not</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constitute</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the</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majority</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of</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the</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budget</w:t>
            </w:r>
            <w:proofErr w:type="spellEnd"/>
          </w:p>
          <w:p w14:paraId="63215575" w14:textId="77777777" w:rsidR="00C72196" w:rsidRDefault="00C72196" w:rsidP="00385EE6">
            <w:pPr>
              <w:widowControl w:val="0"/>
              <w:spacing w:before="240" w:after="240"/>
            </w:pPr>
            <w:r w:rsidRPr="42F3DE3E">
              <w:rPr>
                <w:rFonts w:ascii="Montserrat" w:eastAsia="Montserrat" w:hAnsi="Montserrat" w:cs="Montserrat"/>
                <w:sz w:val="24"/>
                <w:szCs w:val="24"/>
                <w:lang w:val="es"/>
              </w:rPr>
              <w:t>Per diem:</w:t>
            </w:r>
          </w:p>
          <w:p w14:paraId="10D86597" w14:textId="77777777" w:rsidR="00C72196" w:rsidRPr="00EB561C" w:rsidRDefault="00C72196" w:rsidP="00385EE6">
            <w:pPr>
              <w:widowControl w:val="0"/>
              <w:spacing w:before="240" w:after="240"/>
            </w:pPr>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days</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roofErr w:type="spellStart"/>
            <w:r w:rsidRPr="42F3DE3E">
              <w:rPr>
                <w:rFonts w:ascii="Montserrat" w:eastAsia="Montserrat" w:hAnsi="Montserrat" w:cs="Montserrat"/>
                <w:sz w:val="24"/>
                <w:szCs w:val="24"/>
                <w:lang w:val="es-ES"/>
              </w:rPr>
              <w:t>day</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
          <w:p w14:paraId="58BDFD8A" w14:textId="77777777" w:rsidR="00C72196" w:rsidRPr="00C72196" w:rsidRDefault="00C72196" w:rsidP="00385EE6">
            <w:pPr>
              <w:widowControl w:val="0"/>
              <w:spacing w:before="240" w:after="240"/>
              <w:rPr>
                <w:lang w:val="fr-FR"/>
              </w:rPr>
            </w:pPr>
            <w:r w:rsidRPr="42F3DE3E">
              <w:rPr>
                <w:rFonts w:ascii="Montserrat" w:eastAsia="Montserrat" w:hAnsi="Montserrat" w:cs="Montserrat"/>
                <w:sz w:val="24"/>
                <w:szCs w:val="24"/>
                <w:lang w:val="es-ES"/>
              </w:rPr>
              <w:t xml:space="preserve">Gift </w:t>
            </w:r>
            <w:proofErr w:type="spellStart"/>
            <w:r w:rsidRPr="42F3DE3E">
              <w:rPr>
                <w:rFonts w:ascii="Montserrat" w:eastAsia="Montserrat" w:hAnsi="Montserrat" w:cs="Montserrat"/>
                <w:sz w:val="24"/>
                <w:szCs w:val="24"/>
                <w:lang w:val="es-ES"/>
              </w:rPr>
              <w:t>vouchers</w:t>
            </w:r>
            <w:proofErr w:type="spellEnd"/>
            <w:r w:rsidRPr="42F3DE3E">
              <w:rPr>
                <w:rFonts w:ascii="Montserrat" w:eastAsia="Montserrat" w:hAnsi="Montserrat" w:cs="Montserrat"/>
                <w:sz w:val="24"/>
                <w:szCs w:val="24"/>
                <w:lang w:val="es-ES"/>
              </w:rPr>
              <w:t>:</w:t>
            </w:r>
          </w:p>
          <w:p w14:paraId="0BB46D01" w14:textId="77777777" w:rsidR="00C72196" w:rsidRPr="00EB561C" w:rsidRDefault="00C72196" w:rsidP="00385EE6">
            <w:pPr>
              <w:widowControl w:val="0"/>
              <w:spacing w:before="240" w:after="240"/>
              <w:rPr>
                <w:lang w:val="fr-FR"/>
              </w:rPr>
            </w:pPr>
            <w:r w:rsidRPr="42F3DE3E">
              <w:rPr>
                <w:rFonts w:ascii="Montserrat" w:eastAsia="Montserrat" w:hAnsi="Montserrat" w:cs="Montserrat"/>
                <w:sz w:val="24"/>
                <w:szCs w:val="24"/>
                <w:lang w:val="es-ES"/>
              </w:rPr>
              <w:t>………….. RON/</w:t>
            </w:r>
            <w:proofErr w:type="spellStart"/>
            <w:r w:rsidRPr="42F3DE3E">
              <w:rPr>
                <w:rFonts w:ascii="Montserrat" w:eastAsia="Montserrat" w:hAnsi="Montserrat" w:cs="Montserrat"/>
                <w:sz w:val="24"/>
                <w:szCs w:val="24"/>
                <w:lang w:val="es-ES"/>
              </w:rPr>
              <w:t>voucher</w:t>
            </w:r>
            <w:proofErr w:type="spellEnd"/>
            <w:r w:rsidRPr="42F3DE3E">
              <w:rPr>
                <w:rFonts w:ascii="Montserrat" w:eastAsia="Montserrat" w:hAnsi="Montserrat" w:cs="Montserrat"/>
                <w:sz w:val="24"/>
                <w:szCs w:val="24"/>
                <w:lang w:val="es-ES"/>
              </w:rPr>
              <w:t xml:space="preserve"> × ……… </w:t>
            </w:r>
            <w:proofErr w:type="spellStart"/>
            <w:r w:rsidRPr="42F3DE3E">
              <w:rPr>
                <w:rFonts w:ascii="Montserrat" w:eastAsia="Montserrat" w:hAnsi="Montserrat" w:cs="Montserrat"/>
                <w:sz w:val="24"/>
                <w:szCs w:val="24"/>
                <w:lang w:val="es-ES"/>
              </w:rPr>
              <w:t>vouchers</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
          <w:p w14:paraId="23C678FC" w14:textId="77777777" w:rsidR="00C72196" w:rsidRDefault="00C72196" w:rsidP="00385EE6">
            <w:pPr>
              <w:widowControl w:val="0"/>
              <w:spacing w:before="240" w:after="240"/>
            </w:pPr>
            <w:proofErr w:type="gramStart"/>
            <w:r w:rsidRPr="42F3DE3E">
              <w:rPr>
                <w:rFonts w:ascii="Montserrat" w:eastAsia="Montserrat" w:hAnsi="Montserrat" w:cs="Montserrat"/>
                <w:b/>
                <w:bCs/>
                <w:sz w:val="24"/>
                <w:szCs w:val="24"/>
                <w:lang w:val="es-ES"/>
              </w:rPr>
              <w:t>Total</w:t>
            </w:r>
            <w:proofErr w:type="gram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for</w:t>
            </w:r>
            <w:proofErr w:type="spellEnd"/>
            <w:r w:rsidRPr="42F3DE3E">
              <w:rPr>
                <w:rFonts w:ascii="Montserrat" w:eastAsia="Montserrat" w:hAnsi="Montserrat" w:cs="Montserrat"/>
                <w:b/>
                <w:bCs/>
                <w:sz w:val="24"/>
                <w:szCs w:val="24"/>
                <w:lang w:val="es-ES"/>
              </w:rPr>
              <w:t xml:space="preserve"> Section 8. Small </w:t>
            </w:r>
            <w:proofErr w:type="spellStart"/>
            <w:r w:rsidRPr="42F3DE3E">
              <w:rPr>
                <w:rFonts w:ascii="Montserrat" w:eastAsia="Montserrat" w:hAnsi="Montserrat" w:cs="Montserrat"/>
                <w:b/>
                <w:bCs/>
                <w:sz w:val="24"/>
                <w:szCs w:val="24"/>
                <w:lang w:val="es-ES"/>
              </w:rPr>
              <w:t>Amounts</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to</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Facilitate</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Youth</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Participation</w:t>
            </w:r>
            <w:proofErr w:type="spellEnd"/>
            <w:r w:rsidRPr="42F3DE3E">
              <w:rPr>
                <w:rFonts w:ascii="Montserrat" w:eastAsia="Montserrat" w:hAnsi="Montserrat" w:cs="Montserrat"/>
                <w:b/>
                <w:bCs/>
                <w:sz w:val="24"/>
                <w:szCs w:val="24"/>
                <w:lang w:val="es-ES"/>
              </w:rPr>
              <w:t>:</w:t>
            </w:r>
            <w:r w:rsidRPr="42F3DE3E">
              <w:rPr>
                <w:rFonts w:ascii="Montserrat" w:eastAsia="Montserrat" w:hAnsi="Montserrat" w:cs="Montserrat"/>
                <w:sz w:val="24"/>
                <w:szCs w:val="24"/>
                <w:lang w:val="es-ES"/>
              </w:rPr>
              <w:t xml:space="preserve"> ………</w:t>
            </w:r>
          </w:p>
          <w:p w14:paraId="101C292D" w14:textId="77777777" w:rsidR="00C72196" w:rsidRDefault="00C72196" w:rsidP="00385EE6">
            <w:pPr>
              <w:widowControl w:val="0"/>
            </w:pPr>
          </w:p>
          <w:p w14:paraId="23645DB8" w14:textId="77777777" w:rsidR="00C72196" w:rsidRDefault="00C72196" w:rsidP="00385EE6">
            <w:pPr>
              <w:pStyle w:val="Heading3"/>
              <w:widowControl w:val="0"/>
              <w:spacing w:before="281" w:after="281"/>
            </w:pPr>
            <w:r w:rsidRPr="42F3DE3E">
              <w:rPr>
                <w:rFonts w:ascii="Montserrat" w:eastAsia="Montserrat" w:hAnsi="Montserrat" w:cs="Montserrat"/>
                <w:sz w:val="28"/>
                <w:szCs w:val="28"/>
                <w:lang w:val="es-ES"/>
              </w:rPr>
              <w:t xml:space="preserve">9. </w:t>
            </w:r>
            <w:proofErr w:type="spellStart"/>
            <w:r w:rsidRPr="42F3DE3E">
              <w:rPr>
                <w:rFonts w:ascii="Montserrat" w:eastAsia="Montserrat" w:hAnsi="Montserrat" w:cs="Montserrat"/>
                <w:sz w:val="28"/>
                <w:szCs w:val="28"/>
                <w:lang w:val="es-ES"/>
              </w:rPr>
              <w:t>Infrastructure</w:t>
            </w:r>
            <w:proofErr w:type="spellEnd"/>
            <w:r w:rsidRPr="42F3DE3E">
              <w:rPr>
                <w:rFonts w:ascii="Montserrat" w:eastAsia="Montserrat" w:hAnsi="Montserrat" w:cs="Montserrat"/>
                <w:sz w:val="28"/>
                <w:szCs w:val="28"/>
                <w:lang w:val="es-ES"/>
              </w:rPr>
              <w:t xml:space="preserve"> and </w:t>
            </w:r>
            <w:proofErr w:type="spellStart"/>
            <w:r w:rsidRPr="42F3DE3E">
              <w:rPr>
                <w:rFonts w:ascii="Montserrat" w:eastAsia="Montserrat" w:hAnsi="Montserrat" w:cs="Montserrat"/>
                <w:sz w:val="28"/>
                <w:szCs w:val="28"/>
                <w:lang w:val="es-ES"/>
              </w:rPr>
              <w:t>equipment</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investments</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only</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if</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they</w:t>
            </w:r>
            <w:proofErr w:type="spellEnd"/>
            <w:r w:rsidRPr="42F3DE3E">
              <w:rPr>
                <w:rFonts w:ascii="Montserrat" w:eastAsia="Montserrat" w:hAnsi="Montserrat" w:cs="Montserrat"/>
                <w:sz w:val="28"/>
                <w:szCs w:val="28"/>
                <w:lang w:val="es-ES"/>
              </w:rPr>
              <w:t xml:space="preserve"> are </w:t>
            </w:r>
            <w:proofErr w:type="spellStart"/>
            <w:r w:rsidRPr="42F3DE3E">
              <w:rPr>
                <w:rFonts w:ascii="Montserrat" w:eastAsia="Montserrat" w:hAnsi="Montserrat" w:cs="Montserrat"/>
                <w:sz w:val="28"/>
                <w:szCs w:val="28"/>
                <w:lang w:val="es-ES"/>
              </w:rPr>
              <w:t>essential</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for</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the</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project</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proposed</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by</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young</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people</w:t>
            </w:r>
            <w:proofErr w:type="spellEnd"/>
            <w:r w:rsidRPr="42F3DE3E">
              <w:rPr>
                <w:rFonts w:ascii="Montserrat" w:eastAsia="Montserrat" w:hAnsi="Montserrat" w:cs="Montserrat"/>
                <w:sz w:val="28"/>
                <w:szCs w:val="28"/>
                <w:lang w:val="es-ES"/>
              </w:rPr>
              <w:t xml:space="preserve">, and do </w:t>
            </w:r>
            <w:proofErr w:type="spellStart"/>
            <w:r w:rsidRPr="42F3DE3E">
              <w:rPr>
                <w:rFonts w:ascii="Montserrat" w:eastAsia="Montserrat" w:hAnsi="Montserrat" w:cs="Montserrat"/>
                <w:sz w:val="28"/>
                <w:szCs w:val="28"/>
                <w:lang w:val="es-ES"/>
              </w:rPr>
              <w:t>not</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exceed</w:t>
            </w:r>
            <w:proofErr w:type="spellEnd"/>
            <w:r w:rsidRPr="42F3DE3E">
              <w:rPr>
                <w:rFonts w:ascii="Montserrat" w:eastAsia="Montserrat" w:hAnsi="Montserrat" w:cs="Montserrat"/>
                <w:sz w:val="28"/>
                <w:szCs w:val="28"/>
                <w:lang w:val="es-ES"/>
              </w:rPr>
              <w:t xml:space="preserve"> 50% </w:t>
            </w:r>
            <w:proofErr w:type="spellStart"/>
            <w:r w:rsidRPr="42F3DE3E">
              <w:rPr>
                <w:rFonts w:ascii="Montserrat" w:eastAsia="Montserrat" w:hAnsi="Montserrat" w:cs="Montserrat"/>
                <w:sz w:val="28"/>
                <w:szCs w:val="28"/>
                <w:lang w:val="es-ES"/>
              </w:rPr>
              <w:t>of</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the</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microgrant</w:t>
            </w:r>
            <w:proofErr w:type="spellEnd"/>
            <w:r w:rsidRPr="42F3DE3E">
              <w:rPr>
                <w:rFonts w:ascii="Montserrat" w:eastAsia="Montserrat" w:hAnsi="Montserrat" w:cs="Montserrat"/>
                <w:sz w:val="28"/>
                <w:szCs w:val="28"/>
                <w:lang w:val="es-ES"/>
              </w:rPr>
              <w:t xml:space="preserve"> </w:t>
            </w:r>
            <w:proofErr w:type="spellStart"/>
            <w:r w:rsidRPr="42F3DE3E">
              <w:rPr>
                <w:rFonts w:ascii="Montserrat" w:eastAsia="Montserrat" w:hAnsi="Montserrat" w:cs="Montserrat"/>
                <w:sz w:val="28"/>
                <w:szCs w:val="28"/>
                <w:lang w:val="es-ES"/>
              </w:rPr>
              <w:t>budget</w:t>
            </w:r>
            <w:proofErr w:type="spellEnd"/>
          </w:p>
          <w:p w14:paraId="5C6C226D" w14:textId="77777777" w:rsidR="00C72196" w:rsidRDefault="00C72196" w:rsidP="00385EE6">
            <w:pPr>
              <w:widowControl w:val="0"/>
              <w:spacing w:before="240" w:after="240"/>
            </w:pPr>
            <w:r w:rsidRPr="42F3DE3E">
              <w:rPr>
                <w:rFonts w:ascii="Montserrat" w:eastAsia="Montserrat" w:hAnsi="Montserrat" w:cs="Montserrat"/>
                <w:sz w:val="24"/>
                <w:szCs w:val="24"/>
                <w:lang w:val="es-ES"/>
              </w:rPr>
              <w:lastRenderedPageBreak/>
              <w:t>Material/</w:t>
            </w:r>
            <w:proofErr w:type="spellStart"/>
            <w:r w:rsidRPr="42F3DE3E">
              <w:rPr>
                <w:rFonts w:ascii="Montserrat" w:eastAsia="Montserrat" w:hAnsi="Montserrat" w:cs="Montserrat"/>
                <w:sz w:val="24"/>
                <w:szCs w:val="24"/>
                <w:lang w:val="es-ES"/>
              </w:rPr>
              <w:t>product</w:t>
            </w:r>
            <w:proofErr w:type="spellEnd"/>
            <w:r w:rsidRPr="42F3DE3E">
              <w:rPr>
                <w:rFonts w:ascii="Montserrat" w:eastAsia="Montserrat" w:hAnsi="Montserrat" w:cs="Montserrat"/>
                <w:sz w:val="24"/>
                <w:szCs w:val="24"/>
                <w:lang w:val="es-ES"/>
              </w:rPr>
              <w:t>:</w:t>
            </w:r>
          </w:p>
          <w:p w14:paraId="3B718D7C" w14:textId="77777777" w:rsidR="00C72196" w:rsidRDefault="00C72196" w:rsidP="00385EE6">
            <w:pPr>
              <w:widowControl w:val="0"/>
              <w:spacing w:before="240" w:after="240"/>
            </w:pPr>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number</w:t>
            </w:r>
            <w:proofErr w:type="spellEnd"/>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of</w:t>
            </w:r>
            <w:proofErr w:type="spellEnd"/>
            <w:r w:rsidRPr="42F3DE3E">
              <w:rPr>
                <w:rFonts w:ascii="Montserrat" w:eastAsia="Montserrat" w:hAnsi="Montserrat" w:cs="Montserrat"/>
                <w:sz w:val="24"/>
                <w:szCs w:val="24"/>
                <w:lang w:val="es-ES"/>
              </w:rPr>
              <w:t xml:space="preserve"> </w:t>
            </w:r>
            <w:proofErr w:type="spellStart"/>
            <w:r w:rsidRPr="42F3DE3E">
              <w:rPr>
                <w:rFonts w:ascii="Montserrat" w:eastAsia="Montserrat" w:hAnsi="Montserrat" w:cs="Montserrat"/>
                <w:sz w:val="24"/>
                <w:szCs w:val="24"/>
                <w:lang w:val="es-ES"/>
              </w:rPr>
              <w:t>units</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roofErr w:type="spellStart"/>
            <w:r w:rsidRPr="42F3DE3E">
              <w:rPr>
                <w:rFonts w:ascii="Montserrat" w:eastAsia="Montserrat" w:hAnsi="Montserrat" w:cs="Montserrat"/>
                <w:sz w:val="24"/>
                <w:szCs w:val="24"/>
                <w:lang w:val="es-ES"/>
              </w:rPr>
              <w:t>unit</w:t>
            </w:r>
            <w:proofErr w:type="spellEnd"/>
            <w:r w:rsidRPr="42F3DE3E">
              <w:rPr>
                <w:rFonts w:ascii="Montserrat" w:eastAsia="Montserrat" w:hAnsi="Montserrat" w:cs="Montserrat"/>
                <w:sz w:val="24"/>
                <w:szCs w:val="24"/>
                <w:lang w:val="es-ES"/>
              </w:rPr>
              <w:t xml:space="preserve"> = ……</w:t>
            </w:r>
            <w:proofErr w:type="gramStart"/>
            <w:r w:rsidRPr="42F3DE3E">
              <w:rPr>
                <w:rFonts w:ascii="Montserrat" w:eastAsia="Montserrat" w:hAnsi="Montserrat" w:cs="Montserrat"/>
                <w:sz w:val="24"/>
                <w:szCs w:val="24"/>
                <w:lang w:val="es-ES"/>
              </w:rPr>
              <w:t>…….</w:t>
            </w:r>
            <w:proofErr w:type="gramEnd"/>
            <w:r w:rsidRPr="42F3DE3E">
              <w:rPr>
                <w:rFonts w:ascii="Montserrat" w:eastAsia="Montserrat" w:hAnsi="Montserrat" w:cs="Montserrat"/>
                <w:sz w:val="24"/>
                <w:szCs w:val="24"/>
                <w:lang w:val="es-ES"/>
              </w:rPr>
              <w:t>. RON</w:t>
            </w:r>
          </w:p>
          <w:p w14:paraId="0E4D9861" w14:textId="77777777" w:rsidR="00C72196" w:rsidRDefault="00C72196" w:rsidP="00385EE6">
            <w:pPr>
              <w:widowControl w:val="0"/>
              <w:spacing w:before="240" w:after="240"/>
            </w:pPr>
            <w:proofErr w:type="gramStart"/>
            <w:r w:rsidRPr="42F3DE3E">
              <w:rPr>
                <w:rFonts w:ascii="Montserrat" w:eastAsia="Montserrat" w:hAnsi="Montserrat" w:cs="Montserrat"/>
                <w:b/>
                <w:bCs/>
                <w:sz w:val="24"/>
                <w:szCs w:val="24"/>
                <w:lang w:val="es-ES"/>
              </w:rPr>
              <w:t>Total</w:t>
            </w:r>
            <w:proofErr w:type="gram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for</w:t>
            </w:r>
            <w:proofErr w:type="spellEnd"/>
            <w:r w:rsidRPr="42F3DE3E">
              <w:rPr>
                <w:rFonts w:ascii="Montserrat" w:eastAsia="Montserrat" w:hAnsi="Montserrat" w:cs="Montserrat"/>
                <w:b/>
                <w:bCs/>
                <w:sz w:val="24"/>
                <w:szCs w:val="24"/>
                <w:lang w:val="es-ES"/>
              </w:rPr>
              <w:t xml:space="preserve"> Section 9. </w:t>
            </w:r>
            <w:proofErr w:type="spellStart"/>
            <w:r w:rsidRPr="42F3DE3E">
              <w:rPr>
                <w:rFonts w:ascii="Montserrat" w:eastAsia="Montserrat" w:hAnsi="Montserrat" w:cs="Montserrat"/>
                <w:b/>
                <w:bCs/>
                <w:sz w:val="24"/>
                <w:szCs w:val="24"/>
                <w:lang w:val="es-ES"/>
              </w:rPr>
              <w:t>Infrastructure</w:t>
            </w:r>
            <w:proofErr w:type="spellEnd"/>
            <w:r w:rsidRPr="42F3DE3E">
              <w:rPr>
                <w:rFonts w:ascii="Montserrat" w:eastAsia="Montserrat" w:hAnsi="Montserrat" w:cs="Montserrat"/>
                <w:b/>
                <w:bCs/>
                <w:sz w:val="24"/>
                <w:szCs w:val="24"/>
                <w:lang w:val="es-ES"/>
              </w:rPr>
              <w:t xml:space="preserve"> and </w:t>
            </w:r>
            <w:proofErr w:type="spellStart"/>
            <w:r w:rsidRPr="42F3DE3E">
              <w:rPr>
                <w:rFonts w:ascii="Montserrat" w:eastAsia="Montserrat" w:hAnsi="Montserrat" w:cs="Montserrat"/>
                <w:b/>
                <w:bCs/>
                <w:sz w:val="24"/>
                <w:szCs w:val="24"/>
                <w:lang w:val="es-ES"/>
              </w:rPr>
              <w:t>Equipment</w:t>
            </w:r>
            <w:proofErr w:type="spellEnd"/>
            <w:r w:rsidRPr="42F3DE3E">
              <w:rPr>
                <w:rFonts w:ascii="Montserrat" w:eastAsia="Montserrat" w:hAnsi="Montserrat" w:cs="Montserrat"/>
                <w:b/>
                <w:bCs/>
                <w:sz w:val="24"/>
                <w:szCs w:val="24"/>
                <w:lang w:val="es-ES"/>
              </w:rPr>
              <w:t>:</w:t>
            </w:r>
            <w:r w:rsidRPr="42F3DE3E">
              <w:rPr>
                <w:rFonts w:ascii="Montserrat" w:eastAsia="Montserrat" w:hAnsi="Montserrat" w:cs="Montserrat"/>
                <w:sz w:val="24"/>
                <w:szCs w:val="24"/>
                <w:lang w:val="es-ES"/>
              </w:rPr>
              <w:t xml:space="preserve"> ………</w:t>
            </w:r>
          </w:p>
          <w:p w14:paraId="51DB7BE8" w14:textId="77777777" w:rsidR="00C72196" w:rsidRDefault="00C72196" w:rsidP="00385EE6">
            <w:pPr>
              <w:widowControl w:val="0"/>
            </w:pPr>
          </w:p>
          <w:p w14:paraId="6C2D55BC" w14:textId="77777777" w:rsidR="00C72196" w:rsidRDefault="00C72196" w:rsidP="00385EE6">
            <w:pPr>
              <w:widowControl w:val="0"/>
              <w:spacing w:before="240" w:after="240"/>
            </w:pPr>
            <w:r w:rsidRPr="42F3DE3E">
              <w:rPr>
                <w:rFonts w:ascii="Montserrat" w:eastAsia="Montserrat" w:hAnsi="Montserrat" w:cs="Montserrat"/>
                <w:b/>
                <w:bCs/>
                <w:sz w:val="24"/>
                <w:szCs w:val="24"/>
                <w:lang w:val="es-ES"/>
              </w:rPr>
              <w:t xml:space="preserve">The </w:t>
            </w:r>
            <w:proofErr w:type="spellStart"/>
            <w:r w:rsidRPr="42F3DE3E">
              <w:rPr>
                <w:rFonts w:ascii="Montserrat" w:eastAsia="Montserrat" w:hAnsi="Montserrat" w:cs="Montserrat"/>
                <w:b/>
                <w:bCs/>
                <w:sz w:val="24"/>
                <w:szCs w:val="24"/>
                <w:lang w:val="es-ES"/>
              </w:rPr>
              <w:t>above</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costs</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have</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been</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estimated</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based</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on</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price</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quotations</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obtained</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from</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the</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following</w:t>
            </w:r>
            <w:proofErr w:type="spellEnd"/>
            <w:r w:rsidRPr="42F3DE3E">
              <w:rPr>
                <w:rFonts w:ascii="Montserrat" w:eastAsia="Montserrat" w:hAnsi="Montserrat" w:cs="Montserrat"/>
                <w:b/>
                <w:bCs/>
                <w:sz w:val="24"/>
                <w:szCs w:val="24"/>
                <w:lang w:val="es-ES"/>
              </w:rPr>
              <w:t xml:space="preserve"> </w:t>
            </w:r>
            <w:proofErr w:type="spellStart"/>
            <w:r w:rsidRPr="42F3DE3E">
              <w:rPr>
                <w:rFonts w:ascii="Montserrat" w:eastAsia="Montserrat" w:hAnsi="Montserrat" w:cs="Montserrat"/>
                <w:b/>
                <w:bCs/>
                <w:sz w:val="24"/>
                <w:szCs w:val="24"/>
                <w:lang w:val="es-ES"/>
              </w:rPr>
              <w:t>sources</w:t>
            </w:r>
            <w:proofErr w:type="spellEnd"/>
            <w:r w:rsidRPr="42F3DE3E">
              <w:rPr>
                <w:rFonts w:ascii="Montserrat" w:eastAsia="Montserrat" w:hAnsi="Montserrat" w:cs="Montserrat"/>
                <w:b/>
                <w:bCs/>
                <w:sz w:val="24"/>
                <w:szCs w:val="24"/>
                <w:lang w:val="es-ES"/>
              </w:rPr>
              <w:t>:</w:t>
            </w:r>
          </w:p>
          <w:p w14:paraId="223F0110" w14:textId="77777777" w:rsidR="00C72196" w:rsidRDefault="00C72196" w:rsidP="00C72196">
            <w:pPr>
              <w:pStyle w:val="ListParagraph"/>
              <w:widowControl w:val="0"/>
              <w:numPr>
                <w:ilvl w:val="0"/>
                <w:numId w:val="43"/>
              </w:numPr>
              <w:spacing w:before="240" w:after="240" w:line="240" w:lineRule="auto"/>
              <w:rPr>
                <w:rFonts w:ascii="Montserrat" w:eastAsia="Montserrat" w:hAnsi="Montserrat" w:cs="Montserrat"/>
                <w:sz w:val="24"/>
                <w:szCs w:val="24"/>
              </w:rPr>
            </w:pPr>
            <w:r w:rsidRPr="42F3DE3E">
              <w:rPr>
                <w:rFonts w:ascii="Montserrat" w:eastAsia="Montserrat" w:hAnsi="Montserrat" w:cs="Montserrat"/>
                <w:sz w:val="24"/>
                <w:szCs w:val="24"/>
                <w:lang w:val="es"/>
              </w:rPr>
              <w:t>………………..</w:t>
            </w:r>
          </w:p>
          <w:p w14:paraId="66188EB6" w14:textId="77777777" w:rsidR="00C72196" w:rsidRDefault="00C72196" w:rsidP="00C72196">
            <w:pPr>
              <w:pStyle w:val="ListParagraph"/>
              <w:widowControl w:val="0"/>
              <w:numPr>
                <w:ilvl w:val="0"/>
                <w:numId w:val="43"/>
              </w:numPr>
              <w:spacing w:before="240" w:after="240" w:line="240" w:lineRule="auto"/>
              <w:rPr>
                <w:rFonts w:ascii="Montserrat" w:eastAsia="Montserrat" w:hAnsi="Montserrat" w:cs="Montserrat"/>
                <w:sz w:val="24"/>
                <w:szCs w:val="24"/>
              </w:rPr>
            </w:pPr>
            <w:r w:rsidRPr="42F3DE3E">
              <w:rPr>
                <w:rFonts w:ascii="Montserrat" w:eastAsia="Montserrat" w:hAnsi="Montserrat" w:cs="Montserrat"/>
                <w:sz w:val="24"/>
                <w:szCs w:val="24"/>
                <w:lang w:val="es"/>
              </w:rPr>
              <w:t>………………..</w:t>
            </w:r>
          </w:p>
          <w:p w14:paraId="5727DC65" w14:textId="77777777" w:rsidR="00C72196" w:rsidRDefault="00C72196" w:rsidP="00C72196">
            <w:pPr>
              <w:pStyle w:val="ListParagraph"/>
              <w:widowControl w:val="0"/>
              <w:numPr>
                <w:ilvl w:val="0"/>
                <w:numId w:val="43"/>
              </w:numPr>
              <w:spacing w:before="240" w:after="240" w:line="240" w:lineRule="auto"/>
              <w:rPr>
                <w:rFonts w:ascii="Montserrat" w:eastAsia="Montserrat" w:hAnsi="Montserrat" w:cs="Montserrat"/>
                <w:sz w:val="24"/>
                <w:szCs w:val="24"/>
              </w:rPr>
            </w:pPr>
            <w:r w:rsidRPr="42F3DE3E">
              <w:rPr>
                <w:rFonts w:ascii="Montserrat" w:eastAsia="Montserrat" w:hAnsi="Montserrat" w:cs="Montserrat"/>
                <w:sz w:val="24"/>
                <w:szCs w:val="24"/>
                <w:lang w:val="es"/>
              </w:rPr>
              <w:t>………………..</w:t>
            </w:r>
          </w:p>
          <w:p w14:paraId="2F3EE755" w14:textId="77777777" w:rsidR="00C72196" w:rsidRDefault="00C72196" w:rsidP="00385EE6">
            <w:pPr>
              <w:widowControl w:val="0"/>
              <w:rPr>
                <w:rFonts w:ascii="Montserrat" w:eastAsia="Montserrat" w:hAnsi="Montserrat" w:cs="Montserrat"/>
                <w:b/>
                <w:bCs/>
                <w:color w:val="434343"/>
                <w:sz w:val="24"/>
                <w:szCs w:val="24"/>
              </w:rPr>
            </w:pPr>
          </w:p>
        </w:tc>
      </w:tr>
      <w:tr w:rsidR="00C72196" w14:paraId="7EE069CA" w14:textId="77777777" w:rsidTr="00385EE6">
        <w:trPr>
          <w:trHeight w:val="300"/>
        </w:trPr>
        <w:tc>
          <w:tcPr>
            <w:tcW w:w="34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20F6E968" w14:textId="77777777" w:rsidR="00C72196" w:rsidRDefault="00C72196" w:rsidP="00385EE6">
            <w:pPr>
              <w:widowControl w:val="0"/>
              <w:rPr>
                <w:rFonts w:ascii="Montserrat" w:eastAsia="Montserrat" w:hAnsi="Montserrat" w:cs="Montserrat"/>
                <w:color w:val="1B877F"/>
                <w:sz w:val="24"/>
                <w:szCs w:val="24"/>
              </w:rPr>
            </w:pPr>
            <w:r w:rsidRPr="44823A3F">
              <w:rPr>
                <w:rFonts w:ascii="Montserrat" w:eastAsia="Montserrat" w:hAnsi="Montserrat" w:cs="Montserrat"/>
                <w:b/>
                <w:bCs/>
                <w:color w:val="FF0000"/>
                <w:sz w:val="24"/>
                <w:szCs w:val="24"/>
                <w:lang w:val="es-ES"/>
              </w:rPr>
              <w:lastRenderedPageBreak/>
              <w:t>*</w:t>
            </w:r>
            <w:proofErr w:type="spellStart"/>
            <w:r w:rsidRPr="44823A3F">
              <w:rPr>
                <w:rFonts w:ascii="Montserrat" w:eastAsia="Montserrat" w:hAnsi="Montserrat" w:cs="Montserrat"/>
                <w:b/>
                <w:bCs/>
                <w:color w:val="1B877F"/>
                <w:sz w:val="24"/>
                <w:szCs w:val="24"/>
                <w:lang w:val="es-ES"/>
              </w:rPr>
              <w:t>Declaration</w:t>
            </w:r>
            <w:proofErr w:type="spellEnd"/>
            <w:r w:rsidRPr="44823A3F">
              <w:rPr>
                <w:rFonts w:ascii="Montserrat" w:eastAsia="Montserrat" w:hAnsi="Montserrat" w:cs="Montserrat"/>
                <w:b/>
                <w:bCs/>
                <w:color w:val="1B877F"/>
                <w:sz w:val="24"/>
                <w:szCs w:val="24"/>
                <w:lang w:val="es-ES"/>
              </w:rPr>
              <w:t xml:space="preserve">: </w:t>
            </w:r>
          </w:p>
        </w:tc>
        <w:tc>
          <w:tcPr>
            <w:tcW w:w="59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40" w:type="dxa"/>
              <w:left w:w="240" w:type="dxa"/>
              <w:bottom w:w="240" w:type="dxa"/>
              <w:right w:w="240" w:type="dxa"/>
            </w:tcMar>
          </w:tcPr>
          <w:p w14:paraId="3B650303" w14:textId="77777777" w:rsidR="00C72196" w:rsidRDefault="00C72196" w:rsidP="00385EE6">
            <w:pPr>
              <w:widowControl w:val="0"/>
              <w:rPr>
                <w:rFonts w:ascii="Montserrat" w:eastAsia="Montserrat" w:hAnsi="Montserrat" w:cs="Montserrat"/>
                <w:color w:val="434343"/>
                <w:sz w:val="24"/>
                <w:szCs w:val="24"/>
              </w:rPr>
            </w:pPr>
            <w:r w:rsidRPr="44823A3F">
              <w:rPr>
                <w:rFonts w:ascii="Montserrat" w:eastAsia="Montserrat" w:hAnsi="Montserrat" w:cs="Montserrat"/>
                <w:color w:val="434343"/>
                <w:sz w:val="24"/>
                <w:szCs w:val="24"/>
              </w:rPr>
              <w:t>By submitting this application, we agree to comply with the terms and conditions of the Youth Climate Action Fund and commit to using the microgrant funds responsibly and transparently to advance our project's objectives. We confirm that we have obtained the consent of the young participants or their legal guardians for the processing of personal data for the purposes of implementing the program.</w:t>
            </w:r>
          </w:p>
          <w:p w14:paraId="2D3167D4" w14:textId="77777777" w:rsidR="00C72196" w:rsidRDefault="00C72196" w:rsidP="00385EE6">
            <w:pPr>
              <w:widowControl w:val="0"/>
              <w:rPr>
                <w:rFonts w:ascii="Montserrat" w:eastAsia="Montserrat" w:hAnsi="Montserrat" w:cs="Montserrat"/>
                <w:color w:val="434343"/>
                <w:sz w:val="24"/>
                <w:szCs w:val="24"/>
              </w:rPr>
            </w:pPr>
          </w:p>
          <w:p w14:paraId="5B68EC68" w14:textId="77777777" w:rsidR="00C72196" w:rsidRDefault="00C72196" w:rsidP="00385EE6">
            <w:pPr>
              <w:widowControl w:val="0"/>
              <w:rPr>
                <w:rFonts w:ascii="Montserrat" w:eastAsia="Montserrat" w:hAnsi="Montserrat" w:cs="Montserrat"/>
                <w:color w:val="434343"/>
                <w:sz w:val="24"/>
                <w:szCs w:val="24"/>
              </w:rPr>
            </w:pPr>
            <w:proofErr w:type="spellStart"/>
            <w:r w:rsidRPr="44823A3F">
              <w:rPr>
                <w:rFonts w:ascii="Montserrat" w:eastAsia="Montserrat" w:hAnsi="Montserrat" w:cs="Montserrat"/>
                <w:color w:val="434343"/>
                <w:sz w:val="24"/>
                <w:szCs w:val="24"/>
                <w:lang w:val="es-ES"/>
              </w:rPr>
              <w:t>Contact</w:t>
            </w:r>
            <w:proofErr w:type="spellEnd"/>
            <w:r w:rsidRPr="44823A3F">
              <w:rPr>
                <w:rFonts w:ascii="Montserrat" w:eastAsia="Montserrat" w:hAnsi="Montserrat" w:cs="Montserrat"/>
                <w:color w:val="434343"/>
                <w:sz w:val="24"/>
                <w:szCs w:val="24"/>
                <w:lang w:val="es-ES"/>
              </w:rPr>
              <w:t xml:space="preserve"> Person Signature: [</w:t>
            </w:r>
            <w:proofErr w:type="spellStart"/>
            <w:r w:rsidRPr="44823A3F">
              <w:rPr>
                <w:rFonts w:ascii="Montserrat" w:eastAsia="Montserrat" w:hAnsi="Montserrat" w:cs="Montserrat"/>
                <w:color w:val="434343"/>
                <w:sz w:val="24"/>
                <w:szCs w:val="24"/>
                <w:lang w:val="es-ES"/>
              </w:rPr>
              <w:t>Insert</w:t>
            </w:r>
            <w:proofErr w:type="spellEnd"/>
            <w:r w:rsidRPr="44823A3F">
              <w:rPr>
                <w:rFonts w:ascii="Montserrat" w:eastAsia="Montserrat" w:hAnsi="Montserrat" w:cs="Montserrat"/>
                <w:color w:val="434343"/>
                <w:sz w:val="24"/>
                <w:szCs w:val="24"/>
                <w:lang w:val="es-ES"/>
              </w:rPr>
              <w:t xml:space="preserve"> digital </w:t>
            </w:r>
            <w:proofErr w:type="spellStart"/>
            <w:r w:rsidRPr="44823A3F">
              <w:rPr>
                <w:rFonts w:ascii="Montserrat" w:eastAsia="Montserrat" w:hAnsi="Montserrat" w:cs="Montserrat"/>
                <w:color w:val="434343"/>
                <w:sz w:val="24"/>
                <w:szCs w:val="24"/>
                <w:lang w:val="es-ES"/>
              </w:rPr>
              <w:t>signature</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of</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an</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authorized</w:t>
            </w:r>
            <w:proofErr w:type="spellEnd"/>
            <w:r w:rsidRPr="44823A3F">
              <w:rPr>
                <w:rFonts w:ascii="Montserrat" w:eastAsia="Montserrat" w:hAnsi="Montserrat" w:cs="Montserrat"/>
                <w:color w:val="434343"/>
                <w:sz w:val="24"/>
                <w:szCs w:val="24"/>
                <w:lang w:val="es-ES"/>
              </w:rPr>
              <w:t xml:space="preserve"> representative </w:t>
            </w:r>
            <w:proofErr w:type="spellStart"/>
            <w:r w:rsidRPr="44823A3F">
              <w:rPr>
                <w:rFonts w:ascii="Montserrat" w:eastAsia="Montserrat" w:hAnsi="Montserrat" w:cs="Montserrat"/>
                <w:color w:val="434343"/>
                <w:sz w:val="24"/>
                <w:szCs w:val="24"/>
                <w:lang w:val="es-ES"/>
              </w:rPr>
              <w:t>of</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the</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organization</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receiving</w:t>
            </w:r>
            <w:proofErr w:type="spellEnd"/>
            <w:r w:rsidRPr="44823A3F">
              <w:rPr>
                <w:rFonts w:ascii="Montserrat" w:eastAsia="Montserrat" w:hAnsi="Montserrat" w:cs="Montserrat"/>
                <w:color w:val="434343"/>
                <w:sz w:val="24"/>
                <w:szCs w:val="24"/>
                <w:lang w:val="es-ES"/>
              </w:rPr>
              <w:t xml:space="preserve"> </w:t>
            </w:r>
            <w:proofErr w:type="spellStart"/>
            <w:r w:rsidRPr="44823A3F">
              <w:rPr>
                <w:rFonts w:ascii="Montserrat" w:eastAsia="Montserrat" w:hAnsi="Montserrat" w:cs="Montserrat"/>
                <w:color w:val="434343"/>
                <w:sz w:val="24"/>
                <w:szCs w:val="24"/>
                <w:lang w:val="es-ES"/>
              </w:rPr>
              <w:t>the</w:t>
            </w:r>
            <w:proofErr w:type="spellEnd"/>
            <w:r w:rsidRPr="44823A3F">
              <w:rPr>
                <w:rFonts w:ascii="Montserrat" w:eastAsia="Montserrat" w:hAnsi="Montserrat" w:cs="Montserrat"/>
                <w:color w:val="434343"/>
                <w:sz w:val="24"/>
                <w:szCs w:val="24"/>
                <w:lang w:val="es-ES"/>
              </w:rPr>
              <w:t xml:space="preserve"> </w:t>
            </w:r>
            <w:proofErr w:type="gramStart"/>
            <w:r w:rsidRPr="44823A3F">
              <w:rPr>
                <w:rFonts w:ascii="Montserrat" w:eastAsia="Montserrat" w:hAnsi="Montserrat" w:cs="Montserrat"/>
                <w:color w:val="434343"/>
                <w:sz w:val="24"/>
                <w:szCs w:val="24"/>
                <w:lang w:val="es-ES"/>
              </w:rPr>
              <w:t>grant ]</w:t>
            </w:r>
            <w:proofErr w:type="gramEnd"/>
          </w:p>
          <w:p w14:paraId="63423B0E" w14:textId="77777777" w:rsidR="00C72196" w:rsidRDefault="00C72196" w:rsidP="00385EE6">
            <w:pPr>
              <w:widowControl w:val="0"/>
              <w:rPr>
                <w:rFonts w:ascii="Montserrat" w:eastAsia="Montserrat" w:hAnsi="Montserrat" w:cs="Montserrat"/>
                <w:color w:val="434343"/>
                <w:sz w:val="24"/>
                <w:szCs w:val="24"/>
              </w:rPr>
            </w:pPr>
          </w:p>
        </w:tc>
      </w:tr>
    </w:tbl>
    <w:p w14:paraId="02476532" w14:textId="77777777" w:rsidR="00C72196" w:rsidRDefault="00C72196" w:rsidP="00C72196">
      <w:pPr>
        <w:rPr>
          <w:rFonts w:ascii="Montserrat" w:eastAsia="Montserrat" w:hAnsi="Montserrat" w:cs="Montserrat"/>
          <w:color w:val="000000" w:themeColor="text1"/>
        </w:rPr>
      </w:pPr>
    </w:p>
    <w:p w14:paraId="4A0E0662" w14:textId="6A937840" w:rsidR="00C72196" w:rsidRDefault="00C72196" w:rsidP="372029BD">
      <w:pPr>
        <w:spacing w:line="360" w:lineRule="auto"/>
        <w:jc w:val="both"/>
        <w:rPr>
          <w:sz w:val="24"/>
          <w:szCs w:val="24"/>
        </w:rPr>
      </w:pPr>
    </w:p>
    <w:p w14:paraId="13C492D1" w14:textId="77777777" w:rsidR="00C72196" w:rsidRDefault="00C72196" w:rsidP="372029BD">
      <w:pPr>
        <w:spacing w:line="360" w:lineRule="auto"/>
        <w:jc w:val="both"/>
        <w:rPr>
          <w:sz w:val="24"/>
          <w:szCs w:val="24"/>
        </w:rPr>
      </w:pPr>
    </w:p>
    <w:p w14:paraId="1779E2C3" w14:textId="77777777" w:rsidR="00C72196" w:rsidRDefault="00C72196" w:rsidP="372029BD">
      <w:pPr>
        <w:spacing w:line="360" w:lineRule="auto"/>
        <w:jc w:val="both"/>
        <w:rPr>
          <w:sz w:val="24"/>
          <w:szCs w:val="24"/>
        </w:rPr>
      </w:pPr>
    </w:p>
    <w:p w14:paraId="3E51FBC8" w14:textId="77777777" w:rsidR="00C72196" w:rsidRDefault="00C72196" w:rsidP="372029BD">
      <w:pPr>
        <w:spacing w:line="360" w:lineRule="auto"/>
        <w:jc w:val="both"/>
        <w:rPr>
          <w:sz w:val="24"/>
          <w:szCs w:val="24"/>
        </w:rPr>
      </w:pPr>
    </w:p>
    <w:p w14:paraId="106FE0D4" w14:textId="77777777" w:rsidR="00C72196" w:rsidRDefault="00C72196" w:rsidP="372029BD">
      <w:pPr>
        <w:spacing w:line="360" w:lineRule="auto"/>
        <w:jc w:val="both"/>
        <w:rPr>
          <w:sz w:val="24"/>
          <w:szCs w:val="24"/>
        </w:rPr>
      </w:pPr>
    </w:p>
    <w:p w14:paraId="32BBBD8D" w14:textId="77777777" w:rsidR="00C72196" w:rsidRDefault="00C72196" w:rsidP="372029BD">
      <w:pPr>
        <w:spacing w:line="360" w:lineRule="auto"/>
        <w:jc w:val="both"/>
        <w:rPr>
          <w:sz w:val="24"/>
          <w:szCs w:val="24"/>
        </w:rPr>
      </w:pPr>
    </w:p>
    <w:p w14:paraId="74C209AC" w14:textId="77777777" w:rsidR="00C72196" w:rsidRDefault="00C72196" w:rsidP="372029BD">
      <w:pPr>
        <w:spacing w:line="360" w:lineRule="auto"/>
        <w:jc w:val="both"/>
        <w:rPr>
          <w:sz w:val="24"/>
          <w:szCs w:val="24"/>
        </w:rPr>
      </w:pPr>
    </w:p>
    <w:p w14:paraId="5AA852D3" w14:textId="77777777" w:rsidR="00C72196" w:rsidRDefault="00C72196" w:rsidP="372029BD">
      <w:pPr>
        <w:spacing w:line="360" w:lineRule="auto"/>
        <w:jc w:val="both"/>
        <w:rPr>
          <w:sz w:val="24"/>
          <w:szCs w:val="24"/>
        </w:rPr>
      </w:pPr>
    </w:p>
    <w:p w14:paraId="5CA79DD2" w14:textId="77777777" w:rsidR="00313947" w:rsidRDefault="00313947" w:rsidP="00C72196">
      <w:pPr>
        <w:spacing w:after="0" w:line="240" w:lineRule="auto"/>
        <w:rPr>
          <w:rFonts w:eastAsia="Times New Roman" w:cs="Arial"/>
          <w:color w:val="000000"/>
          <w:sz w:val="20"/>
          <w:szCs w:val="20"/>
        </w:rPr>
        <w:sectPr w:rsidR="00313947" w:rsidSect="00034616">
          <w:headerReference w:type="default" r:id="rId28"/>
          <w:footerReference w:type="default" r:id="rId29"/>
          <w:pgSz w:w="12240" w:h="15840"/>
          <w:pgMar w:top="1440" w:right="990" w:bottom="810" w:left="1134" w:header="567" w:footer="567" w:gutter="0"/>
          <w:cols w:space="720"/>
          <w:docGrid w:linePitch="360"/>
        </w:sectPr>
      </w:pPr>
    </w:p>
    <w:p w14:paraId="31774F2E" w14:textId="77777777" w:rsidR="007D7F2E" w:rsidRDefault="007D7F2E" w:rsidP="00C72196">
      <w:pPr>
        <w:spacing w:after="0" w:line="240" w:lineRule="auto"/>
        <w:rPr>
          <w:rFonts w:eastAsia="Times New Roman" w:cs="Arial"/>
          <w:color w:val="000000"/>
          <w:sz w:val="20"/>
          <w:szCs w:val="20"/>
        </w:rPr>
      </w:pPr>
    </w:p>
    <w:p w14:paraId="2843A535" w14:textId="1B17EE7C" w:rsidR="00C72196" w:rsidRPr="00C72196" w:rsidRDefault="00C72196" w:rsidP="007D7F2E">
      <w:pPr>
        <w:tabs>
          <w:tab w:val="left" w:pos="2364"/>
        </w:tabs>
        <w:rPr>
          <w:rFonts w:eastAsia="Times New Roman" w:cs="Arial"/>
          <w:color w:val="000000"/>
          <w:sz w:val="20"/>
          <w:szCs w:val="20"/>
        </w:rPr>
      </w:pPr>
      <w:r w:rsidRPr="00C72196">
        <w:rPr>
          <w:rFonts w:eastAsia="Times New Roman" w:cs="Arial"/>
          <w:color w:val="000000"/>
          <w:sz w:val="20"/>
          <w:szCs w:val="20"/>
        </w:rPr>
        <w:t xml:space="preserve">ANEXA </w:t>
      </w:r>
      <w:r>
        <w:rPr>
          <w:rFonts w:eastAsia="Times New Roman" w:cs="Arial"/>
          <w:color w:val="000000"/>
          <w:sz w:val="20"/>
          <w:szCs w:val="20"/>
        </w:rPr>
        <w:t>2</w:t>
      </w:r>
      <w:r w:rsidRPr="00C72196">
        <w:rPr>
          <w:rFonts w:eastAsia="Times New Roman" w:cs="Arial"/>
          <w:color w:val="000000"/>
          <w:sz w:val="20"/>
          <w:szCs w:val="20"/>
        </w:rPr>
        <w:t xml:space="preserve"> la </w:t>
      </w:r>
      <w:proofErr w:type="spellStart"/>
      <w:r w:rsidRPr="00C72196">
        <w:rPr>
          <w:rFonts w:eastAsia="Times New Roman" w:cs="Arial"/>
          <w:color w:val="000000"/>
          <w:sz w:val="20"/>
          <w:szCs w:val="20"/>
        </w:rPr>
        <w:t>Regulamentul</w:t>
      </w:r>
      <w:proofErr w:type="spellEnd"/>
      <w:r w:rsidRPr="00C72196">
        <w:rPr>
          <w:rFonts w:eastAsia="Times New Roman" w:cs="Arial"/>
          <w:color w:val="000000"/>
          <w:sz w:val="20"/>
          <w:szCs w:val="20"/>
        </w:rPr>
        <w:t xml:space="preserve"> </w:t>
      </w:r>
      <w:proofErr w:type="spellStart"/>
      <w:r w:rsidRPr="00C72196">
        <w:rPr>
          <w:rFonts w:eastAsia="Times New Roman" w:cs="Arial"/>
          <w:color w:val="000000"/>
          <w:sz w:val="20"/>
          <w:szCs w:val="20"/>
        </w:rPr>
        <w:t>privind</w:t>
      </w:r>
      <w:proofErr w:type="spellEnd"/>
      <w:r w:rsidRPr="00C72196">
        <w:rPr>
          <w:rFonts w:eastAsia="Times New Roman" w:cs="Arial"/>
          <w:color w:val="000000"/>
          <w:sz w:val="20"/>
          <w:szCs w:val="20"/>
        </w:rPr>
        <w:t xml:space="preserve"> </w:t>
      </w:r>
      <w:proofErr w:type="spellStart"/>
      <w:r w:rsidRPr="00C72196">
        <w:rPr>
          <w:rFonts w:eastAsia="Times New Roman" w:cs="Arial"/>
          <w:color w:val="000000"/>
          <w:sz w:val="20"/>
          <w:szCs w:val="20"/>
        </w:rPr>
        <w:t>desfășurarea</w:t>
      </w:r>
      <w:proofErr w:type="spellEnd"/>
      <w:r w:rsidRPr="00C72196">
        <w:rPr>
          <w:rFonts w:eastAsia="Times New Roman" w:cs="Arial"/>
          <w:color w:val="000000"/>
          <w:sz w:val="20"/>
          <w:szCs w:val="20"/>
        </w:rPr>
        <w:t xml:space="preserve"> </w:t>
      </w:r>
      <w:r w:rsidRPr="00C72196">
        <w:rPr>
          <w:rFonts w:eastAsia="Times New Roman" w:cs="Arial"/>
          <w:color w:val="000000"/>
          <w:sz w:val="20"/>
          <w:szCs w:val="20"/>
        </w:rPr>
        <w:br/>
      </w:r>
      <w:proofErr w:type="spellStart"/>
      <w:r w:rsidRPr="00C72196">
        <w:rPr>
          <w:rFonts w:eastAsia="Times New Roman" w:cs="Arial"/>
          <w:color w:val="000000"/>
          <w:sz w:val="20"/>
          <w:szCs w:val="20"/>
        </w:rPr>
        <w:t>Programului</w:t>
      </w:r>
      <w:proofErr w:type="spellEnd"/>
      <w:r w:rsidRPr="00C72196">
        <w:rPr>
          <w:rFonts w:eastAsia="Times New Roman" w:cs="Arial"/>
          <w:color w:val="000000"/>
          <w:sz w:val="20"/>
          <w:szCs w:val="20"/>
        </w:rPr>
        <w:t xml:space="preserve"> Youth Climate Action Fund - Bloomberg Philanthropies</w:t>
      </w:r>
      <w:r w:rsidRPr="00C72196">
        <w:rPr>
          <w:rFonts w:eastAsia="Times New Roman" w:cs="Arial"/>
          <w:color w:val="000000"/>
          <w:sz w:val="20"/>
          <w:szCs w:val="20"/>
        </w:rPr>
        <w:br/>
      </w:r>
      <w:proofErr w:type="spellStart"/>
      <w:r w:rsidRPr="00C72196">
        <w:rPr>
          <w:rFonts w:eastAsia="Times New Roman" w:cs="Arial"/>
          <w:color w:val="000000"/>
          <w:sz w:val="20"/>
          <w:szCs w:val="20"/>
        </w:rPr>
        <w:t>în</w:t>
      </w:r>
      <w:proofErr w:type="spellEnd"/>
      <w:r w:rsidRPr="00C72196">
        <w:rPr>
          <w:rFonts w:eastAsia="Times New Roman" w:cs="Arial"/>
          <w:color w:val="000000"/>
          <w:sz w:val="20"/>
          <w:szCs w:val="20"/>
        </w:rPr>
        <w:t xml:space="preserve"> </w:t>
      </w:r>
      <w:proofErr w:type="spellStart"/>
      <w:r w:rsidRPr="00C72196">
        <w:rPr>
          <w:rFonts w:eastAsia="Times New Roman" w:cs="Arial"/>
          <w:color w:val="000000"/>
          <w:sz w:val="20"/>
          <w:szCs w:val="20"/>
        </w:rPr>
        <w:t>Municipiul</w:t>
      </w:r>
      <w:proofErr w:type="spellEnd"/>
      <w:r w:rsidRPr="00C72196">
        <w:rPr>
          <w:rFonts w:eastAsia="Times New Roman" w:cs="Arial"/>
          <w:color w:val="000000"/>
          <w:sz w:val="20"/>
          <w:szCs w:val="20"/>
        </w:rPr>
        <w:t xml:space="preserve"> </w:t>
      </w:r>
      <w:proofErr w:type="spellStart"/>
      <w:r w:rsidRPr="00C72196">
        <w:rPr>
          <w:rFonts w:eastAsia="Times New Roman" w:cs="Arial"/>
          <w:color w:val="000000"/>
          <w:sz w:val="20"/>
          <w:szCs w:val="20"/>
        </w:rPr>
        <w:t>Timișoara</w:t>
      </w:r>
      <w:proofErr w:type="spellEnd"/>
      <w:r w:rsidRPr="00C72196">
        <w:rPr>
          <w:rFonts w:eastAsia="Times New Roman" w:cs="Arial"/>
          <w:color w:val="000000"/>
          <w:sz w:val="20"/>
          <w:szCs w:val="20"/>
        </w:rPr>
        <w:t>, Runda 1: 2026-2027, HCL nr. ....../................</w:t>
      </w:r>
    </w:p>
    <w:tbl>
      <w:tblPr>
        <w:tblW w:w="14263" w:type="dxa"/>
        <w:tblInd w:w="108" w:type="dxa"/>
        <w:tblLook w:val="04A0" w:firstRow="1" w:lastRow="0" w:firstColumn="1" w:lastColumn="0" w:noHBand="0" w:noVBand="1"/>
      </w:tblPr>
      <w:tblGrid>
        <w:gridCol w:w="6521"/>
        <w:gridCol w:w="1559"/>
        <w:gridCol w:w="913"/>
        <w:gridCol w:w="1134"/>
        <w:gridCol w:w="2695"/>
        <w:gridCol w:w="1219"/>
        <w:gridCol w:w="222"/>
      </w:tblGrid>
      <w:tr w:rsidR="00313947" w:rsidRPr="00313947" w14:paraId="0DA20830" w14:textId="77777777" w:rsidTr="007D7F2E">
        <w:trPr>
          <w:gridAfter w:val="1"/>
          <w:wAfter w:w="222" w:type="dxa"/>
          <w:trHeight w:val="750"/>
        </w:trPr>
        <w:tc>
          <w:tcPr>
            <w:tcW w:w="10127" w:type="dxa"/>
            <w:gridSpan w:val="4"/>
            <w:tcBorders>
              <w:top w:val="nil"/>
              <w:left w:val="nil"/>
              <w:bottom w:val="nil"/>
              <w:right w:val="nil"/>
            </w:tcBorders>
            <w:vAlign w:val="center"/>
            <w:hideMark/>
          </w:tcPr>
          <w:p w14:paraId="5E6E0680" w14:textId="77777777" w:rsidR="00313947" w:rsidRPr="00313947" w:rsidRDefault="00313947" w:rsidP="00313947">
            <w:pPr>
              <w:spacing w:after="0" w:line="240" w:lineRule="auto"/>
              <w:ind w:left="-108"/>
              <w:rPr>
                <w:rFonts w:eastAsia="Times New Roman" w:cs="Arial"/>
                <w:b/>
                <w:bCs/>
                <w:color w:val="000000"/>
                <w:sz w:val="24"/>
                <w:szCs w:val="24"/>
              </w:rPr>
            </w:pPr>
            <w:proofErr w:type="spellStart"/>
            <w:r w:rsidRPr="00313947">
              <w:rPr>
                <w:rFonts w:eastAsia="Times New Roman" w:cs="Arial"/>
                <w:b/>
                <w:bCs/>
                <w:color w:val="000000"/>
                <w:sz w:val="24"/>
                <w:szCs w:val="24"/>
              </w:rPr>
              <w:t>Bugetul</w:t>
            </w:r>
            <w:proofErr w:type="spellEnd"/>
            <w:r w:rsidRPr="00313947">
              <w:rPr>
                <w:rFonts w:eastAsia="Times New Roman" w:cs="Arial"/>
                <w:b/>
                <w:bCs/>
                <w:color w:val="000000"/>
                <w:sz w:val="24"/>
                <w:szCs w:val="24"/>
              </w:rPr>
              <w:t xml:space="preserve"> de </w:t>
            </w:r>
            <w:proofErr w:type="spellStart"/>
            <w:r w:rsidRPr="00313947">
              <w:rPr>
                <w:rFonts w:eastAsia="Times New Roman" w:cs="Arial"/>
                <w:b/>
                <w:bCs/>
                <w:color w:val="000000"/>
                <w:sz w:val="24"/>
                <w:szCs w:val="24"/>
              </w:rPr>
              <w:t>cheltuieli</w:t>
            </w:r>
            <w:proofErr w:type="spellEnd"/>
            <w:r w:rsidRPr="00313947">
              <w:rPr>
                <w:rFonts w:eastAsia="Times New Roman" w:cs="Arial"/>
                <w:b/>
                <w:bCs/>
                <w:color w:val="000000"/>
                <w:sz w:val="24"/>
                <w:szCs w:val="24"/>
              </w:rPr>
              <w:br/>
            </w:r>
            <w:proofErr w:type="spellStart"/>
            <w:r w:rsidRPr="00313947">
              <w:rPr>
                <w:rFonts w:eastAsia="Times New Roman" w:cs="Arial"/>
                <w:color w:val="000000"/>
                <w:sz w:val="20"/>
                <w:szCs w:val="20"/>
              </w:rPr>
              <w:t>Programul</w:t>
            </w:r>
            <w:proofErr w:type="spellEnd"/>
            <w:r w:rsidRPr="00313947">
              <w:rPr>
                <w:rFonts w:eastAsia="Times New Roman" w:cs="Arial"/>
                <w:color w:val="000000"/>
                <w:sz w:val="20"/>
                <w:szCs w:val="20"/>
              </w:rPr>
              <w:t xml:space="preserve"> </w:t>
            </w:r>
            <w:r w:rsidRPr="00313947">
              <w:rPr>
                <w:rFonts w:eastAsia="Times New Roman" w:cs="Arial"/>
                <w:i/>
                <w:iCs/>
                <w:color w:val="000000"/>
                <w:sz w:val="20"/>
                <w:szCs w:val="20"/>
              </w:rPr>
              <w:t xml:space="preserve">Youth Climate Action Fund 2026 </w:t>
            </w:r>
            <w:proofErr w:type="spellStart"/>
            <w:r w:rsidRPr="00313947">
              <w:rPr>
                <w:rFonts w:eastAsia="Times New Roman" w:cs="Arial"/>
                <w:color w:val="000000"/>
                <w:sz w:val="20"/>
                <w:szCs w:val="20"/>
              </w:rPr>
              <w:t>derulat</w:t>
            </w:r>
            <w:proofErr w:type="spellEnd"/>
            <w:r w:rsidRPr="00313947">
              <w:rPr>
                <w:rFonts w:eastAsia="Times New Roman" w:cs="Arial"/>
                <w:color w:val="000000"/>
                <w:sz w:val="20"/>
                <w:szCs w:val="20"/>
              </w:rPr>
              <w:t xml:space="preserve"> de </w:t>
            </w:r>
            <w:proofErr w:type="spellStart"/>
            <w:r w:rsidRPr="00313947">
              <w:rPr>
                <w:rFonts w:eastAsia="Times New Roman" w:cs="Arial"/>
                <w:color w:val="000000"/>
                <w:sz w:val="20"/>
                <w:szCs w:val="20"/>
              </w:rPr>
              <w:t>Municipiul</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Timișoara</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în</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anul</w:t>
            </w:r>
            <w:proofErr w:type="spellEnd"/>
            <w:r w:rsidRPr="00313947">
              <w:rPr>
                <w:rFonts w:eastAsia="Times New Roman" w:cs="Arial"/>
                <w:color w:val="000000"/>
                <w:sz w:val="20"/>
                <w:szCs w:val="20"/>
              </w:rPr>
              <w:t xml:space="preserve"> 2026</w:t>
            </w:r>
          </w:p>
        </w:tc>
        <w:tc>
          <w:tcPr>
            <w:tcW w:w="2695" w:type="dxa"/>
            <w:tcBorders>
              <w:top w:val="nil"/>
              <w:left w:val="nil"/>
              <w:bottom w:val="nil"/>
              <w:right w:val="nil"/>
            </w:tcBorders>
            <w:noWrap/>
            <w:vAlign w:val="bottom"/>
            <w:hideMark/>
          </w:tcPr>
          <w:p w14:paraId="3DFC573C" w14:textId="77777777" w:rsidR="00313947" w:rsidRPr="00313947" w:rsidRDefault="00313947" w:rsidP="00313947">
            <w:pPr>
              <w:spacing w:after="0" w:line="240" w:lineRule="auto"/>
              <w:rPr>
                <w:rFonts w:eastAsia="Times New Roman" w:cs="Arial"/>
                <w:b/>
                <w:bCs/>
                <w:color w:val="000000"/>
                <w:sz w:val="24"/>
                <w:szCs w:val="24"/>
              </w:rPr>
            </w:pPr>
          </w:p>
        </w:tc>
        <w:tc>
          <w:tcPr>
            <w:tcW w:w="1219" w:type="dxa"/>
            <w:tcBorders>
              <w:top w:val="nil"/>
              <w:left w:val="nil"/>
              <w:bottom w:val="nil"/>
              <w:right w:val="nil"/>
            </w:tcBorders>
            <w:vAlign w:val="center"/>
            <w:hideMark/>
          </w:tcPr>
          <w:p w14:paraId="14AB6082"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45638A8C" w14:textId="77777777" w:rsidTr="007D7F2E">
        <w:trPr>
          <w:gridAfter w:val="1"/>
          <w:wAfter w:w="222" w:type="dxa"/>
          <w:trHeight w:val="276"/>
        </w:trPr>
        <w:tc>
          <w:tcPr>
            <w:tcW w:w="10127" w:type="dxa"/>
            <w:gridSpan w:val="4"/>
            <w:tcBorders>
              <w:top w:val="nil"/>
              <w:left w:val="nil"/>
              <w:bottom w:val="nil"/>
              <w:right w:val="nil"/>
            </w:tcBorders>
            <w:vAlign w:val="center"/>
            <w:hideMark/>
          </w:tcPr>
          <w:p w14:paraId="1C20CC51" w14:textId="77777777" w:rsidR="00313947" w:rsidRPr="00313947" w:rsidRDefault="00313947" w:rsidP="00313947">
            <w:pPr>
              <w:spacing w:after="0" w:line="240" w:lineRule="auto"/>
              <w:rPr>
                <w:rFonts w:eastAsia="Times New Roman" w:cs="Arial"/>
                <w:b/>
                <w:bCs/>
                <w:color w:val="000000"/>
                <w:sz w:val="20"/>
                <w:szCs w:val="20"/>
              </w:rPr>
            </w:pPr>
            <w:proofErr w:type="spellStart"/>
            <w:r w:rsidRPr="00313947">
              <w:rPr>
                <w:rFonts w:eastAsia="Times New Roman" w:cs="Arial"/>
                <w:b/>
                <w:bCs/>
                <w:color w:val="000000"/>
                <w:sz w:val="20"/>
                <w:szCs w:val="20"/>
              </w:rPr>
              <w:t>Titlul</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proiectului</w:t>
            </w:r>
            <w:proofErr w:type="spellEnd"/>
            <w:r w:rsidRPr="00313947">
              <w:rPr>
                <w:rFonts w:eastAsia="Times New Roman" w:cs="Arial"/>
                <w:b/>
                <w:bCs/>
                <w:color w:val="000000"/>
                <w:sz w:val="20"/>
                <w:szCs w:val="20"/>
              </w:rPr>
              <w:t>:</w:t>
            </w:r>
          </w:p>
        </w:tc>
        <w:tc>
          <w:tcPr>
            <w:tcW w:w="2695" w:type="dxa"/>
            <w:tcBorders>
              <w:top w:val="nil"/>
              <w:left w:val="nil"/>
              <w:bottom w:val="nil"/>
              <w:right w:val="nil"/>
            </w:tcBorders>
            <w:noWrap/>
            <w:vAlign w:val="bottom"/>
            <w:hideMark/>
          </w:tcPr>
          <w:p w14:paraId="314AFFB7" w14:textId="77777777" w:rsidR="00313947" w:rsidRPr="00313947" w:rsidRDefault="00313947" w:rsidP="00313947">
            <w:pPr>
              <w:spacing w:after="0" w:line="240" w:lineRule="auto"/>
              <w:rPr>
                <w:rFonts w:eastAsia="Times New Roman" w:cs="Arial"/>
                <w:b/>
                <w:bCs/>
                <w:color w:val="000000"/>
                <w:sz w:val="20"/>
                <w:szCs w:val="20"/>
              </w:rPr>
            </w:pPr>
          </w:p>
        </w:tc>
        <w:tc>
          <w:tcPr>
            <w:tcW w:w="1219" w:type="dxa"/>
            <w:tcBorders>
              <w:top w:val="nil"/>
              <w:left w:val="nil"/>
              <w:bottom w:val="nil"/>
              <w:right w:val="nil"/>
            </w:tcBorders>
            <w:vAlign w:val="center"/>
            <w:hideMark/>
          </w:tcPr>
          <w:p w14:paraId="2540E37A"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5E5FCB4A" w14:textId="77777777" w:rsidTr="007D7F2E">
        <w:trPr>
          <w:gridAfter w:val="1"/>
          <w:wAfter w:w="222" w:type="dxa"/>
          <w:trHeight w:val="276"/>
        </w:trPr>
        <w:tc>
          <w:tcPr>
            <w:tcW w:w="10127" w:type="dxa"/>
            <w:gridSpan w:val="4"/>
            <w:tcBorders>
              <w:top w:val="nil"/>
              <w:left w:val="nil"/>
              <w:bottom w:val="nil"/>
              <w:right w:val="nil"/>
            </w:tcBorders>
            <w:vAlign w:val="center"/>
            <w:hideMark/>
          </w:tcPr>
          <w:p w14:paraId="16C704CA" w14:textId="77777777" w:rsidR="00313947" w:rsidRPr="00313947" w:rsidRDefault="00313947" w:rsidP="00313947">
            <w:pPr>
              <w:spacing w:after="0" w:line="240" w:lineRule="auto"/>
              <w:rPr>
                <w:rFonts w:eastAsia="Times New Roman" w:cs="Arial"/>
                <w:b/>
                <w:bCs/>
                <w:color w:val="000000"/>
                <w:sz w:val="20"/>
                <w:szCs w:val="20"/>
              </w:rPr>
            </w:pPr>
            <w:proofErr w:type="spellStart"/>
            <w:r w:rsidRPr="00313947">
              <w:rPr>
                <w:rFonts w:eastAsia="Times New Roman" w:cs="Arial"/>
                <w:b/>
                <w:bCs/>
                <w:color w:val="000000"/>
                <w:sz w:val="20"/>
                <w:szCs w:val="20"/>
              </w:rPr>
              <w:t>Denumirea</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echipei</w:t>
            </w:r>
            <w:proofErr w:type="spellEnd"/>
            <w:r w:rsidRPr="00313947">
              <w:rPr>
                <w:rFonts w:eastAsia="Times New Roman" w:cs="Arial"/>
                <w:b/>
                <w:bCs/>
                <w:color w:val="000000"/>
                <w:sz w:val="20"/>
                <w:szCs w:val="20"/>
              </w:rPr>
              <w:t>:</w:t>
            </w:r>
          </w:p>
        </w:tc>
        <w:tc>
          <w:tcPr>
            <w:tcW w:w="2695" w:type="dxa"/>
            <w:tcBorders>
              <w:top w:val="nil"/>
              <w:left w:val="nil"/>
              <w:bottom w:val="nil"/>
              <w:right w:val="nil"/>
            </w:tcBorders>
            <w:noWrap/>
            <w:vAlign w:val="bottom"/>
            <w:hideMark/>
          </w:tcPr>
          <w:p w14:paraId="6C0F6A62" w14:textId="77777777" w:rsidR="00313947" w:rsidRPr="00313947" w:rsidRDefault="00313947" w:rsidP="00313947">
            <w:pPr>
              <w:spacing w:after="0" w:line="240" w:lineRule="auto"/>
              <w:rPr>
                <w:rFonts w:eastAsia="Times New Roman" w:cs="Arial"/>
                <w:b/>
                <w:bCs/>
                <w:color w:val="000000"/>
                <w:sz w:val="20"/>
                <w:szCs w:val="20"/>
              </w:rPr>
            </w:pPr>
          </w:p>
        </w:tc>
        <w:tc>
          <w:tcPr>
            <w:tcW w:w="1219" w:type="dxa"/>
            <w:tcBorders>
              <w:top w:val="nil"/>
              <w:left w:val="nil"/>
              <w:bottom w:val="nil"/>
              <w:right w:val="nil"/>
            </w:tcBorders>
            <w:vAlign w:val="center"/>
            <w:hideMark/>
          </w:tcPr>
          <w:p w14:paraId="267129DD"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49077C00" w14:textId="77777777" w:rsidTr="007D7F2E">
        <w:trPr>
          <w:gridAfter w:val="1"/>
          <w:wAfter w:w="222" w:type="dxa"/>
          <w:trHeight w:val="276"/>
        </w:trPr>
        <w:tc>
          <w:tcPr>
            <w:tcW w:w="10127" w:type="dxa"/>
            <w:gridSpan w:val="4"/>
            <w:tcBorders>
              <w:top w:val="nil"/>
              <w:left w:val="nil"/>
              <w:bottom w:val="nil"/>
              <w:right w:val="nil"/>
            </w:tcBorders>
            <w:vAlign w:val="center"/>
            <w:hideMark/>
          </w:tcPr>
          <w:p w14:paraId="1C06C514" w14:textId="77777777" w:rsidR="00313947" w:rsidRPr="00313947" w:rsidRDefault="00313947" w:rsidP="00313947">
            <w:pPr>
              <w:spacing w:after="0" w:line="240" w:lineRule="auto"/>
              <w:rPr>
                <w:rFonts w:eastAsia="Times New Roman" w:cs="Arial"/>
                <w:b/>
                <w:bCs/>
                <w:color w:val="000000"/>
                <w:sz w:val="20"/>
                <w:szCs w:val="20"/>
              </w:rPr>
            </w:pPr>
            <w:proofErr w:type="spellStart"/>
            <w:r w:rsidRPr="00313947">
              <w:rPr>
                <w:rFonts w:eastAsia="Times New Roman" w:cs="Arial"/>
                <w:b/>
                <w:bCs/>
                <w:color w:val="000000"/>
                <w:sz w:val="20"/>
                <w:szCs w:val="20"/>
              </w:rPr>
              <w:t>Numele</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membrilor</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echipei</w:t>
            </w:r>
            <w:proofErr w:type="spellEnd"/>
            <w:r w:rsidRPr="00313947">
              <w:rPr>
                <w:rFonts w:eastAsia="Times New Roman" w:cs="Arial"/>
                <w:b/>
                <w:bCs/>
                <w:color w:val="000000"/>
                <w:sz w:val="20"/>
                <w:szCs w:val="20"/>
              </w:rPr>
              <w:t>:</w:t>
            </w:r>
          </w:p>
        </w:tc>
        <w:tc>
          <w:tcPr>
            <w:tcW w:w="2695" w:type="dxa"/>
            <w:tcBorders>
              <w:top w:val="nil"/>
              <w:left w:val="nil"/>
              <w:bottom w:val="nil"/>
              <w:right w:val="nil"/>
            </w:tcBorders>
            <w:noWrap/>
            <w:vAlign w:val="bottom"/>
            <w:hideMark/>
          </w:tcPr>
          <w:p w14:paraId="4AC35905" w14:textId="77777777" w:rsidR="00313947" w:rsidRPr="00313947" w:rsidRDefault="00313947" w:rsidP="00313947">
            <w:pPr>
              <w:spacing w:after="0" w:line="240" w:lineRule="auto"/>
              <w:rPr>
                <w:rFonts w:eastAsia="Times New Roman" w:cs="Arial"/>
                <w:b/>
                <w:bCs/>
                <w:color w:val="000000"/>
                <w:sz w:val="20"/>
                <w:szCs w:val="20"/>
              </w:rPr>
            </w:pPr>
          </w:p>
        </w:tc>
        <w:tc>
          <w:tcPr>
            <w:tcW w:w="1219" w:type="dxa"/>
            <w:tcBorders>
              <w:top w:val="nil"/>
              <w:left w:val="nil"/>
              <w:bottom w:val="nil"/>
              <w:right w:val="nil"/>
            </w:tcBorders>
            <w:vAlign w:val="center"/>
            <w:hideMark/>
          </w:tcPr>
          <w:p w14:paraId="433AFCF8"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6D300F77" w14:textId="77777777" w:rsidTr="007D7F2E">
        <w:trPr>
          <w:gridAfter w:val="1"/>
          <w:wAfter w:w="222" w:type="dxa"/>
          <w:trHeight w:val="276"/>
        </w:trPr>
        <w:tc>
          <w:tcPr>
            <w:tcW w:w="6521" w:type="dxa"/>
            <w:tcBorders>
              <w:top w:val="nil"/>
              <w:left w:val="nil"/>
              <w:bottom w:val="nil"/>
              <w:right w:val="nil"/>
            </w:tcBorders>
            <w:vAlign w:val="center"/>
            <w:hideMark/>
          </w:tcPr>
          <w:p w14:paraId="3F2CF7E6" w14:textId="77777777" w:rsidR="00313947" w:rsidRPr="00313947" w:rsidRDefault="00313947" w:rsidP="00313947">
            <w:pPr>
              <w:spacing w:after="0" w:line="240" w:lineRule="auto"/>
              <w:rPr>
                <w:rFonts w:eastAsia="Times New Roman" w:cs="Arial"/>
                <w:b/>
                <w:bCs/>
                <w:color w:val="000000"/>
                <w:sz w:val="20"/>
                <w:szCs w:val="20"/>
              </w:rPr>
            </w:pPr>
            <w:proofErr w:type="spellStart"/>
            <w:r w:rsidRPr="00313947">
              <w:rPr>
                <w:rFonts w:eastAsia="Times New Roman" w:cs="Arial"/>
                <w:b/>
                <w:bCs/>
                <w:color w:val="000000"/>
                <w:sz w:val="20"/>
                <w:szCs w:val="20"/>
              </w:rPr>
              <w:t>Numele</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organizației</w:t>
            </w:r>
            <w:proofErr w:type="spellEnd"/>
            <w:r w:rsidRPr="00313947">
              <w:rPr>
                <w:rFonts w:eastAsia="Times New Roman" w:cs="Arial"/>
                <w:b/>
                <w:bCs/>
                <w:color w:val="000000"/>
                <w:sz w:val="20"/>
                <w:szCs w:val="20"/>
              </w:rPr>
              <w:t xml:space="preserve"> care </w:t>
            </w:r>
            <w:proofErr w:type="spellStart"/>
            <w:r w:rsidRPr="00313947">
              <w:rPr>
                <w:rFonts w:eastAsia="Times New Roman" w:cs="Arial"/>
                <w:b/>
                <w:bCs/>
                <w:color w:val="000000"/>
                <w:sz w:val="20"/>
                <w:szCs w:val="20"/>
              </w:rPr>
              <w:t>va</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gestiona</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micrograntul</w:t>
            </w:r>
            <w:proofErr w:type="spellEnd"/>
            <w:r w:rsidRPr="00313947">
              <w:rPr>
                <w:rFonts w:eastAsia="Times New Roman" w:cs="Arial"/>
                <w:b/>
                <w:bCs/>
                <w:color w:val="000000"/>
                <w:sz w:val="20"/>
                <w:szCs w:val="20"/>
              </w:rPr>
              <w:t>:</w:t>
            </w:r>
          </w:p>
        </w:tc>
        <w:tc>
          <w:tcPr>
            <w:tcW w:w="1559" w:type="dxa"/>
            <w:tcBorders>
              <w:top w:val="nil"/>
              <w:left w:val="nil"/>
              <w:bottom w:val="nil"/>
              <w:right w:val="nil"/>
            </w:tcBorders>
            <w:noWrap/>
            <w:vAlign w:val="bottom"/>
            <w:hideMark/>
          </w:tcPr>
          <w:p w14:paraId="3B2EFB9C" w14:textId="77777777" w:rsidR="00313947" w:rsidRPr="00313947" w:rsidRDefault="00313947" w:rsidP="00313947">
            <w:pPr>
              <w:spacing w:after="0" w:line="240" w:lineRule="auto"/>
              <w:rPr>
                <w:rFonts w:eastAsia="Times New Roman" w:cs="Arial"/>
                <w:b/>
                <w:bCs/>
                <w:color w:val="000000"/>
                <w:sz w:val="20"/>
                <w:szCs w:val="20"/>
              </w:rPr>
            </w:pPr>
          </w:p>
        </w:tc>
        <w:tc>
          <w:tcPr>
            <w:tcW w:w="913" w:type="dxa"/>
            <w:tcBorders>
              <w:top w:val="nil"/>
              <w:left w:val="nil"/>
              <w:bottom w:val="nil"/>
              <w:right w:val="nil"/>
            </w:tcBorders>
            <w:noWrap/>
            <w:vAlign w:val="bottom"/>
            <w:hideMark/>
          </w:tcPr>
          <w:p w14:paraId="14776D56" w14:textId="77777777" w:rsidR="00313947" w:rsidRPr="00313947" w:rsidRDefault="00313947" w:rsidP="00313947">
            <w:pPr>
              <w:spacing w:after="0" w:line="240" w:lineRule="auto"/>
              <w:rPr>
                <w:rFonts w:ascii="Times New Roman" w:eastAsia="Times New Roman" w:hAnsi="Times New Roman" w:cs="Times New Roman"/>
                <w:sz w:val="20"/>
                <w:szCs w:val="20"/>
              </w:rPr>
            </w:pPr>
          </w:p>
        </w:tc>
        <w:tc>
          <w:tcPr>
            <w:tcW w:w="1134" w:type="dxa"/>
            <w:tcBorders>
              <w:top w:val="nil"/>
              <w:left w:val="nil"/>
              <w:bottom w:val="nil"/>
              <w:right w:val="nil"/>
            </w:tcBorders>
            <w:noWrap/>
            <w:vAlign w:val="bottom"/>
            <w:hideMark/>
          </w:tcPr>
          <w:p w14:paraId="44AA31AB" w14:textId="77777777" w:rsidR="00313947" w:rsidRPr="00313947" w:rsidRDefault="00313947" w:rsidP="00313947">
            <w:pPr>
              <w:spacing w:after="0" w:line="240" w:lineRule="auto"/>
              <w:rPr>
                <w:rFonts w:ascii="Times New Roman" w:eastAsia="Times New Roman" w:hAnsi="Times New Roman" w:cs="Times New Roman"/>
                <w:sz w:val="20"/>
                <w:szCs w:val="20"/>
              </w:rPr>
            </w:pPr>
          </w:p>
        </w:tc>
        <w:tc>
          <w:tcPr>
            <w:tcW w:w="2695" w:type="dxa"/>
            <w:tcBorders>
              <w:top w:val="nil"/>
              <w:left w:val="nil"/>
              <w:bottom w:val="nil"/>
              <w:right w:val="nil"/>
            </w:tcBorders>
            <w:noWrap/>
            <w:vAlign w:val="bottom"/>
            <w:hideMark/>
          </w:tcPr>
          <w:p w14:paraId="50403427" w14:textId="77777777" w:rsidR="00313947" w:rsidRPr="00313947" w:rsidRDefault="00313947" w:rsidP="00313947">
            <w:pPr>
              <w:spacing w:after="0" w:line="240" w:lineRule="auto"/>
              <w:rPr>
                <w:rFonts w:ascii="Times New Roman" w:eastAsia="Times New Roman" w:hAnsi="Times New Roman" w:cs="Times New Roman"/>
                <w:sz w:val="20"/>
                <w:szCs w:val="20"/>
              </w:rPr>
            </w:pPr>
          </w:p>
        </w:tc>
        <w:tc>
          <w:tcPr>
            <w:tcW w:w="1219" w:type="dxa"/>
            <w:tcBorders>
              <w:top w:val="nil"/>
              <w:left w:val="nil"/>
              <w:bottom w:val="nil"/>
              <w:right w:val="nil"/>
            </w:tcBorders>
            <w:vAlign w:val="center"/>
            <w:hideMark/>
          </w:tcPr>
          <w:p w14:paraId="4A1D9D80"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627DD964" w14:textId="77777777" w:rsidTr="007D7F2E">
        <w:trPr>
          <w:gridAfter w:val="1"/>
          <w:wAfter w:w="222" w:type="dxa"/>
          <w:trHeight w:val="276"/>
        </w:trPr>
        <w:tc>
          <w:tcPr>
            <w:tcW w:w="10127" w:type="dxa"/>
            <w:gridSpan w:val="4"/>
            <w:vMerge w:val="restart"/>
            <w:tcBorders>
              <w:top w:val="nil"/>
              <w:left w:val="nil"/>
              <w:bottom w:val="nil"/>
              <w:right w:val="nil"/>
            </w:tcBorders>
            <w:shd w:val="clear" w:color="FFF2CC" w:fill="E2EFDA"/>
            <w:vAlign w:val="center"/>
            <w:hideMark/>
          </w:tcPr>
          <w:p w14:paraId="67CE2B82" w14:textId="77777777" w:rsidR="00313947" w:rsidRPr="00313947" w:rsidRDefault="00313947" w:rsidP="00313947">
            <w:pPr>
              <w:spacing w:after="0" w:line="240" w:lineRule="auto"/>
              <w:rPr>
                <w:rFonts w:eastAsia="Times New Roman" w:cs="Arial"/>
                <w:color w:val="000000"/>
                <w:sz w:val="20"/>
                <w:szCs w:val="20"/>
              </w:rPr>
            </w:pPr>
            <w:proofErr w:type="spellStart"/>
            <w:r w:rsidRPr="00313947">
              <w:rPr>
                <w:rFonts w:eastAsia="Times New Roman" w:cs="Arial"/>
                <w:color w:val="000000"/>
                <w:sz w:val="20"/>
                <w:szCs w:val="20"/>
              </w:rPr>
              <w:t>Pentru</w:t>
            </w:r>
            <w:proofErr w:type="spellEnd"/>
            <w:r w:rsidRPr="00313947">
              <w:rPr>
                <w:rFonts w:eastAsia="Times New Roman" w:cs="Arial"/>
                <w:color w:val="000000"/>
                <w:sz w:val="20"/>
                <w:szCs w:val="20"/>
              </w:rPr>
              <w:t xml:space="preserve"> a </w:t>
            </w:r>
            <w:proofErr w:type="spellStart"/>
            <w:r w:rsidRPr="00313947">
              <w:rPr>
                <w:rFonts w:eastAsia="Times New Roman" w:cs="Arial"/>
                <w:color w:val="000000"/>
                <w:sz w:val="20"/>
                <w:szCs w:val="20"/>
              </w:rPr>
              <w:t>asigura</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funcționarea</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corectă</w:t>
            </w:r>
            <w:proofErr w:type="spellEnd"/>
            <w:r w:rsidRPr="00313947">
              <w:rPr>
                <w:rFonts w:eastAsia="Times New Roman" w:cs="Arial"/>
                <w:color w:val="000000"/>
                <w:sz w:val="20"/>
                <w:szCs w:val="20"/>
              </w:rPr>
              <w:t xml:space="preserve"> a </w:t>
            </w:r>
            <w:proofErr w:type="spellStart"/>
            <w:r w:rsidRPr="00313947">
              <w:rPr>
                <w:rFonts w:eastAsia="Times New Roman" w:cs="Arial"/>
                <w:color w:val="000000"/>
                <w:sz w:val="20"/>
                <w:szCs w:val="20"/>
              </w:rPr>
              <w:t>formulelor</w:t>
            </w:r>
            <w:proofErr w:type="spellEnd"/>
            <w:r w:rsidRPr="00313947">
              <w:rPr>
                <w:rFonts w:eastAsia="Times New Roman" w:cs="Arial"/>
                <w:color w:val="000000"/>
                <w:sz w:val="20"/>
                <w:szCs w:val="20"/>
              </w:rPr>
              <w:t xml:space="preserve"> de </w:t>
            </w:r>
            <w:proofErr w:type="spellStart"/>
            <w:r w:rsidRPr="00313947">
              <w:rPr>
                <w:rFonts w:eastAsia="Times New Roman" w:cs="Arial"/>
                <w:color w:val="000000"/>
                <w:sz w:val="20"/>
                <w:szCs w:val="20"/>
              </w:rPr>
              <w:t>calcul</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vă</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rugăm</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să</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completați</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sume</w:t>
            </w:r>
            <w:proofErr w:type="spellEnd"/>
            <w:r w:rsidRPr="00313947">
              <w:rPr>
                <w:rFonts w:eastAsia="Times New Roman" w:cs="Arial"/>
                <w:color w:val="000000"/>
                <w:sz w:val="20"/>
                <w:szCs w:val="20"/>
              </w:rPr>
              <w:t xml:space="preserve"> </w:t>
            </w:r>
            <w:proofErr w:type="spellStart"/>
            <w:r w:rsidRPr="00313947">
              <w:rPr>
                <w:rFonts w:eastAsia="Times New Roman" w:cs="Arial"/>
                <w:b/>
                <w:bCs/>
                <w:color w:val="000000"/>
                <w:sz w:val="20"/>
                <w:szCs w:val="20"/>
              </w:rPr>
              <w:t>doar</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în</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celulele</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evidențiate</w:t>
            </w:r>
            <w:proofErr w:type="spellEnd"/>
            <w:r w:rsidRPr="00313947">
              <w:rPr>
                <w:rFonts w:eastAsia="Times New Roman" w:cs="Arial"/>
                <w:b/>
                <w:bCs/>
                <w:color w:val="000000"/>
                <w:sz w:val="20"/>
                <w:szCs w:val="20"/>
              </w:rPr>
              <w:t xml:space="preserve"> cu fundal </w:t>
            </w:r>
            <w:proofErr w:type="spellStart"/>
            <w:r w:rsidRPr="00313947">
              <w:rPr>
                <w:rFonts w:eastAsia="Times New Roman" w:cs="Arial"/>
                <w:b/>
                <w:bCs/>
                <w:color w:val="000000"/>
                <w:sz w:val="20"/>
                <w:szCs w:val="20"/>
              </w:rPr>
              <w:t>verde</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deschis</w:t>
            </w:r>
            <w:proofErr w:type="spellEnd"/>
            <w:r w:rsidRPr="00313947">
              <w:rPr>
                <w:rFonts w:eastAsia="Times New Roman" w:cs="Arial"/>
                <w:b/>
                <w:bCs/>
                <w:color w:val="000000"/>
                <w:sz w:val="20"/>
                <w:szCs w:val="20"/>
              </w:rPr>
              <w:t>.</w:t>
            </w:r>
            <w:r w:rsidRPr="00313947">
              <w:rPr>
                <w:rFonts w:eastAsia="Times New Roman" w:cs="Arial"/>
                <w:color w:val="000000"/>
                <w:sz w:val="20"/>
                <w:szCs w:val="20"/>
              </w:rPr>
              <w:br/>
            </w:r>
            <w:proofErr w:type="spellStart"/>
            <w:r w:rsidRPr="00313947">
              <w:rPr>
                <w:rFonts w:eastAsia="Times New Roman" w:cs="Arial"/>
                <w:color w:val="000000"/>
                <w:sz w:val="20"/>
                <w:szCs w:val="20"/>
              </w:rPr>
              <w:t>Celelalte</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celule</w:t>
            </w:r>
            <w:proofErr w:type="spellEnd"/>
            <w:r w:rsidRPr="00313947">
              <w:rPr>
                <w:rFonts w:eastAsia="Times New Roman" w:cs="Arial"/>
                <w:color w:val="000000"/>
                <w:sz w:val="20"/>
                <w:szCs w:val="20"/>
              </w:rPr>
              <w:t xml:space="preserve"> se </w:t>
            </w:r>
            <w:proofErr w:type="spellStart"/>
            <w:r w:rsidRPr="00313947">
              <w:rPr>
                <w:rFonts w:eastAsia="Times New Roman" w:cs="Arial"/>
                <w:color w:val="000000"/>
                <w:sz w:val="20"/>
                <w:szCs w:val="20"/>
              </w:rPr>
              <w:t>vor</w:t>
            </w:r>
            <w:proofErr w:type="spellEnd"/>
            <w:r w:rsidRPr="00313947">
              <w:rPr>
                <w:rFonts w:eastAsia="Times New Roman" w:cs="Arial"/>
                <w:color w:val="000000"/>
                <w:sz w:val="20"/>
                <w:szCs w:val="20"/>
              </w:rPr>
              <w:t xml:space="preserve"> completa automat.</w:t>
            </w:r>
          </w:p>
        </w:tc>
        <w:tc>
          <w:tcPr>
            <w:tcW w:w="2695" w:type="dxa"/>
            <w:tcBorders>
              <w:top w:val="nil"/>
              <w:left w:val="nil"/>
              <w:bottom w:val="nil"/>
              <w:right w:val="nil"/>
            </w:tcBorders>
            <w:shd w:val="clear" w:color="000000" w:fill="E2EFDA"/>
            <w:noWrap/>
            <w:vAlign w:val="bottom"/>
            <w:hideMark/>
          </w:tcPr>
          <w:p w14:paraId="6B680DFD" w14:textId="77777777" w:rsidR="00313947" w:rsidRPr="00313947" w:rsidRDefault="00313947" w:rsidP="00313947">
            <w:pPr>
              <w:spacing w:after="0" w:line="240" w:lineRule="auto"/>
              <w:rPr>
                <w:rFonts w:ascii="Calibri" w:eastAsia="Times New Roman" w:hAnsi="Calibri" w:cs="Calibri"/>
                <w:sz w:val="20"/>
                <w:szCs w:val="20"/>
              </w:rPr>
            </w:pPr>
            <w:r w:rsidRPr="00313947">
              <w:rPr>
                <w:rFonts w:ascii="Calibri" w:eastAsia="Times New Roman" w:hAnsi="Calibri" w:cs="Calibri"/>
                <w:sz w:val="20"/>
                <w:szCs w:val="20"/>
              </w:rPr>
              <w:t> </w:t>
            </w:r>
          </w:p>
        </w:tc>
        <w:tc>
          <w:tcPr>
            <w:tcW w:w="1219" w:type="dxa"/>
            <w:tcBorders>
              <w:top w:val="nil"/>
              <w:left w:val="nil"/>
              <w:bottom w:val="nil"/>
              <w:right w:val="nil"/>
            </w:tcBorders>
            <w:vAlign w:val="center"/>
            <w:hideMark/>
          </w:tcPr>
          <w:p w14:paraId="11ED951B" w14:textId="77777777" w:rsidR="00313947" w:rsidRPr="00313947" w:rsidRDefault="00313947" w:rsidP="00313947">
            <w:pPr>
              <w:spacing w:after="0" w:line="240" w:lineRule="auto"/>
              <w:rPr>
                <w:rFonts w:ascii="Calibri" w:eastAsia="Times New Roman" w:hAnsi="Calibri" w:cs="Calibri"/>
                <w:sz w:val="20"/>
                <w:szCs w:val="20"/>
              </w:rPr>
            </w:pPr>
          </w:p>
        </w:tc>
      </w:tr>
      <w:tr w:rsidR="00313947" w:rsidRPr="00313947" w14:paraId="52286359" w14:textId="77777777" w:rsidTr="007D7F2E">
        <w:trPr>
          <w:gridAfter w:val="1"/>
          <w:wAfter w:w="222" w:type="dxa"/>
          <w:trHeight w:val="510"/>
        </w:trPr>
        <w:tc>
          <w:tcPr>
            <w:tcW w:w="10127" w:type="dxa"/>
            <w:gridSpan w:val="4"/>
            <w:vMerge/>
            <w:tcBorders>
              <w:top w:val="nil"/>
              <w:left w:val="nil"/>
              <w:bottom w:val="nil"/>
              <w:right w:val="nil"/>
            </w:tcBorders>
            <w:vAlign w:val="center"/>
            <w:hideMark/>
          </w:tcPr>
          <w:p w14:paraId="1109AE18" w14:textId="77777777" w:rsidR="00313947" w:rsidRPr="00313947" w:rsidRDefault="00313947" w:rsidP="00313947">
            <w:pPr>
              <w:spacing w:after="0" w:line="240" w:lineRule="auto"/>
              <w:rPr>
                <w:rFonts w:eastAsia="Times New Roman" w:cs="Arial"/>
                <w:color w:val="000000"/>
                <w:sz w:val="20"/>
                <w:szCs w:val="20"/>
              </w:rPr>
            </w:pPr>
          </w:p>
        </w:tc>
        <w:tc>
          <w:tcPr>
            <w:tcW w:w="2695" w:type="dxa"/>
            <w:tcBorders>
              <w:top w:val="nil"/>
              <w:left w:val="nil"/>
              <w:bottom w:val="nil"/>
              <w:right w:val="nil"/>
            </w:tcBorders>
            <w:shd w:val="clear" w:color="000000" w:fill="E2EFDA"/>
            <w:noWrap/>
            <w:vAlign w:val="bottom"/>
            <w:hideMark/>
          </w:tcPr>
          <w:p w14:paraId="3B687D40" w14:textId="77777777" w:rsidR="00313947" w:rsidRPr="00313947" w:rsidRDefault="00313947" w:rsidP="00313947">
            <w:pPr>
              <w:spacing w:after="0" w:line="240" w:lineRule="auto"/>
              <w:rPr>
                <w:rFonts w:ascii="Calibri" w:eastAsia="Times New Roman" w:hAnsi="Calibri" w:cs="Calibri"/>
                <w:color w:val="000000"/>
                <w:sz w:val="20"/>
                <w:szCs w:val="20"/>
              </w:rPr>
            </w:pPr>
            <w:r w:rsidRPr="00313947">
              <w:rPr>
                <w:rFonts w:ascii="Calibri" w:eastAsia="Times New Roman" w:hAnsi="Calibri" w:cs="Calibri"/>
                <w:color w:val="000000"/>
                <w:sz w:val="20"/>
                <w:szCs w:val="20"/>
              </w:rPr>
              <w:t> </w:t>
            </w:r>
          </w:p>
        </w:tc>
        <w:tc>
          <w:tcPr>
            <w:tcW w:w="1219" w:type="dxa"/>
            <w:tcBorders>
              <w:top w:val="nil"/>
              <w:left w:val="nil"/>
              <w:bottom w:val="nil"/>
              <w:right w:val="nil"/>
            </w:tcBorders>
            <w:vAlign w:val="center"/>
            <w:hideMark/>
          </w:tcPr>
          <w:p w14:paraId="3299D25F" w14:textId="77777777" w:rsidR="00313947" w:rsidRPr="00313947" w:rsidRDefault="00313947" w:rsidP="00313947">
            <w:pPr>
              <w:spacing w:after="0" w:line="240" w:lineRule="auto"/>
              <w:rPr>
                <w:rFonts w:ascii="Calibri" w:eastAsia="Times New Roman" w:hAnsi="Calibri" w:cs="Calibri"/>
                <w:color w:val="000000"/>
                <w:sz w:val="20"/>
                <w:szCs w:val="20"/>
              </w:rPr>
            </w:pPr>
          </w:p>
        </w:tc>
      </w:tr>
      <w:tr w:rsidR="00313947" w:rsidRPr="00313947" w14:paraId="2373B4CF" w14:textId="77777777" w:rsidTr="007D7F2E">
        <w:trPr>
          <w:gridAfter w:val="1"/>
          <w:wAfter w:w="222" w:type="dxa"/>
          <w:trHeight w:val="276"/>
        </w:trPr>
        <w:tc>
          <w:tcPr>
            <w:tcW w:w="10127" w:type="dxa"/>
            <w:gridSpan w:val="4"/>
            <w:tcBorders>
              <w:top w:val="nil"/>
              <w:left w:val="nil"/>
              <w:bottom w:val="single" w:sz="4" w:space="0" w:color="000000"/>
              <w:right w:val="nil"/>
            </w:tcBorders>
            <w:vAlign w:val="center"/>
            <w:hideMark/>
          </w:tcPr>
          <w:p w14:paraId="72782931" w14:textId="77777777" w:rsidR="00313947" w:rsidRPr="00313947" w:rsidRDefault="00313947" w:rsidP="00313947">
            <w:pPr>
              <w:spacing w:after="0" w:line="240" w:lineRule="auto"/>
              <w:rPr>
                <w:rFonts w:eastAsia="Times New Roman" w:cs="Arial"/>
                <w:b/>
                <w:bCs/>
                <w:color w:val="000000"/>
                <w:sz w:val="20"/>
                <w:szCs w:val="20"/>
              </w:rPr>
            </w:pPr>
            <w:r w:rsidRPr="00313947">
              <w:rPr>
                <w:rFonts w:eastAsia="Times New Roman" w:cs="Arial"/>
                <w:b/>
                <w:bCs/>
                <w:color w:val="000000"/>
                <w:sz w:val="20"/>
                <w:szCs w:val="20"/>
              </w:rPr>
              <w:t> </w:t>
            </w:r>
          </w:p>
        </w:tc>
        <w:tc>
          <w:tcPr>
            <w:tcW w:w="2695" w:type="dxa"/>
            <w:tcBorders>
              <w:top w:val="nil"/>
              <w:left w:val="nil"/>
              <w:bottom w:val="nil"/>
              <w:right w:val="nil"/>
            </w:tcBorders>
            <w:noWrap/>
            <w:vAlign w:val="bottom"/>
            <w:hideMark/>
          </w:tcPr>
          <w:p w14:paraId="06D1312B" w14:textId="77777777" w:rsidR="00313947" w:rsidRPr="00313947" w:rsidRDefault="00313947" w:rsidP="00313947">
            <w:pPr>
              <w:spacing w:after="0" w:line="240" w:lineRule="auto"/>
              <w:rPr>
                <w:rFonts w:ascii="Calibri" w:eastAsia="Times New Roman" w:hAnsi="Calibri" w:cs="Calibri"/>
                <w:sz w:val="20"/>
                <w:szCs w:val="20"/>
              </w:rPr>
            </w:pPr>
            <w:r w:rsidRPr="00313947">
              <w:rPr>
                <w:rFonts w:ascii="Calibri" w:eastAsia="Times New Roman" w:hAnsi="Calibri" w:cs="Calibri"/>
                <w:sz w:val="20"/>
                <w:szCs w:val="20"/>
              </w:rPr>
              <w:t> </w:t>
            </w:r>
          </w:p>
        </w:tc>
        <w:tc>
          <w:tcPr>
            <w:tcW w:w="1219" w:type="dxa"/>
            <w:tcBorders>
              <w:top w:val="nil"/>
              <w:left w:val="nil"/>
              <w:bottom w:val="nil"/>
              <w:right w:val="nil"/>
            </w:tcBorders>
            <w:vAlign w:val="center"/>
            <w:hideMark/>
          </w:tcPr>
          <w:p w14:paraId="2257F58C" w14:textId="77777777" w:rsidR="00313947" w:rsidRPr="00313947" w:rsidRDefault="00313947" w:rsidP="00313947">
            <w:pPr>
              <w:spacing w:after="0" w:line="240" w:lineRule="auto"/>
              <w:rPr>
                <w:rFonts w:ascii="Calibri" w:eastAsia="Times New Roman" w:hAnsi="Calibri" w:cs="Calibri"/>
                <w:sz w:val="20"/>
                <w:szCs w:val="20"/>
              </w:rPr>
            </w:pPr>
          </w:p>
        </w:tc>
      </w:tr>
      <w:tr w:rsidR="00313947" w:rsidRPr="00EB561C" w14:paraId="0559E76B" w14:textId="77777777" w:rsidTr="007D7F2E">
        <w:trPr>
          <w:gridAfter w:val="1"/>
          <w:wAfter w:w="222" w:type="dxa"/>
          <w:trHeight w:val="1275"/>
        </w:trPr>
        <w:tc>
          <w:tcPr>
            <w:tcW w:w="14041" w:type="dxa"/>
            <w:gridSpan w:val="6"/>
            <w:tcBorders>
              <w:top w:val="nil"/>
              <w:left w:val="nil"/>
              <w:bottom w:val="nil"/>
              <w:right w:val="nil"/>
            </w:tcBorders>
            <w:vAlign w:val="center"/>
            <w:hideMark/>
          </w:tcPr>
          <w:p w14:paraId="28EC1E7A" w14:textId="3013EED6" w:rsidR="00313947" w:rsidRPr="00313947" w:rsidRDefault="00313947" w:rsidP="00313947">
            <w:pPr>
              <w:spacing w:after="0" w:line="240" w:lineRule="auto"/>
              <w:rPr>
                <w:rFonts w:eastAsia="Times New Roman" w:cs="Arial"/>
                <w:color w:val="000000"/>
                <w:sz w:val="20"/>
                <w:szCs w:val="20"/>
                <w:lang w:val="fr-FR"/>
              </w:rPr>
            </w:pPr>
            <w:proofErr w:type="spellStart"/>
            <w:proofErr w:type="gramStart"/>
            <w:r w:rsidRPr="00313947">
              <w:rPr>
                <w:rFonts w:eastAsia="Times New Roman" w:cs="Arial"/>
                <w:b/>
                <w:bCs/>
                <w:color w:val="000000"/>
                <w:sz w:val="22"/>
              </w:rPr>
              <w:t>Atenție</w:t>
            </w:r>
            <w:proofErr w:type="spellEnd"/>
            <w:r w:rsidRPr="00313947">
              <w:rPr>
                <w:rFonts w:eastAsia="Times New Roman" w:cs="Arial"/>
                <w:b/>
                <w:bCs/>
                <w:color w:val="000000"/>
                <w:sz w:val="22"/>
              </w:rPr>
              <w:t xml:space="preserve"> !</w:t>
            </w:r>
            <w:proofErr w:type="gramEnd"/>
            <w:r w:rsidRPr="00313947">
              <w:rPr>
                <w:rFonts w:eastAsia="Times New Roman" w:cs="Arial"/>
                <w:b/>
                <w:bCs/>
                <w:color w:val="000000"/>
                <w:sz w:val="22"/>
              </w:rPr>
              <w:br/>
            </w:r>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Cheltuielile</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pentru</w:t>
            </w:r>
            <w:proofErr w:type="spellEnd"/>
            <w:r w:rsidRPr="00313947">
              <w:rPr>
                <w:rFonts w:eastAsia="Times New Roman" w:cs="Arial"/>
                <w:color w:val="000000"/>
                <w:sz w:val="20"/>
                <w:szCs w:val="20"/>
              </w:rPr>
              <w:t xml:space="preserve"> care se </w:t>
            </w:r>
            <w:proofErr w:type="spellStart"/>
            <w:r w:rsidRPr="00313947">
              <w:rPr>
                <w:rFonts w:eastAsia="Times New Roman" w:cs="Arial"/>
                <w:color w:val="000000"/>
                <w:sz w:val="20"/>
                <w:szCs w:val="20"/>
              </w:rPr>
              <w:t>solicită</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finanțare</w:t>
            </w:r>
            <w:proofErr w:type="spellEnd"/>
            <w:r w:rsidRPr="00313947">
              <w:rPr>
                <w:rFonts w:eastAsia="Times New Roman" w:cs="Arial"/>
                <w:color w:val="000000"/>
                <w:sz w:val="20"/>
                <w:szCs w:val="20"/>
              </w:rPr>
              <w:t xml:space="preserve"> se </w:t>
            </w:r>
            <w:proofErr w:type="spellStart"/>
            <w:r w:rsidRPr="00313947">
              <w:rPr>
                <w:rFonts w:eastAsia="Times New Roman" w:cs="Arial"/>
                <w:color w:val="000000"/>
                <w:sz w:val="20"/>
                <w:szCs w:val="20"/>
              </w:rPr>
              <w:t>vor</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efectua</w:t>
            </w:r>
            <w:proofErr w:type="spellEnd"/>
            <w:r w:rsidRPr="00313947">
              <w:rPr>
                <w:rFonts w:eastAsia="Times New Roman" w:cs="Arial"/>
                <w:color w:val="000000"/>
                <w:sz w:val="20"/>
                <w:szCs w:val="20"/>
              </w:rPr>
              <w:t xml:space="preserve">) </w:t>
            </w:r>
            <w:proofErr w:type="spellStart"/>
            <w:r w:rsidRPr="00313947">
              <w:rPr>
                <w:rFonts w:eastAsia="Times New Roman" w:cs="Arial"/>
                <w:b/>
                <w:bCs/>
                <w:color w:val="000000"/>
                <w:sz w:val="20"/>
                <w:szCs w:val="20"/>
              </w:rPr>
              <w:t>înregistra</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în</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evidența</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contabilă</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separată</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în</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intervalul</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cuprins</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între</w:t>
            </w:r>
            <w:proofErr w:type="spellEnd"/>
            <w:r w:rsidRPr="00313947">
              <w:rPr>
                <w:rFonts w:eastAsia="Times New Roman" w:cs="Arial"/>
                <w:color w:val="000000"/>
                <w:sz w:val="20"/>
                <w:szCs w:val="20"/>
              </w:rPr>
              <w:t xml:space="preserve"> </w:t>
            </w:r>
            <w:r w:rsidRPr="00313947">
              <w:rPr>
                <w:rFonts w:eastAsia="Times New Roman" w:cs="Arial"/>
                <w:b/>
                <w:bCs/>
                <w:color w:val="000000"/>
                <w:sz w:val="20"/>
                <w:szCs w:val="20"/>
              </w:rPr>
              <w:t xml:space="preserve">data </w:t>
            </w:r>
            <w:proofErr w:type="spellStart"/>
            <w:r w:rsidRPr="00313947">
              <w:rPr>
                <w:rFonts w:eastAsia="Times New Roman" w:cs="Arial"/>
                <w:b/>
                <w:bCs/>
                <w:color w:val="000000"/>
                <w:sz w:val="20"/>
                <w:szCs w:val="20"/>
              </w:rPr>
              <w:t>semnării</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contractului</w:t>
            </w:r>
            <w:proofErr w:type="spellEnd"/>
            <w:r w:rsidRPr="00313947">
              <w:rPr>
                <w:rFonts w:eastAsia="Times New Roman" w:cs="Arial"/>
                <w:b/>
                <w:bCs/>
                <w:color w:val="000000"/>
                <w:sz w:val="20"/>
                <w:szCs w:val="20"/>
              </w:rPr>
              <w:t xml:space="preserve"> de </w:t>
            </w:r>
            <w:proofErr w:type="spellStart"/>
            <w:r w:rsidRPr="00313947">
              <w:rPr>
                <w:rFonts w:eastAsia="Times New Roman" w:cs="Arial"/>
                <w:b/>
                <w:bCs/>
                <w:color w:val="000000"/>
                <w:sz w:val="20"/>
                <w:szCs w:val="20"/>
              </w:rPr>
              <w:t>finanțare</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nerambursabilă</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și</w:t>
            </w:r>
            <w:proofErr w:type="spellEnd"/>
            <w:r w:rsidRPr="00313947">
              <w:rPr>
                <w:rFonts w:eastAsia="Times New Roman" w:cs="Arial"/>
                <w:color w:val="000000"/>
                <w:sz w:val="20"/>
                <w:szCs w:val="20"/>
              </w:rPr>
              <w:t xml:space="preserve"> </w:t>
            </w:r>
            <w:r w:rsidRPr="00313947">
              <w:rPr>
                <w:rFonts w:eastAsia="Times New Roman" w:cs="Arial"/>
                <w:b/>
                <w:bCs/>
                <w:color w:val="000000"/>
                <w:sz w:val="20"/>
                <w:szCs w:val="20"/>
              </w:rPr>
              <w:t xml:space="preserve">data </w:t>
            </w:r>
            <w:proofErr w:type="spellStart"/>
            <w:r w:rsidRPr="00313947">
              <w:rPr>
                <w:rFonts w:eastAsia="Times New Roman" w:cs="Arial"/>
                <w:b/>
                <w:bCs/>
                <w:color w:val="000000"/>
                <w:sz w:val="20"/>
                <w:szCs w:val="20"/>
              </w:rPr>
              <w:t>finalizării</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implementării</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proiectului</w:t>
            </w:r>
            <w:proofErr w:type="spellEnd"/>
            <w:r w:rsidRPr="00313947">
              <w:rPr>
                <w:rFonts w:eastAsia="Times New Roman" w:cs="Arial"/>
                <w:b/>
                <w:bCs/>
                <w:color w:val="000000"/>
                <w:sz w:val="20"/>
                <w:szCs w:val="20"/>
              </w:rPr>
              <w:t>.</w:t>
            </w:r>
            <w:r w:rsidRPr="00313947">
              <w:rPr>
                <w:rFonts w:eastAsia="Times New Roman" w:cs="Arial"/>
                <w:b/>
                <w:bCs/>
                <w:color w:val="000000"/>
                <w:sz w:val="20"/>
                <w:szCs w:val="20"/>
              </w:rPr>
              <w:br/>
            </w:r>
            <w:r w:rsidRPr="00313947">
              <w:rPr>
                <w:rFonts w:eastAsia="Times New Roman" w:cs="Arial"/>
                <w:color w:val="000000"/>
                <w:sz w:val="20"/>
                <w:szCs w:val="20"/>
                <w:lang w:val="fr-FR"/>
              </w:rPr>
              <w:t xml:space="preserve">●   </w:t>
            </w:r>
            <w:proofErr w:type="spellStart"/>
            <w:r w:rsidRPr="00313947">
              <w:rPr>
                <w:rFonts w:eastAsia="Times New Roman" w:cs="Arial"/>
                <w:color w:val="000000"/>
                <w:sz w:val="20"/>
                <w:szCs w:val="20"/>
                <w:lang w:val="fr-FR"/>
              </w:rPr>
              <w:t>Cheltuielile</w:t>
            </w:r>
            <w:proofErr w:type="spellEnd"/>
            <w:r w:rsidRPr="00313947">
              <w:rPr>
                <w:rFonts w:eastAsia="Times New Roman" w:cs="Arial"/>
                <w:color w:val="000000"/>
                <w:sz w:val="20"/>
                <w:szCs w:val="20"/>
                <w:lang w:val="fr-FR"/>
              </w:rPr>
              <w:t xml:space="preserve"> </w:t>
            </w:r>
            <w:proofErr w:type="spellStart"/>
            <w:r w:rsidRPr="00313947">
              <w:rPr>
                <w:rFonts w:eastAsia="Times New Roman" w:cs="Arial"/>
                <w:color w:val="000000"/>
                <w:sz w:val="20"/>
                <w:szCs w:val="20"/>
                <w:lang w:val="fr-FR"/>
              </w:rPr>
              <w:t>eligibile</w:t>
            </w:r>
            <w:proofErr w:type="spellEnd"/>
            <w:r w:rsidRPr="00313947">
              <w:rPr>
                <w:rFonts w:eastAsia="Times New Roman" w:cs="Arial"/>
                <w:color w:val="000000"/>
                <w:sz w:val="20"/>
                <w:szCs w:val="20"/>
                <w:lang w:val="fr-FR"/>
              </w:rPr>
              <w:t xml:space="preserve"> </w:t>
            </w:r>
            <w:proofErr w:type="spellStart"/>
            <w:r w:rsidRPr="00313947">
              <w:rPr>
                <w:rFonts w:eastAsia="Times New Roman" w:cs="Arial"/>
                <w:color w:val="000000"/>
                <w:sz w:val="20"/>
                <w:szCs w:val="20"/>
                <w:lang w:val="fr-FR"/>
              </w:rPr>
              <w:t>și</w:t>
            </w:r>
            <w:proofErr w:type="spellEnd"/>
            <w:r w:rsidRPr="00313947">
              <w:rPr>
                <w:rFonts w:eastAsia="Times New Roman" w:cs="Arial"/>
                <w:color w:val="000000"/>
                <w:sz w:val="20"/>
                <w:szCs w:val="20"/>
                <w:lang w:val="fr-FR"/>
              </w:rPr>
              <w:t xml:space="preserve"> </w:t>
            </w:r>
            <w:proofErr w:type="spellStart"/>
            <w:r w:rsidRPr="00313947">
              <w:rPr>
                <w:rFonts w:eastAsia="Times New Roman" w:cs="Arial"/>
                <w:color w:val="000000"/>
                <w:sz w:val="20"/>
                <w:szCs w:val="20"/>
                <w:lang w:val="fr-FR"/>
              </w:rPr>
              <w:t>neeligibile</w:t>
            </w:r>
            <w:proofErr w:type="spellEnd"/>
            <w:r w:rsidRPr="00313947">
              <w:rPr>
                <w:rFonts w:eastAsia="Times New Roman" w:cs="Arial"/>
                <w:color w:val="000000"/>
                <w:sz w:val="20"/>
                <w:szCs w:val="20"/>
                <w:lang w:val="fr-FR"/>
              </w:rPr>
              <w:t xml:space="preserve"> se </w:t>
            </w:r>
            <w:proofErr w:type="spellStart"/>
            <w:r w:rsidRPr="00313947">
              <w:rPr>
                <w:rFonts w:eastAsia="Times New Roman" w:cs="Arial"/>
                <w:color w:val="000000"/>
                <w:sz w:val="20"/>
                <w:szCs w:val="20"/>
                <w:lang w:val="fr-FR"/>
              </w:rPr>
              <w:t>regăsesc</w:t>
            </w:r>
            <w:proofErr w:type="spellEnd"/>
            <w:r w:rsidRPr="00313947">
              <w:rPr>
                <w:rFonts w:eastAsia="Times New Roman" w:cs="Arial"/>
                <w:color w:val="000000"/>
                <w:sz w:val="20"/>
                <w:szCs w:val="20"/>
                <w:lang w:val="fr-FR"/>
              </w:rPr>
              <w:t xml:space="preserve"> la art. 8 </w:t>
            </w:r>
            <w:proofErr w:type="spellStart"/>
            <w:r w:rsidRPr="00313947">
              <w:rPr>
                <w:rFonts w:eastAsia="Times New Roman" w:cs="Arial"/>
                <w:color w:val="000000"/>
                <w:sz w:val="20"/>
                <w:szCs w:val="20"/>
                <w:lang w:val="fr-FR"/>
              </w:rPr>
              <w:t>din</w:t>
            </w:r>
            <w:proofErr w:type="spellEnd"/>
            <w:r w:rsidR="00EB561C">
              <w:rPr>
                <w:rFonts w:eastAsia="Times New Roman" w:cs="Arial"/>
                <w:color w:val="000000"/>
                <w:sz w:val="20"/>
                <w:szCs w:val="20"/>
                <w:lang w:val="fr-FR"/>
              </w:rPr>
              <w:t xml:space="preserve"> Regulament.</w:t>
            </w:r>
          </w:p>
        </w:tc>
      </w:tr>
      <w:tr w:rsidR="00313947" w:rsidRPr="00EB561C" w14:paraId="16955060" w14:textId="77777777" w:rsidTr="007D7F2E">
        <w:trPr>
          <w:gridAfter w:val="1"/>
          <w:wAfter w:w="222" w:type="dxa"/>
          <w:trHeight w:val="288"/>
        </w:trPr>
        <w:tc>
          <w:tcPr>
            <w:tcW w:w="6521" w:type="dxa"/>
            <w:tcBorders>
              <w:top w:val="nil"/>
              <w:left w:val="nil"/>
              <w:bottom w:val="nil"/>
              <w:right w:val="nil"/>
            </w:tcBorders>
            <w:noWrap/>
            <w:vAlign w:val="bottom"/>
            <w:hideMark/>
          </w:tcPr>
          <w:p w14:paraId="650FB714" w14:textId="77777777" w:rsidR="00313947" w:rsidRPr="00313947" w:rsidRDefault="00313947" w:rsidP="00313947">
            <w:pPr>
              <w:spacing w:after="0" w:line="240" w:lineRule="auto"/>
              <w:rPr>
                <w:rFonts w:eastAsia="Times New Roman" w:cs="Arial"/>
                <w:color w:val="000000"/>
                <w:sz w:val="20"/>
                <w:szCs w:val="20"/>
                <w:lang w:val="fr-FR"/>
              </w:rPr>
            </w:pPr>
          </w:p>
        </w:tc>
        <w:tc>
          <w:tcPr>
            <w:tcW w:w="1559" w:type="dxa"/>
            <w:tcBorders>
              <w:top w:val="nil"/>
              <w:left w:val="nil"/>
              <w:bottom w:val="nil"/>
              <w:right w:val="nil"/>
            </w:tcBorders>
            <w:vAlign w:val="center"/>
            <w:hideMark/>
          </w:tcPr>
          <w:p w14:paraId="26EF77D9" w14:textId="77777777" w:rsidR="00313947" w:rsidRPr="00313947" w:rsidRDefault="00313947" w:rsidP="00313947">
            <w:pPr>
              <w:spacing w:after="0" w:line="240" w:lineRule="auto"/>
              <w:rPr>
                <w:rFonts w:ascii="Times New Roman" w:eastAsia="Times New Roman" w:hAnsi="Times New Roman" w:cs="Times New Roman"/>
                <w:sz w:val="20"/>
                <w:szCs w:val="20"/>
                <w:lang w:val="fr-FR"/>
              </w:rPr>
            </w:pPr>
          </w:p>
        </w:tc>
        <w:tc>
          <w:tcPr>
            <w:tcW w:w="913" w:type="dxa"/>
            <w:tcBorders>
              <w:top w:val="nil"/>
              <w:left w:val="nil"/>
              <w:bottom w:val="nil"/>
              <w:right w:val="nil"/>
            </w:tcBorders>
            <w:vAlign w:val="center"/>
            <w:hideMark/>
          </w:tcPr>
          <w:p w14:paraId="4BD583CB" w14:textId="77777777" w:rsidR="00313947" w:rsidRPr="00313947" w:rsidRDefault="00313947" w:rsidP="00313947">
            <w:pPr>
              <w:spacing w:after="0" w:line="240" w:lineRule="auto"/>
              <w:jc w:val="center"/>
              <w:rPr>
                <w:rFonts w:ascii="Times New Roman" w:eastAsia="Times New Roman" w:hAnsi="Times New Roman" w:cs="Times New Roman"/>
                <w:sz w:val="20"/>
                <w:szCs w:val="20"/>
                <w:lang w:val="fr-FR"/>
              </w:rPr>
            </w:pPr>
          </w:p>
        </w:tc>
        <w:tc>
          <w:tcPr>
            <w:tcW w:w="1134" w:type="dxa"/>
            <w:tcBorders>
              <w:top w:val="nil"/>
              <w:left w:val="nil"/>
              <w:bottom w:val="nil"/>
              <w:right w:val="nil"/>
            </w:tcBorders>
            <w:vAlign w:val="center"/>
            <w:hideMark/>
          </w:tcPr>
          <w:p w14:paraId="592DD2EB" w14:textId="77777777" w:rsidR="00313947" w:rsidRPr="00313947" w:rsidRDefault="00313947" w:rsidP="00313947">
            <w:pPr>
              <w:spacing w:after="0" w:line="240" w:lineRule="auto"/>
              <w:jc w:val="center"/>
              <w:rPr>
                <w:rFonts w:ascii="Times New Roman" w:eastAsia="Times New Roman" w:hAnsi="Times New Roman" w:cs="Times New Roman"/>
                <w:sz w:val="20"/>
                <w:szCs w:val="20"/>
                <w:lang w:val="fr-FR"/>
              </w:rPr>
            </w:pPr>
          </w:p>
        </w:tc>
        <w:tc>
          <w:tcPr>
            <w:tcW w:w="2695" w:type="dxa"/>
            <w:tcBorders>
              <w:top w:val="nil"/>
              <w:left w:val="nil"/>
              <w:bottom w:val="nil"/>
              <w:right w:val="nil"/>
            </w:tcBorders>
            <w:vAlign w:val="center"/>
            <w:hideMark/>
          </w:tcPr>
          <w:p w14:paraId="4E0168D9" w14:textId="77777777" w:rsidR="00313947" w:rsidRPr="00313947" w:rsidRDefault="00313947" w:rsidP="00313947">
            <w:pPr>
              <w:spacing w:after="0" w:line="240" w:lineRule="auto"/>
              <w:jc w:val="center"/>
              <w:rPr>
                <w:rFonts w:ascii="Times New Roman" w:eastAsia="Times New Roman" w:hAnsi="Times New Roman" w:cs="Times New Roman"/>
                <w:sz w:val="20"/>
                <w:szCs w:val="20"/>
                <w:lang w:val="fr-FR"/>
              </w:rPr>
            </w:pPr>
          </w:p>
        </w:tc>
        <w:tc>
          <w:tcPr>
            <w:tcW w:w="1219" w:type="dxa"/>
            <w:tcBorders>
              <w:top w:val="nil"/>
              <w:left w:val="nil"/>
              <w:bottom w:val="nil"/>
              <w:right w:val="nil"/>
            </w:tcBorders>
            <w:vAlign w:val="center"/>
            <w:hideMark/>
          </w:tcPr>
          <w:p w14:paraId="272020C1" w14:textId="77777777" w:rsidR="00313947" w:rsidRPr="00313947" w:rsidRDefault="00313947" w:rsidP="00313947">
            <w:pPr>
              <w:spacing w:after="0" w:line="240" w:lineRule="auto"/>
              <w:jc w:val="center"/>
              <w:rPr>
                <w:rFonts w:ascii="Times New Roman" w:eastAsia="Times New Roman" w:hAnsi="Times New Roman" w:cs="Times New Roman"/>
                <w:sz w:val="20"/>
                <w:szCs w:val="20"/>
                <w:lang w:val="fr-FR"/>
              </w:rPr>
            </w:pPr>
          </w:p>
        </w:tc>
      </w:tr>
      <w:tr w:rsidR="00313947" w:rsidRPr="00313947" w14:paraId="71A623EF" w14:textId="77777777" w:rsidTr="007D7F2E">
        <w:trPr>
          <w:gridAfter w:val="1"/>
          <w:wAfter w:w="222" w:type="dxa"/>
          <w:trHeight w:val="1200"/>
        </w:trPr>
        <w:tc>
          <w:tcPr>
            <w:tcW w:w="6521" w:type="dxa"/>
            <w:vMerge w:val="restart"/>
            <w:tcBorders>
              <w:top w:val="single" w:sz="4" w:space="0" w:color="000000"/>
              <w:left w:val="single" w:sz="4" w:space="0" w:color="000000"/>
              <w:bottom w:val="single" w:sz="8" w:space="0" w:color="000000"/>
              <w:right w:val="single" w:sz="4" w:space="0" w:color="000000"/>
            </w:tcBorders>
            <w:shd w:val="clear" w:color="CCCCCC" w:fill="CCCCCC"/>
            <w:vAlign w:val="center"/>
            <w:hideMark/>
          </w:tcPr>
          <w:p w14:paraId="7939388E" w14:textId="77777777" w:rsidR="00313947" w:rsidRPr="00313947" w:rsidRDefault="00313947" w:rsidP="00313947">
            <w:pPr>
              <w:spacing w:after="0" w:line="240" w:lineRule="auto"/>
              <w:rPr>
                <w:rFonts w:eastAsia="Times New Roman" w:cs="Arial"/>
                <w:b/>
                <w:bCs/>
                <w:color w:val="000000"/>
                <w:sz w:val="22"/>
              </w:rPr>
            </w:pPr>
            <w:proofErr w:type="spellStart"/>
            <w:r w:rsidRPr="00313947">
              <w:rPr>
                <w:rFonts w:eastAsia="Times New Roman" w:cs="Arial"/>
                <w:b/>
                <w:bCs/>
                <w:color w:val="000000"/>
                <w:sz w:val="22"/>
              </w:rPr>
              <w:t>Detalierea</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cheltuielilor</w:t>
            </w:r>
            <w:proofErr w:type="spellEnd"/>
          </w:p>
        </w:tc>
        <w:tc>
          <w:tcPr>
            <w:tcW w:w="1559" w:type="dxa"/>
            <w:vMerge w:val="restart"/>
            <w:tcBorders>
              <w:top w:val="single" w:sz="4" w:space="0" w:color="000000"/>
              <w:left w:val="single" w:sz="4" w:space="0" w:color="000000"/>
              <w:bottom w:val="single" w:sz="8" w:space="0" w:color="000000"/>
              <w:right w:val="single" w:sz="4" w:space="0" w:color="000000"/>
            </w:tcBorders>
            <w:shd w:val="clear" w:color="CCCCCC" w:fill="CCCCCC"/>
            <w:vAlign w:val="center"/>
            <w:hideMark/>
          </w:tcPr>
          <w:p w14:paraId="233B9CF1" w14:textId="77777777" w:rsidR="00313947" w:rsidRPr="00313947" w:rsidRDefault="00313947" w:rsidP="00313947">
            <w:pPr>
              <w:spacing w:after="0" w:line="240" w:lineRule="auto"/>
              <w:jc w:val="center"/>
              <w:rPr>
                <w:rFonts w:eastAsia="Times New Roman" w:cs="Arial"/>
                <w:b/>
                <w:bCs/>
                <w:color w:val="000000"/>
                <w:sz w:val="22"/>
                <w:lang w:val="fr-FR"/>
              </w:rPr>
            </w:pPr>
            <w:proofErr w:type="spellStart"/>
            <w:r w:rsidRPr="00313947">
              <w:rPr>
                <w:rFonts w:eastAsia="Times New Roman" w:cs="Arial"/>
                <w:b/>
                <w:bCs/>
                <w:color w:val="000000"/>
                <w:sz w:val="22"/>
                <w:lang w:val="fr-FR"/>
              </w:rPr>
              <w:t>Unitatea</w:t>
            </w:r>
            <w:proofErr w:type="spellEnd"/>
            <w:r w:rsidRPr="00313947">
              <w:rPr>
                <w:rFonts w:eastAsia="Times New Roman" w:cs="Arial"/>
                <w:b/>
                <w:bCs/>
                <w:color w:val="000000"/>
                <w:sz w:val="22"/>
                <w:lang w:val="fr-FR"/>
              </w:rPr>
              <w:t xml:space="preserve"> </w:t>
            </w:r>
            <w:r w:rsidRPr="00313947">
              <w:rPr>
                <w:rFonts w:eastAsia="Times New Roman" w:cs="Arial"/>
                <w:b/>
                <w:bCs/>
                <w:color w:val="000000"/>
                <w:sz w:val="22"/>
                <w:lang w:val="fr-FR"/>
              </w:rPr>
              <w:br/>
              <w:t xml:space="preserve">de </w:t>
            </w:r>
            <w:r w:rsidRPr="00313947">
              <w:rPr>
                <w:rFonts w:eastAsia="Times New Roman" w:cs="Arial"/>
                <w:b/>
                <w:bCs/>
                <w:color w:val="000000"/>
                <w:sz w:val="22"/>
                <w:lang w:val="fr-FR"/>
              </w:rPr>
              <w:br/>
            </w:r>
            <w:proofErr w:type="spellStart"/>
            <w:r w:rsidRPr="00313947">
              <w:rPr>
                <w:rFonts w:eastAsia="Times New Roman" w:cs="Arial"/>
                <w:b/>
                <w:bCs/>
                <w:color w:val="000000"/>
                <w:sz w:val="22"/>
                <w:lang w:val="fr-FR"/>
              </w:rPr>
              <w:t>măsură</w:t>
            </w:r>
            <w:proofErr w:type="spellEnd"/>
            <w:r w:rsidRPr="00313947">
              <w:rPr>
                <w:rFonts w:eastAsia="Times New Roman" w:cs="Arial"/>
                <w:b/>
                <w:bCs/>
                <w:color w:val="000000"/>
                <w:sz w:val="22"/>
                <w:lang w:val="fr-FR"/>
              </w:rPr>
              <w:t xml:space="preserve"> </w:t>
            </w:r>
            <w:r w:rsidRPr="00313947">
              <w:rPr>
                <w:rFonts w:eastAsia="Times New Roman" w:cs="Arial"/>
                <w:b/>
                <w:bCs/>
                <w:color w:val="000000"/>
                <w:sz w:val="22"/>
                <w:lang w:val="fr-FR"/>
              </w:rPr>
              <w:br/>
            </w:r>
            <w:r w:rsidRPr="00313947">
              <w:rPr>
                <w:rFonts w:eastAsia="Times New Roman" w:cs="Arial"/>
                <w:color w:val="000000"/>
                <w:sz w:val="22"/>
                <w:lang w:val="fr-FR"/>
              </w:rPr>
              <w:t xml:space="preserve">(ex. </w:t>
            </w:r>
            <w:proofErr w:type="spellStart"/>
            <w:r w:rsidRPr="00313947">
              <w:rPr>
                <w:rFonts w:eastAsia="Times New Roman" w:cs="Arial"/>
                <w:color w:val="000000"/>
                <w:sz w:val="22"/>
                <w:lang w:val="fr-FR"/>
              </w:rPr>
              <w:t>contract</w:t>
            </w:r>
            <w:proofErr w:type="spellEnd"/>
            <w:r w:rsidRPr="00313947">
              <w:rPr>
                <w:rFonts w:eastAsia="Times New Roman" w:cs="Arial"/>
                <w:color w:val="000000"/>
                <w:sz w:val="22"/>
                <w:lang w:val="fr-FR"/>
              </w:rPr>
              <w:t xml:space="preserve">, </w:t>
            </w:r>
            <w:proofErr w:type="spellStart"/>
            <w:r w:rsidRPr="00313947">
              <w:rPr>
                <w:rFonts w:eastAsia="Times New Roman" w:cs="Arial"/>
                <w:color w:val="000000"/>
                <w:sz w:val="22"/>
                <w:lang w:val="fr-FR"/>
              </w:rPr>
              <w:t>bucată</w:t>
            </w:r>
            <w:proofErr w:type="spellEnd"/>
            <w:r w:rsidRPr="00313947">
              <w:rPr>
                <w:rFonts w:eastAsia="Times New Roman" w:cs="Arial"/>
                <w:color w:val="000000"/>
                <w:sz w:val="22"/>
                <w:lang w:val="fr-FR"/>
              </w:rPr>
              <w:t xml:space="preserve">, </w:t>
            </w:r>
            <w:proofErr w:type="spellStart"/>
            <w:r w:rsidRPr="00313947">
              <w:rPr>
                <w:rFonts w:eastAsia="Times New Roman" w:cs="Arial"/>
                <w:color w:val="000000"/>
                <w:sz w:val="22"/>
                <w:lang w:val="fr-FR"/>
              </w:rPr>
              <w:t>lună</w:t>
            </w:r>
            <w:proofErr w:type="spellEnd"/>
            <w:r w:rsidRPr="00313947">
              <w:rPr>
                <w:rFonts w:eastAsia="Times New Roman" w:cs="Arial"/>
                <w:color w:val="000000"/>
                <w:sz w:val="22"/>
                <w:lang w:val="fr-FR"/>
              </w:rPr>
              <w:t xml:space="preserve">, </w:t>
            </w:r>
            <w:proofErr w:type="spellStart"/>
            <w:r w:rsidRPr="00313947">
              <w:rPr>
                <w:rFonts w:eastAsia="Times New Roman" w:cs="Arial"/>
                <w:color w:val="000000"/>
                <w:sz w:val="22"/>
                <w:lang w:val="fr-FR"/>
              </w:rPr>
              <w:t>drum</w:t>
            </w:r>
            <w:proofErr w:type="spellEnd"/>
            <w:r w:rsidRPr="00313947">
              <w:rPr>
                <w:rFonts w:eastAsia="Times New Roman" w:cs="Arial"/>
                <w:color w:val="000000"/>
                <w:sz w:val="22"/>
                <w:lang w:val="fr-FR"/>
              </w:rPr>
              <w:t xml:space="preserve"> </w:t>
            </w:r>
            <w:proofErr w:type="spellStart"/>
            <w:r w:rsidRPr="00313947">
              <w:rPr>
                <w:rFonts w:eastAsia="Times New Roman" w:cs="Arial"/>
                <w:color w:val="000000"/>
                <w:sz w:val="22"/>
                <w:lang w:val="fr-FR"/>
              </w:rPr>
              <w:t>etc</w:t>
            </w:r>
            <w:proofErr w:type="spellEnd"/>
            <w:r w:rsidRPr="00313947">
              <w:rPr>
                <w:rFonts w:eastAsia="Times New Roman" w:cs="Arial"/>
                <w:color w:val="000000"/>
                <w:sz w:val="22"/>
                <w:lang w:val="fr-FR"/>
              </w:rPr>
              <w:t>)</w:t>
            </w:r>
          </w:p>
        </w:tc>
        <w:tc>
          <w:tcPr>
            <w:tcW w:w="913" w:type="dxa"/>
            <w:vMerge w:val="restart"/>
            <w:tcBorders>
              <w:top w:val="single" w:sz="4" w:space="0" w:color="000000"/>
              <w:left w:val="single" w:sz="4" w:space="0" w:color="000000"/>
              <w:bottom w:val="single" w:sz="8" w:space="0" w:color="000000"/>
              <w:right w:val="single" w:sz="4" w:space="0" w:color="000000"/>
            </w:tcBorders>
            <w:shd w:val="clear" w:color="CCCCCC" w:fill="CCCCCC"/>
            <w:vAlign w:val="center"/>
            <w:hideMark/>
          </w:tcPr>
          <w:p w14:paraId="41009F0B" w14:textId="77777777" w:rsidR="00313947" w:rsidRPr="00313947" w:rsidRDefault="00313947" w:rsidP="00313947">
            <w:pPr>
              <w:spacing w:after="0" w:line="240" w:lineRule="auto"/>
              <w:jc w:val="center"/>
              <w:rPr>
                <w:rFonts w:eastAsia="Times New Roman" w:cs="Arial"/>
                <w:b/>
                <w:bCs/>
                <w:color w:val="000000"/>
                <w:sz w:val="22"/>
              </w:rPr>
            </w:pPr>
            <w:proofErr w:type="spellStart"/>
            <w:r w:rsidRPr="00313947">
              <w:rPr>
                <w:rFonts w:eastAsia="Times New Roman" w:cs="Arial"/>
                <w:b/>
                <w:bCs/>
                <w:color w:val="000000"/>
                <w:sz w:val="22"/>
              </w:rPr>
              <w:t>Număr</w:t>
            </w:r>
            <w:proofErr w:type="spellEnd"/>
            <w:r w:rsidRPr="00313947">
              <w:rPr>
                <w:rFonts w:eastAsia="Times New Roman" w:cs="Arial"/>
                <w:b/>
                <w:bCs/>
                <w:color w:val="000000"/>
                <w:sz w:val="22"/>
              </w:rPr>
              <w:br/>
              <w:t xml:space="preserve">de </w:t>
            </w:r>
            <w:r w:rsidRPr="00313947">
              <w:rPr>
                <w:rFonts w:eastAsia="Times New Roman" w:cs="Arial"/>
                <w:b/>
                <w:bCs/>
                <w:color w:val="000000"/>
                <w:sz w:val="22"/>
              </w:rPr>
              <w:br/>
            </w:r>
            <w:proofErr w:type="spellStart"/>
            <w:r w:rsidRPr="00313947">
              <w:rPr>
                <w:rFonts w:eastAsia="Times New Roman" w:cs="Arial"/>
                <w:b/>
                <w:bCs/>
                <w:color w:val="000000"/>
                <w:sz w:val="22"/>
              </w:rPr>
              <w:t>unităţi</w:t>
            </w:r>
            <w:proofErr w:type="spellEnd"/>
          </w:p>
        </w:tc>
        <w:tc>
          <w:tcPr>
            <w:tcW w:w="1134" w:type="dxa"/>
            <w:vMerge w:val="restart"/>
            <w:tcBorders>
              <w:top w:val="single" w:sz="4" w:space="0" w:color="000000"/>
              <w:left w:val="single" w:sz="4" w:space="0" w:color="000000"/>
              <w:bottom w:val="single" w:sz="8" w:space="0" w:color="000000"/>
              <w:right w:val="nil"/>
            </w:tcBorders>
            <w:shd w:val="clear" w:color="CCCCCC" w:fill="CCCCCC"/>
            <w:vAlign w:val="center"/>
            <w:hideMark/>
          </w:tcPr>
          <w:p w14:paraId="4FE24C80" w14:textId="77777777" w:rsidR="00313947" w:rsidRPr="00313947" w:rsidRDefault="00313947" w:rsidP="00313947">
            <w:pPr>
              <w:spacing w:after="0" w:line="240" w:lineRule="auto"/>
              <w:jc w:val="center"/>
              <w:rPr>
                <w:rFonts w:eastAsia="Times New Roman" w:cs="Arial"/>
                <w:b/>
                <w:bCs/>
                <w:color w:val="000000"/>
                <w:sz w:val="22"/>
              </w:rPr>
            </w:pPr>
            <w:proofErr w:type="spellStart"/>
            <w:r w:rsidRPr="00313947">
              <w:rPr>
                <w:rFonts w:eastAsia="Times New Roman" w:cs="Arial"/>
                <w:b/>
                <w:bCs/>
                <w:color w:val="000000"/>
                <w:sz w:val="22"/>
              </w:rPr>
              <w:t>Valoarea</w:t>
            </w:r>
            <w:proofErr w:type="spellEnd"/>
            <w:r w:rsidRPr="00313947">
              <w:rPr>
                <w:rFonts w:eastAsia="Times New Roman" w:cs="Arial"/>
                <w:b/>
                <w:bCs/>
                <w:color w:val="000000"/>
                <w:sz w:val="22"/>
              </w:rPr>
              <w:t xml:space="preserve"> </w:t>
            </w:r>
            <w:r w:rsidRPr="00313947">
              <w:rPr>
                <w:rFonts w:eastAsia="Times New Roman" w:cs="Arial"/>
                <w:b/>
                <w:bCs/>
                <w:color w:val="000000"/>
                <w:sz w:val="22"/>
              </w:rPr>
              <w:br/>
            </w:r>
            <w:proofErr w:type="spellStart"/>
            <w:r w:rsidRPr="00313947">
              <w:rPr>
                <w:rFonts w:eastAsia="Times New Roman" w:cs="Arial"/>
                <w:b/>
                <w:bCs/>
                <w:color w:val="000000"/>
                <w:sz w:val="22"/>
              </w:rPr>
              <w:t>unitară</w:t>
            </w:r>
            <w:proofErr w:type="spellEnd"/>
          </w:p>
        </w:tc>
        <w:tc>
          <w:tcPr>
            <w:tcW w:w="2695" w:type="dxa"/>
            <w:vMerge w:val="restart"/>
            <w:tcBorders>
              <w:top w:val="single" w:sz="8" w:space="0" w:color="000000"/>
              <w:left w:val="single" w:sz="8" w:space="0" w:color="000000"/>
              <w:bottom w:val="single" w:sz="8" w:space="0" w:color="000000"/>
              <w:right w:val="single" w:sz="8" w:space="0" w:color="000000"/>
            </w:tcBorders>
            <w:shd w:val="clear" w:color="CCCCCC" w:fill="CCCCCC"/>
            <w:vAlign w:val="center"/>
            <w:hideMark/>
          </w:tcPr>
          <w:p w14:paraId="379DACBB" w14:textId="77777777" w:rsidR="00313947" w:rsidRPr="00313947" w:rsidRDefault="00313947" w:rsidP="00313947">
            <w:pPr>
              <w:spacing w:after="0" w:line="240" w:lineRule="auto"/>
              <w:jc w:val="center"/>
              <w:rPr>
                <w:rFonts w:eastAsia="Times New Roman" w:cs="Arial"/>
                <w:b/>
                <w:bCs/>
                <w:color w:val="000000"/>
                <w:sz w:val="22"/>
                <w:lang w:val="fr-FR"/>
              </w:rPr>
            </w:pPr>
            <w:proofErr w:type="spellStart"/>
            <w:r w:rsidRPr="00313947">
              <w:rPr>
                <w:rFonts w:eastAsia="Times New Roman" w:cs="Arial"/>
                <w:b/>
                <w:bCs/>
                <w:color w:val="000000"/>
                <w:sz w:val="22"/>
                <w:lang w:val="fr-FR"/>
              </w:rPr>
              <w:t>Valoare</w:t>
            </w:r>
            <w:proofErr w:type="spellEnd"/>
            <w:r w:rsidRPr="00313947">
              <w:rPr>
                <w:rFonts w:eastAsia="Times New Roman" w:cs="Arial"/>
                <w:b/>
                <w:bCs/>
                <w:color w:val="000000"/>
                <w:sz w:val="22"/>
                <w:lang w:val="fr-FR"/>
              </w:rPr>
              <w:t xml:space="preserve"> </w:t>
            </w:r>
            <w:proofErr w:type="spellStart"/>
            <w:r w:rsidRPr="00313947">
              <w:rPr>
                <w:rFonts w:eastAsia="Times New Roman" w:cs="Arial"/>
                <w:b/>
                <w:bCs/>
                <w:color w:val="000000"/>
                <w:sz w:val="22"/>
                <w:lang w:val="fr-FR"/>
              </w:rPr>
              <w:t>totală</w:t>
            </w:r>
            <w:proofErr w:type="spellEnd"/>
            <w:r w:rsidRPr="00313947">
              <w:rPr>
                <w:rFonts w:eastAsia="Times New Roman" w:cs="Arial"/>
                <w:color w:val="000000"/>
                <w:sz w:val="22"/>
                <w:lang w:val="fr-FR"/>
              </w:rPr>
              <w:t xml:space="preserve">, </w:t>
            </w:r>
            <w:proofErr w:type="spellStart"/>
            <w:r w:rsidRPr="00313947">
              <w:rPr>
                <w:rFonts w:eastAsia="Times New Roman" w:cs="Arial"/>
                <w:color w:val="000000"/>
                <w:sz w:val="22"/>
                <w:lang w:val="fr-FR"/>
              </w:rPr>
              <w:t>în</w:t>
            </w:r>
            <w:proofErr w:type="spellEnd"/>
            <w:r w:rsidRPr="00313947">
              <w:rPr>
                <w:rFonts w:eastAsia="Times New Roman" w:cs="Arial"/>
                <w:color w:val="000000"/>
                <w:sz w:val="22"/>
                <w:lang w:val="fr-FR"/>
              </w:rPr>
              <w:t xml:space="preserve"> RON</w:t>
            </w:r>
            <w:r w:rsidRPr="00313947">
              <w:rPr>
                <w:rFonts w:eastAsia="Times New Roman" w:cs="Arial"/>
                <w:b/>
                <w:bCs/>
                <w:color w:val="000000"/>
                <w:sz w:val="22"/>
                <w:lang w:val="fr-FR"/>
              </w:rPr>
              <w:br/>
            </w:r>
            <w:r w:rsidRPr="00313947">
              <w:rPr>
                <w:rFonts w:eastAsia="Times New Roman" w:cs="Arial"/>
                <w:color w:val="000000"/>
                <w:sz w:val="22"/>
                <w:lang w:val="fr-FR"/>
              </w:rPr>
              <w:t xml:space="preserve">(se </w:t>
            </w:r>
            <w:proofErr w:type="spellStart"/>
            <w:r w:rsidRPr="00313947">
              <w:rPr>
                <w:rFonts w:eastAsia="Times New Roman" w:cs="Arial"/>
                <w:color w:val="000000"/>
                <w:sz w:val="22"/>
                <w:lang w:val="fr-FR"/>
              </w:rPr>
              <w:t>calculează</w:t>
            </w:r>
            <w:proofErr w:type="spellEnd"/>
            <w:r w:rsidRPr="00313947">
              <w:rPr>
                <w:rFonts w:eastAsia="Times New Roman" w:cs="Arial"/>
                <w:color w:val="000000"/>
                <w:sz w:val="22"/>
                <w:lang w:val="fr-FR"/>
              </w:rPr>
              <w:t xml:space="preserve"> </w:t>
            </w:r>
            <w:proofErr w:type="spellStart"/>
            <w:r w:rsidRPr="00313947">
              <w:rPr>
                <w:rFonts w:eastAsia="Times New Roman" w:cs="Arial"/>
                <w:color w:val="000000"/>
                <w:sz w:val="22"/>
                <w:lang w:val="fr-FR"/>
              </w:rPr>
              <w:t>automat</w:t>
            </w:r>
            <w:proofErr w:type="spellEnd"/>
            <w:r w:rsidRPr="00313947">
              <w:rPr>
                <w:rFonts w:eastAsia="Times New Roman" w:cs="Arial"/>
                <w:color w:val="000000"/>
                <w:sz w:val="22"/>
                <w:lang w:val="fr-FR"/>
              </w:rPr>
              <w:t xml:space="preserve"> </w:t>
            </w:r>
            <w:proofErr w:type="spellStart"/>
            <w:r w:rsidRPr="00313947">
              <w:rPr>
                <w:rFonts w:eastAsia="Times New Roman" w:cs="Arial"/>
                <w:color w:val="000000"/>
                <w:sz w:val="22"/>
                <w:lang w:val="fr-FR"/>
              </w:rPr>
              <w:t>pe</w:t>
            </w:r>
            <w:proofErr w:type="spellEnd"/>
            <w:r w:rsidRPr="00313947">
              <w:rPr>
                <w:rFonts w:eastAsia="Times New Roman" w:cs="Arial"/>
                <w:color w:val="000000"/>
                <w:sz w:val="22"/>
                <w:lang w:val="fr-FR"/>
              </w:rPr>
              <w:t xml:space="preserve"> </w:t>
            </w:r>
            <w:proofErr w:type="spellStart"/>
            <w:r w:rsidRPr="00313947">
              <w:rPr>
                <w:rFonts w:eastAsia="Times New Roman" w:cs="Arial"/>
                <w:color w:val="000000"/>
                <w:sz w:val="22"/>
                <w:lang w:val="fr-FR"/>
              </w:rPr>
              <w:t>fiecare</w:t>
            </w:r>
            <w:proofErr w:type="spellEnd"/>
            <w:r w:rsidRPr="00313947">
              <w:rPr>
                <w:rFonts w:eastAsia="Times New Roman" w:cs="Arial"/>
                <w:color w:val="000000"/>
                <w:sz w:val="22"/>
                <w:lang w:val="fr-FR"/>
              </w:rPr>
              <w:t xml:space="preserve"> </w:t>
            </w:r>
            <w:proofErr w:type="spellStart"/>
            <w:r w:rsidRPr="00313947">
              <w:rPr>
                <w:rFonts w:eastAsia="Times New Roman" w:cs="Arial"/>
                <w:color w:val="000000"/>
                <w:sz w:val="22"/>
                <w:lang w:val="fr-FR"/>
              </w:rPr>
              <w:t>rând</w:t>
            </w:r>
            <w:proofErr w:type="spellEnd"/>
            <w:r w:rsidRPr="00313947">
              <w:rPr>
                <w:rFonts w:eastAsia="Times New Roman" w:cs="Arial"/>
                <w:color w:val="000000"/>
                <w:sz w:val="22"/>
                <w:lang w:val="fr-FR"/>
              </w:rPr>
              <w:t xml:space="preserve">, prin </w:t>
            </w:r>
            <w:proofErr w:type="spellStart"/>
            <w:r w:rsidRPr="00313947">
              <w:rPr>
                <w:rFonts w:eastAsia="Times New Roman" w:cs="Arial"/>
                <w:color w:val="000000"/>
                <w:sz w:val="22"/>
                <w:lang w:val="fr-FR"/>
              </w:rPr>
              <w:t>înmulțirea</w:t>
            </w:r>
            <w:proofErr w:type="spellEnd"/>
            <w:r w:rsidRPr="00313947">
              <w:rPr>
                <w:rFonts w:eastAsia="Times New Roman" w:cs="Arial"/>
                <w:color w:val="000000"/>
                <w:sz w:val="22"/>
                <w:lang w:val="fr-FR"/>
              </w:rPr>
              <w:t xml:space="preserve"> </w:t>
            </w:r>
            <w:proofErr w:type="spellStart"/>
            <w:r w:rsidRPr="00313947">
              <w:rPr>
                <w:rFonts w:eastAsia="Times New Roman" w:cs="Arial"/>
                <w:color w:val="000000"/>
                <w:sz w:val="22"/>
                <w:lang w:val="fr-FR"/>
              </w:rPr>
              <w:t>numărului</w:t>
            </w:r>
            <w:proofErr w:type="spellEnd"/>
            <w:r w:rsidRPr="00313947">
              <w:rPr>
                <w:rFonts w:eastAsia="Times New Roman" w:cs="Arial"/>
                <w:color w:val="000000"/>
                <w:sz w:val="22"/>
                <w:lang w:val="fr-FR"/>
              </w:rPr>
              <w:t xml:space="preserve"> de </w:t>
            </w:r>
            <w:proofErr w:type="spellStart"/>
            <w:r w:rsidRPr="00313947">
              <w:rPr>
                <w:rFonts w:eastAsia="Times New Roman" w:cs="Arial"/>
                <w:color w:val="000000"/>
                <w:sz w:val="22"/>
                <w:lang w:val="fr-FR"/>
              </w:rPr>
              <w:t>unități</w:t>
            </w:r>
            <w:proofErr w:type="spellEnd"/>
            <w:r w:rsidRPr="00313947">
              <w:rPr>
                <w:rFonts w:eastAsia="Times New Roman" w:cs="Arial"/>
                <w:color w:val="000000"/>
                <w:sz w:val="22"/>
                <w:lang w:val="fr-FR"/>
              </w:rPr>
              <w:t xml:space="preserve"> </w:t>
            </w:r>
            <w:proofErr w:type="spellStart"/>
            <w:r w:rsidRPr="00313947">
              <w:rPr>
                <w:rFonts w:eastAsia="Times New Roman" w:cs="Arial"/>
                <w:color w:val="000000"/>
                <w:sz w:val="22"/>
                <w:lang w:val="fr-FR"/>
              </w:rPr>
              <w:t>cu</w:t>
            </w:r>
            <w:proofErr w:type="spellEnd"/>
            <w:r w:rsidRPr="00313947">
              <w:rPr>
                <w:rFonts w:eastAsia="Times New Roman" w:cs="Arial"/>
                <w:color w:val="000000"/>
                <w:sz w:val="22"/>
                <w:lang w:val="fr-FR"/>
              </w:rPr>
              <w:t xml:space="preserve"> </w:t>
            </w:r>
            <w:proofErr w:type="spellStart"/>
            <w:r w:rsidRPr="00313947">
              <w:rPr>
                <w:rFonts w:eastAsia="Times New Roman" w:cs="Arial"/>
                <w:color w:val="000000"/>
                <w:sz w:val="22"/>
                <w:lang w:val="fr-FR"/>
              </w:rPr>
              <w:t>valoarea</w:t>
            </w:r>
            <w:proofErr w:type="spellEnd"/>
            <w:r w:rsidRPr="00313947">
              <w:rPr>
                <w:rFonts w:eastAsia="Times New Roman" w:cs="Arial"/>
                <w:color w:val="000000"/>
                <w:sz w:val="22"/>
                <w:lang w:val="fr-FR"/>
              </w:rPr>
              <w:t xml:space="preserve"> </w:t>
            </w:r>
            <w:proofErr w:type="spellStart"/>
            <w:r w:rsidRPr="00313947">
              <w:rPr>
                <w:rFonts w:eastAsia="Times New Roman" w:cs="Arial"/>
                <w:color w:val="000000"/>
                <w:sz w:val="22"/>
                <w:lang w:val="fr-FR"/>
              </w:rPr>
              <w:t>unitară</w:t>
            </w:r>
            <w:proofErr w:type="spellEnd"/>
            <w:r w:rsidRPr="00313947">
              <w:rPr>
                <w:rFonts w:eastAsia="Times New Roman" w:cs="Arial"/>
                <w:color w:val="000000"/>
                <w:sz w:val="22"/>
                <w:lang w:val="fr-FR"/>
              </w:rPr>
              <w:t>)</w:t>
            </w:r>
          </w:p>
        </w:tc>
        <w:tc>
          <w:tcPr>
            <w:tcW w:w="1219" w:type="dxa"/>
            <w:vMerge w:val="restart"/>
            <w:tcBorders>
              <w:top w:val="single" w:sz="4" w:space="0" w:color="000000"/>
              <w:left w:val="single" w:sz="4" w:space="0" w:color="000000"/>
              <w:bottom w:val="single" w:sz="4" w:space="0" w:color="000000"/>
              <w:right w:val="single" w:sz="4" w:space="0" w:color="000000"/>
            </w:tcBorders>
            <w:vAlign w:val="center"/>
            <w:hideMark/>
          </w:tcPr>
          <w:p w14:paraId="36F860CB" w14:textId="77777777" w:rsidR="00313947" w:rsidRPr="00313947" w:rsidRDefault="00313947" w:rsidP="00313947">
            <w:pPr>
              <w:spacing w:after="0" w:line="240" w:lineRule="auto"/>
              <w:jc w:val="center"/>
              <w:rPr>
                <w:rFonts w:eastAsia="Times New Roman" w:cs="Arial"/>
                <w:b/>
                <w:bCs/>
                <w:color w:val="000000"/>
                <w:sz w:val="22"/>
              </w:rPr>
            </w:pPr>
            <w:proofErr w:type="spellStart"/>
            <w:r w:rsidRPr="00313947">
              <w:rPr>
                <w:rFonts w:eastAsia="Times New Roman" w:cs="Arial"/>
                <w:b/>
                <w:bCs/>
                <w:color w:val="000000"/>
                <w:sz w:val="22"/>
              </w:rPr>
              <w:t>Verificare</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încadrare</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în</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procente</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maxime</w:t>
            </w:r>
            <w:proofErr w:type="spellEnd"/>
          </w:p>
        </w:tc>
      </w:tr>
      <w:tr w:rsidR="00313947" w:rsidRPr="00313947" w14:paraId="3A6943AC" w14:textId="77777777" w:rsidTr="007D7F2E">
        <w:trPr>
          <w:trHeight w:val="1200"/>
        </w:trPr>
        <w:tc>
          <w:tcPr>
            <w:tcW w:w="6521" w:type="dxa"/>
            <w:vMerge/>
            <w:tcBorders>
              <w:top w:val="single" w:sz="4" w:space="0" w:color="000000"/>
              <w:left w:val="single" w:sz="4" w:space="0" w:color="000000"/>
              <w:bottom w:val="single" w:sz="8" w:space="0" w:color="000000"/>
              <w:right w:val="single" w:sz="4" w:space="0" w:color="000000"/>
            </w:tcBorders>
            <w:vAlign w:val="center"/>
            <w:hideMark/>
          </w:tcPr>
          <w:p w14:paraId="0DBD8003" w14:textId="77777777" w:rsidR="00313947" w:rsidRPr="00313947" w:rsidRDefault="00313947" w:rsidP="00313947">
            <w:pPr>
              <w:spacing w:after="0" w:line="240" w:lineRule="auto"/>
              <w:rPr>
                <w:rFonts w:eastAsia="Times New Roman" w:cs="Arial"/>
                <w:b/>
                <w:bCs/>
                <w:color w:val="000000"/>
                <w:sz w:val="22"/>
              </w:rPr>
            </w:pPr>
          </w:p>
        </w:tc>
        <w:tc>
          <w:tcPr>
            <w:tcW w:w="1559" w:type="dxa"/>
            <w:vMerge/>
            <w:tcBorders>
              <w:top w:val="single" w:sz="4" w:space="0" w:color="000000"/>
              <w:left w:val="single" w:sz="4" w:space="0" w:color="000000"/>
              <w:bottom w:val="single" w:sz="8" w:space="0" w:color="000000"/>
              <w:right w:val="single" w:sz="4" w:space="0" w:color="000000"/>
            </w:tcBorders>
            <w:vAlign w:val="center"/>
            <w:hideMark/>
          </w:tcPr>
          <w:p w14:paraId="39E4B40E" w14:textId="77777777" w:rsidR="00313947" w:rsidRPr="00313947" w:rsidRDefault="00313947" w:rsidP="00313947">
            <w:pPr>
              <w:spacing w:after="0" w:line="240" w:lineRule="auto"/>
              <w:rPr>
                <w:rFonts w:eastAsia="Times New Roman" w:cs="Arial"/>
                <w:b/>
                <w:bCs/>
                <w:color w:val="000000"/>
                <w:sz w:val="22"/>
              </w:rPr>
            </w:pPr>
          </w:p>
        </w:tc>
        <w:tc>
          <w:tcPr>
            <w:tcW w:w="913" w:type="dxa"/>
            <w:vMerge/>
            <w:tcBorders>
              <w:top w:val="single" w:sz="4" w:space="0" w:color="000000"/>
              <w:left w:val="single" w:sz="4" w:space="0" w:color="000000"/>
              <w:bottom w:val="single" w:sz="8" w:space="0" w:color="000000"/>
              <w:right w:val="single" w:sz="4" w:space="0" w:color="000000"/>
            </w:tcBorders>
            <w:vAlign w:val="center"/>
            <w:hideMark/>
          </w:tcPr>
          <w:p w14:paraId="15DC4312" w14:textId="77777777" w:rsidR="00313947" w:rsidRPr="00313947" w:rsidRDefault="00313947" w:rsidP="00313947">
            <w:pPr>
              <w:spacing w:after="0" w:line="240" w:lineRule="auto"/>
              <w:rPr>
                <w:rFonts w:eastAsia="Times New Roman" w:cs="Arial"/>
                <w:b/>
                <w:bCs/>
                <w:color w:val="000000"/>
                <w:sz w:val="22"/>
              </w:rPr>
            </w:pPr>
          </w:p>
        </w:tc>
        <w:tc>
          <w:tcPr>
            <w:tcW w:w="1134" w:type="dxa"/>
            <w:vMerge/>
            <w:tcBorders>
              <w:top w:val="single" w:sz="4" w:space="0" w:color="000000"/>
              <w:left w:val="single" w:sz="4" w:space="0" w:color="000000"/>
              <w:bottom w:val="single" w:sz="8" w:space="0" w:color="000000"/>
              <w:right w:val="nil"/>
            </w:tcBorders>
            <w:vAlign w:val="center"/>
            <w:hideMark/>
          </w:tcPr>
          <w:p w14:paraId="3E05D60B" w14:textId="77777777" w:rsidR="00313947" w:rsidRPr="00313947" w:rsidRDefault="00313947" w:rsidP="00313947">
            <w:pPr>
              <w:spacing w:after="0" w:line="240" w:lineRule="auto"/>
              <w:rPr>
                <w:rFonts w:eastAsia="Times New Roman" w:cs="Arial"/>
                <w:b/>
                <w:bCs/>
                <w:color w:val="000000"/>
                <w:sz w:val="22"/>
              </w:rPr>
            </w:pPr>
          </w:p>
        </w:tc>
        <w:tc>
          <w:tcPr>
            <w:tcW w:w="2695" w:type="dxa"/>
            <w:vMerge/>
            <w:tcBorders>
              <w:top w:val="single" w:sz="8" w:space="0" w:color="000000"/>
              <w:left w:val="single" w:sz="8" w:space="0" w:color="000000"/>
              <w:bottom w:val="single" w:sz="8" w:space="0" w:color="000000"/>
              <w:right w:val="single" w:sz="8" w:space="0" w:color="000000"/>
            </w:tcBorders>
            <w:vAlign w:val="center"/>
            <w:hideMark/>
          </w:tcPr>
          <w:p w14:paraId="00F128EF" w14:textId="77777777" w:rsidR="00313947" w:rsidRPr="00313947" w:rsidRDefault="00313947" w:rsidP="00313947">
            <w:pPr>
              <w:spacing w:after="0" w:line="240" w:lineRule="auto"/>
              <w:rPr>
                <w:rFonts w:eastAsia="Times New Roman" w:cs="Arial"/>
                <w:b/>
                <w:bCs/>
                <w:color w:val="000000"/>
                <w:sz w:val="22"/>
              </w:rPr>
            </w:pPr>
          </w:p>
        </w:tc>
        <w:tc>
          <w:tcPr>
            <w:tcW w:w="1219" w:type="dxa"/>
            <w:vMerge/>
            <w:tcBorders>
              <w:top w:val="single" w:sz="4" w:space="0" w:color="000000"/>
              <w:left w:val="single" w:sz="4" w:space="0" w:color="000000"/>
              <w:bottom w:val="single" w:sz="4" w:space="0" w:color="000000"/>
              <w:right w:val="single" w:sz="4" w:space="0" w:color="000000"/>
            </w:tcBorders>
            <w:vAlign w:val="center"/>
            <w:hideMark/>
          </w:tcPr>
          <w:p w14:paraId="3EBC107F" w14:textId="77777777" w:rsidR="00313947" w:rsidRPr="00313947" w:rsidRDefault="00313947" w:rsidP="00313947">
            <w:pPr>
              <w:spacing w:after="0" w:line="240" w:lineRule="auto"/>
              <w:rPr>
                <w:rFonts w:eastAsia="Times New Roman" w:cs="Arial"/>
                <w:b/>
                <w:bCs/>
                <w:color w:val="000000"/>
                <w:sz w:val="22"/>
              </w:rPr>
            </w:pPr>
          </w:p>
        </w:tc>
        <w:tc>
          <w:tcPr>
            <w:tcW w:w="222" w:type="dxa"/>
            <w:tcBorders>
              <w:top w:val="nil"/>
              <w:left w:val="nil"/>
              <w:bottom w:val="nil"/>
              <w:right w:val="nil"/>
            </w:tcBorders>
            <w:noWrap/>
            <w:vAlign w:val="bottom"/>
            <w:hideMark/>
          </w:tcPr>
          <w:p w14:paraId="4FD1B067" w14:textId="77777777" w:rsidR="00313947" w:rsidRPr="00313947" w:rsidRDefault="00313947" w:rsidP="00313947">
            <w:pPr>
              <w:spacing w:after="0" w:line="240" w:lineRule="auto"/>
              <w:jc w:val="center"/>
              <w:rPr>
                <w:rFonts w:eastAsia="Times New Roman" w:cs="Arial"/>
                <w:b/>
                <w:bCs/>
                <w:color w:val="000000"/>
                <w:sz w:val="22"/>
              </w:rPr>
            </w:pPr>
          </w:p>
        </w:tc>
      </w:tr>
      <w:tr w:rsidR="00313947" w:rsidRPr="00313947" w14:paraId="12EA3CD5" w14:textId="77777777" w:rsidTr="007D7F2E">
        <w:trPr>
          <w:trHeight w:val="288"/>
        </w:trPr>
        <w:tc>
          <w:tcPr>
            <w:tcW w:w="6521" w:type="dxa"/>
            <w:vMerge/>
            <w:tcBorders>
              <w:top w:val="single" w:sz="4" w:space="0" w:color="000000"/>
              <w:left w:val="single" w:sz="4" w:space="0" w:color="000000"/>
              <w:bottom w:val="single" w:sz="8" w:space="0" w:color="000000"/>
              <w:right w:val="single" w:sz="4" w:space="0" w:color="000000"/>
            </w:tcBorders>
            <w:vAlign w:val="center"/>
            <w:hideMark/>
          </w:tcPr>
          <w:p w14:paraId="7355F8AB" w14:textId="77777777" w:rsidR="00313947" w:rsidRPr="00313947" w:rsidRDefault="00313947" w:rsidP="00313947">
            <w:pPr>
              <w:spacing w:after="0" w:line="240" w:lineRule="auto"/>
              <w:rPr>
                <w:rFonts w:eastAsia="Times New Roman" w:cs="Arial"/>
                <w:b/>
                <w:bCs/>
                <w:color w:val="000000"/>
                <w:sz w:val="22"/>
              </w:rPr>
            </w:pPr>
          </w:p>
        </w:tc>
        <w:tc>
          <w:tcPr>
            <w:tcW w:w="1559" w:type="dxa"/>
            <w:vMerge/>
            <w:tcBorders>
              <w:top w:val="single" w:sz="4" w:space="0" w:color="000000"/>
              <w:left w:val="single" w:sz="4" w:space="0" w:color="000000"/>
              <w:bottom w:val="single" w:sz="8" w:space="0" w:color="000000"/>
              <w:right w:val="single" w:sz="4" w:space="0" w:color="000000"/>
            </w:tcBorders>
            <w:vAlign w:val="center"/>
            <w:hideMark/>
          </w:tcPr>
          <w:p w14:paraId="4431BA7F" w14:textId="77777777" w:rsidR="00313947" w:rsidRPr="00313947" w:rsidRDefault="00313947" w:rsidP="00313947">
            <w:pPr>
              <w:spacing w:after="0" w:line="240" w:lineRule="auto"/>
              <w:rPr>
                <w:rFonts w:eastAsia="Times New Roman" w:cs="Arial"/>
                <w:b/>
                <w:bCs/>
                <w:color w:val="000000"/>
                <w:sz w:val="22"/>
              </w:rPr>
            </w:pPr>
          </w:p>
        </w:tc>
        <w:tc>
          <w:tcPr>
            <w:tcW w:w="913" w:type="dxa"/>
            <w:vMerge/>
            <w:tcBorders>
              <w:top w:val="single" w:sz="4" w:space="0" w:color="000000"/>
              <w:left w:val="single" w:sz="4" w:space="0" w:color="000000"/>
              <w:bottom w:val="single" w:sz="8" w:space="0" w:color="000000"/>
              <w:right w:val="single" w:sz="4" w:space="0" w:color="000000"/>
            </w:tcBorders>
            <w:vAlign w:val="center"/>
            <w:hideMark/>
          </w:tcPr>
          <w:p w14:paraId="42CC7613" w14:textId="77777777" w:rsidR="00313947" w:rsidRPr="00313947" w:rsidRDefault="00313947" w:rsidP="00313947">
            <w:pPr>
              <w:spacing w:after="0" w:line="240" w:lineRule="auto"/>
              <w:rPr>
                <w:rFonts w:eastAsia="Times New Roman" w:cs="Arial"/>
                <w:b/>
                <w:bCs/>
                <w:color w:val="000000"/>
                <w:sz w:val="22"/>
              </w:rPr>
            </w:pPr>
          </w:p>
        </w:tc>
        <w:tc>
          <w:tcPr>
            <w:tcW w:w="1134" w:type="dxa"/>
            <w:vMerge/>
            <w:tcBorders>
              <w:top w:val="single" w:sz="4" w:space="0" w:color="000000"/>
              <w:left w:val="single" w:sz="4" w:space="0" w:color="000000"/>
              <w:bottom w:val="single" w:sz="8" w:space="0" w:color="000000"/>
              <w:right w:val="nil"/>
            </w:tcBorders>
            <w:vAlign w:val="center"/>
            <w:hideMark/>
          </w:tcPr>
          <w:p w14:paraId="38DA8BDF" w14:textId="77777777" w:rsidR="00313947" w:rsidRPr="00313947" w:rsidRDefault="00313947" w:rsidP="00313947">
            <w:pPr>
              <w:spacing w:after="0" w:line="240" w:lineRule="auto"/>
              <w:rPr>
                <w:rFonts w:eastAsia="Times New Roman" w:cs="Arial"/>
                <w:b/>
                <w:bCs/>
                <w:color w:val="000000"/>
                <w:sz w:val="22"/>
              </w:rPr>
            </w:pPr>
          </w:p>
        </w:tc>
        <w:tc>
          <w:tcPr>
            <w:tcW w:w="2695" w:type="dxa"/>
            <w:vMerge/>
            <w:tcBorders>
              <w:top w:val="single" w:sz="8" w:space="0" w:color="000000"/>
              <w:left w:val="single" w:sz="8" w:space="0" w:color="000000"/>
              <w:bottom w:val="single" w:sz="8" w:space="0" w:color="000000"/>
              <w:right w:val="single" w:sz="8" w:space="0" w:color="000000"/>
            </w:tcBorders>
            <w:vAlign w:val="center"/>
            <w:hideMark/>
          </w:tcPr>
          <w:p w14:paraId="3334C31A" w14:textId="77777777" w:rsidR="00313947" w:rsidRPr="00313947" w:rsidRDefault="00313947" w:rsidP="00313947">
            <w:pPr>
              <w:spacing w:after="0" w:line="240" w:lineRule="auto"/>
              <w:rPr>
                <w:rFonts w:eastAsia="Times New Roman" w:cs="Arial"/>
                <w:b/>
                <w:bCs/>
                <w:color w:val="000000"/>
                <w:sz w:val="22"/>
              </w:rPr>
            </w:pPr>
          </w:p>
        </w:tc>
        <w:tc>
          <w:tcPr>
            <w:tcW w:w="1219" w:type="dxa"/>
            <w:vMerge/>
            <w:tcBorders>
              <w:top w:val="single" w:sz="4" w:space="0" w:color="000000"/>
              <w:left w:val="single" w:sz="4" w:space="0" w:color="000000"/>
              <w:bottom w:val="single" w:sz="4" w:space="0" w:color="000000"/>
              <w:right w:val="single" w:sz="4" w:space="0" w:color="000000"/>
            </w:tcBorders>
            <w:vAlign w:val="center"/>
            <w:hideMark/>
          </w:tcPr>
          <w:p w14:paraId="0A2D952A" w14:textId="77777777" w:rsidR="00313947" w:rsidRPr="00313947" w:rsidRDefault="00313947" w:rsidP="00313947">
            <w:pPr>
              <w:spacing w:after="0" w:line="240" w:lineRule="auto"/>
              <w:rPr>
                <w:rFonts w:eastAsia="Times New Roman" w:cs="Arial"/>
                <w:b/>
                <w:bCs/>
                <w:color w:val="000000"/>
                <w:sz w:val="22"/>
              </w:rPr>
            </w:pPr>
          </w:p>
        </w:tc>
        <w:tc>
          <w:tcPr>
            <w:tcW w:w="222" w:type="dxa"/>
            <w:tcBorders>
              <w:top w:val="nil"/>
              <w:left w:val="nil"/>
              <w:bottom w:val="nil"/>
              <w:right w:val="nil"/>
            </w:tcBorders>
            <w:noWrap/>
            <w:vAlign w:val="bottom"/>
            <w:hideMark/>
          </w:tcPr>
          <w:p w14:paraId="11C02222"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6D5302C2" w14:textId="77777777" w:rsidTr="007D7F2E">
        <w:trPr>
          <w:trHeight w:val="1344"/>
        </w:trPr>
        <w:tc>
          <w:tcPr>
            <w:tcW w:w="6521" w:type="dxa"/>
            <w:tcBorders>
              <w:top w:val="nil"/>
              <w:left w:val="single" w:sz="4" w:space="0" w:color="000000"/>
              <w:bottom w:val="single" w:sz="4" w:space="0" w:color="000000"/>
              <w:right w:val="single" w:sz="4" w:space="0" w:color="000000"/>
            </w:tcBorders>
            <w:shd w:val="clear" w:color="000000" w:fill="F2F2F2"/>
            <w:vAlign w:val="center"/>
            <w:hideMark/>
          </w:tcPr>
          <w:p w14:paraId="3F2C7FFC" w14:textId="77777777" w:rsidR="00313947" w:rsidRPr="00313947" w:rsidRDefault="00313947" w:rsidP="00313947">
            <w:pPr>
              <w:spacing w:after="0" w:line="240" w:lineRule="auto"/>
              <w:rPr>
                <w:rFonts w:eastAsia="Times New Roman" w:cs="Arial"/>
                <w:b/>
                <w:bCs/>
                <w:color w:val="000000"/>
                <w:sz w:val="22"/>
              </w:rPr>
            </w:pPr>
            <w:r w:rsidRPr="00313947">
              <w:rPr>
                <w:rFonts w:eastAsia="Times New Roman" w:cs="Arial"/>
                <w:b/>
                <w:bCs/>
                <w:color w:val="000000"/>
                <w:sz w:val="22"/>
              </w:rPr>
              <w:t xml:space="preserve">1. </w:t>
            </w:r>
            <w:proofErr w:type="spellStart"/>
            <w:r w:rsidRPr="00313947">
              <w:rPr>
                <w:rFonts w:eastAsia="Times New Roman" w:cs="Arial"/>
                <w:b/>
                <w:bCs/>
                <w:color w:val="000000"/>
                <w:sz w:val="22"/>
              </w:rPr>
              <w:t>Costuri</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rezonabile</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pentru</w:t>
            </w:r>
            <w:proofErr w:type="spellEnd"/>
            <w:r w:rsidRPr="00313947">
              <w:rPr>
                <w:rFonts w:eastAsia="Times New Roman" w:cs="Arial"/>
                <w:b/>
                <w:bCs/>
                <w:color w:val="000000"/>
                <w:sz w:val="22"/>
              </w:rPr>
              <w:t xml:space="preserve"> training </w:t>
            </w:r>
            <w:proofErr w:type="spellStart"/>
            <w:r w:rsidRPr="00313947">
              <w:rPr>
                <w:rFonts w:eastAsia="Times New Roman" w:cs="Arial"/>
                <w:b/>
                <w:bCs/>
                <w:color w:val="000000"/>
                <w:sz w:val="22"/>
              </w:rPr>
              <w:t>și</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mentorat</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în</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ateliere</w:t>
            </w:r>
            <w:proofErr w:type="spellEnd"/>
            <w:r w:rsidRPr="00313947">
              <w:rPr>
                <w:rFonts w:eastAsia="Times New Roman" w:cs="Arial"/>
                <w:b/>
                <w:bCs/>
                <w:color w:val="000000"/>
                <w:sz w:val="22"/>
              </w:rPr>
              <w:t xml:space="preserve"> cu </w:t>
            </w:r>
            <w:proofErr w:type="spellStart"/>
            <w:r w:rsidRPr="00313947">
              <w:rPr>
                <w:rFonts w:eastAsia="Times New Roman" w:cs="Arial"/>
                <w:b/>
                <w:bCs/>
                <w:color w:val="000000"/>
                <w:sz w:val="22"/>
              </w:rPr>
              <w:t>participare</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activă</w:t>
            </w:r>
            <w:proofErr w:type="spellEnd"/>
            <w:r w:rsidRPr="00313947">
              <w:rPr>
                <w:rFonts w:eastAsia="Times New Roman" w:cs="Arial"/>
                <w:b/>
                <w:bCs/>
                <w:color w:val="000000"/>
                <w:sz w:val="22"/>
              </w:rPr>
              <w:t xml:space="preserve"> a </w:t>
            </w:r>
            <w:proofErr w:type="spellStart"/>
            <w:r w:rsidRPr="00313947">
              <w:rPr>
                <w:rFonts w:eastAsia="Times New Roman" w:cs="Arial"/>
                <w:b/>
                <w:bCs/>
                <w:color w:val="000000"/>
                <w:sz w:val="22"/>
              </w:rPr>
              <w:t>tinerilor</w:t>
            </w:r>
            <w:proofErr w:type="spellEnd"/>
            <w:r w:rsidRPr="00313947">
              <w:rPr>
                <w:rFonts w:eastAsia="Times New Roman" w:cs="Arial"/>
                <w:color w:val="000000"/>
                <w:sz w:val="22"/>
              </w:rPr>
              <w:br/>
            </w:r>
            <w:r w:rsidRPr="00313947">
              <w:rPr>
                <w:rFonts w:eastAsia="Times New Roman" w:cs="Arial"/>
                <w:i/>
                <w:iCs/>
                <w:color w:val="000000"/>
                <w:sz w:val="20"/>
                <w:szCs w:val="20"/>
              </w:rPr>
              <w:t xml:space="preserve">&lt;&lt;&lt; </w:t>
            </w:r>
            <w:proofErr w:type="spellStart"/>
            <w:r w:rsidRPr="00313947">
              <w:rPr>
                <w:rFonts w:eastAsia="Times New Roman" w:cs="Arial"/>
                <w:i/>
                <w:iCs/>
                <w:color w:val="000000"/>
                <w:sz w:val="20"/>
                <w:szCs w:val="20"/>
              </w:rPr>
              <w:t>inserați</w:t>
            </w:r>
            <w:proofErr w:type="spellEnd"/>
            <w:r w:rsidRPr="00313947">
              <w:rPr>
                <w:rFonts w:eastAsia="Times New Roman" w:cs="Arial"/>
                <w:i/>
                <w:iCs/>
                <w:color w:val="000000"/>
                <w:sz w:val="20"/>
                <w:szCs w:val="20"/>
              </w:rPr>
              <w:t xml:space="preserve"> </w:t>
            </w:r>
            <w:proofErr w:type="spellStart"/>
            <w:r w:rsidRPr="00313947">
              <w:rPr>
                <w:rFonts w:eastAsia="Times New Roman" w:cs="Arial"/>
                <w:i/>
                <w:iCs/>
                <w:color w:val="000000"/>
                <w:sz w:val="20"/>
                <w:szCs w:val="20"/>
              </w:rPr>
              <w:t>rânduri</w:t>
            </w:r>
            <w:proofErr w:type="spellEnd"/>
            <w:r w:rsidRPr="00313947">
              <w:rPr>
                <w:rFonts w:eastAsia="Times New Roman" w:cs="Arial"/>
                <w:i/>
                <w:iCs/>
                <w:color w:val="000000"/>
                <w:sz w:val="20"/>
                <w:szCs w:val="20"/>
              </w:rPr>
              <w:t xml:space="preserve"> </w:t>
            </w:r>
            <w:proofErr w:type="spellStart"/>
            <w:r w:rsidRPr="00313947">
              <w:rPr>
                <w:rFonts w:eastAsia="Times New Roman" w:cs="Arial"/>
                <w:i/>
                <w:iCs/>
                <w:color w:val="000000"/>
                <w:sz w:val="20"/>
                <w:szCs w:val="20"/>
              </w:rPr>
              <w:t>noi</w:t>
            </w:r>
            <w:proofErr w:type="spellEnd"/>
            <w:r w:rsidRPr="00313947">
              <w:rPr>
                <w:rFonts w:eastAsia="Times New Roman" w:cs="Arial"/>
                <w:i/>
                <w:iCs/>
                <w:color w:val="000000"/>
                <w:sz w:val="20"/>
                <w:szCs w:val="20"/>
              </w:rPr>
              <w:t xml:space="preserve"> </w:t>
            </w:r>
            <w:proofErr w:type="spellStart"/>
            <w:r w:rsidRPr="00313947">
              <w:rPr>
                <w:rFonts w:eastAsia="Times New Roman" w:cs="Arial"/>
                <w:i/>
                <w:iCs/>
                <w:color w:val="000000"/>
                <w:sz w:val="20"/>
                <w:szCs w:val="20"/>
              </w:rPr>
              <w:t>pentru</w:t>
            </w:r>
            <w:proofErr w:type="spellEnd"/>
            <w:r w:rsidRPr="00313947">
              <w:rPr>
                <w:rFonts w:eastAsia="Times New Roman" w:cs="Arial"/>
                <w:i/>
                <w:iCs/>
                <w:color w:val="000000"/>
                <w:sz w:val="20"/>
                <w:szCs w:val="20"/>
              </w:rPr>
              <w:t xml:space="preserve"> </w:t>
            </w:r>
            <w:proofErr w:type="spellStart"/>
            <w:r w:rsidRPr="00313947">
              <w:rPr>
                <w:rFonts w:eastAsia="Times New Roman" w:cs="Arial"/>
                <w:i/>
                <w:iCs/>
                <w:color w:val="000000"/>
                <w:sz w:val="20"/>
                <w:szCs w:val="20"/>
              </w:rPr>
              <w:t>detaliere</w:t>
            </w:r>
            <w:proofErr w:type="spellEnd"/>
            <w:r w:rsidRPr="00313947">
              <w:rPr>
                <w:rFonts w:eastAsia="Times New Roman" w:cs="Arial"/>
                <w:i/>
                <w:iCs/>
                <w:color w:val="000000"/>
                <w:sz w:val="20"/>
                <w:szCs w:val="20"/>
              </w:rPr>
              <w:t xml:space="preserve">; </w:t>
            </w:r>
            <w:r w:rsidRPr="00313947">
              <w:rPr>
                <w:rFonts w:eastAsia="Times New Roman" w:cs="Arial"/>
                <w:b/>
                <w:bCs/>
                <w:i/>
                <w:iCs/>
                <w:color w:val="000000"/>
                <w:sz w:val="20"/>
                <w:szCs w:val="20"/>
              </w:rPr>
              <w:t xml:space="preserve">pt. </w:t>
            </w:r>
            <w:proofErr w:type="spellStart"/>
            <w:r w:rsidRPr="00313947">
              <w:rPr>
                <w:rFonts w:eastAsia="Times New Roman" w:cs="Arial"/>
                <w:b/>
                <w:bCs/>
                <w:i/>
                <w:iCs/>
                <w:color w:val="000000"/>
                <w:sz w:val="20"/>
                <w:szCs w:val="20"/>
              </w:rPr>
              <w:t>păstrarea</w:t>
            </w:r>
            <w:proofErr w:type="spellEnd"/>
            <w:r w:rsidRPr="00313947">
              <w:rPr>
                <w:rFonts w:eastAsia="Times New Roman" w:cs="Arial"/>
                <w:b/>
                <w:bCs/>
                <w:i/>
                <w:iCs/>
                <w:color w:val="000000"/>
                <w:sz w:val="20"/>
                <w:szCs w:val="20"/>
              </w:rPr>
              <w:t xml:space="preserve"> </w:t>
            </w:r>
            <w:proofErr w:type="spellStart"/>
            <w:r w:rsidRPr="00313947">
              <w:rPr>
                <w:rFonts w:eastAsia="Times New Roman" w:cs="Arial"/>
                <w:b/>
                <w:bCs/>
                <w:i/>
                <w:iCs/>
                <w:color w:val="000000"/>
                <w:sz w:val="20"/>
                <w:szCs w:val="20"/>
              </w:rPr>
              <w:t>formulelor</w:t>
            </w:r>
            <w:proofErr w:type="spellEnd"/>
            <w:r w:rsidRPr="00313947">
              <w:rPr>
                <w:rFonts w:eastAsia="Times New Roman" w:cs="Arial"/>
                <w:b/>
                <w:bCs/>
                <w:i/>
                <w:iCs/>
                <w:color w:val="000000"/>
                <w:sz w:val="20"/>
                <w:szCs w:val="20"/>
              </w:rPr>
              <w:t xml:space="preserve"> de </w:t>
            </w:r>
            <w:proofErr w:type="spellStart"/>
            <w:r w:rsidRPr="00313947">
              <w:rPr>
                <w:rFonts w:eastAsia="Times New Roman" w:cs="Arial"/>
                <w:b/>
                <w:bCs/>
                <w:i/>
                <w:iCs/>
                <w:color w:val="000000"/>
                <w:sz w:val="20"/>
                <w:szCs w:val="20"/>
              </w:rPr>
              <w:t>calcul</w:t>
            </w:r>
            <w:proofErr w:type="spellEnd"/>
            <w:r w:rsidRPr="00313947">
              <w:rPr>
                <w:rFonts w:eastAsia="Times New Roman" w:cs="Arial"/>
                <w:b/>
                <w:bCs/>
                <w:i/>
                <w:iCs/>
                <w:color w:val="000000"/>
                <w:sz w:val="20"/>
                <w:szCs w:val="20"/>
              </w:rPr>
              <w:t xml:space="preserve"> se </w:t>
            </w:r>
            <w:proofErr w:type="spellStart"/>
            <w:r w:rsidRPr="00313947">
              <w:rPr>
                <w:rFonts w:eastAsia="Times New Roman" w:cs="Arial"/>
                <w:b/>
                <w:bCs/>
                <w:i/>
                <w:iCs/>
                <w:color w:val="000000"/>
                <w:sz w:val="20"/>
                <w:szCs w:val="20"/>
              </w:rPr>
              <w:t>vor</w:t>
            </w:r>
            <w:proofErr w:type="spellEnd"/>
            <w:r w:rsidRPr="00313947">
              <w:rPr>
                <w:rFonts w:eastAsia="Times New Roman" w:cs="Arial"/>
                <w:b/>
                <w:bCs/>
                <w:i/>
                <w:iCs/>
                <w:color w:val="000000"/>
                <w:sz w:val="20"/>
                <w:szCs w:val="20"/>
              </w:rPr>
              <w:t xml:space="preserve"> </w:t>
            </w:r>
            <w:proofErr w:type="spellStart"/>
            <w:r w:rsidRPr="00313947">
              <w:rPr>
                <w:rFonts w:eastAsia="Times New Roman" w:cs="Arial"/>
                <w:b/>
                <w:bCs/>
                <w:i/>
                <w:iCs/>
                <w:color w:val="000000"/>
                <w:sz w:val="20"/>
                <w:szCs w:val="20"/>
              </w:rPr>
              <w:t>insera</w:t>
            </w:r>
            <w:proofErr w:type="spellEnd"/>
            <w:r w:rsidRPr="00313947">
              <w:rPr>
                <w:rFonts w:eastAsia="Times New Roman" w:cs="Arial"/>
                <w:b/>
                <w:bCs/>
                <w:i/>
                <w:iCs/>
                <w:color w:val="000000"/>
                <w:sz w:val="20"/>
                <w:szCs w:val="20"/>
              </w:rPr>
              <w:t xml:space="preserve"> </w:t>
            </w:r>
            <w:proofErr w:type="spellStart"/>
            <w:r w:rsidRPr="00313947">
              <w:rPr>
                <w:rFonts w:eastAsia="Times New Roman" w:cs="Arial"/>
                <w:b/>
                <w:bCs/>
                <w:i/>
                <w:iCs/>
                <w:color w:val="000000"/>
                <w:sz w:val="20"/>
                <w:szCs w:val="20"/>
              </w:rPr>
              <w:t>rânduri</w:t>
            </w:r>
            <w:proofErr w:type="spellEnd"/>
            <w:r w:rsidRPr="00313947">
              <w:rPr>
                <w:rFonts w:eastAsia="Times New Roman" w:cs="Arial"/>
                <w:b/>
                <w:bCs/>
                <w:i/>
                <w:iCs/>
                <w:color w:val="000000"/>
                <w:sz w:val="20"/>
                <w:szCs w:val="20"/>
              </w:rPr>
              <w:t xml:space="preserve"> </w:t>
            </w:r>
            <w:proofErr w:type="spellStart"/>
            <w:r w:rsidRPr="00313947">
              <w:rPr>
                <w:rFonts w:eastAsia="Times New Roman" w:cs="Arial"/>
                <w:b/>
                <w:bCs/>
                <w:i/>
                <w:iCs/>
                <w:color w:val="000000"/>
                <w:sz w:val="20"/>
                <w:szCs w:val="20"/>
              </w:rPr>
              <w:t>noi</w:t>
            </w:r>
            <w:proofErr w:type="spellEnd"/>
            <w:r w:rsidRPr="00313947">
              <w:rPr>
                <w:rFonts w:eastAsia="Times New Roman" w:cs="Arial"/>
                <w:b/>
                <w:bCs/>
                <w:i/>
                <w:iCs/>
                <w:color w:val="000000"/>
                <w:sz w:val="20"/>
                <w:szCs w:val="20"/>
              </w:rPr>
              <w:t xml:space="preserve"> </w:t>
            </w:r>
            <w:proofErr w:type="spellStart"/>
            <w:r w:rsidRPr="00313947">
              <w:rPr>
                <w:rFonts w:eastAsia="Times New Roman" w:cs="Arial"/>
                <w:b/>
                <w:bCs/>
                <w:i/>
                <w:iCs/>
                <w:color w:val="000000"/>
                <w:sz w:val="20"/>
                <w:szCs w:val="20"/>
              </w:rPr>
              <w:t>doar</w:t>
            </w:r>
            <w:proofErr w:type="spellEnd"/>
            <w:r w:rsidRPr="00313947">
              <w:rPr>
                <w:rFonts w:eastAsia="Times New Roman" w:cs="Arial"/>
                <w:b/>
                <w:bCs/>
                <w:i/>
                <w:iCs/>
                <w:color w:val="000000"/>
                <w:sz w:val="20"/>
                <w:szCs w:val="20"/>
              </w:rPr>
              <w:t xml:space="preserve"> </w:t>
            </w:r>
            <w:proofErr w:type="spellStart"/>
            <w:r w:rsidRPr="00313947">
              <w:rPr>
                <w:rFonts w:eastAsia="Times New Roman" w:cs="Arial"/>
                <w:b/>
                <w:bCs/>
                <w:i/>
                <w:iCs/>
                <w:color w:val="000000"/>
                <w:sz w:val="20"/>
                <w:szCs w:val="20"/>
              </w:rPr>
              <w:t>între</w:t>
            </w:r>
            <w:proofErr w:type="spellEnd"/>
            <w:r w:rsidRPr="00313947">
              <w:rPr>
                <w:rFonts w:eastAsia="Times New Roman" w:cs="Arial"/>
                <w:b/>
                <w:bCs/>
                <w:i/>
                <w:iCs/>
                <w:color w:val="000000"/>
                <w:sz w:val="20"/>
                <w:szCs w:val="20"/>
              </w:rPr>
              <w:t xml:space="preserve"> </w:t>
            </w:r>
            <w:proofErr w:type="spellStart"/>
            <w:r w:rsidRPr="00313947">
              <w:rPr>
                <w:rFonts w:eastAsia="Times New Roman" w:cs="Arial"/>
                <w:i/>
                <w:iCs/>
                <w:color w:val="000000"/>
                <w:sz w:val="20"/>
                <w:szCs w:val="20"/>
              </w:rPr>
              <w:t>rândurile</w:t>
            </w:r>
            <w:proofErr w:type="spellEnd"/>
            <w:r w:rsidRPr="00313947">
              <w:rPr>
                <w:rFonts w:eastAsia="Times New Roman" w:cs="Arial"/>
                <w:i/>
                <w:iCs/>
                <w:color w:val="000000"/>
                <w:sz w:val="20"/>
                <w:szCs w:val="20"/>
              </w:rPr>
              <w:t xml:space="preserve"> </w:t>
            </w:r>
            <w:proofErr w:type="spellStart"/>
            <w:r w:rsidRPr="00313947">
              <w:rPr>
                <w:rFonts w:eastAsia="Times New Roman" w:cs="Arial"/>
                <w:i/>
                <w:iCs/>
                <w:color w:val="000000"/>
                <w:sz w:val="20"/>
                <w:szCs w:val="20"/>
              </w:rPr>
              <w:t>existente</w:t>
            </w:r>
            <w:proofErr w:type="spellEnd"/>
            <w:r w:rsidRPr="00313947">
              <w:rPr>
                <w:rFonts w:eastAsia="Times New Roman" w:cs="Arial"/>
                <w:i/>
                <w:iCs/>
                <w:color w:val="000000"/>
                <w:sz w:val="20"/>
                <w:szCs w:val="20"/>
              </w:rPr>
              <w:t xml:space="preserve">, </w:t>
            </w:r>
            <w:proofErr w:type="spellStart"/>
            <w:r w:rsidRPr="00313947">
              <w:rPr>
                <w:rFonts w:eastAsia="Times New Roman" w:cs="Arial"/>
                <w:i/>
                <w:iCs/>
                <w:color w:val="000000"/>
                <w:sz w:val="20"/>
                <w:szCs w:val="20"/>
              </w:rPr>
              <w:t>respectiv</w:t>
            </w:r>
            <w:proofErr w:type="spellEnd"/>
            <w:r w:rsidRPr="00313947">
              <w:rPr>
                <w:rFonts w:eastAsia="Times New Roman" w:cs="Arial"/>
                <w:i/>
                <w:iCs/>
                <w:color w:val="000000"/>
                <w:sz w:val="20"/>
                <w:szCs w:val="20"/>
              </w:rPr>
              <w:t xml:space="preserve"> nu </w:t>
            </w:r>
            <w:proofErr w:type="spellStart"/>
            <w:r w:rsidRPr="00313947">
              <w:rPr>
                <w:rFonts w:eastAsia="Times New Roman" w:cs="Arial"/>
                <w:i/>
                <w:iCs/>
                <w:color w:val="000000"/>
                <w:sz w:val="20"/>
                <w:szCs w:val="20"/>
              </w:rPr>
              <w:t>înainte</w:t>
            </w:r>
            <w:proofErr w:type="spellEnd"/>
            <w:r w:rsidRPr="00313947">
              <w:rPr>
                <w:rFonts w:eastAsia="Times New Roman" w:cs="Arial"/>
                <w:i/>
                <w:iCs/>
                <w:color w:val="000000"/>
                <w:sz w:val="20"/>
                <w:szCs w:val="20"/>
              </w:rPr>
              <w:t xml:space="preserve"> de 1.1 </w:t>
            </w:r>
            <w:proofErr w:type="spellStart"/>
            <w:r w:rsidRPr="00313947">
              <w:rPr>
                <w:rFonts w:eastAsia="Times New Roman" w:cs="Arial"/>
                <w:i/>
                <w:iCs/>
                <w:color w:val="000000"/>
                <w:sz w:val="20"/>
                <w:szCs w:val="20"/>
              </w:rPr>
              <w:t>sau</w:t>
            </w:r>
            <w:proofErr w:type="spellEnd"/>
            <w:r w:rsidRPr="00313947">
              <w:rPr>
                <w:rFonts w:eastAsia="Times New Roman" w:cs="Arial"/>
                <w:i/>
                <w:iCs/>
                <w:color w:val="000000"/>
                <w:sz w:val="20"/>
                <w:szCs w:val="20"/>
              </w:rPr>
              <w:t xml:space="preserve"> </w:t>
            </w:r>
            <w:proofErr w:type="spellStart"/>
            <w:r w:rsidRPr="00313947">
              <w:rPr>
                <w:rFonts w:eastAsia="Times New Roman" w:cs="Arial"/>
                <w:i/>
                <w:iCs/>
                <w:color w:val="000000"/>
                <w:sz w:val="20"/>
                <w:szCs w:val="20"/>
              </w:rPr>
              <w:t>după</w:t>
            </w:r>
            <w:proofErr w:type="spellEnd"/>
            <w:r w:rsidRPr="00313947">
              <w:rPr>
                <w:rFonts w:eastAsia="Times New Roman" w:cs="Arial"/>
                <w:i/>
                <w:iCs/>
                <w:color w:val="000000"/>
                <w:sz w:val="20"/>
                <w:szCs w:val="20"/>
              </w:rPr>
              <w:t xml:space="preserve"> 1.3. &gt;&gt;&gt;</w:t>
            </w:r>
          </w:p>
        </w:tc>
        <w:tc>
          <w:tcPr>
            <w:tcW w:w="1559" w:type="dxa"/>
            <w:tcBorders>
              <w:top w:val="nil"/>
              <w:left w:val="nil"/>
              <w:bottom w:val="single" w:sz="4" w:space="0" w:color="000000"/>
              <w:right w:val="single" w:sz="4" w:space="0" w:color="000000"/>
            </w:tcBorders>
            <w:shd w:val="clear" w:color="000000" w:fill="F2F2F2"/>
            <w:vAlign w:val="center"/>
            <w:hideMark/>
          </w:tcPr>
          <w:p w14:paraId="2936C0C3" w14:textId="77777777" w:rsidR="00313947" w:rsidRPr="00313947" w:rsidRDefault="00313947" w:rsidP="00313947">
            <w:pPr>
              <w:spacing w:after="0" w:line="240" w:lineRule="auto"/>
              <w:jc w:val="center"/>
              <w:rPr>
                <w:rFonts w:eastAsia="Times New Roman" w:cs="Arial"/>
                <w:color w:val="000000"/>
                <w:sz w:val="22"/>
              </w:rPr>
            </w:pPr>
            <w:r w:rsidRPr="00313947">
              <w:rPr>
                <w:rFonts w:eastAsia="Times New Roman" w:cs="Arial"/>
                <w:color w:val="000000"/>
                <w:sz w:val="22"/>
              </w:rPr>
              <w:t> </w:t>
            </w:r>
          </w:p>
        </w:tc>
        <w:tc>
          <w:tcPr>
            <w:tcW w:w="913" w:type="dxa"/>
            <w:tcBorders>
              <w:top w:val="nil"/>
              <w:left w:val="nil"/>
              <w:bottom w:val="single" w:sz="4" w:space="0" w:color="000000"/>
              <w:right w:val="single" w:sz="4" w:space="0" w:color="000000"/>
            </w:tcBorders>
            <w:shd w:val="clear" w:color="000000" w:fill="F2F2F2"/>
            <w:vAlign w:val="center"/>
            <w:hideMark/>
          </w:tcPr>
          <w:p w14:paraId="348DC6FE" w14:textId="77777777" w:rsidR="00313947" w:rsidRPr="00313947" w:rsidRDefault="00313947" w:rsidP="00313947">
            <w:pPr>
              <w:spacing w:after="0" w:line="240" w:lineRule="auto"/>
              <w:jc w:val="center"/>
              <w:rPr>
                <w:rFonts w:eastAsia="Times New Roman" w:cs="Arial"/>
                <w:color w:val="000000"/>
                <w:sz w:val="22"/>
              </w:rPr>
            </w:pPr>
            <w:r w:rsidRPr="00313947">
              <w:rPr>
                <w:rFonts w:eastAsia="Times New Roman" w:cs="Arial"/>
                <w:color w:val="000000"/>
                <w:sz w:val="22"/>
              </w:rPr>
              <w:t> </w:t>
            </w:r>
          </w:p>
        </w:tc>
        <w:tc>
          <w:tcPr>
            <w:tcW w:w="1134" w:type="dxa"/>
            <w:tcBorders>
              <w:top w:val="nil"/>
              <w:left w:val="nil"/>
              <w:bottom w:val="single" w:sz="4" w:space="0" w:color="000000"/>
              <w:right w:val="nil"/>
            </w:tcBorders>
            <w:shd w:val="clear" w:color="000000" w:fill="F2F2F2"/>
            <w:vAlign w:val="center"/>
            <w:hideMark/>
          </w:tcPr>
          <w:p w14:paraId="3E17C30F" w14:textId="77777777" w:rsidR="00313947" w:rsidRPr="00313947" w:rsidRDefault="00313947" w:rsidP="00313947">
            <w:pPr>
              <w:spacing w:after="0" w:line="240" w:lineRule="auto"/>
              <w:jc w:val="center"/>
              <w:rPr>
                <w:rFonts w:eastAsia="Times New Roman" w:cs="Arial"/>
                <w:color w:val="000000"/>
                <w:sz w:val="22"/>
              </w:rPr>
            </w:pPr>
            <w:r w:rsidRPr="00313947">
              <w:rPr>
                <w:rFonts w:eastAsia="Times New Roman" w:cs="Arial"/>
                <w:color w:val="000000"/>
                <w:sz w:val="22"/>
              </w:rPr>
              <w:t> </w:t>
            </w:r>
          </w:p>
        </w:tc>
        <w:tc>
          <w:tcPr>
            <w:tcW w:w="2695" w:type="dxa"/>
            <w:tcBorders>
              <w:top w:val="nil"/>
              <w:left w:val="single" w:sz="8" w:space="0" w:color="000000"/>
              <w:bottom w:val="single" w:sz="4" w:space="0" w:color="000000"/>
              <w:right w:val="single" w:sz="8" w:space="0" w:color="000000"/>
            </w:tcBorders>
            <w:shd w:val="clear" w:color="000000" w:fill="F2F2F2"/>
            <w:vAlign w:val="center"/>
            <w:hideMark/>
          </w:tcPr>
          <w:p w14:paraId="30A2E68C" w14:textId="77777777" w:rsidR="00313947" w:rsidRPr="00313947" w:rsidRDefault="00313947" w:rsidP="00313947">
            <w:pPr>
              <w:spacing w:after="0" w:line="240" w:lineRule="auto"/>
              <w:jc w:val="center"/>
              <w:rPr>
                <w:rFonts w:eastAsia="Times New Roman" w:cs="Arial"/>
                <w:b/>
                <w:bCs/>
                <w:color w:val="000000"/>
                <w:sz w:val="22"/>
              </w:rPr>
            </w:pPr>
            <w:r w:rsidRPr="00313947">
              <w:rPr>
                <w:rFonts w:eastAsia="Times New Roman" w:cs="Arial"/>
                <w:b/>
                <w:bCs/>
                <w:color w:val="000000"/>
                <w:sz w:val="22"/>
              </w:rPr>
              <w:t>0,00</w:t>
            </w:r>
          </w:p>
        </w:tc>
        <w:tc>
          <w:tcPr>
            <w:tcW w:w="1219" w:type="dxa"/>
            <w:tcBorders>
              <w:top w:val="nil"/>
              <w:left w:val="nil"/>
              <w:bottom w:val="nil"/>
              <w:right w:val="nil"/>
            </w:tcBorders>
            <w:vAlign w:val="center"/>
            <w:hideMark/>
          </w:tcPr>
          <w:p w14:paraId="7473695D" w14:textId="77777777" w:rsidR="00313947" w:rsidRPr="00313947" w:rsidRDefault="00313947" w:rsidP="00313947">
            <w:pPr>
              <w:spacing w:after="0" w:line="240" w:lineRule="auto"/>
              <w:jc w:val="center"/>
              <w:rPr>
                <w:rFonts w:eastAsia="Times New Roman" w:cs="Arial"/>
                <w:b/>
                <w:bCs/>
                <w:color w:val="000000"/>
                <w:sz w:val="22"/>
              </w:rPr>
            </w:pPr>
          </w:p>
        </w:tc>
        <w:tc>
          <w:tcPr>
            <w:tcW w:w="222" w:type="dxa"/>
            <w:vAlign w:val="center"/>
            <w:hideMark/>
          </w:tcPr>
          <w:p w14:paraId="0A9E1331"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6551E6C7" w14:textId="77777777" w:rsidTr="007D7F2E">
        <w:trPr>
          <w:trHeight w:val="276"/>
        </w:trPr>
        <w:tc>
          <w:tcPr>
            <w:tcW w:w="6521" w:type="dxa"/>
            <w:tcBorders>
              <w:top w:val="nil"/>
              <w:left w:val="single" w:sz="4" w:space="0" w:color="000000"/>
              <w:bottom w:val="single" w:sz="4" w:space="0" w:color="000000"/>
              <w:right w:val="single" w:sz="4" w:space="0" w:color="000000"/>
            </w:tcBorders>
            <w:shd w:val="clear" w:color="FFFFFF" w:fill="FFFFFF"/>
            <w:vAlign w:val="center"/>
            <w:hideMark/>
          </w:tcPr>
          <w:p w14:paraId="249DC304"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1.1. ...</w:t>
            </w:r>
          </w:p>
        </w:tc>
        <w:tc>
          <w:tcPr>
            <w:tcW w:w="1559" w:type="dxa"/>
            <w:tcBorders>
              <w:top w:val="nil"/>
              <w:left w:val="nil"/>
              <w:bottom w:val="single" w:sz="4" w:space="0" w:color="000000"/>
              <w:right w:val="single" w:sz="4" w:space="0" w:color="000000"/>
            </w:tcBorders>
            <w:shd w:val="clear" w:color="FFFFFF" w:fill="FFFFFF"/>
            <w:vAlign w:val="center"/>
            <w:hideMark/>
          </w:tcPr>
          <w:p w14:paraId="534F31B7"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20331B57"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63AC949F"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6ECE848E"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03C031E7"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7F471732"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529AF7D8" w14:textId="77777777" w:rsidTr="007D7F2E">
        <w:trPr>
          <w:trHeight w:val="276"/>
        </w:trPr>
        <w:tc>
          <w:tcPr>
            <w:tcW w:w="6521" w:type="dxa"/>
            <w:tcBorders>
              <w:top w:val="nil"/>
              <w:left w:val="single" w:sz="4" w:space="0" w:color="000000"/>
              <w:bottom w:val="single" w:sz="4" w:space="0" w:color="000000"/>
              <w:right w:val="single" w:sz="4" w:space="0" w:color="000000"/>
            </w:tcBorders>
            <w:shd w:val="clear" w:color="FFFFFF" w:fill="FFFFFF"/>
            <w:vAlign w:val="center"/>
            <w:hideMark/>
          </w:tcPr>
          <w:p w14:paraId="120F45D3"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lastRenderedPageBreak/>
              <w:t>1.2. ...</w:t>
            </w:r>
          </w:p>
        </w:tc>
        <w:tc>
          <w:tcPr>
            <w:tcW w:w="1559" w:type="dxa"/>
            <w:tcBorders>
              <w:top w:val="nil"/>
              <w:left w:val="nil"/>
              <w:bottom w:val="single" w:sz="4" w:space="0" w:color="000000"/>
              <w:right w:val="single" w:sz="4" w:space="0" w:color="000000"/>
            </w:tcBorders>
            <w:shd w:val="clear" w:color="FFFFFF" w:fill="FFFFFF"/>
            <w:vAlign w:val="center"/>
            <w:hideMark/>
          </w:tcPr>
          <w:p w14:paraId="6EF667D9"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7DFAD282"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1A6ACDF9"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0E6C8FF8"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75DBCDA5"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0C6D27C2"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2F00C347" w14:textId="77777777" w:rsidTr="007D7F2E">
        <w:trPr>
          <w:trHeight w:val="276"/>
        </w:trPr>
        <w:tc>
          <w:tcPr>
            <w:tcW w:w="6521" w:type="dxa"/>
            <w:tcBorders>
              <w:top w:val="nil"/>
              <w:left w:val="single" w:sz="4" w:space="0" w:color="000000"/>
              <w:bottom w:val="single" w:sz="4" w:space="0" w:color="000000"/>
              <w:right w:val="single" w:sz="4" w:space="0" w:color="000000"/>
            </w:tcBorders>
            <w:shd w:val="clear" w:color="FFFFFF" w:fill="FFFFFF"/>
            <w:vAlign w:val="center"/>
            <w:hideMark/>
          </w:tcPr>
          <w:p w14:paraId="1E23066B"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1.3. ...</w:t>
            </w:r>
          </w:p>
        </w:tc>
        <w:tc>
          <w:tcPr>
            <w:tcW w:w="1559" w:type="dxa"/>
            <w:tcBorders>
              <w:top w:val="nil"/>
              <w:left w:val="nil"/>
              <w:bottom w:val="single" w:sz="4" w:space="0" w:color="000000"/>
              <w:right w:val="single" w:sz="4" w:space="0" w:color="000000"/>
            </w:tcBorders>
            <w:shd w:val="clear" w:color="FFFFFF" w:fill="FFFFFF"/>
            <w:vAlign w:val="center"/>
            <w:hideMark/>
          </w:tcPr>
          <w:p w14:paraId="40B9EE65"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37FB6305"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421297D9"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5E584249"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7AF3DE48"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78A36258"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3D5E8B83" w14:textId="77777777" w:rsidTr="007D7F2E">
        <w:trPr>
          <w:trHeight w:val="1632"/>
        </w:trPr>
        <w:tc>
          <w:tcPr>
            <w:tcW w:w="6521" w:type="dxa"/>
            <w:tcBorders>
              <w:top w:val="nil"/>
              <w:left w:val="single" w:sz="4" w:space="0" w:color="000000"/>
              <w:bottom w:val="single" w:sz="4" w:space="0" w:color="000000"/>
              <w:right w:val="single" w:sz="4" w:space="0" w:color="000000"/>
            </w:tcBorders>
            <w:shd w:val="clear" w:color="000000" w:fill="F2F2F2"/>
            <w:vAlign w:val="center"/>
            <w:hideMark/>
          </w:tcPr>
          <w:p w14:paraId="4B5057A1" w14:textId="77777777" w:rsidR="00313947" w:rsidRPr="00313947" w:rsidRDefault="00313947" w:rsidP="00313947">
            <w:pPr>
              <w:spacing w:after="0" w:line="240" w:lineRule="auto"/>
              <w:rPr>
                <w:rFonts w:eastAsia="Times New Roman" w:cs="Arial"/>
                <w:b/>
                <w:bCs/>
                <w:color w:val="000000"/>
                <w:sz w:val="22"/>
              </w:rPr>
            </w:pPr>
            <w:r w:rsidRPr="00313947">
              <w:rPr>
                <w:rFonts w:eastAsia="Times New Roman" w:cs="Arial"/>
                <w:b/>
                <w:bCs/>
                <w:color w:val="000000"/>
                <w:sz w:val="22"/>
              </w:rPr>
              <w:t xml:space="preserve">2. </w:t>
            </w:r>
            <w:proofErr w:type="spellStart"/>
            <w:r w:rsidRPr="00313947">
              <w:rPr>
                <w:rFonts w:eastAsia="Times New Roman" w:cs="Arial"/>
                <w:b/>
                <w:bCs/>
                <w:color w:val="000000"/>
                <w:sz w:val="22"/>
              </w:rPr>
              <w:t>Materiale</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și</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consumabile</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necesare</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proiectului</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inclusiv</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închirierea</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și</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achiziționarea</w:t>
            </w:r>
            <w:proofErr w:type="spellEnd"/>
            <w:r w:rsidRPr="00313947">
              <w:rPr>
                <w:rFonts w:eastAsia="Times New Roman" w:cs="Arial"/>
                <w:b/>
                <w:bCs/>
                <w:color w:val="000000"/>
                <w:sz w:val="22"/>
              </w:rPr>
              <w:t xml:space="preserve"> de </w:t>
            </w:r>
            <w:proofErr w:type="spellStart"/>
            <w:r w:rsidRPr="00313947">
              <w:rPr>
                <w:rFonts w:eastAsia="Times New Roman" w:cs="Arial"/>
                <w:b/>
                <w:bCs/>
                <w:color w:val="000000"/>
                <w:sz w:val="22"/>
              </w:rPr>
              <w:t>articole</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necesare</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în</w:t>
            </w:r>
            <w:proofErr w:type="spellEnd"/>
            <w:r w:rsidRPr="00313947">
              <w:rPr>
                <w:rFonts w:eastAsia="Times New Roman" w:cs="Arial"/>
                <w:b/>
                <w:bCs/>
                <w:color w:val="000000"/>
                <w:sz w:val="22"/>
              </w:rPr>
              <w:t xml:space="preserve"> mod direct </w:t>
            </w:r>
            <w:proofErr w:type="spellStart"/>
            <w:r w:rsidRPr="00313947">
              <w:rPr>
                <w:rFonts w:eastAsia="Times New Roman" w:cs="Arial"/>
                <w:b/>
                <w:bCs/>
                <w:color w:val="000000"/>
                <w:sz w:val="22"/>
              </w:rPr>
              <w:t>pentru</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implementarea</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proiectului</w:t>
            </w:r>
            <w:proofErr w:type="spellEnd"/>
            <w:r w:rsidRPr="00313947">
              <w:rPr>
                <w:rFonts w:eastAsia="Times New Roman" w:cs="Arial"/>
                <w:b/>
                <w:bCs/>
                <w:color w:val="000000"/>
                <w:sz w:val="22"/>
              </w:rPr>
              <w:t xml:space="preserve">, cum </w:t>
            </w:r>
            <w:proofErr w:type="spellStart"/>
            <w:r w:rsidRPr="00313947">
              <w:rPr>
                <w:rFonts w:eastAsia="Times New Roman" w:cs="Arial"/>
                <w:b/>
                <w:bCs/>
                <w:color w:val="000000"/>
                <w:sz w:val="22"/>
              </w:rPr>
              <w:t>ar</w:t>
            </w:r>
            <w:proofErr w:type="spellEnd"/>
            <w:r w:rsidRPr="00313947">
              <w:rPr>
                <w:rFonts w:eastAsia="Times New Roman" w:cs="Arial"/>
                <w:b/>
                <w:bCs/>
                <w:color w:val="000000"/>
                <w:sz w:val="22"/>
              </w:rPr>
              <w:t xml:space="preserve"> fi </w:t>
            </w:r>
            <w:proofErr w:type="spellStart"/>
            <w:r w:rsidRPr="00313947">
              <w:rPr>
                <w:rFonts w:eastAsia="Times New Roman" w:cs="Arial"/>
                <w:b/>
                <w:bCs/>
                <w:color w:val="000000"/>
                <w:sz w:val="22"/>
              </w:rPr>
              <w:t>echipamente</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unelte</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articole</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pentru</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desen</w:t>
            </w:r>
            <w:proofErr w:type="spellEnd"/>
            <w:r w:rsidRPr="00313947">
              <w:rPr>
                <w:rFonts w:eastAsia="Times New Roman" w:cs="Arial"/>
                <w:b/>
                <w:bCs/>
                <w:color w:val="000000"/>
                <w:sz w:val="22"/>
              </w:rPr>
              <w:t xml:space="preserve"> și </w:t>
            </w:r>
            <w:proofErr w:type="spellStart"/>
            <w:r w:rsidRPr="00313947">
              <w:rPr>
                <w:rFonts w:eastAsia="Times New Roman" w:cs="Arial"/>
                <w:b/>
                <w:bCs/>
                <w:color w:val="000000"/>
                <w:sz w:val="22"/>
              </w:rPr>
              <w:t>pictură</w:t>
            </w:r>
            <w:proofErr w:type="spellEnd"/>
            <w:r w:rsidRPr="00313947">
              <w:rPr>
                <w:rFonts w:eastAsia="Times New Roman" w:cs="Arial"/>
                <w:b/>
                <w:bCs/>
                <w:color w:val="000000"/>
                <w:sz w:val="22"/>
              </w:rPr>
              <w:t xml:space="preserve"> </w:t>
            </w:r>
            <w:proofErr w:type="spellStart"/>
            <w:r w:rsidRPr="00313947">
              <w:rPr>
                <w:rFonts w:eastAsia="Times New Roman" w:cs="Arial"/>
                <w:b/>
                <w:bCs/>
                <w:color w:val="000000"/>
                <w:sz w:val="22"/>
              </w:rPr>
              <w:t>etc</w:t>
            </w:r>
            <w:proofErr w:type="spellEnd"/>
            <w:r w:rsidRPr="00313947">
              <w:rPr>
                <w:rFonts w:eastAsia="Times New Roman" w:cs="Arial"/>
                <w:b/>
                <w:bCs/>
                <w:color w:val="000000"/>
                <w:sz w:val="22"/>
              </w:rPr>
              <w:br/>
            </w:r>
            <w:r w:rsidRPr="00313947">
              <w:rPr>
                <w:rFonts w:eastAsia="Times New Roman" w:cs="Arial"/>
                <w:i/>
                <w:iCs/>
                <w:color w:val="000000"/>
                <w:sz w:val="20"/>
                <w:szCs w:val="20"/>
              </w:rPr>
              <w:t xml:space="preserve">&lt;&lt;&lt; </w:t>
            </w:r>
            <w:proofErr w:type="spellStart"/>
            <w:r w:rsidRPr="00313947">
              <w:rPr>
                <w:rFonts w:eastAsia="Times New Roman" w:cs="Arial"/>
                <w:i/>
                <w:iCs/>
                <w:color w:val="000000"/>
                <w:sz w:val="20"/>
                <w:szCs w:val="20"/>
              </w:rPr>
              <w:t>inserați</w:t>
            </w:r>
            <w:proofErr w:type="spellEnd"/>
            <w:r w:rsidRPr="00313947">
              <w:rPr>
                <w:rFonts w:eastAsia="Times New Roman" w:cs="Arial"/>
                <w:i/>
                <w:iCs/>
                <w:color w:val="000000"/>
                <w:sz w:val="20"/>
                <w:szCs w:val="20"/>
              </w:rPr>
              <w:t xml:space="preserve"> </w:t>
            </w:r>
            <w:proofErr w:type="spellStart"/>
            <w:r w:rsidRPr="00313947">
              <w:rPr>
                <w:rFonts w:eastAsia="Times New Roman" w:cs="Arial"/>
                <w:i/>
                <w:iCs/>
                <w:color w:val="000000"/>
                <w:sz w:val="20"/>
                <w:szCs w:val="20"/>
              </w:rPr>
              <w:t>rânduri</w:t>
            </w:r>
            <w:proofErr w:type="spellEnd"/>
            <w:r w:rsidRPr="00313947">
              <w:rPr>
                <w:rFonts w:eastAsia="Times New Roman" w:cs="Arial"/>
                <w:i/>
                <w:iCs/>
                <w:color w:val="000000"/>
                <w:sz w:val="20"/>
                <w:szCs w:val="20"/>
              </w:rPr>
              <w:t xml:space="preserve"> </w:t>
            </w:r>
            <w:proofErr w:type="spellStart"/>
            <w:r w:rsidRPr="00313947">
              <w:rPr>
                <w:rFonts w:eastAsia="Times New Roman" w:cs="Arial"/>
                <w:i/>
                <w:iCs/>
                <w:color w:val="000000"/>
                <w:sz w:val="20"/>
                <w:szCs w:val="20"/>
              </w:rPr>
              <w:t>noi</w:t>
            </w:r>
            <w:proofErr w:type="spellEnd"/>
            <w:r w:rsidRPr="00313947">
              <w:rPr>
                <w:rFonts w:eastAsia="Times New Roman" w:cs="Arial"/>
                <w:i/>
                <w:iCs/>
                <w:color w:val="000000"/>
                <w:sz w:val="20"/>
                <w:szCs w:val="20"/>
              </w:rPr>
              <w:t xml:space="preserve"> </w:t>
            </w:r>
            <w:proofErr w:type="spellStart"/>
            <w:r w:rsidRPr="00313947">
              <w:rPr>
                <w:rFonts w:eastAsia="Times New Roman" w:cs="Arial"/>
                <w:i/>
                <w:iCs/>
                <w:color w:val="000000"/>
                <w:sz w:val="20"/>
                <w:szCs w:val="20"/>
              </w:rPr>
              <w:t>pentru</w:t>
            </w:r>
            <w:proofErr w:type="spellEnd"/>
            <w:r w:rsidRPr="00313947">
              <w:rPr>
                <w:rFonts w:eastAsia="Times New Roman" w:cs="Arial"/>
                <w:i/>
                <w:iCs/>
                <w:color w:val="000000"/>
                <w:sz w:val="20"/>
                <w:szCs w:val="20"/>
              </w:rPr>
              <w:t xml:space="preserve"> </w:t>
            </w:r>
            <w:proofErr w:type="spellStart"/>
            <w:r w:rsidRPr="00313947">
              <w:rPr>
                <w:rFonts w:eastAsia="Times New Roman" w:cs="Arial"/>
                <w:i/>
                <w:iCs/>
                <w:color w:val="000000"/>
                <w:sz w:val="20"/>
                <w:szCs w:val="20"/>
              </w:rPr>
              <w:t>detaliere</w:t>
            </w:r>
            <w:proofErr w:type="spellEnd"/>
            <w:r w:rsidRPr="00313947">
              <w:rPr>
                <w:rFonts w:eastAsia="Times New Roman" w:cs="Arial"/>
                <w:i/>
                <w:iCs/>
                <w:color w:val="000000"/>
                <w:sz w:val="20"/>
                <w:szCs w:val="20"/>
              </w:rPr>
              <w:t xml:space="preserve">; </w:t>
            </w:r>
            <w:r w:rsidRPr="00313947">
              <w:rPr>
                <w:rFonts w:eastAsia="Times New Roman" w:cs="Arial"/>
                <w:b/>
                <w:bCs/>
                <w:i/>
                <w:iCs/>
                <w:color w:val="000000"/>
                <w:sz w:val="20"/>
                <w:szCs w:val="20"/>
              </w:rPr>
              <w:t xml:space="preserve">pt. </w:t>
            </w:r>
            <w:proofErr w:type="spellStart"/>
            <w:r w:rsidRPr="00313947">
              <w:rPr>
                <w:rFonts w:eastAsia="Times New Roman" w:cs="Arial"/>
                <w:b/>
                <w:bCs/>
                <w:i/>
                <w:iCs/>
                <w:color w:val="000000"/>
                <w:sz w:val="20"/>
                <w:szCs w:val="20"/>
              </w:rPr>
              <w:t>păstrarea</w:t>
            </w:r>
            <w:proofErr w:type="spellEnd"/>
            <w:r w:rsidRPr="00313947">
              <w:rPr>
                <w:rFonts w:eastAsia="Times New Roman" w:cs="Arial"/>
                <w:b/>
                <w:bCs/>
                <w:i/>
                <w:iCs/>
                <w:color w:val="000000"/>
                <w:sz w:val="20"/>
                <w:szCs w:val="20"/>
              </w:rPr>
              <w:t xml:space="preserve"> </w:t>
            </w:r>
            <w:proofErr w:type="spellStart"/>
            <w:r w:rsidRPr="00313947">
              <w:rPr>
                <w:rFonts w:eastAsia="Times New Roman" w:cs="Arial"/>
                <w:b/>
                <w:bCs/>
                <w:i/>
                <w:iCs/>
                <w:color w:val="000000"/>
                <w:sz w:val="20"/>
                <w:szCs w:val="20"/>
              </w:rPr>
              <w:t>formulelor</w:t>
            </w:r>
            <w:proofErr w:type="spellEnd"/>
            <w:r w:rsidRPr="00313947">
              <w:rPr>
                <w:rFonts w:eastAsia="Times New Roman" w:cs="Arial"/>
                <w:b/>
                <w:bCs/>
                <w:i/>
                <w:iCs/>
                <w:color w:val="000000"/>
                <w:sz w:val="20"/>
                <w:szCs w:val="20"/>
              </w:rPr>
              <w:t xml:space="preserve"> de </w:t>
            </w:r>
            <w:proofErr w:type="spellStart"/>
            <w:r w:rsidRPr="00313947">
              <w:rPr>
                <w:rFonts w:eastAsia="Times New Roman" w:cs="Arial"/>
                <w:b/>
                <w:bCs/>
                <w:i/>
                <w:iCs/>
                <w:color w:val="000000"/>
                <w:sz w:val="20"/>
                <w:szCs w:val="20"/>
              </w:rPr>
              <w:t>calcul</w:t>
            </w:r>
            <w:proofErr w:type="spellEnd"/>
            <w:r w:rsidRPr="00313947">
              <w:rPr>
                <w:rFonts w:eastAsia="Times New Roman" w:cs="Arial"/>
                <w:b/>
                <w:bCs/>
                <w:i/>
                <w:iCs/>
                <w:color w:val="000000"/>
                <w:sz w:val="20"/>
                <w:szCs w:val="20"/>
              </w:rPr>
              <w:t xml:space="preserve"> se </w:t>
            </w:r>
            <w:proofErr w:type="spellStart"/>
            <w:r w:rsidRPr="00313947">
              <w:rPr>
                <w:rFonts w:eastAsia="Times New Roman" w:cs="Arial"/>
                <w:b/>
                <w:bCs/>
                <w:i/>
                <w:iCs/>
                <w:color w:val="000000"/>
                <w:sz w:val="20"/>
                <w:szCs w:val="20"/>
              </w:rPr>
              <w:t>vor</w:t>
            </w:r>
            <w:proofErr w:type="spellEnd"/>
            <w:r w:rsidRPr="00313947">
              <w:rPr>
                <w:rFonts w:eastAsia="Times New Roman" w:cs="Arial"/>
                <w:b/>
                <w:bCs/>
                <w:i/>
                <w:iCs/>
                <w:color w:val="000000"/>
                <w:sz w:val="20"/>
                <w:szCs w:val="20"/>
              </w:rPr>
              <w:t xml:space="preserve"> </w:t>
            </w:r>
            <w:proofErr w:type="spellStart"/>
            <w:r w:rsidRPr="00313947">
              <w:rPr>
                <w:rFonts w:eastAsia="Times New Roman" w:cs="Arial"/>
                <w:b/>
                <w:bCs/>
                <w:i/>
                <w:iCs/>
                <w:color w:val="000000"/>
                <w:sz w:val="20"/>
                <w:szCs w:val="20"/>
              </w:rPr>
              <w:t>insera</w:t>
            </w:r>
            <w:proofErr w:type="spellEnd"/>
            <w:r w:rsidRPr="00313947">
              <w:rPr>
                <w:rFonts w:eastAsia="Times New Roman" w:cs="Arial"/>
                <w:b/>
                <w:bCs/>
                <w:i/>
                <w:iCs/>
                <w:color w:val="000000"/>
                <w:sz w:val="20"/>
                <w:szCs w:val="20"/>
              </w:rPr>
              <w:t xml:space="preserve"> </w:t>
            </w:r>
            <w:proofErr w:type="spellStart"/>
            <w:r w:rsidRPr="00313947">
              <w:rPr>
                <w:rFonts w:eastAsia="Times New Roman" w:cs="Arial"/>
                <w:b/>
                <w:bCs/>
                <w:i/>
                <w:iCs/>
                <w:color w:val="000000"/>
                <w:sz w:val="20"/>
                <w:szCs w:val="20"/>
              </w:rPr>
              <w:t>rânduri</w:t>
            </w:r>
            <w:proofErr w:type="spellEnd"/>
            <w:r w:rsidRPr="00313947">
              <w:rPr>
                <w:rFonts w:eastAsia="Times New Roman" w:cs="Arial"/>
                <w:b/>
                <w:bCs/>
                <w:i/>
                <w:iCs/>
                <w:color w:val="000000"/>
                <w:sz w:val="20"/>
                <w:szCs w:val="20"/>
              </w:rPr>
              <w:t xml:space="preserve"> </w:t>
            </w:r>
            <w:proofErr w:type="spellStart"/>
            <w:r w:rsidRPr="00313947">
              <w:rPr>
                <w:rFonts w:eastAsia="Times New Roman" w:cs="Arial"/>
                <w:b/>
                <w:bCs/>
                <w:i/>
                <w:iCs/>
                <w:color w:val="000000"/>
                <w:sz w:val="20"/>
                <w:szCs w:val="20"/>
              </w:rPr>
              <w:t>noi</w:t>
            </w:r>
            <w:proofErr w:type="spellEnd"/>
            <w:r w:rsidRPr="00313947">
              <w:rPr>
                <w:rFonts w:eastAsia="Times New Roman" w:cs="Arial"/>
                <w:b/>
                <w:bCs/>
                <w:i/>
                <w:iCs/>
                <w:color w:val="000000"/>
                <w:sz w:val="20"/>
                <w:szCs w:val="20"/>
              </w:rPr>
              <w:t xml:space="preserve"> </w:t>
            </w:r>
            <w:proofErr w:type="spellStart"/>
            <w:r w:rsidRPr="00313947">
              <w:rPr>
                <w:rFonts w:eastAsia="Times New Roman" w:cs="Arial"/>
                <w:b/>
                <w:bCs/>
                <w:i/>
                <w:iCs/>
                <w:color w:val="000000"/>
                <w:sz w:val="20"/>
                <w:szCs w:val="20"/>
              </w:rPr>
              <w:t>doar</w:t>
            </w:r>
            <w:proofErr w:type="spellEnd"/>
            <w:r w:rsidRPr="00313947">
              <w:rPr>
                <w:rFonts w:eastAsia="Times New Roman" w:cs="Arial"/>
                <w:b/>
                <w:bCs/>
                <w:i/>
                <w:iCs/>
                <w:color w:val="000000"/>
                <w:sz w:val="20"/>
                <w:szCs w:val="20"/>
              </w:rPr>
              <w:t xml:space="preserve"> </w:t>
            </w:r>
            <w:proofErr w:type="spellStart"/>
            <w:r w:rsidRPr="00313947">
              <w:rPr>
                <w:rFonts w:eastAsia="Times New Roman" w:cs="Arial"/>
                <w:b/>
                <w:bCs/>
                <w:i/>
                <w:iCs/>
                <w:color w:val="000000"/>
                <w:sz w:val="20"/>
                <w:szCs w:val="20"/>
              </w:rPr>
              <w:t>între</w:t>
            </w:r>
            <w:proofErr w:type="spellEnd"/>
            <w:r w:rsidRPr="00313947">
              <w:rPr>
                <w:rFonts w:eastAsia="Times New Roman" w:cs="Arial"/>
                <w:b/>
                <w:bCs/>
                <w:i/>
                <w:iCs/>
                <w:color w:val="000000"/>
                <w:sz w:val="20"/>
                <w:szCs w:val="20"/>
              </w:rPr>
              <w:t xml:space="preserve"> </w:t>
            </w:r>
            <w:proofErr w:type="spellStart"/>
            <w:r w:rsidRPr="00313947">
              <w:rPr>
                <w:rFonts w:eastAsia="Times New Roman" w:cs="Arial"/>
                <w:b/>
                <w:bCs/>
                <w:i/>
                <w:iCs/>
                <w:color w:val="000000"/>
                <w:sz w:val="20"/>
                <w:szCs w:val="20"/>
              </w:rPr>
              <w:t>rândurile</w:t>
            </w:r>
            <w:proofErr w:type="spellEnd"/>
            <w:r w:rsidRPr="00313947">
              <w:rPr>
                <w:rFonts w:eastAsia="Times New Roman" w:cs="Arial"/>
                <w:b/>
                <w:bCs/>
                <w:i/>
                <w:iCs/>
                <w:color w:val="000000"/>
                <w:sz w:val="20"/>
                <w:szCs w:val="20"/>
              </w:rPr>
              <w:t xml:space="preserve"> </w:t>
            </w:r>
            <w:proofErr w:type="spellStart"/>
            <w:r w:rsidRPr="00313947">
              <w:rPr>
                <w:rFonts w:eastAsia="Times New Roman" w:cs="Arial"/>
                <w:b/>
                <w:bCs/>
                <w:i/>
                <w:iCs/>
                <w:color w:val="000000"/>
                <w:sz w:val="20"/>
                <w:szCs w:val="20"/>
              </w:rPr>
              <w:t>existente</w:t>
            </w:r>
            <w:proofErr w:type="spellEnd"/>
          </w:p>
        </w:tc>
        <w:tc>
          <w:tcPr>
            <w:tcW w:w="1559" w:type="dxa"/>
            <w:tcBorders>
              <w:top w:val="nil"/>
              <w:left w:val="nil"/>
              <w:bottom w:val="single" w:sz="4" w:space="0" w:color="000000"/>
              <w:right w:val="single" w:sz="4" w:space="0" w:color="000000"/>
            </w:tcBorders>
            <w:shd w:val="clear" w:color="000000" w:fill="F2F2F2"/>
            <w:vAlign w:val="center"/>
            <w:hideMark/>
          </w:tcPr>
          <w:p w14:paraId="643E9759" w14:textId="77777777" w:rsidR="00313947" w:rsidRPr="00313947" w:rsidRDefault="00313947" w:rsidP="00313947">
            <w:pPr>
              <w:spacing w:after="0" w:line="240" w:lineRule="auto"/>
              <w:jc w:val="center"/>
              <w:rPr>
                <w:rFonts w:eastAsia="Times New Roman" w:cs="Arial"/>
                <w:b/>
                <w:bCs/>
                <w:color w:val="000000"/>
                <w:sz w:val="22"/>
              </w:rPr>
            </w:pPr>
            <w:r w:rsidRPr="00313947">
              <w:rPr>
                <w:rFonts w:eastAsia="Times New Roman" w:cs="Arial"/>
                <w:b/>
                <w:bCs/>
                <w:color w:val="000000"/>
                <w:sz w:val="22"/>
              </w:rPr>
              <w:t> </w:t>
            </w:r>
          </w:p>
        </w:tc>
        <w:tc>
          <w:tcPr>
            <w:tcW w:w="913" w:type="dxa"/>
            <w:tcBorders>
              <w:top w:val="nil"/>
              <w:left w:val="nil"/>
              <w:bottom w:val="single" w:sz="4" w:space="0" w:color="000000"/>
              <w:right w:val="single" w:sz="4" w:space="0" w:color="000000"/>
            </w:tcBorders>
            <w:shd w:val="clear" w:color="000000" w:fill="F2F2F2"/>
            <w:vAlign w:val="center"/>
            <w:hideMark/>
          </w:tcPr>
          <w:p w14:paraId="504125B2" w14:textId="77777777" w:rsidR="00313947" w:rsidRPr="00313947" w:rsidRDefault="00313947" w:rsidP="00313947">
            <w:pPr>
              <w:spacing w:after="0" w:line="240" w:lineRule="auto"/>
              <w:jc w:val="center"/>
              <w:rPr>
                <w:rFonts w:eastAsia="Times New Roman" w:cs="Arial"/>
                <w:b/>
                <w:bCs/>
                <w:color w:val="000000"/>
                <w:sz w:val="22"/>
              </w:rPr>
            </w:pPr>
            <w:r w:rsidRPr="00313947">
              <w:rPr>
                <w:rFonts w:eastAsia="Times New Roman" w:cs="Arial"/>
                <w:b/>
                <w:bCs/>
                <w:color w:val="000000"/>
                <w:sz w:val="22"/>
              </w:rPr>
              <w:t> </w:t>
            </w:r>
          </w:p>
        </w:tc>
        <w:tc>
          <w:tcPr>
            <w:tcW w:w="1134" w:type="dxa"/>
            <w:tcBorders>
              <w:top w:val="nil"/>
              <w:left w:val="nil"/>
              <w:bottom w:val="single" w:sz="4" w:space="0" w:color="000000"/>
              <w:right w:val="nil"/>
            </w:tcBorders>
            <w:shd w:val="clear" w:color="000000" w:fill="F2F2F2"/>
            <w:vAlign w:val="center"/>
            <w:hideMark/>
          </w:tcPr>
          <w:p w14:paraId="6E4FFADF" w14:textId="77777777" w:rsidR="00313947" w:rsidRPr="00313947" w:rsidRDefault="00313947" w:rsidP="00313947">
            <w:pPr>
              <w:spacing w:after="0" w:line="240" w:lineRule="auto"/>
              <w:jc w:val="center"/>
              <w:rPr>
                <w:rFonts w:eastAsia="Times New Roman" w:cs="Arial"/>
                <w:b/>
                <w:bCs/>
                <w:color w:val="000000"/>
                <w:sz w:val="22"/>
              </w:rPr>
            </w:pPr>
            <w:r w:rsidRPr="00313947">
              <w:rPr>
                <w:rFonts w:eastAsia="Times New Roman" w:cs="Arial"/>
                <w:b/>
                <w:bCs/>
                <w:color w:val="000000"/>
                <w:sz w:val="22"/>
              </w:rPr>
              <w:t> </w:t>
            </w:r>
          </w:p>
        </w:tc>
        <w:tc>
          <w:tcPr>
            <w:tcW w:w="2695" w:type="dxa"/>
            <w:tcBorders>
              <w:top w:val="nil"/>
              <w:left w:val="single" w:sz="8" w:space="0" w:color="000000"/>
              <w:bottom w:val="single" w:sz="4" w:space="0" w:color="000000"/>
              <w:right w:val="single" w:sz="8" w:space="0" w:color="000000"/>
            </w:tcBorders>
            <w:shd w:val="clear" w:color="000000" w:fill="F2F2F2"/>
            <w:vAlign w:val="center"/>
            <w:hideMark/>
          </w:tcPr>
          <w:p w14:paraId="0D583BB8" w14:textId="77777777" w:rsidR="00313947" w:rsidRPr="00313947" w:rsidRDefault="00313947" w:rsidP="00313947">
            <w:pPr>
              <w:spacing w:after="0" w:line="240" w:lineRule="auto"/>
              <w:jc w:val="center"/>
              <w:rPr>
                <w:rFonts w:eastAsia="Times New Roman" w:cs="Arial"/>
                <w:b/>
                <w:bCs/>
                <w:color w:val="000000"/>
                <w:sz w:val="22"/>
              </w:rPr>
            </w:pPr>
            <w:r w:rsidRPr="00313947">
              <w:rPr>
                <w:rFonts w:eastAsia="Times New Roman" w:cs="Arial"/>
                <w:b/>
                <w:bCs/>
                <w:color w:val="000000"/>
                <w:sz w:val="22"/>
              </w:rPr>
              <w:t>0,00</w:t>
            </w:r>
          </w:p>
        </w:tc>
        <w:tc>
          <w:tcPr>
            <w:tcW w:w="1219" w:type="dxa"/>
            <w:tcBorders>
              <w:top w:val="nil"/>
              <w:left w:val="nil"/>
              <w:bottom w:val="nil"/>
              <w:right w:val="nil"/>
            </w:tcBorders>
            <w:vAlign w:val="center"/>
            <w:hideMark/>
          </w:tcPr>
          <w:p w14:paraId="0CF7BB51" w14:textId="77777777" w:rsidR="00313947" w:rsidRPr="00313947" w:rsidRDefault="00313947" w:rsidP="00313947">
            <w:pPr>
              <w:spacing w:after="0" w:line="240" w:lineRule="auto"/>
              <w:jc w:val="center"/>
              <w:rPr>
                <w:rFonts w:eastAsia="Times New Roman" w:cs="Arial"/>
                <w:b/>
                <w:bCs/>
                <w:color w:val="000000"/>
                <w:sz w:val="22"/>
              </w:rPr>
            </w:pPr>
          </w:p>
        </w:tc>
        <w:tc>
          <w:tcPr>
            <w:tcW w:w="222" w:type="dxa"/>
            <w:vAlign w:val="center"/>
            <w:hideMark/>
          </w:tcPr>
          <w:p w14:paraId="16D9D21E"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2868BA71"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6F1AE66C"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 xml:space="preserve">2.1. </w:t>
            </w:r>
          </w:p>
        </w:tc>
        <w:tc>
          <w:tcPr>
            <w:tcW w:w="1559" w:type="dxa"/>
            <w:tcBorders>
              <w:top w:val="nil"/>
              <w:left w:val="nil"/>
              <w:bottom w:val="single" w:sz="4" w:space="0" w:color="000000"/>
              <w:right w:val="single" w:sz="4" w:space="0" w:color="000000"/>
            </w:tcBorders>
            <w:vAlign w:val="center"/>
            <w:hideMark/>
          </w:tcPr>
          <w:p w14:paraId="7606A229"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7787F281"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356F498E"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0965AED2"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1CF066CA"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4DA40536"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411F2588"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54C54203"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 xml:space="preserve">2.2. </w:t>
            </w:r>
          </w:p>
        </w:tc>
        <w:tc>
          <w:tcPr>
            <w:tcW w:w="1559" w:type="dxa"/>
            <w:tcBorders>
              <w:top w:val="nil"/>
              <w:left w:val="nil"/>
              <w:bottom w:val="single" w:sz="4" w:space="0" w:color="000000"/>
              <w:right w:val="single" w:sz="4" w:space="0" w:color="000000"/>
            </w:tcBorders>
            <w:vAlign w:val="center"/>
            <w:hideMark/>
          </w:tcPr>
          <w:p w14:paraId="2E825970"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59ADEA30"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7FFE1EBB"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52EDF055"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0D29C539"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167FD51B"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5FA38055"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62EF9923"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 xml:space="preserve">2.3. </w:t>
            </w:r>
          </w:p>
        </w:tc>
        <w:tc>
          <w:tcPr>
            <w:tcW w:w="1559" w:type="dxa"/>
            <w:tcBorders>
              <w:top w:val="nil"/>
              <w:left w:val="nil"/>
              <w:bottom w:val="single" w:sz="4" w:space="0" w:color="000000"/>
              <w:right w:val="single" w:sz="4" w:space="0" w:color="000000"/>
            </w:tcBorders>
            <w:vAlign w:val="center"/>
            <w:hideMark/>
          </w:tcPr>
          <w:p w14:paraId="1CD2BF8A"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5C0AD338"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2655ED21"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4976C00A"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6BB20A2F"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283DA303"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29848DE3" w14:textId="77777777" w:rsidTr="007D7F2E">
        <w:trPr>
          <w:trHeight w:val="1320"/>
        </w:trPr>
        <w:tc>
          <w:tcPr>
            <w:tcW w:w="6521" w:type="dxa"/>
            <w:tcBorders>
              <w:top w:val="nil"/>
              <w:left w:val="single" w:sz="4" w:space="0" w:color="000000"/>
              <w:bottom w:val="single" w:sz="4" w:space="0" w:color="000000"/>
              <w:right w:val="single" w:sz="4" w:space="0" w:color="000000"/>
            </w:tcBorders>
            <w:shd w:val="clear" w:color="EFEFEF" w:fill="EFEFEF"/>
            <w:vAlign w:val="center"/>
            <w:hideMark/>
          </w:tcPr>
          <w:p w14:paraId="1E7F1958" w14:textId="77777777" w:rsidR="00313947" w:rsidRPr="00313947" w:rsidRDefault="00313947" w:rsidP="00313947">
            <w:pPr>
              <w:spacing w:after="0" w:line="240" w:lineRule="auto"/>
              <w:rPr>
                <w:rFonts w:eastAsia="Times New Roman" w:cs="Arial"/>
                <w:b/>
                <w:bCs/>
                <w:color w:val="000000"/>
                <w:sz w:val="20"/>
                <w:szCs w:val="20"/>
              </w:rPr>
            </w:pPr>
            <w:r w:rsidRPr="00313947">
              <w:rPr>
                <w:rFonts w:eastAsia="Times New Roman" w:cs="Arial"/>
                <w:b/>
                <w:bCs/>
                <w:color w:val="000000"/>
                <w:sz w:val="20"/>
                <w:szCs w:val="20"/>
              </w:rPr>
              <w:t xml:space="preserve">3. </w:t>
            </w:r>
            <w:proofErr w:type="spellStart"/>
            <w:r w:rsidRPr="00313947">
              <w:rPr>
                <w:rFonts w:eastAsia="Times New Roman" w:cs="Arial"/>
                <w:b/>
                <w:bCs/>
                <w:color w:val="000000"/>
                <w:sz w:val="20"/>
                <w:szCs w:val="20"/>
              </w:rPr>
              <w:t>Costuri</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pentru</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organizarea</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unor</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evenimente</w:t>
            </w:r>
            <w:proofErr w:type="spellEnd"/>
            <w:r w:rsidRPr="00313947">
              <w:rPr>
                <w:rFonts w:eastAsia="Times New Roman" w:cs="Arial"/>
                <w:b/>
                <w:bCs/>
                <w:color w:val="000000"/>
                <w:sz w:val="20"/>
                <w:szCs w:val="20"/>
              </w:rPr>
              <w:t xml:space="preserve"> dedicate </w:t>
            </w:r>
            <w:proofErr w:type="spellStart"/>
            <w:r w:rsidRPr="00313947">
              <w:rPr>
                <w:rFonts w:eastAsia="Times New Roman" w:cs="Arial"/>
                <w:b/>
                <w:bCs/>
                <w:color w:val="000000"/>
                <w:sz w:val="20"/>
                <w:szCs w:val="20"/>
              </w:rPr>
              <w:t>comunității</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ateliere</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sau</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sesiuni</w:t>
            </w:r>
            <w:proofErr w:type="spellEnd"/>
            <w:r w:rsidRPr="00313947">
              <w:rPr>
                <w:rFonts w:eastAsia="Times New Roman" w:cs="Arial"/>
                <w:b/>
                <w:bCs/>
                <w:color w:val="000000"/>
                <w:sz w:val="20"/>
                <w:szCs w:val="20"/>
              </w:rPr>
              <w:t xml:space="preserve"> informative: </w:t>
            </w:r>
            <w:proofErr w:type="spellStart"/>
            <w:r w:rsidRPr="00313947">
              <w:rPr>
                <w:rFonts w:eastAsia="Times New Roman" w:cs="Arial"/>
                <w:b/>
                <w:bCs/>
                <w:color w:val="000000"/>
                <w:sz w:val="20"/>
                <w:szCs w:val="20"/>
              </w:rPr>
              <w:t>închiriere</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spații</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tipărirea</w:t>
            </w:r>
            <w:proofErr w:type="spellEnd"/>
            <w:r w:rsidRPr="00313947">
              <w:rPr>
                <w:rFonts w:eastAsia="Times New Roman" w:cs="Arial"/>
                <w:b/>
                <w:bCs/>
                <w:color w:val="000000"/>
                <w:sz w:val="20"/>
                <w:szCs w:val="20"/>
              </w:rPr>
              <w:t xml:space="preserve"> de </w:t>
            </w:r>
            <w:proofErr w:type="spellStart"/>
            <w:r w:rsidRPr="00313947">
              <w:rPr>
                <w:rFonts w:eastAsia="Times New Roman" w:cs="Arial"/>
                <w:b/>
                <w:bCs/>
                <w:color w:val="000000"/>
                <w:sz w:val="20"/>
                <w:szCs w:val="20"/>
              </w:rPr>
              <w:t>materiale</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pentru</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participanți</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produse</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pentru</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pauza</w:t>
            </w:r>
            <w:proofErr w:type="spellEnd"/>
            <w:r w:rsidRPr="00313947">
              <w:rPr>
                <w:rFonts w:eastAsia="Times New Roman" w:cs="Arial"/>
                <w:b/>
                <w:bCs/>
                <w:color w:val="000000"/>
                <w:sz w:val="20"/>
                <w:szCs w:val="20"/>
              </w:rPr>
              <w:t xml:space="preserve"> de </w:t>
            </w:r>
            <w:proofErr w:type="spellStart"/>
            <w:r w:rsidRPr="00313947">
              <w:rPr>
                <w:rFonts w:eastAsia="Times New Roman" w:cs="Arial"/>
                <w:b/>
                <w:bCs/>
                <w:color w:val="000000"/>
                <w:sz w:val="20"/>
                <w:szCs w:val="20"/>
              </w:rPr>
              <w:t>cafea</w:t>
            </w:r>
            <w:proofErr w:type="spellEnd"/>
            <w:r w:rsidRPr="00313947">
              <w:rPr>
                <w:rFonts w:eastAsia="Times New Roman" w:cs="Arial"/>
                <w:b/>
                <w:bCs/>
                <w:color w:val="000000"/>
                <w:sz w:val="20"/>
                <w:szCs w:val="20"/>
              </w:rPr>
              <w:t xml:space="preserve">; </w:t>
            </w:r>
            <w:r w:rsidRPr="00313947">
              <w:rPr>
                <w:rFonts w:eastAsia="Times New Roman" w:cs="Arial"/>
                <w:b/>
                <w:bCs/>
                <w:color w:val="000000"/>
                <w:sz w:val="20"/>
                <w:szCs w:val="20"/>
              </w:rPr>
              <w:br/>
            </w:r>
            <w:r w:rsidRPr="00313947">
              <w:rPr>
                <w:rFonts w:eastAsia="Times New Roman" w:cs="Arial"/>
                <w:color w:val="000000"/>
                <w:sz w:val="20"/>
                <w:szCs w:val="20"/>
              </w:rPr>
              <w:t xml:space="preserve">&lt;&lt;&lt; </w:t>
            </w:r>
            <w:proofErr w:type="spellStart"/>
            <w:r w:rsidRPr="00313947">
              <w:rPr>
                <w:rFonts w:eastAsia="Times New Roman" w:cs="Arial"/>
                <w:color w:val="000000"/>
                <w:sz w:val="20"/>
                <w:szCs w:val="20"/>
              </w:rPr>
              <w:t>inserați</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rânduri</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noi</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pentru</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detaliere</w:t>
            </w:r>
            <w:proofErr w:type="spellEnd"/>
            <w:r w:rsidRPr="00313947">
              <w:rPr>
                <w:rFonts w:eastAsia="Times New Roman" w:cs="Arial"/>
                <w:color w:val="000000"/>
                <w:sz w:val="20"/>
                <w:szCs w:val="20"/>
              </w:rPr>
              <w:t xml:space="preserve">; pt. </w:t>
            </w:r>
            <w:proofErr w:type="spellStart"/>
            <w:r w:rsidRPr="00313947">
              <w:rPr>
                <w:rFonts w:eastAsia="Times New Roman" w:cs="Arial"/>
                <w:color w:val="000000"/>
                <w:sz w:val="20"/>
                <w:szCs w:val="20"/>
              </w:rPr>
              <w:t>păstrarea</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formulelor</w:t>
            </w:r>
            <w:proofErr w:type="spellEnd"/>
            <w:r w:rsidRPr="00313947">
              <w:rPr>
                <w:rFonts w:eastAsia="Times New Roman" w:cs="Arial"/>
                <w:color w:val="000000"/>
                <w:sz w:val="20"/>
                <w:szCs w:val="20"/>
              </w:rPr>
              <w:t xml:space="preserve"> de </w:t>
            </w:r>
            <w:proofErr w:type="spellStart"/>
            <w:r w:rsidRPr="00313947">
              <w:rPr>
                <w:rFonts w:eastAsia="Times New Roman" w:cs="Arial"/>
                <w:color w:val="000000"/>
                <w:sz w:val="20"/>
                <w:szCs w:val="20"/>
              </w:rPr>
              <w:t>calcul</w:t>
            </w:r>
            <w:proofErr w:type="spellEnd"/>
            <w:r w:rsidRPr="00313947">
              <w:rPr>
                <w:rFonts w:eastAsia="Times New Roman" w:cs="Arial"/>
                <w:color w:val="000000"/>
                <w:sz w:val="20"/>
                <w:szCs w:val="20"/>
              </w:rPr>
              <w:t xml:space="preserve"> se </w:t>
            </w:r>
            <w:proofErr w:type="spellStart"/>
            <w:r w:rsidRPr="00313947">
              <w:rPr>
                <w:rFonts w:eastAsia="Times New Roman" w:cs="Arial"/>
                <w:color w:val="000000"/>
                <w:sz w:val="20"/>
                <w:szCs w:val="20"/>
              </w:rPr>
              <w:t>vor</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insera</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rânduri</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noi</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doar</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între</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rândurile</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existente</w:t>
            </w:r>
            <w:proofErr w:type="spellEnd"/>
          </w:p>
        </w:tc>
        <w:tc>
          <w:tcPr>
            <w:tcW w:w="1559" w:type="dxa"/>
            <w:tcBorders>
              <w:top w:val="nil"/>
              <w:left w:val="nil"/>
              <w:bottom w:val="single" w:sz="4" w:space="0" w:color="000000"/>
              <w:right w:val="single" w:sz="4" w:space="0" w:color="000000"/>
            </w:tcBorders>
            <w:shd w:val="clear" w:color="EFEFEF" w:fill="EFEFEF"/>
            <w:vAlign w:val="center"/>
            <w:hideMark/>
          </w:tcPr>
          <w:p w14:paraId="0CFBFDFE"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EFEFEF" w:fill="EFEFEF"/>
            <w:vAlign w:val="center"/>
            <w:hideMark/>
          </w:tcPr>
          <w:p w14:paraId="3A4BB584"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1134" w:type="dxa"/>
            <w:tcBorders>
              <w:top w:val="nil"/>
              <w:left w:val="nil"/>
              <w:bottom w:val="single" w:sz="4" w:space="0" w:color="000000"/>
              <w:right w:val="nil"/>
            </w:tcBorders>
            <w:shd w:val="clear" w:color="EFEFEF" w:fill="EFEFEF"/>
            <w:vAlign w:val="center"/>
            <w:hideMark/>
          </w:tcPr>
          <w:p w14:paraId="057F644B"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2695" w:type="dxa"/>
            <w:tcBorders>
              <w:top w:val="nil"/>
              <w:left w:val="single" w:sz="8" w:space="0" w:color="000000"/>
              <w:bottom w:val="single" w:sz="4" w:space="0" w:color="000000"/>
              <w:right w:val="single" w:sz="8" w:space="0" w:color="000000"/>
            </w:tcBorders>
            <w:shd w:val="clear" w:color="EFEFEF" w:fill="EFEFEF"/>
            <w:vAlign w:val="center"/>
            <w:hideMark/>
          </w:tcPr>
          <w:p w14:paraId="033754D6"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7CBE4312"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2A2005A0"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68C451FA"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5D44113C"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3.1.</w:t>
            </w:r>
          </w:p>
        </w:tc>
        <w:tc>
          <w:tcPr>
            <w:tcW w:w="1559" w:type="dxa"/>
            <w:tcBorders>
              <w:top w:val="nil"/>
              <w:left w:val="nil"/>
              <w:bottom w:val="single" w:sz="4" w:space="0" w:color="000000"/>
              <w:right w:val="single" w:sz="4" w:space="0" w:color="000000"/>
            </w:tcBorders>
            <w:vAlign w:val="center"/>
            <w:hideMark/>
          </w:tcPr>
          <w:p w14:paraId="1756077C"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5A69EDF9"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2CDB3FB3"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7227927C"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732BA4CB"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6C5DE26D"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1A17DFA1"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4E89D0B1"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3.2.</w:t>
            </w:r>
          </w:p>
        </w:tc>
        <w:tc>
          <w:tcPr>
            <w:tcW w:w="1559" w:type="dxa"/>
            <w:tcBorders>
              <w:top w:val="nil"/>
              <w:left w:val="nil"/>
              <w:bottom w:val="single" w:sz="4" w:space="0" w:color="000000"/>
              <w:right w:val="single" w:sz="4" w:space="0" w:color="000000"/>
            </w:tcBorders>
            <w:vAlign w:val="center"/>
            <w:hideMark/>
          </w:tcPr>
          <w:p w14:paraId="1817ED38"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68F44BCB"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7F0C8B66"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1F4CD466"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617D08C5"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14C664DB"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6486297F"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20EAF490"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3.3.</w:t>
            </w:r>
          </w:p>
        </w:tc>
        <w:tc>
          <w:tcPr>
            <w:tcW w:w="1559" w:type="dxa"/>
            <w:tcBorders>
              <w:top w:val="nil"/>
              <w:left w:val="nil"/>
              <w:bottom w:val="single" w:sz="4" w:space="0" w:color="000000"/>
              <w:right w:val="single" w:sz="4" w:space="0" w:color="000000"/>
            </w:tcBorders>
            <w:vAlign w:val="center"/>
            <w:hideMark/>
          </w:tcPr>
          <w:p w14:paraId="70B50051"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6ADA129E"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4B092684"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39177E2E"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55507796"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0B089D45"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37C6C37F" w14:textId="77777777" w:rsidTr="007D7F2E">
        <w:trPr>
          <w:trHeight w:val="540"/>
        </w:trPr>
        <w:tc>
          <w:tcPr>
            <w:tcW w:w="6521" w:type="dxa"/>
            <w:tcBorders>
              <w:top w:val="nil"/>
              <w:left w:val="single" w:sz="4" w:space="0" w:color="000000"/>
              <w:bottom w:val="single" w:sz="4" w:space="0" w:color="000000"/>
              <w:right w:val="single" w:sz="4" w:space="0" w:color="000000"/>
            </w:tcBorders>
            <w:shd w:val="clear" w:color="EFEFEF" w:fill="EFEFEF"/>
            <w:vAlign w:val="center"/>
            <w:hideMark/>
          </w:tcPr>
          <w:p w14:paraId="09F2C747" w14:textId="77777777" w:rsidR="00313947" w:rsidRPr="00313947" w:rsidRDefault="00313947" w:rsidP="00313947">
            <w:pPr>
              <w:spacing w:after="0" w:line="240" w:lineRule="auto"/>
              <w:rPr>
                <w:rFonts w:eastAsia="Times New Roman" w:cs="Arial"/>
                <w:b/>
                <w:bCs/>
                <w:color w:val="000000"/>
                <w:sz w:val="20"/>
                <w:szCs w:val="20"/>
                <w:lang w:val="fr-FR"/>
              </w:rPr>
            </w:pPr>
            <w:r w:rsidRPr="00313947">
              <w:rPr>
                <w:rFonts w:eastAsia="Times New Roman" w:cs="Arial"/>
                <w:b/>
                <w:bCs/>
                <w:color w:val="000000"/>
                <w:sz w:val="20"/>
                <w:szCs w:val="20"/>
                <w:lang w:val="fr-FR"/>
              </w:rPr>
              <w:t xml:space="preserve">4. Permise, </w:t>
            </w:r>
            <w:proofErr w:type="spellStart"/>
            <w:r w:rsidRPr="00313947">
              <w:rPr>
                <w:rFonts w:eastAsia="Times New Roman" w:cs="Arial"/>
                <w:b/>
                <w:bCs/>
                <w:color w:val="000000"/>
                <w:sz w:val="20"/>
                <w:szCs w:val="20"/>
                <w:lang w:val="fr-FR"/>
              </w:rPr>
              <w:t>avize</w:t>
            </w:r>
            <w:proofErr w:type="spellEnd"/>
            <w:r w:rsidRPr="00313947">
              <w:rPr>
                <w:rFonts w:eastAsia="Times New Roman" w:cs="Arial"/>
                <w:b/>
                <w:bCs/>
                <w:color w:val="000000"/>
                <w:sz w:val="20"/>
                <w:szCs w:val="20"/>
                <w:lang w:val="fr-FR"/>
              </w:rPr>
              <w:t xml:space="preserve"> </w:t>
            </w:r>
            <w:proofErr w:type="spellStart"/>
            <w:r w:rsidRPr="00313947">
              <w:rPr>
                <w:rFonts w:eastAsia="Times New Roman" w:cs="Arial"/>
                <w:b/>
                <w:bCs/>
                <w:color w:val="000000"/>
                <w:sz w:val="20"/>
                <w:szCs w:val="20"/>
                <w:lang w:val="fr-FR"/>
              </w:rPr>
              <w:t>sau</w:t>
            </w:r>
            <w:proofErr w:type="spellEnd"/>
            <w:r w:rsidRPr="00313947">
              <w:rPr>
                <w:rFonts w:eastAsia="Times New Roman" w:cs="Arial"/>
                <w:b/>
                <w:bCs/>
                <w:color w:val="000000"/>
                <w:sz w:val="20"/>
                <w:szCs w:val="20"/>
                <w:lang w:val="fr-FR"/>
              </w:rPr>
              <w:t xml:space="preserve"> </w:t>
            </w:r>
            <w:proofErr w:type="spellStart"/>
            <w:r w:rsidRPr="00313947">
              <w:rPr>
                <w:rFonts w:eastAsia="Times New Roman" w:cs="Arial"/>
                <w:b/>
                <w:bCs/>
                <w:color w:val="000000"/>
                <w:sz w:val="20"/>
                <w:szCs w:val="20"/>
                <w:lang w:val="fr-FR"/>
              </w:rPr>
              <w:t>autorizații</w:t>
            </w:r>
            <w:proofErr w:type="spellEnd"/>
            <w:r w:rsidRPr="00313947">
              <w:rPr>
                <w:rFonts w:eastAsia="Times New Roman" w:cs="Arial"/>
                <w:b/>
                <w:bCs/>
                <w:color w:val="000000"/>
                <w:sz w:val="20"/>
                <w:szCs w:val="20"/>
                <w:lang w:val="fr-FR"/>
              </w:rPr>
              <w:t xml:space="preserve"> </w:t>
            </w:r>
            <w:proofErr w:type="spellStart"/>
            <w:r w:rsidRPr="00313947">
              <w:rPr>
                <w:rFonts w:eastAsia="Times New Roman" w:cs="Arial"/>
                <w:b/>
                <w:bCs/>
                <w:color w:val="000000"/>
                <w:sz w:val="20"/>
                <w:szCs w:val="20"/>
                <w:lang w:val="fr-FR"/>
              </w:rPr>
              <w:t>necesare</w:t>
            </w:r>
            <w:proofErr w:type="spellEnd"/>
            <w:r w:rsidRPr="00313947">
              <w:rPr>
                <w:rFonts w:eastAsia="Times New Roman" w:cs="Arial"/>
                <w:b/>
                <w:bCs/>
                <w:color w:val="000000"/>
                <w:sz w:val="20"/>
                <w:szCs w:val="20"/>
                <w:lang w:val="fr-FR"/>
              </w:rPr>
              <w:t xml:space="preserve"> </w:t>
            </w:r>
            <w:proofErr w:type="spellStart"/>
            <w:r w:rsidRPr="00313947">
              <w:rPr>
                <w:rFonts w:eastAsia="Times New Roman" w:cs="Arial"/>
                <w:b/>
                <w:bCs/>
                <w:color w:val="000000"/>
                <w:sz w:val="20"/>
                <w:szCs w:val="20"/>
                <w:lang w:val="fr-FR"/>
              </w:rPr>
              <w:t>pentru</w:t>
            </w:r>
            <w:proofErr w:type="spellEnd"/>
            <w:r w:rsidRPr="00313947">
              <w:rPr>
                <w:rFonts w:eastAsia="Times New Roman" w:cs="Arial"/>
                <w:b/>
                <w:bCs/>
                <w:color w:val="000000"/>
                <w:sz w:val="20"/>
                <w:szCs w:val="20"/>
                <w:lang w:val="fr-FR"/>
              </w:rPr>
              <w:t xml:space="preserve"> </w:t>
            </w:r>
            <w:proofErr w:type="spellStart"/>
            <w:r w:rsidRPr="00313947">
              <w:rPr>
                <w:rFonts w:eastAsia="Times New Roman" w:cs="Arial"/>
                <w:b/>
                <w:bCs/>
                <w:color w:val="000000"/>
                <w:sz w:val="20"/>
                <w:szCs w:val="20"/>
                <w:lang w:val="fr-FR"/>
              </w:rPr>
              <w:t>implementare</w:t>
            </w:r>
            <w:proofErr w:type="spellEnd"/>
            <w:r w:rsidRPr="00313947">
              <w:rPr>
                <w:rFonts w:eastAsia="Times New Roman" w:cs="Arial"/>
                <w:b/>
                <w:bCs/>
                <w:color w:val="000000"/>
                <w:sz w:val="20"/>
                <w:szCs w:val="20"/>
                <w:lang w:val="fr-FR"/>
              </w:rPr>
              <w:t xml:space="preserve">;  </w:t>
            </w:r>
          </w:p>
        </w:tc>
        <w:tc>
          <w:tcPr>
            <w:tcW w:w="1559" w:type="dxa"/>
            <w:tcBorders>
              <w:top w:val="nil"/>
              <w:left w:val="nil"/>
              <w:bottom w:val="single" w:sz="4" w:space="0" w:color="000000"/>
              <w:right w:val="single" w:sz="4" w:space="0" w:color="000000"/>
            </w:tcBorders>
            <w:shd w:val="clear" w:color="EFEFEF" w:fill="EFEFEF"/>
            <w:vAlign w:val="center"/>
            <w:hideMark/>
          </w:tcPr>
          <w:p w14:paraId="41D3B5FA" w14:textId="77777777" w:rsidR="00313947" w:rsidRPr="00313947" w:rsidRDefault="00313947" w:rsidP="00313947">
            <w:pPr>
              <w:spacing w:after="0" w:line="240" w:lineRule="auto"/>
              <w:jc w:val="center"/>
              <w:rPr>
                <w:rFonts w:eastAsia="Times New Roman" w:cs="Arial"/>
                <w:color w:val="000000"/>
                <w:sz w:val="20"/>
                <w:szCs w:val="20"/>
                <w:lang w:val="fr-FR"/>
              </w:rPr>
            </w:pPr>
            <w:r w:rsidRPr="00313947">
              <w:rPr>
                <w:rFonts w:eastAsia="Times New Roman" w:cs="Arial"/>
                <w:color w:val="000000"/>
                <w:sz w:val="20"/>
                <w:szCs w:val="20"/>
                <w:lang w:val="fr-FR"/>
              </w:rPr>
              <w:t> </w:t>
            </w:r>
          </w:p>
        </w:tc>
        <w:tc>
          <w:tcPr>
            <w:tcW w:w="913" w:type="dxa"/>
            <w:tcBorders>
              <w:top w:val="nil"/>
              <w:left w:val="nil"/>
              <w:bottom w:val="single" w:sz="4" w:space="0" w:color="000000"/>
              <w:right w:val="single" w:sz="4" w:space="0" w:color="000000"/>
            </w:tcBorders>
            <w:shd w:val="clear" w:color="EFEFEF" w:fill="EFEFEF"/>
            <w:vAlign w:val="center"/>
            <w:hideMark/>
          </w:tcPr>
          <w:p w14:paraId="71F900B9" w14:textId="77777777" w:rsidR="00313947" w:rsidRPr="00313947" w:rsidRDefault="00313947" w:rsidP="00313947">
            <w:pPr>
              <w:spacing w:after="0" w:line="240" w:lineRule="auto"/>
              <w:jc w:val="center"/>
              <w:rPr>
                <w:rFonts w:eastAsia="Times New Roman" w:cs="Arial"/>
                <w:color w:val="000000"/>
                <w:sz w:val="20"/>
                <w:szCs w:val="20"/>
                <w:lang w:val="fr-FR"/>
              </w:rPr>
            </w:pPr>
            <w:r w:rsidRPr="00313947">
              <w:rPr>
                <w:rFonts w:eastAsia="Times New Roman" w:cs="Arial"/>
                <w:color w:val="000000"/>
                <w:sz w:val="20"/>
                <w:szCs w:val="20"/>
                <w:lang w:val="fr-FR"/>
              </w:rPr>
              <w:t> </w:t>
            </w:r>
          </w:p>
        </w:tc>
        <w:tc>
          <w:tcPr>
            <w:tcW w:w="1134" w:type="dxa"/>
            <w:tcBorders>
              <w:top w:val="nil"/>
              <w:left w:val="nil"/>
              <w:bottom w:val="single" w:sz="4" w:space="0" w:color="000000"/>
              <w:right w:val="nil"/>
            </w:tcBorders>
            <w:shd w:val="clear" w:color="EFEFEF" w:fill="EFEFEF"/>
            <w:vAlign w:val="center"/>
            <w:hideMark/>
          </w:tcPr>
          <w:p w14:paraId="789DAF4A" w14:textId="77777777" w:rsidR="00313947" w:rsidRPr="00313947" w:rsidRDefault="00313947" w:rsidP="00313947">
            <w:pPr>
              <w:spacing w:after="0" w:line="240" w:lineRule="auto"/>
              <w:jc w:val="center"/>
              <w:rPr>
                <w:rFonts w:eastAsia="Times New Roman" w:cs="Arial"/>
                <w:color w:val="000000"/>
                <w:sz w:val="20"/>
                <w:szCs w:val="20"/>
                <w:lang w:val="fr-FR"/>
              </w:rPr>
            </w:pPr>
            <w:r w:rsidRPr="00313947">
              <w:rPr>
                <w:rFonts w:eastAsia="Times New Roman" w:cs="Arial"/>
                <w:color w:val="000000"/>
                <w:sz w:val="20"/>
                <w:szCs w:val="20"/>
                <w:lang w:val="fr-FR"/>
              </w:rPr>
              <w:t> </w:t>
            </w:r>
          </w:p>
        </w:tc>
        <w:tc>
          <w:tcPr>
            <w:tcW w:w="2695" w:type="dxa"/>
            <w:tcBorders>
              <w:top w:val="nil"/>
              <w:left w:val="single" w:sz="8" w:space="0" w:color="000000"/>
              <w:bottom w:val="single" w:sz="4" w:space="0" w:color="000000"/>
              <w:right w:val="single" w:sz="8" w:space="0" w:color="000000"/>
            </w:tcBorders>
            <w:shd w:val="clear" w:color="EFEFEF" w:fill="EFEFEF"/>
            <w:vAlign w:val="center"/>
            <w:hideMark/>
          </w:tcPr>
          <w:p w14:paraId="545AB446"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36C2CE27"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6A6B7725"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44C84DB0"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5F46BF0B"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4.1.</w:t>
            </w:r>
          </w:p>
        </w:tc>
        <w:tc>
          <w:tcPr>
            <w:tcW w:w="1559" w:type="dxa"/>
            <w:tcBorders>
              <w:top w:val="nil"/>
              <w:left w:val="nil"/>
              <w:bottom w:val="single" w:sz="4" w:space="0" w:color="000000"/>
              <w:right w:val="single" w:sz="4" w:space="0" w:color="000000"/>
            </w:tcBorders>
            <w:vAlign w:val="center"/>
            <w:hideMark/>
          </w:tcPr>
          <w:p w14:paraId="381BF604"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23B9DC4F"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2C4588E9"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02A20DB1"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1DF3F7E0"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3379052D"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3D57FBCF"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53593792"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4.2.</w:t>
            </w:r>
          </w:p>
        </w:tc>
        <w:tc>
          <w:tcPr>
            <w:tcW w:w="1559" w:type="dxa"/>
            <w:tcBorders>
              <w:top w:val="nil"/>
              <w:left w:val="nil"/>
              <w:bottom w:val="single" w:sz="4" w:space="0" w:color="000000"/>
              <w:right w:val="single" w:sz="4" w:space="0" w:color="000000"/>
            </w:tcBorders>
            <w:vAlign w:val="center"/>
            <w:hideMark/>
          </w:tcPr>
          <w:p w14:paraId="20B5C5B1"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786DCF1F"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27AFBE77"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1C2AABC8"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2C0CD540"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035DB792"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405CF7D4"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73640EA3"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4.3.</w:t>
            </w:r>
          </w:p>
        </w:tc>
        <w:tc>
          <w:tcPr>
            <w:tcW w:w="1559" w:type="dxa"/>
            <w:tcBorders>
              <w:top w:val="nil"/>
              <w:left w:val="nil"/>
              <w:bottom w:val="single" w:sz="4" w:space="0" w:color="000000"/>
              <w:right w:val="single" w:sz="4" w:space="0" w:color="000000"/>
            </w:tcBorders>
            <w:vAlign w:val="center"/>
            <w:hideMark/>
          </w:tcPr>
          <w:p w14:paraId="60926645"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6B6A4400"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66BF9328"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5E7D59BE"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09E8C3AA"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41A70AFA"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3A08E8C3" w14:textId="77777777" w:rsidTr="007D7F2E">
        <w:trPr>
          <w:trHeight w:val="540"/>
        </w:trPr>
        <w:tc>
          <w:tcPr>
            <w:tcW w:w="6521" w:type="dxa"/>
            <w:tcBorders>
              <w:top w:val="nil"/>
              <w:left w:val="single" w:sz="4" w:space="0" w:color="000000"/>
              <w:bottom w:val="single" w:sz="4" w:space="0" w:color="000000"/>
              <w:right w:val="single" w:sz="4" w:space="0" w:color="000000"/>
            </w:tcBorders>
            <w:shd w:val="clear" w:color="EFEFEF" w:fill="EFEFEF"/>
            <w:vAlign w:val="center"/>
            <w:hideMark/>
          </w:tcPr>
          <w:p w14:paraId="499C6625" w14:textId="77777777" w:rsidR="00313947" w:rsidRPr="00313947" w:rsidRDefault="00313947" w:rsidP="00313947">
            <w:pPr>
              <w:spacing w:after="0" w:line="240" w:lineRule="auto"/>
              <w:rPr>
                <w:rFonts w:eastAsia="Times New Roman" w:cs="Arial"/>
                <w:b/>
                <w:bCs/>
                <w:color w:val="000000"/>
                <w:sz w:val="20"/>
                <w:szCs w:val="20"/>
              </w:rPr>
            </w:pPr>
            <w:r w:rsidRPr="00313947">
              <w:rPr>
                <w:rFonts w:eastAsia="Times New Roman" w:cs="Arial"/>
                <w:b/>
                <w:bCs/>
                <w:color w:val="000000"/>
                <w:sz w:val="20"/>
                <w:szCs w:val="20"/>
              </w:rPr>
              <w:t xml:space="preserve">5. Transport local </w:t>
            </w:r>
            <w:proofErr w:type="spellStart"/>
            <w:r w:rsidRPr="00313947">
              <w:rPr>
                <w:rFonts w:eastAsia="Times New Roman" w:cs="Arial"/>
                <w:b/>
                <w:bCs/>
                <w:color w:val="000000"/>
                <w:sz w:val="20"/>
                <w:szCs w:val="20"/>
              </w:rPr>
              <w:t>rezonabil</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pentru</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tineri</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sau</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membri</w:t>
            </w:r>
            <w:proofErr w:type="spellEnd"/>
            <w:r w:rsidRPr="00313947">
              <w:rPr>
                <w:rFonts w:eastAsia="Times New Roman" w:cs="Arial"/>
                <w:b/>
                <w:bCs/>
                <w:color w:val="000000"/>
                <w:sz w:val="20"/>
                <w:szCs w:val="20"/>
              </w:rPr>
              <w:t xml:space="preserve"> ai </w:t>
            </w:r>
            <w:proofErr w:type="spellStart"/>
            <w:r w:rsidRPr="00313947">
              <w:rPr>
                <w:rFonts w:eastAsia="Times New Roman" w:cs="Arial"/>
                <w:b/>
                <w:bCs/>
                <w:color w:val="000000"/>
                <w:sz w:val="20"/>
                <w:szCs w:val="20"/>
              </w:rPr>
              <w:t>echipei</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implicați</w:t>
            </w:r>
            <w:proofErr w:type="spellEnd"/>
            <w:r w:rsidRPr="00313947">
              <w:rPr>
                <w:rFonts w:eastAsia="Times New Roman" w:cs="Arial"/>
                <w:b/>
                <w:bCs/>
                <w:color w:val="000000"/>
                <w:sz w:val="20"/>
                <w:szCs w:val="20"/>
              </w:rPr>
              <w:t xml:space="preserve"> direct, </w:t>
            </w:r>
            <w:proofErr w:type="spellStart"/>
            <w:r w:rsidRPr="00313947">
              <w:rPr>
                <w:rFonts w:eastAsia="Times New Roman" w:cs="Arial"/>
                <w:b/>
                <w:bCs/>
                <w:color w:val="000000"/>
                <w:sz w:val="20"/>
                <w:szCs w:val="20"/>
              </w:rPr>
              <w:t>inclusiv</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transportul</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materialelor</w:t>
            </w:r>
            <w:proofErr w:type="spellEnd"/>
            <w:r w:rsidRPr="00313947">
              <w:rPr>
                <w:rFonts w:eastAsia="Times New Roman" w:cs="Arial"/>
                <w:b/>
                <w:bCs/>
                <w:color w:val="000000"/>
                <w:sz w:val="20"/>
                <w:szCs w:val="20"/>
              </w:rPr>
              <w:t xml:space="preserve">;  </w:t>
            </w:r>
          </w:p>
        </w:tc>
        <w:tc>
          <w:tcPr>
            <w:tcW w:w="1559" w:type="dxa"/>
            <w:tcBorders>
              <w:top w:val="nil"/>
              <w:left w:val="nil"/>
              <w:bottom w:val="single" w:sz="4" w:space="0" w:color="000000"/>
              <w:right w:val="single" w:sz="4" w:space="0" w:color="000000"/>
            </w:tcBorders>
            <w:shd w:val="clear" w:color="EFEFEF" w:fill="EFEFEF"/>
            <w:vAlign w:val="center"/>
            <w:hideMark/>
          </w:tcPr>
          <w:p w14:paraId="10076306"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EFEFEF" w:fill="EFEFEF"/>
            <w:vAlign w:val="center"/>
            <w:hideMark/>
          </w:tcPr>
          <w:p w14:paraId="066E9EE5"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1134" w:type="dxa"/>
            <w:tcBorders>
              <w:top w:val="nil"/>
              <w:left w:val="nil"/>
              <w:bottom w:val="single" w:sz="4" w:space="0" w:color="000000"/>
              <w:right w:val="nil"/>
            </w:tcBorders>
            <w:shd w:val="clear" w:color="EFEFEF" w:fill="EFEFEF"/>
            <w:vAlign w:val="center"/>
            <w:hideMark/>
          </w:tcPr>
          <w:p w14:paraId="5CD27621"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2695" w:type="dxa"/>
            <w:tcBorders>
              <w:top w:val="nil"/>
              <w:left w:val="single" w:sz="8" w:space="0" w:color="000000"/>
              <w:bottom w:val="single" w:sz="4" w:space="0" w:color="000000"/>
              <w:right w:val="single" w:sz="8" w:space="0" w:color="000000"/>
            </w:tcBorders>
            <w:shd w:val="clear" w:color="EFEFEF" w:fill="EFEFEF"/>
            <w:vAlign w:val="center"/>
            <w:hideMark/>
          </w:tcPr>
          <w:p w14:paraId="110AC002"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6474D568"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712BD7F6"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79C97762"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02D64601"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5.1.</w:t>
            </w:r>
          </w:p>
        </w:tc>
        <w:tc>
          <w:tcPr>
            <w:tcW w:w="1559" w:type="dxa"/>
            <w:tcBorders>
              <w:top w:val="nil"/>
              <w:left w:val="nil"/>
              <w:bottom w:val="single" w:sz="4" w:space="0" w:color="000000"/>
              <w:right w:val="single" w:sz="4" w:space="0" w:color="000000"/>
            </w:tcBorders>
            <w:vAlign w:val="center"/>
            <w:hideMark/>
          </w:tcPr>
          <w:p w14:paraId="71483A93"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7AFC0BAB"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3258900A"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0A9A9F49"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68DD6A37"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1140B0C0"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0C9F9A20"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40F5EF4D"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5.2.</w:t>
            </w:r>
          </w:p>
        </w:tc>
        <w:tc>
          <w:tcPr>
            <w:tcW w:w="1559" w:type="dxa"/>
            <w:tcBorders>
              <w:top w:val="nil"/>
              <w:left w:val="nil"/>
              <w:bottom w:val="single" w:sz="4" w:space="0" w:color="000000"/>
              <w:right w:val="single" w:sz="4" w:space="0" w:color="000000"/>
            </w:tcBorders>
            <w:vAlign w:val="center"/>
            <w:hideMark/>
          </w:tcPr>
          <w:p w14:paraId="35EA2AD3"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7379AFEC"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1E5EF7AF"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3C50AD4C"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7E150357"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072E0C6E"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30643684"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61E88002"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5.3.</w:t>
            </w:r>
          </w:p>
        </w:tc>
        <w:tc>
          <w:tcPr>
            <w:tcW w:w="1559" w:type="dxa"/>
            <w:tcBorders>
              <w:top w:val="nil"/>
              <w:left w:val="nil"/>
              <w:bottom w:val="single" w:sz="4" w:space="0" w:color="000000"/>
              <w:right w:val="single" w:sz="4" w:space="0" w:color="000000"/>
            </w:tcBorders>
            <w:vAlign w:val="center"/>
            <w:hideMark/>
          </w:tcPr>
          <w:p w14:paraId="2F83CA62"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6DF7DC87"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58D41975"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5BE1856E"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75C8A453"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2D54FC6A"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41BAB8AA" w14:textId="77777777" w:rsidTr="007D7F2E">
        <w:trPr>
          <w:trHeight w:val="792"/>
        </w:trPr>
        <w:tc>
          <w:tcPr>
            <w:tcW w:w="6521" w:type="dxa"/>
            <w:tcBorders>
              <w:top w:val="nil"/>
              <w:left w:val="single" w:sz="4" w:space="0" w:color="000000"/>
              <w:bottom w:val="single" w:sz="4" w:space="0" w:color="000000"/>
              <w:right w:val="single" w:sz="4" w:space="0" w:color="000000"/>
            </w:tcBorders>
            <w:shd w:val="clear" w:color="EFEFEF" w:fill="EFEFEF"/>
            <w:vAlign w:val="center"/>
            <w:hideMark/>
          </w:tcPr>
          <w:p w14:paraId="0F8C2EC9" w14:textId="77777777" w:rsidR="00313947" w:rsidRPr="00313947" w:rsidRDefault="00313947" w:rsidP="00313947">
            <w:pPr>
              <w:spacing w:after="0" w:line="240" w:lineRule="auto"/>
              <w:rPr>
                <w:rFonts w:eastAsia="Times New Roman" w:cs="Arial"/>
                <w:b/>
                <w:bCs/>
                <w:color w:val="000000"/>
                <w:sz w:val="20"/>
                <w:szCs w:val="20"/>
              </w:rPr>
            </w:pPr>
            <w:r w:rsidRPr="00313947">
              <w:rPr>
                <w:rFonts w:eastAsia="Times New Roman" w:cs="Arial"/>
                <w:b/>
                <w:bCs/>
                <w:color w:val="000000"/>
                <w:sz w:val="20"/>
                <w:szCs w:val="20"/>
              </w:rPr>
              <w:t xml:space="preserve">6. </w:t>
            </w:r>
            <w:proofErr w:type="spellStart"/>
            <w:r w:rsidRPr="00313947">
              <w:rPr>
                <w:rFonts w:eastAsia="Times New Roman" w:cs="Arial"/>
                <w:b/>
                <w:bCs/>
                <w:color w:val="000000"/>
                <w:sz w:val="20"/>
                <w:szCs w:val="20"/>
              </w:rPr>
              <w:t>Materiale</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promoționale</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foto</w:t>
            </w:r>
            <w:proofErr w:type="spellEnd"/>
            <w:r w:rsidRPr="00313947">
              <w:rPr>
                <w:rFonts w:eastAsia="Times New Roman" w:cs="Arial"/>
                <w:b/>
                <w:bCs/>
                <w:color w:val="000000"/>
                <w:sz w:val="20"/>
                <w:szCs w:val="20"/>
              </w:rPr>
              <w:t xml:space="preserve">, video, </w:t>
            </w:r>
            <w:proofErr w:type="spellStart"/>
            <w:r w:rsidRPr="00313947">
              <w:rPr>
                <w:rFonts w:eastAsia="Times New Roman" w:cs="Arial"/>
                <w:b/>
                <w:bCs/>
                <w:color w:val="000000"/>
                <w:sz w:val="20"/>
                <w:szCs w:val="20"/>
              </w:rPr>
              <w:t>editare</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și</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comunicare</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pentru</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promovarea</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proiectului</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și</w:t>
            </w:r>
            <w:proofErr w:type="spellEnd"/>
            <w:r w:rsidRPr="00313947">
              <w:rPr>
                <w:rFonts w:eastAsia="Times New Roman" w:cs="Arial"/>
                <w:b/>
                <w:bCs/>
                <w:color w:val="000000"/>
                <w:sz w:val="20"/>
                <w:szCs w:val="20"/>
              </w:rPr>
              <w:t xml:space="preserve"> </w:t>
            </w:r>
            <w:proofErr w:type="gramStart"/>
            <w:r w:rsidRPr="00313947">
              <w:rPr>
                <w:rFonts w:eastAsia="Times New Roman" w:cs="Arial"/>
                <w:b/>
                <w:bCs/>
                <w:color w:val="000000"/>
                <w:sz w:val="20"/>
                <w:szCs w:val="20"/>
              </w:rPr>
              <w:t xml:space="preserve">a  </w:t>
            </w:r>
            <w:proofErr w:type="spellStart"/>
            <w:r w:rsidRPr="00313947">
              <w:rPr>
                <w:rFonts w:eastAsia="Times New Roman" w:cs="Arial"/>
                <w:b/>
                <w:bCs/>
                <w:color w:val="000000"/>
                <w:sz w:val="20"/>
                <w:szCs w:val="20"/>
              </w:rPr>
              <w:t>rezultatelor</w:t>
            </w:r>
            <w:proofErr w:type="spellEnd"/>
            <w:proofErr w:type="gram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către</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grupul</w:t>
            </w:r>
            <w:proofErr w:type="spellEnd"/>
            <w:r w:rsidRPr="00313947">
              <w:rPr>
                <w:rFonts w:eastAsia="Times New Roman" w:cs="Arial"/>
                <w:b/>
                <w:bCs/>
                <w:color w:val="000000"/>
                <w:sz w:val="20"/>
                <w:szCs w:val="20"/>
              </w:rPr>
              <w:t>/</w:t>
            </w:r>
            <w:proofErr w:type="spellStart"/>
            <w:r w:rsidRPr="00313947">
              <w:rPr>
                <w:rFonts w:eastAsia="Times New Roman" w:cs="Arial"/>
                <w:b/>
                <w:bCs/>
                <w:color w:val="000000"/>
                <w:sz w:val="20"/>
                <w:szCs w:val="20"/>
              </w:rPr>
              <w:t>grupurile</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țină</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și</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către</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publicul</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larg</w:t>
            </w:r>
            <w:proofErr w:type="spellEnd"/>
            <w:r w:rsidRPr="00313947">
              <w:rPr>
                <w:rFonts w:eastAsia="Times New Roman" w:cs="Arial"/>
                <w:b/>
                <w:bCs/>
                <w:color w:val="000000"/>
                <w:sz w:val="20"/>
                <w:szCs w:val="20"/>
              </w:rPr>
              <w:t xml:space="preserve">;  </w:t>
            </w:r>
          </w:p>
        </w:tc>
        <w:tc>
          <w:tcPr>
            <w:tcW w:w="1559" w:type="dxa"/>
            <w:tcBorders>
              <w:top w:val="nil"/>
              <w:left w:val="nil"/>
              <w:bottom w:val="single" w:sz="4" w:space="0" w:color="000000"/>
              <w:right w:val="single" w:sz="4" w:space="0" w:color="000000"/>
            </w:tcBorders>
            <w:shd w:val="clear" w:color="EFEFEF" w:fill="EFEFEF"/>
            <w:vAlign w:val="center"/>
            <w:hideMark/>
          </w:tcPr>
          <w:p w14:paraId="0FEB9DC7"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EFEFEF" w:fill="EFEFEF"/>
            <w:vAlign w:val="center"/>
            <w:hideMark/>
          </w:tcPr>
          <w:p w14:paraId="5D109D14"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1134" w:type="dxa"/>
            <w:tcBorders>
              <w:top w:val="nil"/>
              <w:left w:val="nil"/>
              <w:bottom w:val="single" w:sz="4" w:space="0" w:color="000000"/>
              <w:right w:val="nil"/>
            </w:tcBorders>
            <w:shd w:val="clear" w:color="EFEFEF" w:fill="EFEFEF"/>
            <w:vAlign w:val="center"/>
            <w:hideMark/>
          </w:tcPr>
          <w:p w14:paraId="6166F489"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2695" w:type="dxa"/>
            <w:tcBorders>
              <w:top w:val="nil"/>
              <w:left w:val="single" w:sz="8" w:space="0" w:color="000000"/>
              <w:bottom w:val="single" w:sz="4" w:space="0" w:color="000000"/>
              <w:right w:val="single" w:sz="8" w:space="0" w:color="000000"/>
            </w:tcBorders>
            <w:shd w:val="clear" w:color="EFEFEF" w:fill="EFEFEF"/>
            <w:vAlign w:val="center"/>
            <w:hideMark/>
          </w:tcPr>
          <w:p w14:paraId="45C017AB"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7558C42C"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696AD001"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00140FF6"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334B26BA"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6.1.</w:t>
            </w:r>
          </w:p>
        </w:tc>
        <w:tc>
          <w:tcPr>
            <w:tcW w:w="1559" w:type="dxa"/>
            <w:tcBorders>
              <w:top w:val="nil"/>
              <w:left w:val="nil"/>
              <w:bottom w:val="single" w:sz="4" w:space="0" w:color="000000"/>
              <w:right w:val="single" w:sz="4" w:space="0" w:color="000000"/>
            </w:tcBorders>
            <w:vAlign w:val="center"/>
            <w:hideMark/>
          </w:tcPr>
          <w:p w14:paraId="651986A8"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1F4FDA1D"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556F4068"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2806C6A0"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26FEB0BB"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13CED026"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2977E7B5"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1CB4EECA"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6.2.</w:t>
            </w:r>
          </w:p>
        </w:tc>
        <w:tc>
          <w:tcPr>
            <w:tcW w:w="1559" w:type="dxa"/>
            <w:tcBorders>
              <w:top w:val="nil"/>
              <w:left w:val="nil"/>
              <w:bottom w:val="single" w:sz="4" w:space="0" w:color="000000"/>
              <w:right w:val="single" w:sz="4" w:space="0" w:color="000000"/>
            </w:tcBorders>
            <w:vAlign w:val="center"/>
            <w:hideMark/>
          </w:tcPr>
          <w:p w14:paraId="64398B7B"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0EA8DBD5"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7F062E4D"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2B2B3B75"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3494B82B"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486A1A18"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403DC12E"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7800CE30"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6.3.</w:t>
            </w:r>
          </w:p>
        </w:tc>
        <w:tc>
          <w:tcPr>
            <w:tcW w:w="1559" w:type="dxa"/>
            <w:tcBorders>
              <w:top w:val="nil"/>
              <w:left w:val="nil"/>
              <w:bottom w:val="single" w:sz="4" w:space="0" w:color="000000"/>
              <w:right w:val="single" w:sz="4" w:space="0" w:color="000000"/>
            </w:tcBorders>
            <w:vAlign w:val="center"/>
            <w:hideMark/>
          </w:tcPr>
          <w:p w14:paraId="51F2F38F"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707692FB"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0FF1A5D1"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4472F581"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094120A5"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228E180F"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403C952C" w14:textId="77777777" w:rsidTr="007D7F2E">
        <w:trPr>
          <w:trHeight w:val="528"/>
        </w:trPr>
        <w:tc>
          <w:tcPr>
            <w:tcW w:w="6521" w:type="dxa"/>
            <w:tcBorders>
              <w:top w:val="nil"/>
              <w:left w:val="single" w:sz="4" w:space="0" w:color="000000"/>
              <w:bottom w:val="single" w:sz="4" w:space="0" w:color="000000"/>
              <w:right w:val="single" w:sz="4" w:space="0" w:color="000000"/>
            </w:tcBorders>
            <w:shd w:val="clear" w:color="EFEFEF" w:fill="EFEFEF"/>
            <w:vAlign w:val="center"/>
            <w:hideMark/>
          </w:tcPr>
          <w:p w14:paraId="1C28D15D" w14:textId="77777777" w:rsidR="00313947" w:rsidRPr="00313947" w:rsidRDefault="00313947" w:rsidP="00313947">
            <w:pPr>
              <w:spacing w:after="0" w:line="240" w:lineRule="auto"/>
              <w:rPr>
                <w:rFonts w:eastAsia="Times New Roman" w:cs="Arial"/>
                <w:b/>
                <w:bCs/>
                <w:color w:val="000000"/>
                <w:sz w:val="20"/>
                <w:szCs w:val="20"/>
              </w:rPr>
            </w:pPr>
            <w:r w:rsidRPr="00313947">
              <w:rPr>
                <w:rFonts w:eastAsia="Times New Roman" w:cs="Arial"/>
                <w:b/>
                <w:bCs/>
                <w:color w:val="000000"/>
                <w:sz w:val="20"/>
                <w:szCs w:val="20"/>
              </w:rPr>
              <w:lastRenderedPageBreak/>
              <w:t xml:space="preserve">7. </w:t>
            </w:r>
            <w:proofErr w:type="spellStart"/>
            <w:r w:rsidRPr="00313947">
              <w:rPr>
                <w:rFonts w:eastAsia="Times New Roman" w:cs="Arial"/>
                <w:b/>
                <w:bCs/>
                <w:color w:val="000000"/>
                <w:sz w:val="20"/>
                <w:szCs w:val="20"/>
              </w:rPr>
              <w:t>Costuri</w:t>
            </w:r>
            <w:proofErr w:type="spellEnd"/>
            <w:r w:rsidRPr="00313947">
              <w:rPr>
                <w:rFonts w:eastAsia="Times New Roman" w:cs="Arial"/>
                <w:b/>
                <w:bCs/>
                <w:color w:val="000000"/>
                <w:sz w:val="20"/>
                <w:szCs w:val="20"/>
              </w:rPr>
              <w:t xml:space="preserve"> administrative </w:t>
            </w:r>
            <w:proofErr w:type="spellStart"/>
            <w:r w:rsidRPr="00313947">
              <w:rPr>
                <w:rFonts w:eastAsia="Times New Roman" w:cs="Arial"/>
                <w:b/>
                <w:bCs/>
                <w:color w:val="000000"/>
                <w:sz w:val="20"/>
                <w:szCs w:val="20"/>
              </w:rPr>
              <w:t>percepute</w:t>
            </w:r>
            <w:proofErr w:type="spellEnd"/>
            <w:r w:rsidRPr="00313947">
              <w:rPr>
                <w:rFonts w:eastAsia="Times New Roman" w:cs="Arial"/>
                <w:b/>
                <w:bCs/>
                <w:color w:val="000000"/>
                <w:sz w:val="20"/>
                <w:szCs w:val="20"/>
              </w:rPr>
              <w:t xml:space="preserve"> de </w:t>
            </w:r>
            <w:proofErr w:type="spellStart"/>
            <w:r w:rsidRPr="00313947">
              <w:rPr>
                <w:rFonts w:eastAsia="Times New Roman" w:cs="Arial"/>
                <w:b/>
                <w:bCs/>
                <w:color w:val="000000"/>
                <w:sz w:val="20"/>
                <w:szCs w:val="20"/>
              </w:rPr>
              <w:t>organizația</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beneficiară</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în</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limita</w:t>
            </w:r>
            <w:proofErr w:type="spellEnd"/>
            <w:r w:rsidRPr="00313947">
              <w:rPr>
                <w:rFonts w:eastAsia="Times New Roman" w:cs="Arial"/>
                <w:b/>
                <w:bCs/>
                <w:color w:val="000000"/>
                <w:sz w:val="20"/>
                <w:szCs w:val="20"/>
              </w:rPr>
              <w:t xml:space="preserve"> a 15% din </w:t>
            </w:r>
            <w:proofErr w:type="spellStart"/>
            <w:r w:rsidRPr="00313947">
              <w:rPr>
                <w:rFonts w:eastAsia="Times New Roman" w:cs="Arial"/>
                <w:b/>
                <w:bCs/>
                <w:color w:val="000000"/>
                <w:sz w:val="20"/>
                <w:szCs w:val="20"/>
              </w:rPr>
              <w:t>valoarea</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micrograntului</w:t>
            </w:r>
            <w:proofErr w:type="spellEnd"/>
            <w:r w:rsidRPr="00313947">
              <w:rPr>
                <w:rFonts w:eastAsia="Times New Roman" w:cs="Arial"/>
                <w:b/>
                <w:bCs/>
                <w:color w:val="000000"/>
                <w:sz w:val="20"/>
                <w:szCs w:val="20"/>
              </w:rPr>
              <w:t xml:space="preserve">;  </w:t>
            </w:r>
          </w:p>
        </w:tc>
        <w:tc>
          <w:tcPr>
            <w:tcW w:w="1559" w:type="dxa"/>
            <w:tcBorders>
              <w:top w:val="nil"/>
              <w:left w:val="nil"/>
              <w:bottom w:val="single" w:sz="4" w:space="0" w:color="000000"/>
              <w:right w:val="single" w:sz="4" w:space="0" w:color="000000"/>
            </w:tcBorders>
            <w:shd w:val="clear" w:color="EFEFEF" w:fill="EFEFEF"/>
            <w:vAlign w:val="center"/>
            <w:hideMark/>
          </w:tcPr>
          <w:p w14:paraId="64F4937B"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EFEFEF" w:fill="EFEFEF"/>
            <w:vAlign w:val="center"/>
            <w:hideMark/>
          </w:tcPr>
          <w:p w14:paraId="15CAC674"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1134" w:type="dxa"/>
            <w:tcBorders>
              <w:top w:val="nil"/>
              <w:left w:val="nil"/>
              <w:bottom w:val="single" w:sz="4" w:space="0" w:color="000000"/>
              <w:right w:val="nil"/>
            </w:tcBorders>
            <w:shd w:val="clear" w:color="EFEFEF" w:fill="EFEFEF"/>
            <w:vAlign w:val="center"/>
            <w:hideMark/>
          </w:tcPr>
          <w:p w14:paraId="1F2C11C8"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2695" w:type="dxa"/>
            <w:tcBorders>
              <w:top w:val="nil"/>
              <w:left w:val="single" w:sz="8" w:space="0" w:color="000000"/>
              <w:bottom w:val="single" w:sz="4" w:space="0" w:color="000000"/>
              <w:right w:val="nil"/>
            </w:tcBorders>
            <w:shd w:val="clear" w:color="EFEFEF" w:fill="EFEFEF"/>
            <w:vAlign w:val="center"/>
            <w:hideMark/>
          </w:tcPr>
          <w:p w14:paraId="78B2DDA0"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00ED3745" w14:textId="77777777" w:rsidR="00313947" w:rsidRPr="00313947" w:rsidRDefault="00313947" w:rsidP="00313947">
            <w:pPr>
              <w:spacing w:after="0" w:line="240" w:lineRule="auto"/>
              <w:jc w:val="center"/>
              <w:rPr>
                <w:rFonts w:eastAsia="Times New Roman" w:cs="Arial"/>
                <w:b/>
                <w:bCs/>
                <w:color w:val="00B050"/>
                <w:sz w:val="20"/>
                <w:szCs w:val="20"/>
              </w:rPr>
            </w:pPr>
            <w:r w:rsidRPr="00313947">
              <w:rPr>
                <w:rFonts w:eastAsia="Times New Roman" w:cs="Arial"/>
                <w:b/>
                <w:bCs/>
                <w:color w:val="00B050"/>
                <w:sz w:val="20"/>
                <w:szCs w:val="20"/>
              </w:rPr>
              <w:t>#DIV/0!</w:t>
            </w:r>
          </w:p>
        </w:tc>
        <w:tc>
          <w:tcPr>
            <w:tcW w:w="222" w:type="dxa"/>
            <w:vAlign w:val="center"/>
            <w:hideMark/>
          </w:tcPr>
          <w:p w14:paraId="276DF429"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1A99D31A"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6F339AE0"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7.1.</w:t>
            </w:r>
          </w:p>
        </w:tc>
        <w:tc>
          <w:tcPr>
            <w:tcW w:w="1559" w:type="dxa"/>
            <w:tcBorders>
              <w:top w:val="nil"/>
              <w:left w:val="nil"/>
              <w:bottom w:val="single" w:sz="4" w:space="0" w:color="000000"/>
              <w:right w:val="single" w:sz="4" w:space="0" w:color="000000"/>
            </w:tcBorders>
            <w:vAlign w:val="center"/>
            <w:hideMark/>
          </w:tcPr>
          <w:p w14:paraId="29C97C76"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31B882BA"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0E7BD478"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3F92AA3A"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78995A78"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2E30A0E9"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6087D550"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1A4458BA"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7.2.</w:t>
            </w:r>
          </w:p>
        </w:tc>
        <w:tc>
          <w:tcPr>
            <w:tcW w:w="1559" w:type="dxa"/>
            <w:tcBorders>
              <w:top w:val="nil"/>
              <w:left w:val="nil"/>
              <w:bottom w:val="single" w:sz="4" w:space="0" w:color="000000"/>
              <w:right w:val="single" w:sz="4" w:space="0" w:color="000000"/>
            </w:tcBorders>
            <w:vAlign w:val="center"/>
            <w:hideMark/>
          </w:tcPr>
          <w:p w14:paraId="4B0C8799"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3ABAE2FB"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2EA28E54"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2D3AE982"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481CF485"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19DD796C"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3E24445B"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560F36ED"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7.3.</w:t>
            </w:r>
          </w:p>
        </w:tc>
        <w:tc>
          <w:tcPr>
            <w:tcW w:w="1559" w:type="dxa"/>
            <w:tcBorders>
              <w:top w:val="nil"/>
              <w:left w:val="nil"/>
              <w:bottom w:val="single" w:sz="4" w:space="0" w:color="000000"/>
              <w:right w:val="single" w:sz="4" w:space="0" w:color="000000"/>
            </w:tcBorders>
            <w:vAlign w:val="center"/>
            <w:hideMark/>
          </w:tcPr>
          <w:p w14:paraId="20BB0C46"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42D29BAB"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24AAB87A"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4473F37E"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2F50F414"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4FB06BCC"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40F34151" w14:textId="77777777" w:rsidTr="007D7F2E">
        <w:trPr>
          <w:trHeight w:val="528"/>
        </w:trPr>
        <w:tc>
          <w:tcPr>
            <w:tcW w:w="6521" w:type="dxa"/>
            <w:tcBorders>
              <w:top w:val="nil"/>
              <w:left w:val="single" w:sz="4" w:space="0" w:color="000000"/>
              <w:bottom w:val="single" w:sz="4" w:space="0" w:color="000000"/>
              <w:right w:val="single" w:sz="4" w:space="0" w:color="000000"/>
            </w:tcBorders>
            <w:shd w:val="clear" w:color="EFEFEF" w:fill="EFEFEF"/>
            <w:vAlign w:val="center"/>
            <w:hideMark/>
          </w:tcPr>
          <w:p w14:paraId="105F2955" w14:textId="77777777" w:rsidR="00313947" w:rsidRPr="00313947" w:rsidRDefault="00313947" w:rsidP="00313947">
            <w:pPr>
              <w:spacing w:after="0" w:line="240" w:lineRule="auto"/>
              <w:rPr>
                <w:rFonts w:eastAsia="Times New Roman" w:cs="Arial"/>
                <w:b/>
                <w:bCs/>
                <w:color w:val="000000"/>
                <w:sz w:val="20"/>
                <w:szCs w:val="20"/>
              </w:rPr>
            </w:pPr>
            <w:r w:rsidRPr="00313947">
              <w:rPr>
                <w:rFonts w:eastAsia="Times New Roman" w:cs="Arial"/>
                <w:b/>
                <w:bCs/>
                <w:color w:val="000000"/>
                <w:sz w:val="20"/>
                <w:szCs w:val="20"/>
              </w:rPr>
              <w:t xml:space="preserve">8. </w:t>
            </w:r>
            <w:proofErr w:type="spellStart"/>
            <w:r w:rsidRPr="00313947">
              <w:rPr>
                <w:rFonts w:eastAsia="Times New Roman" w:cs="Arial"/>
                <w:b/>
                <w:bCs/>
                <w:color w:val="000000"/>
                <w:sz w:val="20"/>
                <w:szCs w:val="20"/>
              </w:rPr>
              <w:t>Sume</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mici</w:t>
            </w:r>
            <w:proofErr w:type="spellEnd"/>
            <w:r w:rsidRPr="00313947">
              <w:rPr>
                <w:rFonts w:eastAsia="Times New Roman" w:cs="Arial"/>
                <w:b/>
                <w:bCs/>
                <w:color w:val="000000"/>
                <w:sz w:val="20"/>
                <w:szCs w:val="20"/>
              </w:rPr>
              <w:t xml:space="preserve"> care </w:t>
            </w:r>
            <w:proofErr w:type="spellStart"/>
            <w:r w:rsidRPr="00313947">
              <w:rPr>
                <w:rFonts w:eastAsia="Times New Roman" w:cs="Arial"/>
                <w:b/>
                <w:bCs/>
                <w:color w:val="000000"/>
                <w:sz w:val="20"/>
                <w:szCs w:val="20"/>
              </w:rPr>
              <w:t>facilitează</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participarea</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tinerilor</w:t>
            </w:r>
            <w:proofErr w:type="spellEnd"/>
            <w:r w:rsidRPr="00313947">
              <w:rPr>
                <w:rFonts w:eastAsia="Times New Roman" w:cs="Arial"/>
                <w:b/>
                <w:bCs/>
                <w:color w:val="000000"/>
                <w:sz w:val="20"/>
                <w:szCs w:val="20"/>
              </w:rPr>
              <w:t xml:space="preserve">, precum </w:t>
            </w:r>
            <w:proofErr w:type="spellStart"/>
            <w:r w:rsidRPr="00313947">
              <w:rPr>
                <w:rFonts w:eastAsia="Times New Roman" w:cs="Arial"/>
                <w:b/>
                <w:bCs/>
                <w:color w:val="000000"/>
                <w:sz w:val="20"/>
                <w:szCs w:val="20"/>
              </w:rPr>
              <w:t>diurnă</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sau</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carduri</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cadou</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rezonabile</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fără</w:t>
            </w:r>
            <w:proofErr w:type="spellEnd"/>
            <w:r w:rsidRPr="00313947">
              <w:rPr>
                <w:rFonts w:eastAsia="Times New Roman" w:cs="Arial"/>
                <w:b/>
                <w:bCs/>
                <w:color w:val="000000"/>
                <w:sz w:val="20"/>
                <w:szCs w:val="20"/>
              </w:rPr>
              <w:t xml:space="preserve"> ca </w:t>
            </w:r>
            <w:proofErr w:type="spellStart"/>
            <w:r w:rsidRPr="00313947">
              <w:rPr>
                <w:rFonts w:eastAsia="Times New Roman" w:cs="Arial"/>
                <w:b/>
                <w:bCs/>
                <w:color w:val="000000"/>
                <w:sz w:val="20"/>
                <w:szCs w:val="20"/>
              </w:rPr>
              <w:t>acestea</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să</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reprezinte</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majoritatea</w:t>
            </w:r>
            <w:proofErr w:type="spellEnd"/>
            <w:r w:rsidRPr="00313947">
              <w:rPr>
                <w:rFonts w:eastAsia="Times New Roman" w:cs="Arial"/>
                <w:b/>
                <w:bCs/>
                <w:color w:val="000000"/>
                <w:sz w:val="20"/>
                <w:szCs w:val="20"/>
              </w:rPr>
              <w:t xml:space="preserve"> </w:t>
            </w:r>
            <w:proofErr w:type="spellStart"/>
            <w:r w:rsidRPr="00313947">
              <w:rPr>
                <w:rFonts w:eastAsia="Times New Roman" w:cs="Arial"/>
                <w:b/>
                <w:bCs/>
                <w:color w:val="000000"/>
                <w:sz w:val="20"/>
                <w:szCs w:val="20"/>
              </w:rPr>
              <w:t>bugetului</w:t>
            </w:r>
            <w:proofErr w:type="spellEnd"/>
            <w:r w:rsidRPr="00313947">
              <w:rPr>
                <w:rFonts w:eastAsia="Times New Roman" w:cs="Arial"/>
                <w:b/>
                <w:bCs/>
                <w:color w:val="000000"/>
                <w:sz w:val="20"/>
                <w:szCs w:val="20"/>
              </w:rPr>
              <w:t xml:space="preserve">;  </w:t>
            </w:r>
          </w:p>
        </w:tc>
        <w:tc>
          <w:tcPr>
            <w:tcW w:w="1559" w:type="dxa"/>
            <w:tcBorders>
              <w:top w:val="nil"/>
              <w:left w:val="nil"/>
              <w:bottom w:val="single" w:sz="4" w:space="0" w:color="000000"/>
              <w:right w:val="single" w:sz="4" w:space="0" w:color="000000"/>
            </w:tcBorders>
            <w:shd w:val="clear" w:color="EFEFEF" w:fill="EFEFEF"/>
            <w:vAlign w:val="center"/>
            <w:hideMark/>
          </w:tcPr>
          <w:p w14:paraId="2DC1664A"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EFEFEF" w:fill="EFEFEF"/>
            <w:vAlign w:val="center"/>
            <w:hideMark/>
          </w:tcPr>
          <w:p w14:paraId="6F7DF880"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1134" w:type="dxa"/>
            <w:tcBorders>
              <w:top w:val="nil"/>
              <w:left w:val="nil"/>
              <w:bottom w:val="single" w:sz="4" w:space="0" w:color="000000"/>
              <w:right w:val="nil"/>
            </w:tcBorders>
            <w:shd w:val="clear" w:color="EFEFEF" w:fill="EFEFEF"/>
            <w:vAlign w:val="center"/>
            <w:hideMark/>
          </w:tcPr>
          <w:p w14:paraId="4EB33B9D"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2695" w:type="dxa"/>
            <w:tcBorders>
              <w:top w:val="nil"/>
              <w:left w:val="single" w:sz="8" w:space="0" w:color="000000"/>
              <w:bottom w:val="single" w:sz="4" w:space="0" w:color="000000"/>
              <w:right w:val="single" w:sz="8" w:space="0" w:color="000000"/>
            </w:tcBorders>
            <w:shd w:val="clear" w:color="EFEFEF" w:fill="EFEFEF"/>
            <w:vAlign w:val="center"/>
            <w:hideMark/>
          </w:tcPr>
          <w:p w14:paraId="4D02CC47"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7F639C40"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2B6E4900"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21E42572"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4F1DA2BB"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8.1.</w:t>
            </w:r>
          </w:p>
        </w:tc>
        <w:tc>
          <w:tcPr>
            <w:tcW w:w="1559" w:type="dxa"/>
            <w:tcBorders>
              <w:top w:val="nil"/>
              <w:left w:val="nil"/>
              <w:bottom w:val="single" w:sz="4" w:space="0" w:color="000000"/>
              <w:right w:val="single" w:sz="4" w:space="0" w:color="000000"/>
            </w:tcBorders>
            <w:vAlign w:val="center"/>
            <w:hideMark/>
          </w:tcPr>
          <w:p w14:paraId="3EF8C5C3" w14:textId="77777777" w:rsidR="00313947" w:rsidRPr="00313947" w:rsidRDefault="00313947" w:rsidP="00313947">
            <w:pPr>
              <w:spacing w:after="0" w:line="240" w:lineRule="auto"/>
              <w:jc w:val="center"/>
              <w:rPr>
                <w:rFonts w:eastAsia="Times New Roman" w:cs="Arial"/>
                <w:i/>
                <w:iCs/>
                <w:color w:val="000000"/>
                <w:sz w:val="20"/>
                <w:szCs w:val="20"/>
              </w:rPr>
            </w:pPr>
            <w:r w:rsidRPr="00313947">
              <w:rPr>
                <w:rFonts w:eastAsia="Times New Roman" w:cs="Arial"/>
                <w:i/>
                <w:iCs/>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68C79DE8"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4D01C5D7"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580FACE9"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6C693E62"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1C8B2A58"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140CD153"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487D5816"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8.2.</w:t>
            </w:r>
          </w:p>
        </w:tc>
        <w:tc>
          <w:tcPr>
            <w:tcW w:w="1559" w:type="dxa"/>
            <w:tcBorders>
              <w:top w:val="nil"/>
              <w:left w:val="nil"/>
              <w:bottom w:val="single" w:sz="4" w:space="0" w:color="000000"/>
              <w:right w:val="single" w:sz="4" w:space="0" w:color="000000"/>
            </w:tcBorders>
            <w:vAlign w:val="center"/>
            <w:hideMark/>
          </w:tcPr>
          <w:p w14:paraId="0BA91D63" w14:textId="77777777" w:rsidR="00313947" w:rsidRPr="00313947" w:rsidRDefault="00313947" w:rsidP="00313947">
            <w:pPr>
              <w:spacing w:after="0" w:line="240" w:lineRule="auto"/>
              <w:jc w:val="center"/>
              <w:rPr>
                <w:rFonts w:eastAsia="Times New Roman" w:cs="Arial"/>
                <w:i/>
                <w:iCs/>
                <w:color w:val="000000"/>
                <w:sz w:val="20"/>
                <w:szCs w:val="20"/>
              </w:rPr>
            </w:pPr>
            <w:r w:rsidRPr="00313947">
              <w:rPr>
                <w:rFonts w:eastAsia="Times New Roman" w:cs="Arial"/>
                <w:i/>
                <w:iCs/>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71D906D3"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2DE7BEC5"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2E8E579F"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25C43040"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727BD7A5"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48F7CC39"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4AC724B5"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8.3.</w:t>
            </w:r>
          </w:p>
        </w:tc>
        <w:tc>
          <w:tcPr>
            <w:tcW w:w="1559" w:type="dxa"/>
            <w:tcBorders>
              <w:top w:val="nil"/>
              <w:left w:val="nil"/>
              <w:bottom w:val="single" w:sz="4" w:space="0" w:color="000000"/>
              <w:right w:val="single" w:sz="4" w:space="0" w:color="000000"/>
            </w:tcBorders>
            <w:vAlign w:val="center"/>
            <w:hideMark/>
          </w:tcPr>
          <w:p w14:paraId="54D81F80" w14:textId="77777777" w:rsidR="00313947" w:rsidRPr="00313947" w:rsidRDefault="00313947" w:rsidP="00313947">
            <w:pPr>
              <w:spacing w:after="0" w:line="240" w:lineRule="auto"/>
              <w:jc w:val="center"/>
              <w:rPr>
                <w:rFonts w:eastAsia="Times New Roman" w:cs="Arial"/>
                <w:i/>
                <w:iCs/>
                <w:color w:val="000000"/>
                <w:sz w:val="20"/>
                <w:szCs w:val="20"/>
              </w:rPr>
            </w:pPr>
            <w:r w:rsidRPr="00313947">
              <w:rPr>
                <w:rFonts w:eastAsia="Times New Roman" w:cs="Arial"/>
                <w:i/>
                <w:iCs/>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023D52FC"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05A54D17"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318B2009"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4158B7FA"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0396BDB0"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443D1A6E" w14:textId="77777777" w:rsidTr="007D7F2E">
        <w:trPr>
          <w:trHeight w:val="528"/>
        </w:trPr>
        <w:tc>
          <w:tcPr>
            <w:tcW w:w="6521" w:type="dxa"/>
            <w:tcBorders>
              <w:top w:val="nil"/>
              <w:left w:val="single" w:sz="4" w:space="0" w:color="000000"/>
              <w:bottom w:val="single" w:sz="4" w:space="0" w:color="000000"/>
              <w:right w:val="single" w:sz="4" w:space="0" w:color="000000"/>
            </w:tcBorders>
            <w:shd w:val="clear" w:color="EFEFEF" w:fill="EFEFEF"/>
            <w:vAlign w:val="center"/>
            <w:hideMark/>
          </w:tcPr>
          <w:p w14:paraId="656284E4" w14:textId="77777777" w:rsidR="00313947" w:rsidRPr="00313947" w:rsidRDefault="00313947" w:rsidP="00313947">
            <w:pPr>
              <w:spacing w:after="0" w:line="240" w:lineRule="auto"/>
              <w:rPr>
                <w:rFonts w:eastAsia="Times New Roman" w:cs="Arial"/>
                <w:b/>
                <w:bCs/>
                <w:color w:val="000000"/>
                <w:sz w:val="20"/>
                <w:szCs w:val="20"/>
                <w:lang w:val="fr-FR"/>
              </w:rPr>
            </w:pPr>
            <w:r w:rsidRPr="00313947">
              <w:rPr>
                <w:rFonts w:eastAsia="Times New Roman" w:cs="Arial"/>
                <w:b/>
                <w:bCs/>
                <w:color w:val="000000"/>
                <w:sz w:val="20"/>
                <w:szCs w:val="20"/>
                <w:lang w:val="fr-FR"/>
              </w:rPr>
              <w:t xml:space="preserve">9. </w:t>
            </w:r>
            <w:proofErr w:type="spellStart"/>
            <w:r w:rsidRPr="00313947">
              <w:rPr>
                <w:rFonts w:eastAsia="Times New Roman" w:cs="Arial"/>
                <w:b/>
                <w:bCs/>
                <w:color w:val="000000"/>
                <w:sz w:val="20"/>
                <w:szCs w:val="20"/>
                <w:lang w:val="fr-FR"/>
              </w:rPr>
              <w:t>Investiții</w:t>
            </w:r>
            <w:proofErr w:type="spellEnd"/>
            <w:r w:rsidRPr="00313947">
              <w:rPr>
                <w:rFonts w:eastAsia="Times New Roman" w:cs="Arial"/>
                <w:b/>
                <w:bCs/>
                <w:color w:val="000000"/>
                <w:sz w:val="20"/>
                <w:szCs w:val="20"/>
                <w:lang w:val="fr-FR"/>
              </w:rPr>
              <w:t xml:space="preserve"> </w:t>
            </w:r>
            <w:proofErr w:type="spellStart"/>
            <w:r w:rsidRPr="00313947">
              <w:rPr>
                <w:rFonts w:eastAsia="Times New Roman" w:cs="Arial"/>
                <w:b/>
                <w:bCs/>
                <w:color w:val="000000"/>
                <w:sz w:val="20"/>
                <w:szCs w:val="20"/>
                <w:lang w:val="fr-FR"/>
              </w:rPr>
              <w:t>în</w:t>
            </w:r>
            <w:proofErr w:type="spellEnd"/>
            <w:r w:rsidRPr="00313947">
              <w:rPr>
                <w:rFonts w:eastAsia="Times New Roman" w:cs="Arial"/>
                <w:b/>
                <w:bCs/>
                <w:color w:val="000000"/>
                <w:sz w:val="20"/>
                <w:szCs w:val="20"/>
                <w:lang w:val="fr-FR"/>
              </w:rPr>
              <w:t xml:space="preserve"> </w:t>
            </w:r>
            <w:proofErr w:type="spellStart"/>
            <w:r w:rsidRPr="00313947">
              <w:rPr>
                <w:rFonts w:eastAsia="Times New Roman" w:cs="Arial"/>
                <w:b/>
                <w:bCs/>
                <w:color w:val="000000"/>
                <w:sz w:val="20"/>
                <w:szCs w:val="20"/>
                <w:lang w:val="fr-FR"/>
              </w:rPr>
              <w:t>infrastructură</w:t>
            </w:r>
            <w:proofErr w:type="spellEnd"/>
            <w:r w:rsidRPr="00313947">
              <w:rPr>
                <w:rFonts w:eastAsia="Times New Roman" w:cs="Arial"/>
                <w:b/>
                <w:bCs/>
                <w:color w:val="000000"/>
                <w:sz w:val="20"/>
                <w:szCs w:val="20"/>
                <w:lang w:val="fr-FR"/>
              </w:rPr>
              <w:t xml:space="preserve"> </w:t>
            </w:r>
            <w:proofErr w:type="spellStart"/>
            <w:r w:rsidRPr="00313947">
              <w:rPr>
                <w:rFonts w:eastAsia="Times New Roman" w:cs="Arial"/>
                <w:b/>
                <w:bCs/>
                <w:color w:val="000000"/>
                <w:sz w:val="20"/>
                <w:szCs w:val="20"/>
                <w:lang w:val="fr-FR"/>
              </w:rPr>
              <w:t>și</w:t>
            </w:r>
            <w:proofErr w:type="spellEnd"/>
            <w:r w:rsidRPr="00313947">
              <w:rPr>
                <w:rFonts w:eastAsia="Times New Roman" w:cs="Arial"/>
                <w:b/>
                <w:bCs/>
                <w:color w:val="000000"/>
                <w:sz w:val="20"/>
                <w:szCs w:val="20"/>
                <w:lang w:val="fr-FR"/>
              </w:rPr>
              <w:t xml:space="preserve"> </w:t>
            </w:r>
            <w:proofErr w:type="spellStart"/>
            <w:r w:rsidRPr="00313947">
              <w:rPr>
                <w:rFonts w:eastAsia="Times New Roman" w:cs="Arial"/>
                <w:b/>
                <w:bCs/>
                <w:color w:val="000000"/>
                <w:sz w:val="20"/>
                <w:szCs w:val="20"/>
                <w:lang w:val="fr-FR"/>
              </w:rPr>
              <w:t>echipamente</w:t>
            </w:r>
            <w:proofErr w:type="spellEnd"/>
            <w:r w:rsidRPr="00313947">
              <w:rPr>
                <w:rFonts w:eastAsia="Times New Roman" w:cs="Arial"/>
                <w:b/>
                <w:bCs/>
                <w:color w:val="000000"/>
                <w:sz w:val="20"/>
                <w:szCs w:val="20"/>
                <w:lang w:val="fr-FR"/>
              </w:rPr>
              <w:t xml:space="preserve"> </w:t>
            </w:r>
            <w:proofErr w:type="spellStart"/>
            <w:r w:rsidRPr="00313947">
              <w:rPr>
                <w:rFonts w:eastAsia="Times New Roman" w:cs="Arial"/>
                <w:b/>
                <w:bCs/>
                <w:color w:val="000000"/>
                <w:sz w:val="20"/>
                <w:szCs w:val="20"/>
                <w:lang w:val="fr-FR"/>
              </w:rPr>
              <w:t>numai</w:t>
            </w:r>
            <w:proofErr w:type="spellEnd"/>
            <w:r w:rsidRPr="00313947">
              <w:rPr>
                <w:rFonts w:eastAsia="Times New Roman" w:cs="Arial"/>
                <w:b/>
                <w:bCs/>
                <w:color w:val="000000"/>
                <w:sz w:val="20"/>
                <w:szCs w:val="20"/>
                <w:lang w:val="fr-FR"/>
              </w:rPr>
              <w:t xml:space="preserve"> </w:t>
            </w:r>
            <w:proofErr w:type="spellStart"/>
            <w:r w:rsidRPr="00313947">
              <w:rPr>
                <w:rFonts w:eastAsia="Times New Roman" w:cs="Arial"/>
                <w:b/>
                <w:bCs/>
                <w:color w:val="000000"/>
                <w:sz w:val="20"/>
                <w:szCs w:val="20"/>
                <w:lang w:val="fr-FR"/>
              </w:rPr>
              <w:t>dacă</w:t>
            </w:r>
            <w:proofErr w:type="spellEnd"/>
            <w:r w:rsidRPr="00313947">
              <w:rPr>
                <w:rFonts w:eastAsia="Times New Roman" w:cs="Arial"/>
                <w:b/>
                <w:bCs/>
                <w:color w:val="000000"/>
                <w:sz w:val="20"/>
                <w:szCs w:val="20"/>
                <w:lang w:val="fr-FR"/>
              </w:rPr>
              <w:t xml:space="preserve"> </w:t>
            </w:r>
            <w:proofErr w:type="spellStart"/>
            <w:r w:rsidRPr="00313947">
              <w:rPr>
                <w:rFonts w:eastAsia="Times New Roman" w:cs="Arial"/>
                <w:b/>
                <w:bCs/>
                <w:color w:val="000000"/>
                <w:sz w:val="20"/>
                <w:szCs w:val="20"/>
                <w:lang w:val="fr-FR"/>
              </w:rPr>
              <w:t>sunt</w:t>
            </w:r>
            <w:proofErr w:type="spellEnd"/>
            <w:r w:rsidRPr="00313947">
              <w:rPr>
                <w:rFonts w:eastAsia="Times New Roman" w:cs="Arial"/>
                <w:b/>
                <w:bCs/>
                <w:color w:val="000000"/>
                <w:sz w:val="20"/>
                <w:szCs w:val="20"/>
                <w:lang w:val="fr-FR"/>
              </w:rPr>
              <w:t xml:space="preserve"> </w:t>
            </w:r>
            <w:proofErr w:type="spellStart"/>
            <w:r w:rsidRPr="00313947">
              <w:rPr>
                <w:rFonts w:eastAsia="Times New Roman" w:cs="Arial"/>
                <w:b/>
                <w:bCs/>
                <w:color w:val="000000"/>
                <w:sz w:val="20"/>
                <w:szCs w:val="20"/>
                <w:lang w:val="fr-FR"/>
              </w:rPr>
              <w:t>esențiale</w:t>
            </w:r>
            <w:proofErr w:type="spellEnd"/>
            <w:r w:rsidRPr="00313947">
              <w:rPr>
                <w:rFonts w:eastAsia="Times New Roman" w:cs="Arial"/>
                <w:b/>
                <w:bCs/>
                <w:color w:val="000000"/>
                <w:sz w:val="20"/>
                <w:szCs w:val="20"/>
                <w:lang w:val="fr-FR"/>
              </w:rPr>
              <w:t xml:space="preserve"> </w:t>
            </w:r>
            <w:proofErr w:type="spellStart"/>
            <w:r w:rsidRPr="00313947">
              <w:rPr>
                <w:rFonts w:eastAsia="Times New Roman" w:cs="Arial"/>
                <w:b/>
                <w:bCs/>
                <w:color w:val="000000"/>
                <w:sz w:val="20"/>
                <w:szCs w:val="20"/>
                <w:lang w:val="fr-FR"/>
              </w:rPr>
              <w:t>pentru</w:t>
            </w:r>
            <w:proofErr w:type="spellEnd"/>
            <w:r w:rsidRPr="00313947">
              <w:rPr>
                <w:rFonts w:eastAsia="Times New Roman" w:cs="Arial"/>
                <w:b/>
                <w:bCs/>
                <w:color w:val="000000"/>
                <w:sz w:val="20"/>
                <w:szCs w:val="20"/>
                <w:lang w:val="fr-FR"/>
              </w:rPr>
              <w:t xml:space="preserve"> </w:t>
            </w:r>
            <w:proofErr w:type="spellStart"/>
            <w:r w:rsidRPr="00313947">
              <w:rPr>
                <w:rFonts w:eastAsia="Times New Roman" w:cs="Arial"/>
                <w:b/>
                <w:bCs/>
                <w:color w:val="000000"/>
                <w:sz w:val="20"/>
                <w:szCs w:val="20"/>
                <w:lang w:val="fr-FR"/>
              </w:rPr>
              <w:t>proiect</w:t>
            </w:r>
            <w:proofErr w:type="spellEnd"/>
            <w:r w:rsidRPr="00313947">
              <w:rPr>
                <w:rFonts w:eastAsia="Times New Roman" w:cs="Arial"/>
                <w:b/>
                <w:bCs/>
                <w:color w:val="000000"/>
                <w:sz w:val="20"/>
                <w:szCs w:val="20"/>
                <w:lang w:val="fr-FR"/>
              </w:rPr>
              <w:t xml:space="preserve">, </w:t>
            </w:r>
            <w:proofErr w:type="spellStart"/>
            <w:r w:rsidRPr="00313947">
              <w:rPr>
                <w:rFonts w:eastAsia="Times New Roman" w:cs="Arial"/>
                <w:b/>
                <w:bCs/>
                <w:color w:val="000000"/>
                <w:sz w:val="20"/>
                <w:szCs w:val="20"/>
                <w:lang w:val="fr-FR"/>
              </w:rPr>
              <w:t>propuse</w:t>
            </w:r>
            <w:proofErr w:type="spellEnd"/>
            <w:r w:rsidRPr="00313947">
              <w:rPr>
                <w:rFonts w:eastAsia="Times New Roman" w:cs="Arial"/>
                <w:b/>
                <w:bCs/>
                <w:color w:val="000000"/>
                <w:sz w:val="20"/>
                <w:szCs w:val="20"/>
                <w:lang w:val="fr-FR"/>
              </w:rPr>
              <w:t xml:space="preserve"> de </w:t>
            </w:r>
            <w:proofErr w:type="spellStart"/>
            <w:r w:rsidRPr="00313947">
              <w:rPr>
                <w:rFonts w:eastAsia="Times New Roman" w:cs="Arial"/>
                <w:b/>
                <w:bCs/>
                <w:color w:val="000000"/>
                <w:sz w:val="20"/>
                <w:szCs w:val="20"/>
                <w:lang w:val="fr-FR"/>
              </w:rPr>
              <w:t>tineri</w:t>
            </w:r>
            <w:proofErr w:type="spellEnd"/>
            <w:r w:rsidRPr="00313947">
              <w:rPr>
                <w:rFonts w:eastAsia="Times New Roman" w:cs="Arial"/>
                <w:b/>
                <w:bCs/>
                <w:color w:val="000000"/>
                <w:sz w:val="20"/>
                <w:szCs w:val="20"/>
                <w:lang w:val="fr-FR"/>
              </w:rPr>
              <w:t xml:space="preserve"> și nu </w:t>
            </w:r>
            <w:proofErr w:type="spellStart"/>
            <w:r w:rsidRPr="00313947">
              <w:rPr>
                <w:rFonts w:eastAsia="Times New Roman" w:cs="Arial"/>
                <w:b/>
                <w:bCs/>
                <w:color w:val="000000"/>
                <w:sz w:val="20"/>
                <w:szCs w:val="20"/>
                <w:lang w:val="fr-FR"/>
              </w:rPr>
              <w:t>depășesc</w:t>
            </w:r>
            <w:proofErr w:type="spellEnd"/>
            <w:r w:rsidRPr="00313947">
              <w:rPr>
                <w:rFonts w:eastAsia="Times New Roman" w:cs="Arial"/>
                <w:b/>
                <w:bCs/>
                <w:color w:val="000000"/>
                <w:sz w:val="20"/>
                <w:szCs w:val="20"/>
                <w:lang w:val="fr-FR"/>
              </w:rPr>
              <w:t xml:space="preserve"> 50% </w:t>
            </w:r>
            <w:proofErr w:type="spellStart"/>
            <w:r w:rsidRPr="00313947">
              <w:rPr>
                <w:rFonts w:eastAsia="Times New Roman" w:cs="Arial"/>
                <w:b/>
                <w:bCs/>
                <w:color w:val="000000"/>
                <w:sz w:val="20"/>
                <w:szCs w:val="20"/>
                <w:lang w:val="fr-FR"/>
              </w:rPr>
              <w:t>din</w:t>
            </w:r>
            <w:proofErr w:type="spellEnd"/>
            <w:r w:rsidRPr="00313947">
              <w:rPr>
                <w:rFonts w:eastAsia="Times New Roman" w:cs="Arial"/>
                <w:b/>
                <w:bCs/>
                <w:color w:val="000000"/>
                <w:sz w:val="20"/>
                <w:szCs w:val="20"/>
                <w:lang w:val="fr-FR"/>
              </w:rPr>
              <w:t xml:space="preserve"> </w:t>
            </w:r>
            <w:proofErr w:type="spellStart"/>
            <w:r w:rsidRPr="00313947">
              <w:rPr>
                <w:rFonts w:eastAsia="Times New Roman" w:cs="Arial"/>
                <w:b/>
                <w:bCs/>
                <w:color w:val="000000"/>
                <w:sz w:val="20"/>
                <w:szCs w:val="20"/>
                <w:lang w:val="fr-FR"/>
              </w:rPr>
              <w:t>bugetul</w:t>
            </w:r>
            <w:proofErr w:type="spellEnd"/>
            <w:r w:rsidRPr="00313947">
              <w:rPr>
                <w:rFonts w:eastAsia="Times New Roman" w:cs="Arial"/>
                <w:b/>
                <w:bCs/>
                <w:color w:val="000000"/>
                <w:sz w:val="20"/>
                <w:szCs w:val="20"/>
                <w:lang w:val="fr-FR"/>
              </w:rPr>
              <w:t xml:space="preserve"> </w:t>
            </w:r>
            <w:proofErr w:type="spellStart"/>
            <w:r w:rsidRPr="00313947">
              <w:rPr>
                <w:rFonts w:eastAsia="Times New Roman" w:cs="Arial"/>
                <w:b/>
                <w:bCs/>
                <w:color w:val="000000"/>
                <w:sz w:val="20"/>
                <w:szCs w:val="20"/>
                <w:lang w:val="fr-FR"/>
              </w:rPr>
              <w:t>micrograntului</w:t>
            </w:r>
            <w:proofErr w:type="spellEnd"/>
            <w:r w:rsidRPr="00313947">
              <w:rPr>
                <w:rFonts w:eastAsia="Times New Roman" w:cs="Arial"/>
                <w:b/>
                <w:bCs/>
                <w:color w:val="000000"/>
                <w:sz w:val="20"/>
                <w:szCs w:val="20"/>
                <w:lang w:val="fr-FR"/>
              </w:rPr>
              <w:t xml:space="preserve">. </w:t>
            </w:r>
          </w:p>
        </w:tc>
        <w:tc>
          <w:tcPr>
            <w:tcW w:w="1559" w:type="dxa"/>
            <w:tcBorders>
              <w:top w:val="nil"/>
              <w:left w:val="nil"/>
              <w:bottom w:val="single" w:sz="4" w:space="0" w:color="000000"/>
              <w:right w:val="single" w:sz="4" w:space="0" w:color="000000"/>
            </w:tcBorders>
            <w:shd w:val="clear" w:color="EFEFEF" w:fill="EFEFEF"/>
            <w:vAlign w:val="center"/>
            <w:hideMark/>
          </w:tcPr>
          <w:p w14:paraId="0F910509" w14:textId="77777777" w:rsidR="00313947" w:rsidRPr="00313947" w:rsidRDefault="00313947" w:rsidP="00313947">
            <w:pPr>
              <w:spacing w:after="0" w:line="240" w:lineRule="auto"/>
              <w:jc w:val="center"/>
              <w:rPr>
                <w:rFonts w:eastAsia="Times New Roman" w:cs="Arial"/>
                <w:color w:val="000000"/>
                <w:sz w:val="20"/>
                <w:szCs w:val="20"/>
                <w:lang w:val="fr-FR"/>
              </w:rPr>
            </w:pPr>
            <w:r w:rsidRPr="00313947">
              <w:rPr>
                <w:rFonts w:eastAsia="Times New Roman" w:cs="Arial"/>
                <w:color w:val="000000"/>
                <w:sz w:val="20"/>
                <w:szCs w:val="20"/>
                <w:lang w:val="fr-FR"/>
              </w:rPr>
              <w:t> </w:t>
            </w:r>
          </w:p>
        </w:tc>
        <w:tc>
          <w:tcPr>
            <w:tcW w:w="913" w:type="dxa"/>
            <w:tcBorders>
              <w:top w:val="nil"/>
              <w:left w:val="nil"/>
              <w:bottom w:val="single" w:sz="4" w:space="0" w:color="000000"/>
              <w:right w:val="single" w:sz="4" w:space="0" w:color="000000"/>
            </w:tcBorders>
            <w:shd w:val="clear" w:color="EFEFEF" w:fill="EFEFEF"/>
            <w:vAlign w:val="center"/>
            <w:hideMark/>
          </w:tcPr>
          <w:p w14:paraId="497AD474" w14:textId="77777777" w:rsidR="00313947" w:rsidRPr="00313947" w:rsidRDefault="00313947" w:rsidP="00313947">
            <w:pPr>
              <w:spacing w:after="0" w:line="240" w:lineRule="auto"/>
              <w:jc w:val="center"/>
              <w:rPr>
                <w:rFonts w:eastAsia="Times New Roman" w:cs="Arial"/>
                <w:color w:val="000000"/>
                <w:sz w:val="20"/>
                <w:szCs w:val="20"/>
                <w:lang w:val="fr-FR"/>
              </w:rPr>
            </w:pPr>
            <w:r w:rsidRPr="00313947">
              <w:rPr>
                <w:rFonts w:eastAsia="Times New Roman" w:cs="Arial"/>
                <w:color w:val="000000"/>
                <w:sz w:val="20"/>
                <w:szCs w:val="20"/>
                <w:lang w:val="fr-FR"/>
              </w:rPr>
              <w:t> </w:t>
            </w:r>
          </w:p>
        </w:tc>
        <w:tc>
          <w:tcPr>
            <w:tcW w:w="1134" w:type="dxa"/>
            <w:tcBorders>
              <w:top w:val="nil"/>
              <w:left w:val="nil"/>
              <w:bottom w:val="single" w:sz="4" w:space="0" w:color="000000"/>
              <w:right w:val="nil"/>
            </w:tcBorders>
            <w:shd w:val="clear" w:color="EFEFEF" w:fill="EFEFEF"/>
            <w:vAlign w:val="center"/>
            <w:hideMark/>
          </w:tcPr>
          <w:p w14:paraId="08354A19" w14:textId="77777777" w:rsidR="00313947" w:rsidRPr="00313947" w:rsidRDefault="00313947" w:rsidP="00313947">
            <w:pPr>
              <w:spacing w:after="0" w:line="240" w:lineRule="auto"/>
              <w:jc w:val="center"/>
              <w:rPr>
                <w:rFonts w:eastAsia="Times New Roman" w:cs="Arial"/>
                <w:color w:val="000000"/>
                <w:sz w:val="20"/>
                <w:szCs w:val="20"/>
                <w:lang w:val="fr-FR"/>
              </w:rPr>
            </w:pPr>
            <w:r w:rsidRPr="00313947">
              <w:rPr>
                <w:rFonts w:eastAsia="Times New Roman" w:cs="Arial"/>
                <w:color w:val="000000"/>
                <w:sz w:val="20"/>
                <w:szCs w:val="20"/>
                <w:lang w:val="fr-FR"/>
              </w:rPr>
              <w:t> </w:t>
            </w:r>
          </w:p>
        </w:tc>
        <w:tc>
          <w:tcPr>
            <w:tcW w:w="2695" w:type="dxa"/>
            <w:tcBorders>
              <w:top w:val="nil"/>
              <w:left w:val="single" w:sz="8" w:space="0" w:color="000000"/>
              <w:bottom w:val="single" w:sz="4" w:space="0" w:color="000000"/>
              <w:right w:val="nil"/>
            </w:tcBorders>
            <w:shd w:val="clear" w:color="EFEFEF" w:fill="EFEFEF"/>
            <w:vAlign w:val="center"/>
            <w:hideMark/>
          </w:tcPr>
          <w:p w14:paraId="7F686065"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6246EF30" w14:textId="77777777" w:rsidR="00313947" w:rsidRPr="00313947" w:rsidRDefault="00313947" w:rsidP="00313947">
            <w:pPr>
              <w:spacing w:after="0" w:line="240" w:lineRule="auto"/>
              <w:jc w:val="center"/>
              <w:rPr>
                <w:rFonts w:eastAsia="Times New Roman" w:cs="Arial"/>
                <w:b/>
                <w:bCs/>
                <w:color w:val="00B050"/>
                <w:sz w:val="20"/>
                <w:szCs w:val="20"/>
              </w:rPr>
            </w:pPr>
            <w:r w:rsidRPr="00313947">
              <w:rPr>
                <w:rFonts w:eastAsia="Times New Roman" w:cs="Arial"/>
                <w:b/>
                <w:bCs/>
                <w:color w:val="00B050"/>
                <w:sz w:val="20"/>
                <w:szCs w:val="20"/>
              </w:rPr>
              <w:t>#DIV/0!</w:t>
            </w:r>
          </w:p>
        </w:tc>
        <w:tc>
          <w:tcPr>
            <w:tcW w:w="222" w:type="dxa"/>
            <w:vAlign w:val="center"/>
            <w:hideMark/>
          </w:tcPr>
          <w:p w14:paraId="5652DEE0"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3C2CE172"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772BCCBE"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9.1.</w:t>
            </w:r>
          </w:p>
        </w:tc>
        <w:tc>
          <w:tcPr>
            <w:tcW w:w="1559" w:type="dxa"/>
            <w:tcBorders>
              <w:top w:val="nil"/>
              <w:left w:val="nil"/>
              <w:bottom w:val="single" w:sz="4" w:space="0" w:color="000000"/>
              <w:right w:val="single" w:sz="4" w:space="0" w:color="000000"/>
            </w:tcBorders>
            <w:vAlign w:val="center"/>
            <w:hideMark/>
          </w:tcPr>
          <w:p w14:paraId="665A8C9B"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3AD1129E"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01C3F7FE"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560D6E6A"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5C51B99E"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464ABC76"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2552DC0A"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20D19F71"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9.2.</w:t>
            </w:r>
          </w:p>
        </w:tc>
        <w:tc>
          <w:tcPr>
            <w:tcW w:w="1559" w:type="dxa"/>
            <w:tcBorders>
              <w:top w:val="nil"/>
              <w:left w:val="nil"/>
              <w:bottom w:val="single" w:sz="4" w:space="0" w:color="000000"/>
              <w:right w:val="single" w:sz="4" w:space="0" w:color="000000"/>
            </w:tcBorders>
            <w:vAlign w:val="center"/>
            <w:hideMark/>
          </w:tcPr>
          <w:p w14:paraId="24DE8167"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07170D9C"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1A71CE33"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1B003AAB"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72D7782D"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4F2A502E"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1122799E" w14:textId="77777777" w:rsidTr="007D7F2E">
        <w:trPr>
          <w:trHeight w:val="276"/>
        </w:trPr>
        <w:tc>
          <w:tcPr>
            <w:tcW w:w="6521" w:type="dxa"/>
            <w:tcBorders>
              <w:top w:val="nil"/>
              <w:left w:val="single" w:sz="4" w:space="0" w:color="000000"/>
              <w:bottom w:val="single" w:sz="4" w:space="0" w:color="000000"/>
              <w:right w:val="single" w:sz="4" w:space="0" w:color="000000"/>
            </w:tcBorders>
            <w:vAlign w:val="center"/>
            <w:hideMark/>
          </w:tcPr>
          <w:p w14:paraId="76D0319D"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9.3.</w:t>
            </w:r>
          </w:p>
        </w:tc>
        <w:tc>
          <w:tcPr>
            <w:tcW w:w="1559" w:type="dxa"/>
            <w:tcBorders>
              <w:top w:val="nil"/>
              <w:left w:val="nil"/>
              <w:bottom w:val="single" w:sz="4" w:space="0" w:color="000000"/>
              <w:right w:val="single" w:sz="4" w:space="0" w:color="000000"/>
            </w:tcBorders>
            <w:vAlign w:val="center"/>
            <w:hideMark/>
          </w:tcPr>
          <w:p w14:paraId="2C0C46E7"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913" w:type="dxa"/>
            <w:tcBorders>
              <w:top w:val="nil"/>
              <w:left w:val="nil"/>
              <w:bottom w:val="single" w:sz="4" w:space="0" w:color="000000"/>
              <w:right w:val="single" w:sz="4" w:space="0" w:color="000000"/>
            </w:tcBorders>
            <w:shd w:val="clear" w:color="FFF2CC" w:fill="E2EFDA"/>
            <w:vAlign w:val="center"/>
            <w:hideMark/>
          </w:tcPr>
          <w:p w14:paraId="6E08D0ED"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w:t>
            </w:r>
          </w:p>
        </w:tc>
        <w:tc>
          <w:tcPr>
            <w:tcW w:w="1134" w:type="dxa"/>
            <w:tcBorders>
              <w:top w:val="nil"/>
              <w:left w:val="nil"/>
              <w:bottom w:val="single" w:sz="4" w:space="0" w:color="000000"/>
              <w:right w:val="nil"/>
            </w:tcBorders>
            <w:shd w:val="clear" w:color="FFF2CC" w:fill="E2EFDA"/>
            <w:vAlign w:val="center"/>
            <w:hideMark/>
          </w:tcPr>
          <w:p w14:paraId="6343F919"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2695" w:type="dxa"/>
            <w:tcBorders>
              <w:top w:val="nil"/>
              <w:left w:val="single" w:sz="8" w:space="0" w:color="000000"/>
              <w:bottom w:val="single" w:sz="4" w:space="0" w:color="000000"/>
              <w:right w:val="single" w:sz="8" w:space="0" w:color="000000"/>
            </w:tcBorders>
            <w:vAlign w:val="center"/>
            <w:hideMark/>
          </w:tcPr>
          <w:p w14:paraId="41B82E97"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0,00</w:t>
            </w:r>
          </w:p>
        </w:tc>
        <w:tc>
          <w:tcPr>
            <w:tcW w:w="1219" w:type="dxa"/>
            <w:tcBorders>
              <w:top w:val="nil"/>
              <w:left w:val="nil"/>
              <w:bottom w:val="nil"/>
              <w:right w:val="nil"/>
            </w:tcBorders>
            <w:vAlign w:val="center"/>
            <w:hideMark/>
          </w:tcPr>
          <w:p w14:paraId="51E03005"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209F0F81"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177E9E9B" w14:textId="77777777" w:rsidTr="007D7F2E">
        <w:trPr>
          <w:trHeight w:val="276"/>
        </w:trPr>
        <w:tc>
          <w:tcPr>
            <w:tcW w:w="6521" w:type="dxa"/>
            <w:tcBorders>
              <w:top w:val="nil"/>
              <w:left w:val="single" w:sz="4" w:space="0" w:color="000000"/>
              <w:bottom w:val="single" w:sz="4" w:space="0" w:color="000000"/>
              <w:right w:val="single" w:sz="4" w:space="0" w:color="000000"/>
            </w:tcBorders>
            <w:shd w:val="clear" w:color="CCCCCC" w:fill="CCCCCC"/>
            <w:vAlign w:val="center"/>
            <w:hideMark/>
          </w:tcPr>
          <w:p w14:paraId="72A06D40" w14:textId="77777777" w:rsidR="00313947" w:rsidRPr="00313947" w:rsidRDefault="00313947" w:rsidP="00313947">
            <w:pPr>
              <w:spacing w:after="0" w:line="240" w:lineRule="auto"/>
              <w:jc w:val="right"/>
              <w:rPr>
                <w:rFonts w:eastAsia="Times New Roman" w:cs="Arial"/>
                <w:b/>
                <w:bCs/>
                <w:color w:val="000000"/>
                <w:sz w:val="22"/>
              </w:rPr>
            </w:pPr>
            <w:r w:rsidRPr="00313947">
              <w:rPr>
                <w:rFonts w:eastAsia="Times New Roman" w:cs="Arial"/>
                <w:b/>
                <w:bCs/>
                <w:color w:val="000000"/>
                <w:sz w:val="22"/>
              </w:rPr>
              <w:t>TOTAL CHELTUIELI    LEI</w:t>
            </w:r>
          </w:p>
        </w:tc>
        <w:tc>
          <w:tcPr>
            <w:tcW w:w="1559" w:type="dxa"/>
            <w:tcBorders>
              <w:top w:val="nil"/>
              <w:left w:val="nil"/>
              <w:bottom w:val="single" w:sz="4" w:space="0" w:color="000000"/>
              <w:right w:val="single" w:sz="4" w:space="0" w:color="000000"/>
            </w:tcBorders>
            <w:shd w:val="clear" w:color="CCCCCC" w:fill="CCCCCC"/>
            <w:vAlign w:val="center"/>
            <w:hideMark/>
          </w:tcPr>
          <w:p w14:paraId="0F8C1BB3" w14:textId="77777777" w:rsidR="00313947" w:rsidRPr="00313947" w:rsidRDefault="00313947" w:rsidP="00313947">
            <w:pPr>
              <w:spacing w:after="0" w:line="240" w:lineRule="auto"/>
              <w:jc w:val="center"/>
              <w:rPr>
                <w:rFonts w:eastAsia="Times New Roman" w:cs="Arial"/>
                <w:b/>
                <w:bCs/>
                <w:color w:val="000000"/>
                <w:sz w:val="22"/>
              </w:rPr>
            </w:pPr>
            <w:r w:rsidRPr="00313947">
              <w:rPr>
                <w:rFonts w:eastAsia="Times New Roman" w:cs="Arial"/>
                <w:b/>
                <w:bCs/>
                <w:color w:val="000000"/>
                <w:sz w:val="22"/>
              </w:rPr>
              <w:t> </w:t>
            </w:r>
          </w:p>
        </w:tc>
        <w:tc>
          <w:tcPr>
            <w:tcW w:w="913" w:type="dxa"/>
            <w:tcBorders>
              <w:top w:val="nil"/>
              <w:left w:val="nil"/>
              <w:bottom w:val="single" w:sz="4" w:space="0" w:color="000000"/>
              <w:right w:val="single" w:sz="4" w:space="0" w:color="000000"/>
            </w:tcBorders>
            <w:shd w:val="clear" w:color="CCCCCC" w:fill="CCCCCC"/>
            <w:vAlign w:val="center"/>
            <w:hideMark/>
          </w:tcPr>
          <w:p w14:paraId="0D0F67CA" w14:textId="77777777" w:rsidR="00313947" w:rsidRPr="00313947" w:rsidRDefault="00313947" w:rsidP="00313947">
            <w:pPr>
              <w:spacing w:after="0" w:line="240" w:lineRule="auto"/>
              <w:jc w:val="center"/>
              <w:rPr>
                <w:rFonts w:eastAsia="Times New Roman" w:cs="Arial"/>
                <w:b/>
                <w:bCs/>
                <w:color w:val="000000"/>
                <w:sz w:val="22"/>
              </w:rPr>
            </w:pPr>
            <w:r w:rsidRPr="00313947">
              <w:rPr>
                <w:rFonts w:eastAsia="Times New Roman" w:cs="Arial"/>
                <w:b/>
                <w:bCs/>
                <w:color w:val="000000"/>
                <w:sz w:val="22"/>
              </w:rPr>
              <w:t> </w:t>
            </w:r>
          </w:p>
        </w:tc>
        <w:tc>
          <w:tcPr>
            <w:tcW w:w="1134" w:type="dxa"/>
            <w:tcBorders>
              <w:top w:val="nil"/>
              <w:left w:val="nil"/>
              <w:bottom w:val="single" w:sz="4" w:space="0" w:color="000000"/>
              <w:right w:val="nil"/>
            </w:tcBorders>
            <w:shd w:val="clear" w:color="CCCCCC" w:fill="CCCCCC"/>
            <w:vAlign w:val="center"/>
            <w:hideMark/>
          </w:tcPr>
          <w:p w14:paraId="230D67FB" w14:textId="77777777" w:rsidR="00313947" w:rsidRPr="00313947" w:rsidRDefault="00313947" w:rsidP="00313947">
            <w:pPr>
              <w:spacing w:after="0" w:line="240" w:lineRule="auto"/>
              <w:jc w:val="center"/>
              <w:rPr>
                <w:rFonts w:eastAsia="Times New Roman" w:cs="Arial"/>
                <w:b/>
                <w:bCs/>
                <w:color w:val="000000"/>
                <w:sz w:val="22"/>
              </w:rPr>
            </w:pPr>
            <w:r w:rsidRPr="00313947">
              <w:rPr>
                <w:rFonts w:eastAsia="Times New Roman" w:cs="Arial"/>
                <w:b/>
                <w:bCs/>
                <w:color w:val="000000"/>
                <w:sz w:val="22"/>
              </w:rPr>
              <w:t> </w:t>
            </w:r>
          </w:p>
        </w:tc>
        <w:tc>
          <w:tcPr>
            <w:tcW w:w="2695" w:type="dxa"/>
            <w:tcBorders>
              <w:top w:val="nil"/>
              <w:left w:val="single" w:sz="4" w:space="0" w:color="000000"/>
              <w:bottom w:val="single" w:sz="4" w:space="0" w:color="000000"/>
              <w:right w:val="single" w:sz="4" w:space="0" w:color="000000"/>
            </w:tcBorders>
            <w:shd w:val="clear" w:color="EFEFEF" w:fill="BFBFBF"/>
            <w:vAlign w:val="center"/>
            <w:hideMark/>
          </w:tcPr>
          <w:p w14:paraId="545AD97B" w14:textId="77777777" w:rsidR="00313947" w:rsidRPr="00313947" w:rsidRDefault="00313947" w:rsidP="00313947">
            <w:pPr>
              <w:spacing w:after="0" w:line="240" w:lineRule="auto"/>
              <w:jc w:val="center"/>
              <w:rPr>
                <w:rFonts w:eastAsia="Times New Roman" w:cs="Arial"/>
                <w:b/>
                <w:bCs/>
                <w:color w:val="000000"/>
                <w:sz w:val="20"/>
                <w:szCs w:val="20"/>
              </w:rPr>
            </w:pPr>
            <w:r w:rsidRPr="00313947">
              <w:rPr>
                <w:rFonts w:eastAsia="Times New Roman" w:cs="Arial"/>
                <w:b/>
                <w:bCs/>
                <w:color w:val="000000"/>
                <w:sz w:val="20"/>
                <w:szCs w:val="20"/>
              </w:rPr>
              <w:t>0,00</w:t>
            </w:r>
          </w:p>
        </w:tc>
        <w:tc>
          <w:tcPr>
            <w:tcW w:w="1219" w:type="dxa"/>
            <w:tcBorders>
              <w:top w:val="nil"/>
              <w:left w:val="nil"/>
              <w:bottom w:val="nil"/>
              <w:right w:val="nil"/>
            </w:tcBorders>
            <w:vAlign w:val="center"/>
            <w:hideMark/>
          </w:tcPr>
          <w:p w14:paraId="3C562098" w14:textId="77777777" w:rsidR="00313947" w:rsidRPr="00313947" w:rsidRDefault="00313947" w:rsidP="00313947">
            <w:pPr>
              <w:spacing w:after="0" w:line="240" w:lineRule="auto"/>
              <w:jc w:val="center"/>
              <w:rPr>
                <w:rFonts w:eastAsia="Times New Roman" w:cs="Arial"/>
                <w:b/>
                <w:bCs/>
                <w:color w:val="000000"/>
                <w:sz w:val="22"/>
              </w:rPr>
            </w:pPr>
            <w:r w:rsidRPr="00313947">
              <w:rPr>
                <w:rFonts w:eastAsia="Times New Roman" w:cs="Arial"/>
                <w:b/>
                <w:bCs/>
                <w:color w:val="000000"/>
                <w:sz w:val="22"/>
              </w:rPr>
              <w:t> </w:t>
            </w:r>
          </w:p>
        </w:tc>
        <w:tc>
          <w:tcPr>
            <w:tcW w:w="222" w:type="dxa"/>
            <w:vAlign w:val="center"/>
            <w:hideMark/>
          </w:tcPr>
          <w:p w14:paraId="4F2D4A0C"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72C4DA1F" w14:textId="77777777" w:rsidTr="007D7F2E">
        <w:trPr>
          <w:trHeight w:val="276"/>
        </w:trPr>
        <w:tc>
          <w:tcPr>
            <w:tcW w:w="6521" w:type="dxa"/>
            <w:tcBorders>
              <w:top w:val="nil"/>
              <w:left w:val="single" w:sz="4" w:space="0" w:color="000000"/>
              <w:bottom w:val="single" w:sz="4" w:space="0" w:color="000000"/>
              <w:right w:val="single" w:sz="4" w:space="0" w:color="000000"/>
            </w:tcBorders>
            <w:shd w:val="clear" w:color="CCCCCC" w:fill="CCCCCC"/>
            <w:vAlign w:val="center"/>
            <w:hideMark/>
          </w:tcPr>
          <w:p w14:paraId="6F975787" w14:textId="77777777" w:rsidR="00313947" w:rsidRPr="00313947" w:rsidRDefault="00313947" w:rsidP="00313947">
            <w:pPr>
              <w:spacing w:after="0" w:line="240" w:lineRule="auto"/>
              <w:jc w:val="right"/>
              <w:rPr>
                <w:rFonts w:eastAsia="Times New Roman" w:cs="Arial"/>
                <w:b/>
                <w:bCs/>
                <w:color w:val="000000"/>
                <w:sz w:val="22"/>
              </w:rPr>
            </w:pPr>
            <w:r w:rsidRPr="00313947">
              <w:rPr>
                <w:rFonts w:eastAsia="Times New Roman" w:cs="Arial"/>
                <w:b/>
                <w:bCs/>
                <w:color w:val="000000"/>
                <w:sz w:val="22"/>
              </w:rPr>
              <w:t xml:space="preserve">TOTAL </w:t>
            </w:r>
            <w:proofErr w:type="gramStart"/>
            <w:r w:rsidRPr="00313947">
              <w:rPr>
                <w:rFonts w:eastAsia="Times New Roman" w:cs="Arial"/>
                <w:b/>
                <w:bCs/>
                <w:color w:val="000000"/>
                <w:sz w:val="22"/>
              </w:rPr>
              <w:t>CHELTUIELI  USD</w:t>
            </w:r>
            <w:proofErr w:type="gramEnd"/>
          </w:p>
        </w:tc>
        <w:tc>
          <w:tcPr>
            <w:tcW w:w="1559" w:type="dxa"/>
            <w:tcBorders>
              <w:top w:val="nil"/>
              <w:left w:val="nil"/>
              <w:bottom w:val="single" w:sz="4" w:space="0" w:color="000000"/>
              <w:right w:val="single" w:sz="4" w:space="0" w:color="000000"/>
            </w:tcBorders>
            <w:shd w:val="clear" w:color="CCCCCC" w:fill="CCCCCC"/>
            <w:vAlign w:val="center"/>
            <w:hideMark/>
          </w:tcPr>
          <w:p w14:paraId="1C05D13A" w14:textId="77777777" w:rsidR="00313947" w:rsidRPr="00313947" w:rsidRDefault="00313947" w:rsidP="00313947">
            <w:pPr>
              <w:spacing w:after="0" w:line="240" w:lineRule="auto"/>
              <w:jc w:val="center"/>
              <w:rPr>
                <w:rFonts w:eastAsia="Times New Roman" w:cs="Arial"/>
                <w:b/>
                <w:bCs/>
                <w:color w:val="000000"/>
                <w:sz w:val="22"/>
              </w:rPr>
            </w:pPr>
            <w:r w:rsidRPr="00313947">
              <w:rPr>
                <w:rFonts w:eastAsia="Times New Roman" w:cs="Arial"/>
                <w:b/>
                <w:bCs/>
                <w:color w:val="000000"/>
                <w:sz w:val="22"/>
              </w:rPr>
              <w:t> </w:t>
            </w:r>
          </w:p>
        </w:tc>
        <w:tc>
          <w:tcPr>
            <w:tcW w:w="913" w:type="dxa"/>
            <w:tcBorders>
              <w:top w:val="nil"/>
              <w:left w:val="nil"/>
              <w:bottom w:val="single" w:sz="4" w:space="0" w:color="000000"/>
              <w:right w:val="single" w:sz="4" w:space="0" w:color="000000"/>
            </w:tcBorders>
            <w:shd w:val="clear" w:color="CCCCCC" w:fill="CCCCCC"/>
            <w:vAlign w:val="center"/>
            <w:hideMark/>
          </w:tcPr>
          <w:p w14:paraId="2638693A" w14:textId="77777777" w:rsidR="00313947" w:rsidRPr="00313947" w:rsidRDefault="00313947" w:rsidP="00313947">
            <w:pPr>
              <w:spacing w:after="0" w:line="240" w:lineRule="auto"/>
              <w:jc w:val="center"/>
              <w:rPr>
                <w:rFonts w:eastAsia="Times New Roman" w:cs="Arial"/>
                <w:b/>
                <w:bCs/>
                <w:color w:val="000000"/>
                <w:sz w:val="22"/>
              </w:rPr>
            </w:pPr>
            <w:r w:rsidRPr="00313947">
              <w:rPr>
                <w:rFonts w:eastAsia="Times New Roman" w:cs="Arial"/>
                <w:b/>
                <w:bCs/>
                <w:color w:val="000000"/>
                <w:sz w:val="22"/>
              </w:rPr>
              <w:t> </w:t>
            </w:r>
          </w:p>
        </w:tc>
        <w:tc>
          <w:tcPr>
            <w:tcW w:w="1134" w:type="dxa"/>
            <w:tcBorders>
              <w:top w:val="nil"/>
              <w:left w:val="nil"/>
              <w:bottom w:val="single" w:sz="4" w:space="0" w:color="000000"/>
              <w:right w:val="nil"/>
            </w:tcBorders>
            <w:shd w:val="clear" w:color="CCCCCC" w:fill="CCCCCC"/>
            <w:vAlign w:val="center"/>
            <w:hideMark/>
          </w:tcPr>
          <w:p w14:paraId="5D2990AA" w14:textId="77777777" w:rsidR="00313947" w:rsidRPr="00313947" w:rsidRDefault="00313947" w:rsidP="00313947">
            <w:pPr>
              <w:spacing w:after="0" w:line="240" w:lineRule="auto"/>
              <w:jc w:val="center"/>
              <w:rPr>
                <w:rFonts w:eastAsia="Times New Roman" w:cs="Arial"/>
                <w:b/>
                <w:bCs/>
                <w:color w:val="000000"/>
                <w:sz w:val="22"/>
              </w:rPr>
            </w:pPr>
            <w:r w:rsidRPr="00313947">
              <w:rPr>
                <w:rFonts w:eastAsia="Times New Roman" w:cs="Arial"/>
                <w:b/>
                <w:bCs/>
                <w:color w:val="000000"/>
                <w:sz w:val="22"/>
              </w:rPr>
              <w:t> </w:t>
            </w:r>
          </w:p>
        </w:tc>
        <w:tc>
          <w:tcPr>
            <w:tcW w:w="2695" w:type="dxa"/>
            <w:tcBorders>
              <w:top w:val="nil"/>
              <w:left w:val="single" w:sz="4" w:space="0" w:color="000000"/>
              <w:bottom w:val="single" w:sz="4" w:space="0" w:color="000000"/>
              <w:right w:val="single" w:sz="4" w:space="0" w:color="000000"/>
            </w:tcBorders>
            <w:shd w:val="clear" w:color="EFEFEF" w:fill="BFBFBF"/>
            <w:vAlign w:val="center"/>
            <w:hideMark/>
          </w:tcPr>
          <w:p w14:paraId="1E9FA53F" w14:textId="77777777" w:rsidR="00313947" w:rsidRPr="00313947" w:rsidRDefault="00313947" w:rsidP="00313947">
            <w:pPr>
              <w:spacing w:after="0" w:line="240" w:lineRule="auto"/>
              <w:jc w:val="center"/>
              <w:rPr>
                <w:rFonts w:eastAsia="Times New Roman" w:cs="Arial"/>
                <w:b/>
                <w:bCs/>
                <w:color w:val="000000"/>
                <w:sz w:val="20"/>
                <w:szCs w:val="20"/>
              </w:rPr>
            </w:pPr>
            <w:r w:rsidRPr="00313947">
              <w:rPr>
                <w:rFonts w:eastAsia="Times New Roman" w:cs="Arial"/>
                <w:b/>
                <w:bCs/>
                <w:color w:val="000000"/>
                <w:sz w:val="20"/>
                <w:szCs w:val="20"/>
              </w:rPr>
              <w:t>0,00</w:t>
            </w:r>
          </w:p>
        </w:tc>
        <w:tc>
          <w:tcPr>
            <w:tcW w:w="1219" w:type="dxa"/>
            <w:tcBorders>
              <w:top w:val="nil"/>
              <w:left w:val="nil"/>
              <w:bottom w:val="nil"/>
              <w:right w:val="nil"/>
            </w:tcBorders>
            <w:vAlign w:val="center"/>
            <w:hideMark/>
          </w:tcPr>
          <w:p w14:paraId="6D933368" w14:textId="77777777" w:rsidR="00313947" w:rsidRPr="00313947" w:rsidRDefault="00313947" w:rsidP="00313947">
            <w:pPr>
              <w:spacing w:after="0" w:line="240" w:lineRule="auto"/>
              <w:rPr>
                <w:rFonts w:eastAsia="Times New Roman" w:cs="Arial"/>
                <w:b/>
                <w:bCs/>
                <w:color w:val="000000"/>
                <w:sz w:val="20"/>
                <w:szCs w:val="20"/>
              </w:rPr>
            </w:pPr>
            <w:r w:rsidRPr="00313947">
              <w:rPr>
                <w:rFonts w:eastAsia="Times New Roman" w:cs="Arial"/>
                <w:b/>
                <w:bCs/>
                <w:color w:val="000000"/>
                <w:sz w:val="20"/>
                <w:szCs w:val="20"/>
              </w:rPr>
              <w:t> </w:t>
            </w:r>
          </w:p>
        </w:tc>
        <w:tc>
          <w:tcPr>
            <w:tcW w:w="222" w:type="dxa"/>
            <w:vAlign w:val="center"/>
            <w:hideMark/>
          </w:tcPr>
          <w:p w14:paraId="43280E99"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04F3D634" w14:textId="77777777" w:rsidTr="007D7F2E">
        <w:trPr>
          <w:trHeight w:val="600"/>
        </w:trPr>
        <w:tc>
          <w:tcPr>
            <w:tcW w:w="10127" w:type="dxa"/>
            <w:gridSpan w:val="4"/>
            <w:tcBorders>
              <w:top w:val="nil"/>
              <w:left w:val="nil"/>
              <w:bottom w:val="nil"/>
              <w:right w:val="nil"/>
            </w:tcBorders>
            <w:vAlign w:val="center"/>
            <w:hideMark/>
          </w:tcPr>
          <w:p w14:paraId="35A0D2EB" w14:textId="77777777" w:rsidR="00313947" w:rsidRPr="00313947" w:rsidRDefault="00313947" w:rsidP="00313947">
            <w:pPr>
              <w:spacing w:after="0" w:line="240" w:lineRule="auto"/>
              <w:rPr>
                <w:rFonts w:eastAsia="Times New Roman" w:cs="Arial"/>
                <w:color w:val="000000"/>
                <w:sz w:val="20"/>
                <w:szCs w:val="20"/>
              </w:rPr>
            </w:pPr>
            <w:proofErr w:type="spellStart"/>
            <w:r w:rsidRPr="00313947">
              <w:rPr>
                <w:rFonts w:eastAsia="Times New Roman" w:cs="Arial"/>
                <w:color w:val="000000"/>
                <w:sz w:val="20"/>
                <w:szCs w:val="20"/>
              </w:rPr>
              <w:t>Numele</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şi</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semnătura</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reprezentantului</w:t>
            </w:r>
            <w:proofErr w:type="spellEnd"/>
            <w:r w:rsidRPr="00313947">
              <w:rPr>
                <w:rFonts w:eastAsia="Times New Roman" w:cs="Arial"/>
                <w:color w:val="000000"/>
                <w:sz w:val="20"/>
                <w:szCs w:val="20"/>
              </w:rPr>
              <w:t xml:space="preserve"> legal al </w:t>
            </w:r>
            <w:proofErr w:type="spellStart"/>
            <w:r w:rsidRPr="00313947">
              <w:rPr>
                <w:rFonts w:eastAsia="Times New Roman" w:cs="Arial"/>
                <w:color w:val="000000"/>
                <w:sz w:val="20"/>
                <w:szCs w:val="20"/>
              </w:rPr>
              <w:t>organizației</w:t>
            </w:r>
            <w:proofErr w:type="spellEnd"/>
            <w:r w:rsidRPr="00313947">
              <w:rPr>
                <w:rFonts w:eastAsia="Times New Roman" w:cs="Arial"/>
                <w:color w:val="000000"/>
                <w:sz w:val="20"/>
                <w:szCs w:val="20"/>
              </w:rPr>
              <w:t xml:space="preserve"> care </w:t>
            </w:r>
            <w:proofErr w:type="spellStart"/>
            <w:r w:rsidRPr="00313947">
              <w:rPr>
                <w:rFonts w:eastAsia="Times New Roman" w:cs="Arial"/>
                <w:color w:val="000000"/>
                <w:sz w:val="20"/>
                <w:szCs w:val="20"/>
              </w:rPr>
              <w:t>gestionează</w:t>
            </w:r>
            <w:proofErr w:type="spellEnd"/>
            <w:r w:rsidRPr="00313947">
              <w:rPr>
                <w:rFonts w:eastAsia="Times New Roman" w:cs="Arial"/>
                <w:color w:val="000000"/>
                <w:sz w:val="20"/>
                <w:szCs w:val="20"/>
              </w:rPr>
              <w:t xml:space="preserve"> </w:t>
            </w:r>
            <w:proofErr w:type="spellStart"/>
            <w:r w:rsidRPr="00313947">
              <w:rPr>
                <w:rFonts w:eastAsia="Times New Roman" w:cs="Arial"/>
                <w:color w:val="000000"/>
                <w:sz w:val="20"/>
                <w:szCs w:val="20"/>
              </w:rPr>
              <w:t>micrograntul</w:t>
            </w:r>
            <w:proofErr w:type="spellEnd"/>
            <w:r w:rsidRPr="00313947">
              <w:rPr>
                <w:rFonts w:eastAsia="Times New Roman" w:cs="Arial"/>
                <w:color w:val="000000"/>
                <w:sz w:val="20"/>
                <w:szCs w:val="20"/>
              </w:rPr>
              <w:t>:</w:t>
            </w:r>
          </w:p>
        </w:tc>
        <w:tc>
          <w:tcPr>
            <w:tcW w:w="2695" w:type="dxa"/>
            <w:tcBorders>
              <w:top w:val="nil"/>
              <w:left w:val="nil"/>
              <w:bottom w:val="nil"/>
              <w:right w:val="nil"/>
            </w:tcBorders>
            <w:vAlign w:val="center"/>
            <w:hideMark/>
          </w:tcPr>
          <w:p w14:paraId="75C8506B" w14:textId="77777777" w:rsidR="00313947" w:rsidRPr="00313947" w:rsidRDefault="00313947" w:rsidP="00313947">
            <w:pPr>
              <w:spacing w:after="0" w:line="240" w:lineRule="auto"/>
              <w:jc w:val="center"/>
              <w:rPr>
                <w:rFonts w:eastAsia="Times New Roman" w:cs="Arial"/>
                <w:b/>
                <w:bCs/>
                <w:color w:val="000000"/>
                <w:sz w:val="22"/>
              </w:rPr>
            </w:pPr>
            <w:r w:rsidRPr="00313947">
              <w:rPr>
                <w:rFonts w:eastAsia="Times New Roman" w:cs="Arial"/>
                <w:b/>
                <w:bCs/>
                <w:color w:val="000000"/>
                <w:sz w:val="22"/>
              </w:rPr>
              <w:t> </w:t>
            </w:r>
          </w:p>
        </w:tc>
        <w:tc>
          <w:tcPr>
            <w:tcW w:w="1219" w:type="dxa"/>
            <w:tcBorders>
              <w:top w:val="nil"/>
              <w:left w:val="nil"/>
              <w:bottom w:val="nil"/>
              <w:right w:val="nil"/>
            </w:tcBorders>
            <w:vAlign w:val="center"/>
            <w:hideMark/>
          </w:tcPr>
          <w:p w14:paraId="20C20AEA" w14:textId="77777777" w:rsidR="00313947" w:rsidRPr="00313947" w:rsidRDefault="00313947" w:rsidP="00313947">
            <w:pPr>
              <w:spacing w:after="0" w:line="240" w:lineRule="auto"/>
              <w:jc w:val="center"/>
              <w:rPr>
                <w:rFonts w:eastAsia="Times New Roman" w:cs="Arial"/>
                <w:b/>
                <w:bCs/>
                <w:color w:val="000000"/>
                <w:sz w:val="22"/>
              </w:rPr>
            </w:pPr>
          </w:p>
        </w:tc>
        <w:tc>
          <w:tcPr>
            <w:tcW w:w="222" w:type="dxa"/>
            <w:vAlign w:val="center"/>
            <w:hideMark/>
          </w:tcPr>
          <w:p w14:paraId="4F29782B"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0FAFEECF" w14:textId="77777777" w:rsidTr="007D7F2E">
        <w:trPr>
          <w:trHeight w:val="600"/>
        </w:trPr>
        <w:tc>
          <w:tcPr>
            <w:tcW w:w="10127" w:type="dxa"/>
            <w:gridSpan w:val="4"/>
            <w:tcBorders>
              <w:top w:val="nil"/>
              <w:left w:val="nil"/>
              <w:bottom w:val="nil"/>
              <w:right w:val="nil"/>
            </w:tcBorders>
            <w:vAlign w:val="center"/>
            <w:hideMark/>
          </w:tcPr>
          <w:p w14:paraId="19DF55AB" w14:textId="77777777" w:rsid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Data:</w:t>
            </w:r>
          </w:p>
          <w:p w14:paraId="196D2E6F" w14:textId="77777777" w:rsidR="007D7F2E" w:rsidRPr="00313947" w:rsidRDefault="007D7F2E" w:rsidP="00313947">
            <w:pPr>
              <w:spacing w:after="0" w:line="240" w:lineRule="auto"/>
              <w:rPr>
                <w:rFonts w:eastAsia="Times New Roman" w:cs="Arial"/>
                <w:color w:val="000000"/>
                <w:sz w:val="20"/>
                <w:szCs w:val="20"/>
              </w:rPr>
            </w:pPr>
          </w:p>
        </w:tc>
        <w:tc>
          <w:tcPr>
            <w:tcW w:w="2695" w:type="dxa"/>
            <w:tcBorders>
              <w:top w:val="nil"/>
              <w:left w:val="nil"/>
              <w:bottom w:val="nil"/>
              <w:right w:val="nil"/>
            </w:tcBorders>
            <w:vAlign w:val="center"/>
            <w:hideMark/>
          </w:tcPr>
          <w:p w14:paraId="0C9B0BE1"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1219" w:type="dxa"/>
            <w:tcBorders>
              <w:top w:val="nil"/>
              <w:left w:val="nil"/>
              <w:bottom w:val="nil"/>
              <w:right w:val="nil"/>
            </w:tcBorders>
            <w:vAlign w:val="center"/>
            <w:hideMark/>
          </w:tcPr>
          <w:p w14:paraId="33236904"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708093B8"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r w:rsidR="00313947" w:rsidRPr="00313947" w14:paraId="39C4E585" w14:textId="77777777" w:rsidTr="007D7F2E">
        <w:trPr>
          <w:trHeight w:val="600"/>
        </w:trPr>
        <w:tc>
          <w:tcPr>
            <w:tcW w:w="10127" w:type="dxa"/>
            <w:gridSpan w:val="4"/>
            <w:tcBorders>
              <w:top w:val="nil"/>
              <w:left w:val="nil"/>
              <w:bottom w:val="nil"/>
              <w:right w:val="nil"/>
            </w:tcBorders>
            <w:shd w:val="clear" w:color="FFFFFF" w:fill="FFFFFF"/>
            <w:vAlign w:val="center"/>
            <w:hideMark/>
          </w:tcPr>
          <w:p w14:paraId="6B694381" w14:textId="77777777" w:rsidR="00313947" w:rsidRPr="00313947" w:rsidRDefault="00313947" w:rsidP="00313947">
            <w:pPr>
              <w:spacing w:after="0" w:line="240" w:lineRule="auto"/>
              <w:rPr>
                <w:rFonts w:eastAsia="Times New Roman" w:cs="Arial"/>
                <w:color w:val="000000"/>
                <w:sz w:val="20"/>
                <w:szCs w:val="20"/>
              </w:rPr>
            </w:pPr>
            <w:r w:rsidRPr="00313947">
              <w:rPr>
                <w:rFonts w:eastAsia="Times New Roman" w:cs="Arial"/>
                <w:color w:val="000000"/>
                <w:sz w:val="20"/>
                <w:szCs w:val="20"/>
              </w:rPr>
              <w:t> </w:t>
            </w:r>
          </w:p>
        </w:tc>
        <w:tc>
          <w:tcPr>
            <w:tcW w:w="2695" w:type="dxa"/>
            <w:tcBorders>
              <w:top w:val="nil"/>
              <w:left w:val="nil"/>
              <w:bottom w:val="nil"/>
              <w:right w:val="nil"/>
            </w:tcBorders>
            <w:vAlign w:val="center"/>
            <w:hideMark/>
          </w:tcPr>
          <w:p w14:paraId="404F9091" w14:textId="77777777" w:rsidR="00313947" w:rsidRPr="00313947" w:rsidRDefault="00313947" w:rsidP="00313947">
            <w:pPr>
              <w:spacing w:after="0" w:line="240" w:lineRule="auto"/>
              <w:jc w:val="center"/>
              <w:rPr>
                <w:rFonts w:eastAsia="Times New Roman" w:cs="Arial"/>
                <w:color w:val="000000"/>
                <w:sz w:val="20"/>
                <w:szCs w:val="20"/>
              </w:rPr>
            </w:pPr>
            <w:r w:rsidRPr="00313947">
              <w:rPr>
                <w:rFonts w:eastAsia="Times New Roman" w:cs="Arial"/>
                <w:color w:val="000000"/>
                <w:sz w:val="20"/>
                <w:szCs w:val="20"/>
              </w:rPr>
              <w:t> </w:t>
            </w:r>
          </w:p>
        </w:tc>
        <w:tc>
          <w:tcPr>
            <w:tcW w:w="1219" w:type="dxa"/>
            <w:tcBorders>
              <w:top w:val="nil"/>
              <w:left w:val="nil"/>
              <w:bottom w:val="nil"/>
              <w:right w:val="nil"/>
            </w:tcBorders>
            <w:vAlign w:val="center"/>
            <w:hideMark/>
          </w:tcPr>
          <w:p w14:paraId="4769E94F" w14:textId="77777777" w:rsidR="00313947" w:rsidRPr="00313947" w:rsidRDefault="00313947" w:rsidP="00313947">
            <w:pPr>
              <w:spacing w:after="0" w:line="240" w:lineRule="auto"/>
              <w:jc w:val="center"/>
              <w:rPr>
                <w:rFonts w:eastAsia="Times New Roman" w:cs="Arial"/>
                <w:color w:val="000000"/>
                <w:sz w:val="20"/>
                <w:szCs w:val="20"/>
              </w:rPr>
            </w:pPr>
          </w:p>
        </w:tc>
        <w:tc>
          <w:tcPr>
            <w:tcW w:w="222" w:type="dxa"/>
            <w:vAlign w:val="center"/>
            <w:hideMark/>
          </w:tcPr>
          <w:p w14:paraId="45286559" w14:textId="77777777" w:rsidR="00313947" w:rsidRPr="00313947" w:rsidRDefault="00313947" w:rsidP="00313947">
            <w:pPr>
              <w:spacing w:after="0" w:line="240" w:lineRule="auto"/>
              <w:rPr>
                <w:rFonts w:ascii="Times New Roman" w:eastAsia="Times New Roman" w:hAnsi="Times New Roman" w:cs="Times New Roman"/>
                <w:sz w:val="20"/>
                <w:szCs w:val="20"/>
              </w:rPr>
            </w:pPr>
          </w:p>
        </w:tc>
      </w:tr>
    </w:tbl>
    <w:p w14:paraId="1BA78BC8" w14:textId="77777777" w:rsidR="007D7F2E" w:rsidRDefault="007D7F2E" w:rsidP="00537C37">
      <w:pPr>
        <w:pStyle w:val="Heading1"/>
        <w:spacing w:line="360" w:lineRule="auto"/>
        <w:rPr>
          <w:rFonts w:ascii="Times New Roman" w:eastAsia="Times New Roman" w:hAnsi="Times New Roman" w:cs="Times New Roman"/>
          <w:color w:val="000000" w:themeColor="text1"/>
          <w:sz w:val="22"/>
          <w:szCs w:val="22"/>
        </w:rPr>
        <w:sectPr w:rsidR="007D7F2E" w:rsidSect="007D7F2E">
          <w:pgSz w:w="15840" w:h="12240" w:orient="landscape"/>
          <w:pgMar w:top="1134" w:right="1440" w:bottom="990" w:left="810" w:header="567" w:footer="567" w:gutter="0"/>
          <w:cols w:space="720"/>
          <w:docGrid w:linePitch="360"/>
        </w:sectPr>
      </w:pPr>
    </w:p>
    <w:p w14:paraId="2B699E6B" w14:textId="4B3A3A56" w:rsidR="00537C37" w:rsidRPr="00537C37" w:rsidRDefault="00537C37" w:rsidP="00537C37">
      <w:pPr>
        <w:pStyle w:val="Heading1"/>
        <w:spacing w:line="360" w:lineRule="auto"/>
        <w:rPr>
          <w:rFonts w:ascii="Times New Roman" w:eastAsia="Times New Roman" w:hAnsi="Times New Roman" w:cs="Times New Roman"/>
          <w:color w:val="000000" w:themeColor="text1"/>
          <w:sz w:val="22"/>
          <w:szCs w:val="22"/>
        </w:rPr>
      </w:pPr>
      <w:r w:rsidRPr="00537C37">
        <w:rPr>
          <w:rFonts w:ascii="Times New Roman" w:eastAsia="Times New Roman" w:hAnsi="Times New Roman" w:cs="Times New Roman"/>
          <w:color w:val="000000" w:themeColor="text1"/>
          <w:sz w:val="22"/>
          <w:szCs w:val="22"/>
        </w:rPr>
        <w:lastRenderedPageBreak/>
        <w:t xml:space="preserve">ANEXA </w:t>
      </w:r>
      <w:r>
        <w:rPr>
          <w:rFonts w:ascii="Times New Roman" w:eastAsia="Times New Roman" w:hAnsi="Times New Roman" w:cs="Times New Roman"/>
          <w:color w:val="000000" w:themeColor="text1"/>
          <w:sz w:val="22"/>
          <w:szCs w:val="22"/>
        </w:rPr>
        <w:t>3</w:t>
      </w:r>
      <w:r w:rsidRPr="00537C37">
        <w:rPr>
          <w:rFonts w:ascii="Times New Roman" w:eastAsia="Times New Roman" w:hAnsi="Times New Roman" w:cs="Times New Roman"/>
          <w:color w:val="000000" w:themeColor="text1"/>
          <w:sz w:val="22"/>
          <w:szCs w:val="22"/>
        </w:rPr>
        <w:t xml:space="preserve"> la </w:t>
      </w:r>
      <w:proofErr w:type="spellStart"/>
      <w:r w:rsidRPr="00537C37">
        <w:rPr>
          <w:rFonts w:ascii="Times New Roman" w:eastAsia="Times New Roman" w:hAnsi="Times New Roman" w:cs="Times New Roman"/>
          <w:color w:val="000000" w:themeColor="text1"/>
          <w:sz w:val="22"/>
          <w:szCs w:val="22"/>
        </w:rPr>
        <w:t>Regulamentul</w:t>
      </w:r>
      <w:proofErr w:type="spellEnd"/>
      <w:r w:rsidRPr="00537C37">
        <w:rPr>
          <w:rFonts w:ascii="Times New Roman" w:eastAsia="Times New Roman" w:hAnsi="Times New Roman" w:cs="Times New Roman"/>
          <w:color w:val="000000" w:themeColor="text1"/>
          <w:sz w:val="22"/>
          <w:szCs w:val="22"/>
        </w:rPr>
        <w:t xml:space="preserve"> </w:t>
      </w:r>
      <w:proofErr w:type="spellStart"/>
      <w:r w:rsidRPr="00537C37">
        <w:rPr>
          <w:rFonts w:ascii="Times New Roman" w:eastAsia="Times New Roman" w:hAnsi="Times New Roman" w:cs="Times New Roman"/>
          <w:color w:val="000000" w:themeColor="text1"/>
          <w:sz w:val="22"/>
          <w:szCs w:val="22"/>
        </w:rPr>
        <w:t>privind</w:t>
      </w:r>
      <w:proofErr w:type="spellEnd"/>
      <w:r w:rsidRPr="00537C37">
        <w:rPr>
          <w:rFonts w:ascii="Times New Roman" w:eastAsia="Times New Roman" w:hAnsi="Times New Roman" w:cs="Times New Roman"/>
          <w:color w:val="000000" w:themeColor="text1"/>
          <w:sz w:val="22"/>
          <w:szCs w:val="22"/>
        </w:rPr>
        <w:t xml:space="preserve"> </w:t>
      </w:r>
      <w:proofErr w:type="spellStart"/>
      <w:r w:rsidRPr="00537C37">
        <w:rPr>
          <w:rFonts w:ascii="Times New Roman" w:eastAsia="Times New Roman" w:hAnsi="Times New Roman" w:cs="Times New Roman"/>
          <w:color w:val="000000" w:themeColor="text1"/>
          <w:sz w:val="22"/>
          <w:szCs w:val="22"/>
        </w:rPr>
        <w:t>desfășurarea</w:t>
      </w:r>
      <w:proofErr w:type="spellEnd"/>
      <w:r w:rsidRPr="00537C37">
        <w:rPr>
          <w:rFonts w:ascii="Times New Roman" w:eastAsia="Times New Roman" w:hAnsi="Times New Roman" w:cs="Times New Roman"/>
          <w:color w:val="000000" w:themeColor="text1"/>
          <w:sz w:val="22"/>
          <w:szCs w:val="22"/>
        </w:rPr>
        <w:t xml:space="preserve"> </w:t>
      </w:r>
      <w:r w:rsidRPr="00537C37">
        <w:rPr>
          <w:rFonts w:ascii="Times New Roman" w:eastAsia="Times New Roman" w:hAnsi="Times New Roman" w:cs="Times New Roman"/>
          <w:color w:val="000000" w:themeColor="text1"/>
          <w:sz w:val="22"/>
          <w:szCs w:val="22"/>
        </w:rPr>
        <w:br/>
      </w:r>
      <w:proofErr w:type="spellStart"/>
      <w:r w:rsidRPr="00537C37">
        <w:rPr>
          <w:rFonts w:ascii="Times New Roman" w:eastAsia="Times New Roman" w:hAnsi="Times New Roman" w:cs="Times New Roman"/>
          <w:color w:val="000000" w:themeColor="text1"/>
          <w:sz w:val="22"/>
          <w:szCs w:val="22"/>
        </w:rPr>
        <w:t>Programului</w:t>
      </w:r>
      <w:proofErr w:type="spellEnd"/>
      <w:r w:rsidRPr="00537C37">
        <w:rPr>
          <w:rFonts w:ascii="Times New Roman" w:eastAsia="Times New Roman" w:hAnsi="Times New Roman" w:cs="Times New Roman"/>
          <w:color w:val="000000" w:themeColor="text1"/>
          <w:sz w:val="22"/>
          <w:szCs w:val="22"/>
        </w:rPr>
        <w:t xml:space="preserve"> Youth Climate Action Fund </w:t>
      </w:r>
      <w:r>
        <w:rPr>
          <w:rFonts w:ascii="Times New Roman" w:eastAsia="Times New Roman" w:hAnsi="Times New Roman" w:cs="Times New Roman"/>
          <w:color w:val="000000" w:themeColor="text1"/>
          <w:sz w:val="22"/>
          <w:szCs w:val="22"/>
        </w:rPr>
        <w:t>–</w:t>
      </w:r>
      <w:r w:rsidRPr="00537C37">
        <w:rPr>
          <w:rFonts w:ascii="Times New Roman" w:eastAsia="Times New Roman" w:hAnsi="Times New Roman" w:cs="Times New Roman"/>
          <w:color w:val="000000" w:themeColor="text1"/>
          <w:sz w:val="22"/>
          <w:szCs w:val="22"/>
        </w:rPr>
        <w:t xml:space="preserve"> Bloomberg Philanthropies</w:t>
      </w:r>
      <w:r w:rsidRPr="00537C37">
        <w:rPr>
          <w:rFonts w:ascii="Times New Roman" w:eastAsia="Times New Roman" w:hAnsi="Times New Roman" w:cs="Times New Roman"/>
          <w:color w:val="000000" w:themeColor="text1"/>
          <w:sz w:val="22"/>
          <w:szCs w:val="22"/>
        </w:rPr>
        <w:br/>
      </w:r>
      <w:proofErr w:type="spellStart"/>
      <w:r w:rsidRPr="00537C37">
        <w:rPr>
          <w:rFonts w:ascii="Times New Roman" w:eastAsia="Times New Roman" w:hAnsi="Times New Roman" w:cs="Times New Roman"/>
          <w:color w:val="000000" w:themeColor="text1"/>
          <w:sz w:val="22"/>
          <w:szCs w:val="22"/>
        </w:rPr>
        <w:t>în</w:t>
      </w:r>
      <w:proofErr w:type="spellEnd"/>
      <w:r w:rsidRPr="00537C37">
        <w:rPr>
          <w:rFonts w:ascii="Times New Roman" w:eastAsia="Times New Roman" w:hAnsi="Times New Roman" w:cs="Times New Roman"/>
          <w:color w:val="000000" w:themeColor="text1"/>
          <w:sz w:val="22"/>
          <w:szCs w:val="22"/>
        </w:rPr>
        <w:t xml:space="preserve"> </w:t>
      </w:r>
      <w:proofErr w:type="spellStart"/>
      <w:r w:rsidRPr="00537C37">
        <w:rPr>
          <w:rFonts w:ascii="Times New Roman" w:eastAsia="Times New Roman" w:hAnsi="Times New Roman" w:cs="Times New Roman"/>
          <w:color w:val="000000" w:themeColor="text1"/>
          <w:sz w:val="22"/>
          <w:szCs w:val="22"/>
        </w:rPr>
        <w:t>Municipiul</w:t>
      </w:r>
      <w:proofErr w:type="spellEnd"/>
      <w:r w:rsidRPr="00537C37">
        <w:rPr>
          <w:rFonts w:ascii="Times New Roman" w:eastAsia="Times New Roman" w:hAnsi="Times New Roman" w:cs="Times New Roman"/>
          <w:color w:val="000000" w:themeColor="text1"/>
          <w:sz w:val="22"/>
          <w:szCs w:val="22"/>
        </w:rPr>
        <w:t xml:space="preserve"> </w:t>
      </w:r>
      <w:proofErr w:type="spellStart"/>
      <w:r w:rsidRPr="00537C37">
        <w:rPr>
          <w:rFonts w:ascii="Times New Roman" w:eastAsia="Times New Roman" w:hAnsi="Times New Roman" w:cs="Times New Roman"/>
          <w:color w:val="000000" w:themeColor="text1"/>
          <w:sz w:val="22"/>
          <w:szCs w:val="22"/>
        </w:rPr>
        <w:t>Timișoara</w:t>
      </w:r>
      <w:proofErr w:type="spellEnd"/>
      <w:r w:rsidRPr="00537C37">
        <w:rPr>
          <w:rFonts w:ascii="Times New Roman" w:eastAsia="Times New Roman" w:hAnsi="Times New Roman" w:cs="Times New Roman"/>
          <w:color w:val="000000" w:themeColor="text1"/>
          <w:sz w:val="22"/>
          <w:szCs w:val="22"/>
        </w:rPr>
        <w:t xml:space="preserve">, Runda 1: 2026-2027, HCL nr. </w:t>
      </w:r>
      <w:r>
        <w:rPr>
          <w:rFonts w:ascii="Times New Roman" w:eastAsia="Times New Roman" w:hAnsi="Times New Roman" w:cs="Times New Roman"/>
          <w:color w:val="000000" w:themeColor="text1"/>
          <w:sz w:val="22"/>
          <w:szCs w:val="22"/>
        </w:rPr>
        <w:t>…</w:t>
      </w:r>
      <w:r w:rsidRPr="00537C37">
        <w:rPr>
          <w:rFonts w:ascii="Times New Roman" w:eastAsia="Times New Roman" w:hAnsi="Times New Roman" w:cs="Times New Roman"/>
          <w:color w:val="000000" w:themeColor="text1"/>
          <w:sz w:val="22"/>
          <w:szCs w:val="22"/>
        </w:rPr>
        <w:t>.../</w:t>
      </w:r>
      <w:r>
        <w:rPr>
          <w:rFonts w:ascii="Times New Roman" w:eastAsia="Times New Roman" w:hAnsi="Times New Roman" w:cs="Times New Roman"/>
          <w:color w:val="000000" w:themeColor="text1"/>
          <w:sz w:val="22"/>
          <w:szCs w:val="22"/>
        </w:rPr>
        <w:t>…</w:t>
      </w:r>
      <w:r w:rsidRPr="00537C37">
        <w:rPr>
          <w:rFonts w:ascii="Times New Roman" w:eastAsia="Times New Roman" w:hAnsi="Times New Roman" w:cs="Times New Roman"/>
          <w:color w:val="000000" w:themeColor="text1"/>
          <w:sz w:val="22"/>
          <w:szCs w:val="22"/>
        </w:rPr>
        <w:t>.............</w:t>
      </w:r>
    </w:p>
    <w:p w14:paraId="28D4C029" w14:textId="77777777" w:rsidR="00537C37" w:rsidRDefault="00537C37" w:rsidP="00537C37">
      <w:pPr>
        <w:pStyle w:val="Heading1"/>
        <w:spacing w:line="360" w:lineRule="auto"/>
        <w:jc w:val="center"/>
        <w:rPr>
          <w:rFonts w:ascii="Times New Roman" w:eastAsia="Times New Roman" w:hAnsi="Times New Roman" w:cs="Times New Roman"/>
          <w:sz w:val="24"/>
          <w:szCs w:val="24"/>
        </w:rPr>
      </w:pPr>
    </w:p>
    <w:p w14:paraId="39D3CE76" w14:textId="7A304505" w:rsidR="00537C37" w:rsidRDefault="00537C37" w:rsidP="00537C37">
      <w:pPr>
        <w:pStyle w:val="Heading1"/>
        <w:spacing w:line="360" w:lineRule="auto"/>
        <w:jc w:val="center"/>
        <w:rPr>
          <w:rFonts w:ascii="Times New Roman" w:eastAsia="Times New Roman" w:hAnsi="Times New Roman" w:cs="Times New Roman"/>
          <w:b w:val="0"/>
          <w:bCs w:val="0"/>
          <w:sz w:val="24"/>
          <w:szCs w:val="24"/>
        </w:rPr>
      </w:pPr>
      <w:r w:rsidRPr="2B250693">
        <w:rPr>
          <w:rFonts w:ascii="Times New Roman" w:eastAsia="Times New Roman" w:hAnsi="Times New Roman" w:cs="Times New Roman"/>
          <w:sz w:val="24"/>
          <w:szCs w:val="24"/>
          <w:lang w:val="ro-RO"/>
        </w:rPr>
        <w:t>DECLARAȚIE DE ANGAJAMENT A ORGANIZAȚIEI BENEFICIARE</w:t>
      </w:r>
    </w:p>
    <w:p w14:paraId="0DA45439" w14:textId="77777777" w:rsidR="00537C37" w:rsidRDefault="00537C37" w:rsidP="00537C37">
      <w:pPr>
        <w:spacing w:line="360" w:lineRule="auto"/>
        <w:jc w:val="both"/>
        <w:rPr>
          <w:rFonts w:ascii="Times New Roman" w:eastAsia="Times New Roman" w:hAnsi="Times New Roman" w:cs="Times New Roman"/>
          <w:color w:val="000000" w:themeColor="text1"/>
        </w:rPr>
      </w:pPr>
    </w:p>
    <w:p w14:paraId="743FB7EA" w14:textId="77777777" w:rsidR="00537C37" w:rsidRDefault="00537C37" w:rsidP="00537C37">
      <w:pPr>
        <w:spacing w:line="360" w:lineRule="auto"/>
        <w:jc w:val="both"/>
        <w:rPr>
          <w:rFonts w:ascii="Times New Roman" w:eastAsia="Times New Roman" w:hAnsi="Times New Roman" w:cs="Times New Roman"/>
          <w:color w:val="000000" w:themeColor="text1"/>
        </w:rPr>
      </w:pPr>
      <w:r w:rsidRPr="2B250693">
        <w:rPr>
          <w:rFonts w:ascii="Times New Roman" w:eastAsia="Times New Roman" w:hAnsi="Times New Roman" w:cs="Times New Roman"/>
          <w:color w:val="000000" w:themeColor="text1"/>
          <w:lang w:val="ro-RO"/>
        </w:rPr>
        <w:t>Subsemnatul/a __________________________, în calitate de reprezentant legal al organizației/ instituției __________________________, cu sediul în __________________________  CUI/CIF __________________________, declar prin prezenta că:</w:t>
      </w:r>
    </w:p>
    <w:p w14:paraId="4B7F8877" w14:textId="77777777" w:rsidR="00537C37" w:rsidRDefault="00537C37" w:rsidP="00537C37">
      <w:pPr>
        <w:spacing w:line="360" w:lineRule="auto"/>
        <w:ind w:left="397" w:hanging="283"/>
        <w:jc w:val="both"/>
        <w:rPr>
          <w:rFonts w:ascii="Times New Roman" w:eastAsia="Times New Roman" w:hAnsi="Times New Roman" w:cs="Times New Roman"/>
          <w:color w:val="000000" w:themeColor="text1"/>
          <w:lang w:val="ro-RO"/>
        </w:rPr>
      </w:pPr>
      <w:r w:rsidRPr="2B250693">
        <w:rPr>
          <w:rFonts w:ascii="Times New Roman" w:eastAsia="Times New Roman" w:hAnsi="Times New Roman" w:cs="Times New Roman"/>
          <w:color w:val="000000" w:themeColor="text1"/>
          <w:lang w:val="ro-RO"/>
        </w:rPr>
        <w:t>a) organizația/instituția publică pe care o reprezint are personalitate juridică distinctă înregistrată în România conform legislației naționale și deține cont bancar pe numele său</w:t>
      </w:r>
    </w:p>
    <w:p w14:paraId="76A30BD4" w14:textId="77777777" w:rsidR="00537C37" w:rsidRPr="00A95D8F" w:rsidRDefault="00537C37" w:rsidP="00537C37">
      <w:pPr>
        <w:spacing w:line="360" w:lineRule="auto"/>
        <w:ind w:left="397" w:hanging="283"/>
        <w:jc w:val="both"/>
        <w:rPr>
          <w:rFonts w:ascii="Times New Roman" w:eastAsia="Times New Roman" w:hAnsi="Times New Roman" w:cs="Times New Roman"/>
          <w:color w:val="000000" w:themeColor="text1"/>
          <w:lang w:val="fr-FR"/>
        </w:rPr>
      </w:pPr>
      <w:r w:rsidRPr="2B250693">
        <w:rPr>
          <w:rFonts w:ascii="Times New Roman" w:eastAsia="Times New Roman" w:hAnsi="Times New Roman" w:cs="Times New Roman"/>
          <w:color w:val="000000" w:themeColor="text1"/>
          <w:lang w:val="ro-RO"/>
        </w:rPr>
        <w:t xml:space="preserve">b) ne exprimăm acordul de a susține echipa de tineri __________________________ în cadrul proiectului __________________________ depus în programul Youth Climate </w:t>
      </w:r>
      <w:proofErr w:type="spellStart"/>
      <w:r w:rsidRPr="2B250693">
        <w:rPr>
          <w:rFonts w:ascii="Times New Roman" w:eastAsia="Times New Roman" w:hAnsi="Times New Roman" w:cs="Times New Roman"/>
          <w:color w:val="000000" w:themeColor="text1"/>
          <w:lang w:val="ro-RO"/>
        </w:rPr>
        <w:t>Action</w:t>
      </w:r>
      <w:proofErr w:type="spellEnd"/>
      <w:r w:rsidRPr="2B250693">
        <w:rPr>
          <w:rFonts w:ascii="Times New Roman" w:eastAsia="Times New Roman" w:hAnsi="Times New Roman" w:cs="Times New Roman"/>
          <w:color w:val="000000" w:themeColor="text1"/>
          <w:lang w:val="ro-RO"/>
        </w:rPr>
        <w:t xml:space="preserve"> Fund - </w:t>
      </w:r>
      <w:proofErr w:type="spellStart"/>
      <w:r w:rsidRPr="2B250693">
        <w:rPr>
          <w:rFonts w:ascii="Times New Roman" w:eastAsia="Times New Roman" w:hAnsi="Times New Roman" w:cs="Times New Roman"/>
          <w:color w:val="000000" w:themeColor="text1"/>
          <w:lang w:val="ro-RO"/>
        </w:rPr>
        <w:t>Bloomberg</w:t>
      </w:r>
      <w:proofErr w:type="spellEnd"/>
      <w:r w:rsidRPr="2B250693">
        <w:rPr>
          <w:rFonts w:ascii="Times New Roman" w:eastAsia="Times New Roman" w:hAnsi="Times New Roman" w:cs="Times New Roman"/>
          <w:color w:val="000000" w:themeColor="text1"/>
          <w:lang w:val="ro-RO"/>
        </w:rPr>
        <w:t xml:space="preserve"> </w:t>
      </w:r>
      <w:proofErr w:type="spellStart"/>
      <w:r w:rsidRPr="2B250693">
        <w:rPr>
          <w:rFonts w:ascii="Times New Roman" w:eastAsia="Times New Roman" w:hAnsi="Times New Roman" w:cs="Times New Roman"/>
          <w:color w:val="000000" w:themeColor="text1"/>
          <w:lang w:val="ro-RO"/>
        </w:rPr>
        <w:t>Philanthropies</w:t>
      </w:r>
      <w:proofErr w:type="spellEnd"/>
      <w:r w:rsidRPr="2B250693">
        <w:rPr>
          <w:rFonts w:ascii="Times New Roman" w:eastAsia="Times New Roman" w:hAnsi="Times New Roman" w:cs="Times New Roman"/>
          <w:color w:val="000000" w:themeColor="text1"/>
          <w:lang w:val="ro-RO"/>
        </w:rPr>
        <w:t xml:space="preserve"> în Municipiul Timișoara;</w:t>
      </w:r>
    </w:p>
    <w:p w14:paraId="6809B29C" w14:textId="77777777" w:rsidR="00537C37" w:rsidRPr="00A95D8F" w:rsidRDefault="00537C37" w:rsidP="00537C37">
      <w:pPr>
        <w:spacing w:line="360" w:lineRule="auto"/>
        <w:ind w:left="397" w:hanging="283"/>
        <w:jc w:val="both"/>
        <w:rPr>
          <w:rFonts w:ascii="Times New Roman" w:eastAsia="Times New Roman" w:hAnsi="Times New Roman" w:cs="Times New Roman"/>
          <w:color w:val="000000" w:themeColor="text1"/>
          <w:lang w:val="fr-FR"/>
        </w:rPr>
      </w:pPr>
      <w:r w:rsidRPr="2B250693">
        <w:rPr>
          <w:rFonts w:ascii="Times New Roman" w:eastAsia="Times New Roman" w:hAnsi="Times New Roman" w:cs="Times New Roman"/>
          <w:color w:val="000000" w:themeColor="text1"/>
          <w:lang w:val="ro-RO"/>
        </w:rPr>
        <w:t>c) înțelegem că tinerii sunt liderii proiectului și ne angajăm să ii sprijinim fără a prelua conducerea proiectului;</w:t>
      </w:r>
    </w:p>
    <w:p w14:paraId="5715E868" w14:textId="77777777" w:rsidR="00537C37" w:rsidRPr="00A95D8F" w:rsidRDefault="00537C37" w:rsidP="00537C37">
      <w:pPr>
        <w:spacing w:line="360" w:lineRule="auto"/>
        <w:ind w:left="397" w:hanging="283"/>
        <w:jc w:val="both"/>
        <w:rPr>
          <w:rFonts w:ascii="Times New Roman" w:eastAsia="Times New Roman" w:hAnsi="Times New Roman" w:cs="Times New Roman"/>
          <w:color w:val="000000" w:themeColor="text1"/>
          <w:lang w:val="fr-FR"/>
        </w:rPr>
      </w:pPr>
      <w:r w:rsidRPr="2B250693">
        <w:rPr>
          <w:rFonts w:ascii="Times New Roman" w:eastAsia="Times New Roman" w:hAnsi="Times New Roman" w:cs="Times New Roman"/>
          <w:color w:val="000000" w:themeColor="text1"/>
          <w:lang w:val="ro-RO"/>
        </w:rPr>
        <w:t xml:space="preserve">d) ne angajăm să primim, administram și cheltuim </w:t>
      </w:r>
      <w:proofErr w:type="spellStart"/>
      <w:r w:rsidRPr="2B250693">
        <w:rPr>
          <w:rFonts w:ascii="Times New Roman" w:eastAsia="Times New Roman" w:hAnsi="Times New Roman" w:cs="Times New Roman"/>
          <w:color w:val="000000" w:themeColor="text1"/>
          <w:lang w:val="ro-RO"/>
        </w:rPr>
        <w:t>micrograntul</w:t>
      </w:r>
      <w:proofErr w:type="spellEnd"/>
      <w:r w:rsidRPr="2B250693">
        <w:rPr>
          <w:rFonts w:ascii="Times New Roman" w:eastAsia="Times New Roman" w:hAnsi="Times New Roman" w:cs="Times New Roman"/>
          <w:color w:val="000000" w:themeColor="text1"/>
          <w:lang w:val="ro-RO"/>
        </w:rPr>
        <w:t xml:space="preserve"> exclusiv pentru activitățile aprobate;</w:t>
      </w:r>
    </w:p>
    <w:p w14:paraId="7E81C089" w14:textId="77777777" w:rsidR="00537C37" w:rsidRDefault="00537C37" w:rsidP="00537C37">
      <w:pPr>
        <w:spacing w:line="360" w:lineRule="auto"/>
        <w:ind w:left="397" w:hanging="283"/>
        <w:jc w:val="both"/>
        <w:rPr>
          <w:rFonts w:ascii="Times New Roman" w:eastAsia="Times New Roman" w:hAnsi="Times New Roman" w:cs="Times New Roman"/>
          <w:color w:val="000000" w:themeColor="text1"/>
          <w:lang w:val="ro-RO"/>
        </w:rPr>
      </w:pPr>
      <w:r w:rsidRPr="292E57E1">
        <w:rPr>
          <w:rFonts w:ascii="Times New Roman" w:eastAsia="Times New Roman" w:hAnsi="Times New Roman" w:cs="Times New Roman"/>
          <w:color w:val="000000" w:themeColor="text1"/>
          <w:lang w:val="ro-RO"/>
        </w:rPr>
        <w:t>e) ne angajăm să respectăm regulile privind cheltuielile eligibile, achizițiile, documentele justificative, protecția datelor, comunicarea publică și siguranța participanților;</w:t>
      </w:r>
    </w:p>
    <w:p w14:paraId="52C4310B" w14:textId="77777777" w:rsidR="00537C37" w:rsidRPr="00A95D8F" w:rsidRDefault="00537C37" w:rsidP="00537C37">
      <w:pPr>
        <w:spacing w:line="360" w:lineRule="auto"/>
        <w:ind w:left="397" w:hanging="283"/>
        <w:jc w:val="both"/>
        <w:rPr>
          <w:rFonts w:ascii="Times New Roman" w:eastAsia="Times New Roman" w:hAnsi="Times New Roman" w:cs="Times New Roman"/>
          <w:color w:val="000000" w:themeColor="text1"/>
          <w:lang w:val="fr-FR"/>
        </w:rPr>
      </w:pPr>
      <w:r w:rsidRPr="2B250693">
        <w:rPr>
          <w:rFonts w:ascii="Times New Roman" w:eastAsia="Times New Roman" w:hAnsi="Times New Roman" w:cs="Times New Roman"/>
          <w:color w:val="000000" w:themeColor="text1"/>
          <w:lang w:val="ro-RO"/>
        </w:rPr>
        <w:t>f) ne angajăm să păstram documentele financiare și de activitate și să le punem la dispoziția Municipiului Timișoara/ finanțatorului, la cerere;</w:t>
      </w:r>
    </w:p>
    <w:p w14:paraId="4B9A54C7" w14:textId="77777777" w:rsidR="00537C37" w:rsidRPr="00A95D8F" w:rsidRDefault="00537C37" w:rsidP="00537C37">
      <w:pPr>
        <w:spacing w:line="360" w:lineRule="auto"/>
        <w:ind w:left="114"/>
        <w:jc w:val="both"/>
        <w:rPr>
          <w:rFonts w:ascii="Times New Roman" w:eastAsia="Times New Roman" w:hAnsi="Times New Roman" w:cs="Times New Roman"/>
          <w:color w:val="000000" w:themeColor="text1"/>
          <w:lang w:val="fr-FR"/>
        </w:rPr>
      </w:pPr>
      <w:r w:rsidRPr="2B250693">
        <w:rPr>
          <w:rFonts w:ascii="Times New Roman" w:eastAsia="Times New Roman" w:hAnsi="Times New Roman" w:cs="Times New Roman"/>
          <w:color w:val="000000" w:themeColor="text1"/>
          <w:lang w:val="ro-RO"/>
        </w:rPr>
        <w:t xml:space="preserve">g) ne angajăm să transmitem raportul final de </w:t>
      </w:r>
      <w:proofErr w:type="spellStart"/>
      <w:r w:rsidRPr="2B250693">
        <w:rPr>
          <w:rFonts w:ascii="Times New Roman" w:eastAsia="Times New Roman" w:hAnsi="Times New Roman" w:cs="Times New Roman"/>
          <w:color w:val="000000" w:themeColor="text1"/>
          <w:lang w:val="ro-RO"/>
        </w:rPr>
        <w:t>microgrant</w:t>
      </w:r>
      <w:proofErr w:type="spellEnd"/>
      <w:r w:rsidRPr="2B250693">
        <w:rPr>
          <w:rFonts w:ascii="Times New Roman" w:eastAsia="Times New Roman" w:hAnsi="Times New Roman" w:cs="Times New Roman"/>
          <w:color w:val="000000" w:themeColor="text1"/>
          <w:lang w:val="ro-RO"/>
        </w:rPr>
        <w:t xml:space="preserve"> în termenul stabilit;</w:t>
      </w:r>
    </w:p>
    <w:p w14:paraId="7AB331B4" w14:textId="77777777" w:rsidR="00537C37" w:rsidRPr="00A95D8F" w:rsidRDefault="00537C37" w:rsidP="00537C37">
      <w:pPr>
        <w:spacing w:line="360" w:lineRule="auto"/>
        <w:ind w:left="397" w:hanging="283"/>
        <w:jc w:val="both"/>
        <w:rPr>
          <w:rFonts w:ascii="Times New Roman" w:eastAsia="Times New Roman" w:hAnsi="Times New Roman" w:cs="Times New Roman"/>
          <w:color w:val="000000" w:themeColor="text1"/>
          <w:lang w:val="fr-FR"/>
        </w:rPr>
      </w:pPr>
      <w:r w:rsidRPr="2B250693">
        <w:rPr>
          <w:rFonts w:ascii="Times New Roman" w:eastAsia="Times New Roman" w:hAnsi="Times New Roman" w:cs="Times New Roman"/>
          <w:color w:val="000000" w:themeColor="text1"/>
          <w:lang w:val="ro-RO"/>
        </w:rPr>
        <w:t>h) declarăm că organizația/instituția nu este partid politic, organizație afiliată politic, societate comercială cu scop de a genera profit în acest proiect și nu se află sub niciun regim de sancțiuni aplicabile;</w:t>
      </w:r>
    </w:p>
    <w:p w14:paraId="4786B74F" w14:textId="77777777" w:rsidR="00537C37" w:rsidRPr="00A95D8F" w:rsidRDefault="00537C37" w:rsidP="00537C37">
      <w:pPr>
        <w:spacing w:line="360" w:lineRule="auto"/>
        <w:ind w:left="114"/>
        <w:jc w:val="both"/>
        <w:rPr>
          <w:rFonts w:ascii="Times New Roman" w:eastAsia="Times New Roman" w:hAnsi="Times New Roman" w:cs="Times New Roman"/>
          <w:color w:val="000000" w:themeColor="text1"/>
          <w:lang w:val="fr-FR"/>
        </w:rPr>
      </w:pPr>
      <w:r w:rsidRPr="2B250693">
        <w:rPr>
          <w:rFonts w:ascii="Times New Roman" w:eastAsia="Times New Roman" w:hAnsi="Times New Roman" w:cs="Times New Roman"/>
          <w:color w:val="000000" w:themeColor="text1"/>
          <w:lang w:val="ro-RO"/>
        </w:rPr>
        <w:t>i) declarăm ca nu există conflict de interese  în legătură cu proiectul, echipa de tineri, membrii comisiei  sau echipa de program.</w:t>
      </w:r>
    </w:p>
    <w:p w14:paraId="1633215A" w14:textId="77777777" w:rsidR="00537C37" w:rsidRDefault="00537C37" w:rsidP="00537C37">
      <w:pPr>
        <w:spacing w:line="360" w:lineRule="auto"/>
        <w:ind w:left="397" w:hanging="283"/>
        <w:jc w:val="both"/>
        <w:rPr>
          <w:rFonts w:ascii="Times New Roman" w:eastAsia="Times New Roman" w:hAnsi="Times New Roman" w:cs="Times New Roman"/>
          <w:color w:val="000000" w:themeColor="text1"/>
          <w:lang w:val="ro-RO"/>
        </w:rPr>
      </w:pPr>
      <w:r w:rsidRPr="2B250693">
        <w:rPr>
          <w:rFonts w:ascii="Times New Roman" w:eastAsia="Times New Roman" w:hAnsi="Times New Roman" w:cs="Times New Roman"/>
          <w:color w:val="000000" w:themeColor="text1"/>
          <w:lang w:val="ro-RO"/>
        </w:rPr>
        <w:t xml:space="preserve">j) ne angajăm să completăm Raportul de </w:t>
      </w:r>
      <w:proofErr w:type="spellStart"/>
      <w:r w:rsidRPr="2B250693">
        <w:rPr>
          <w:rFonts w:ascii="Times New Roman" w:eastAsia="Times New Roman" w:hAnsi="Times New Roman" w:cs="Times New Roman"/>
          <w:color w:val="000000" w:themeColor="text1"/>
          <w:lang w:val="ro-RO"/>
        </w:rPr>
        <w:t>microgrant</w:t>
      </w:r>
      <w:proofErr w:type="spellEnd"/>
      <w:r w:rsidRPr="2B250693">
        <w:rPr>
          <w:rFonts w:ascii="Times New Roman" w:eastAsia="Times New Roman" w:hAnsi="Times New Roman" w:cs="Times New Roman"/>
          <w:color w:val="000000" w:themeColor="text1"/>
          <w:lang w:val="ro-RO"/>
        </w:rPr>
        <w:t xml:space="preserve"> până cel târziu 30 Aprilie 2027, raport care va conține în mod obligatoriu  bugetul final al proiectului, numărul de tineri voluntari implicați, precum și indicatorii privind rezultatele imediate (output-uri) și efectele (</w:t>
      </w:r>
      <w:proofErr w:type="spellStart"/>
      <w:r w:rsidRPr="2B250693">
        <w:rPr>
          <w:rFonts w:ascii="Times New Roman" w:eastAsia="Times New Roman" w:hAnsi="Times New Roman" w:cs="Times New Roman"/>
          <w:color w:val="000000" w:themeColor="text1"/>
          <w:lang w:val="ro-RO"/>
        </w:rPr>
        <w:t>outcome</w:t>
      </w:r>
      <w:proofErr w:type="spellEnd"/>
      <w:r w:rsidRPr="2B250693">
        <w:rPr>
          <w:rFonts w:ascii="Times New Roman" w:eastAsia="Times New Roman" w:hAnsi="Times New Roman" w:cs="Times New Roman"/>
          <w:color w:val="000000" w:themeColor="text1"/>
          <w:lang w:val="ro-RO"/>
        </w:rPr>
        <w:t xml:space="preserve">-uri) proiectului. </w:t>
      </w:r>
    </w:p>
    <w:p w14:paraId="42933065" w14:textId="77777777" w:rsidR="00537C37" w:rsidRDefault="00537C37" w:rsidP="00537C37">
      <w:pPr>
        <w:spacing w:line="360" w:lineRule="auto"/>
        <w:ind w:left="397" w:hanging="283"/>
        <w:jc w:val="both"/>
        <w:rPr>
          <w:rFonts w:ascii="Times New Roman" w:eastAsia="Times New Roman" w:hAnsi="Times New Roman" w:cs="Times New Roman"/>
          <w:lang w:val="ro-RO"/>
        </w:rPr>
      </w:pPr>
      <w:r>
        <w:rPr>
          <w:rFonts w:ascii="Times New Roman" w:eastAsia="Times New Roman" w:hAnsi="Times New Roman" w:cs="Times New Roman"/>
          <w:color w:val="000000" w:themeColor="text1"/>
          <w:lang w:val="ro-RO"/>
        </w:rPr>
        <w:t xml:space="preserve">k) declarăm că </w:t>
      </w:r>
      <w:r w:rsidRPr="2B250693">
        <w:rPr>
          <w:rFonts w:ascii="Times New Roman" w:eastAsia="Times New Roman" w:hAnsi="Times New Roman" w:cs="Times New Roman"/>
          <w:color w:val="000000" w:themeColor="text1"/>
          <w:lang w:val="ro-RO"/>
        </w:rPr>
        <w:t xml:space="preserve">organizația/instituția </w:t>
      </w:r>
      <w:r w:rsidRPr="372029BD">
        <w:rPr>
          <w:rFonts w:ascii="Times New Roman" w:eastAsia="Times New Roman" w:hAnsi="Times New Roman" w:cs="Times New Roman"/>
          <w:lang w:val="ro-RO"/>
        </w:rPr>
        <w:t>nu se afl</w:t>
      </w:r>
      <w:r>
        <w:rPr>
          <w:rFonts w:ascii="Times New Roman" w:eastAsia="Times New Roman" w:hAnsi="Times New Roman" w:cs="Times New Roman"/>
          <w:lang w:val="ro-RO"/>
        </w:rPr>
        <w:t xml:space="preserve">ă </w:t>
      </w:r>
      <w:r w:rsidRPr="372029BD">
        <w:rPr>
          <w:rFonts w:ascii="Times New Roman" w:eastAsia="Times New Roman" w:hAnsi="Times New Roman" w:cs="Times New Roman"/>
          <w:lang w:val="ro-RO"/>
        </w:rPr>
        <w:t>sub niciun regim de sancțiuni aplicabil</w:t>
      </w:r>
      <w:r w:rsidRPr="00A95D8F">
        <w:rPr>
          <w:rFonts w:ascii="Times New Roman" w:eastAsia="Times New Roman" w:hAnsi="Times New Roman" w:cs="Times New Roman"/>
          <w:lang w:val="ro-RO"/>
        </w:rPr>
        <w:t>; at</w:t>
      </w:r>
      <w:r>
        <w:rPr>
          <w:rFonts w:ascii="Times New Roman" w:eastAsia="Times New Roman" w:hAnsi="Times New Roman" w:cs="Times New Roman"/>
          <w:lang w:val="ro-RO"/>
        </w:rPr>
        <w:t>așăm cazierul fiscal.</w:t>
      </w:r>
    </w:p>
    <w:p w14:paraId="23B45D19" w14:textId="77777777" w:rsidR="00537C37" w:rsidRPr="00A95D8F" w:rsidRDefault="00537C37" w:rsidP="00537C37">
      <w:pPr>
        <w:spacing w:line="360" w:lineRule="auto"/>
        <w:ind w:left="397" w:hanging="283"/>
        <w:jc w:val="both"/>
        <w:rPr>
          <w:rFonts w:ascii="Times New Roman" w:eastAsia="Times New Roman" w:hAnsi="Times New Roman" w:cs="Times New Roman"/>
          <w:lang w:val="ro-RO"/>
        </w:rPr>
      </w:pPr>
      <w:r>
        <w:rPr>
          <w:rFonts w:ascii="Times New Roman" w:eastAsia="Times New Roman" w:hAnsi="Times New Roman" w:cs="Times New Roman"/>
          <w:lang w:val="ro-RO"/>
        </w:rPr>
        <w:lastRenderedPageBreak/>
        <w:t>l) organizația/instituția b</w:t>
      </w:r>
      <w:r w:rsidRPr="00A95D8F">
        <w:rPr>
          <w:rFonts w:ascii="Times New Roman" w:eastAsia="Times New Roman" w:hAnsi="Times New Roman" w:cs="Times New Roman"/>
          <w:lang w:val="ro-RO"/>
        </w:rPr>
        <w:t>eneficia</w:t>
      </w:r>
      <w:r>
        <w:rPr>
          <w:rFonts w:ascii="Times New Roman" w:eastAsia="Times New Roman" w:hAnsi="Times New Roman" w:cs="Times New Roman"/>
          <w:lang w:val="ro-RO"/>
        </w:rPr>
        <w:t>ră</w:t>
      </w:r>
      <w:r w:rsidRPr="00A95D8F">
        <w:rPr>
          <w:rFonts w:ascii="Times New Roman" w:eastAsia="Times New Roman" w:hAnsi="Times New Roman" w:cs="Times New Roman"/>
          <w:lang w:val="ro-RO"/>
        </w:rPr>
        <w:t xml:space="preserve"> transferă și cesionează prin prezenta către </w:t>
      </w:r>
      <w:proofErr w:type="spellStart"/>
      <w:r w:rsidRPr="00A95D8F">
        <w:rPr>
          <w:rFonts w:ascii="Times New Roman" w:eastAsia="Times New Roman" w:hAnsi="Times New Roman" w:cs="Times New Roman"/>
          <w:lang w:val="ro-RO"/>
        </w:rPr>
        <w:t>Rockefeller</w:t>
      </w:r>
      <w:proofErr w:type="spellEnd"/>
      <w:r w:rsidRPr="00A95D8F">
        <w:rPr>
          <w:rFonts w:ascii="Times New Roman" w:eastAsia="Times New Roman" w:hAnsi="Times New Roman" w:cs="Times New Roman"/>
          <w:lang w:val="ro-RO"/>
        </w:rPr>
        <w:t xml:space="preserve"> </w:t>
      </w:r>
      <w:proofErr w:type="spellStart"/>
      <w:r w:rsidRPr="00A95D8F">
        <w:rPr>
          <w:rFonts w:ascii="Times New Roman" w:eastAsia="Times New Roman" w:hAnsi="Times New Roman" w:cs="Times New Roman"/>
          <w:lang w:val="ro-RO"/>
        </w:rPr>
        <w:t>Philanthropy</w:t>
      </w:r>
      <w:proofErr w:type="spellEnd"/>
      <w:r w:rsidRPr="00A95D8F">
        <w:rPr>
          <w:rFonts w:ascii="Times New Roman" w:eastAsia="Times New Roman" w:hAnsi="Times New Roman" w:cs="Times New Roman"/>
          <w:lang w:val="ro-RO"/>
        </w:rPr>
        <w:t xml:space="preserve"> </w:t>
      </w:r>
      <w:proofErr w:type="spellStart"/>
      <w:r w:rsidRPr="00A95D8F">
        <w:rPr>
          <w:rFonts w:ascii="Times New Roman" w:eastAsia="Times New Roman" w:hAnsi="Times New Roman" w:cs="Times New Roman"/>
          <w:lang w:val="ro-RO"/>
        </w:rPr>
        <w:t>Advisors</w:t>
      </w:r>
      <w:proofErr w:type="spellEnd"/>
      <w:r w:rsidRPr="00A95D8F">
        <w:rPr>
          <w:rFonts w:ascii="Times New Roman" w:eastAsia="Times New Roman" w:hAnsi="Times New Roman" w:cs="Times New Roman"/>
          <w:lang w:val="ro-RO"/>
        </w:rPr>
        <w:t xml:space="preserve"> o licență la nivel mondial, irevocabilă, perpetuă, fără redevențe și neexclusivă de a difuza și </w:t>
      </w:r>
      <w:proofErr w:type="spellStart"/>
      <w:r w:rsidRPr="00A95D8F">
        <w:rPr>
          <w:rFonts w:ascii="Times New Roman" w:eastAsia="Times New Roman" w:hAnsi="Times New Roman" w:cs="Times New Roman"/>
          <w:lang w:val="ro-RO"/>
        </w:rPr>
        <w:t>sublicenția</w:t>
      </w:r>
      <w:proofErr w:type="spellEnd"/>
      <w:r w:rsidRPr="00A95D8F">
        <w:rPr>
          <w:rFonts w:ascii="Times New Roman" w:eastAsia="Times New Roman" w:hAnsi="Times New Roman" w:cs="Times New Roman"/>
          <w:lang w:val="ro-RO"/>
        </w:rPr>
        <w:t xml:space="preserve"> orice cercetare, material scris, studiu, publicație, raport, invenție, brevet, marcă, marcă de servicii, program audio sau video, film ori alt produs media dezvoltat</w:t>
      </w:r>
      <w:r>
        <w:rPr>
          <w:rFonts w:ascii="Times New Roman" w:eastAsia="Times New Roman" w:hAnsi="Times New Roman" w:cs="Times New Roman"/>
          <w:lang w:val="ro-RO"/>
        </w:rPr>
        <w:t>e</w:t>
      </w:r>
      <w:r w:rsidRPr="00A95D8F">
        <w:rPr>
          <w:rFonts w:ascii="Times New Roman" w:eastAsia="Times New Roman" w:hAnsi="Times New Roman" w:cs="Times New Roman"/>
          <w:lang w:val="ro-RO"/>
        </w:rPr>
        <w:t xml:space="preserve"> </w:t>
      </w:r>
      <w:r>
        <w:rPr>
          <w:rFonts w:ascii="Times New Roman" w:eastAsia="Times New Roman" w:hAnsi="Times New Roman" w:cs="Times New Roman"/>
          <w:lang w:val="ro-RO"/>
        </w:rPr>
        <w:t xml:space="preserve">în cadrul Programului </w:t>
      </w:r>
      <w:r w:rsidRPr="2B250693">
        <w:rPr>
          <w:rFonts w:ascii="Times New Roman" w:eastAsia="Times New Roman" w:hAnsi="Times New Roman" w:cs="Times New Roman"/>
          <w:color w:val="000000" w:themeColor="text1"/>
          <w:lang w:val="ro-RO"/>
        </w:rPr>
        <w:t xml:space="preserve">Youth Climate </w:t>
      </w:r>
      <w:proofErr w:type="spellStart"/>
      <w:r w:rsidRPr="2B250693">
        <w:rPr>
          <w:rFonts w:ascii="Times New Roman" w:eastAsia="Times New Roman" w:hAnsi="Times New Roman" w:cs="Times New Roman"/>
          <w:color w:val="000000" w:themeColor="text1"/>
          <w:lang w:val="ro-RO"/>
        </w:rPr>
        <w:t>Action</w:t>
      </w:r>
      <w:proofErr w:type="spellEnd"/>
      <w:r w:rsidRPr="2B250693">
        <w:rPr>
          <w:rFonts w:ascii="Times New Roman" w:eastAsia="Times New Roman" w:hAnsi="Times New Roman" w:cs="Times New Roman"/>
          <w:color w:val="000000" w:themeColor="text1"/>
          <w:lang w:val="ro-RO"/>
        </w:rPr>
        <w:t xml:space="preserve"> Fund - </w:t>
      </w:r>
      <w:proofErr w:type="spellStart"/>
      <w:r w:rsidRPr="2B250693">
        <w:rPr>
          <w:rFonts w:ascii="Times New Roman" w:eastAsia="Times New Roman" w:hAnsi="Times New Roman" w:cs="Times New Roman"/>
          <w:color w:val="000000" w:themeColor="text1"/>
          <w:lang w:val="ro-RO"/>
        </w:rPr>
        <w:t>Bloomberg</w:t>
      </w:r>
      <w:proofErr w:type="spellEnd"/>
      <w:r w:rsidRPr="2B250693">
        <w:rPr>
          <w:rFonts w:ascii="Times New Roman" w:eastAsia="Times New Roman" w:hAnsi="Times New Roman" w:cs="Times New Roman"/>
          <w:color w:val="000000" w:themeColor="text1"/>
          <w:lang w:val="ro-RO"/>
        </w:rPr>
        <w:t xml:space="preserve"> </w:t>
      </w:r>
      <w:proofErr w:type="spellStart"/>
      <w:r w:rsidRPr="2B250693">
        <w:rPr>
          <w:rFonts w:ascii="Times New Roman" w:eastAsia="Times New Roman" w:hAnsi="Times New Roman" w:cs="Times New Roman"/>
          <w:color w:val="000000" w:themeColor="text1"/>
          <w:lang w:val="ro-RO"/>
        </w:rPr>
        <w:t>Philanthropies</w:t>
      </w:r>
      <w:proofErr w:type="spellEnd"/>
      <w:r w:rsidRPr="2B250693">
        <w:rPr>
          <w:rFonts w:ascii="Times New Roman" w:eastAsia="Times New Roman" w:hAnsi="Times New Roman" w:cs="Times New Roman"/>
          <w:color w:val="000000" w:themeColor="text1"/>
          <w:lang w:val="ro-RO"/>
        </w:rPr>
        <w:t xml:space="preserve"> </w:t>
      </w:r>
      <w:r>
        <w:rPr>
          <w:rFonts w:ascii="Times New Roman" w:eastAsia="Times New Roman" w:hAnsi="Times New Roman" w:cs="Times New Roman"/>
          <w:color w:val="000000" w:themeColor="text1"/>
          <w:lang w:val="ro-RO"/>
        </w:rPr>
        <w:t xml:space="preserve"> derulat de Municipiul Timișoara, </w:t>
      </w:r>
      <w:r w:rsidRPr="00A95D8F">
        <w:rPr>
          <w:rFonts w:ascii="Times New Roman" w:eastAsia="Times New Roman" w:hAnsi="Times New Roman" w:cs="Times New Roman"/>
          <w:lang w:val="ro-RO"/>
        </w:rPr>
        <w:t xml:space="preserve">în scopurile caritabile și educaționale ale </w:t>
      </w:r>
      <w:proofErr w:type="spellStart"/>
      <w:r w:rsidRPr="00A95D8F">
        <w:rPr>
          <w:rFonts w:ascii="Times New Roman" w:eastAsia="Times New Roman" w:hAnsi="Times New Roman" w:cs="Times New Roman"/>
          <w:lang w:val="ro-RO"/>
        </w:rPr>
        <w:t>Rockefeller</w:t>
      </w:r>
      <w:proofErr w:type="spellEnd"/>
      <w:r w:rsidRPr="00A95D8F">
        <w:rPr>
          <w:rFonts w:ascii="Times New Roman" w:eastAsia="Times New Roman" w:hAnsi="Times New Roman" w:cs="Times New Roman"/>
          <w:lang w:val="ro-RO"/>
        </w:rPr>
        <w:t xml:space="preserve"> </w:t>
      </w:r>
      <w:proofErr w:type="spellStart"/>
      <w:r w:rsidRPr="00A95D8F">
        <w:rPr>
          <w:rFonts w:ascii="Times New Roman" w:eastAsia="Times New Roman" w:hAnsi="Times New Roman" w:cs="Times New Roman"/>
          <w:lang w:val="ro-RO"/>
        </w:rPr>
        <w:t>Philanthropy</w:t>
      </w:r>
      <w:proofErr w:type="spellEnd"/>
      <w:r w:rsidRPr="00A95D8F">
        <w:rPr>
          <w:rFonts w:ascii="Times New Roman" w:eastAsia="Times New Roman" w:hAnsi="Times New Roman" w:cs="Times New Roman"/>
          <w:lang w:val="ro-RO"/>
        </w:rPr>
        <w:t xml:space="preserve"> </w:t>
      </w:r>
      <w:proofErr w:type="spellStart"/>
      <w:r w:rsidRPr="00A95D8F">
        <w:rPr>
          <w:rFonts w:ascii="Times New Roman" w:eastAsia="Times New Roman" w:hAnsi="Times New Roman" w:cs="Times New Roman"/>
          <w:lang w:val="ro-RO"/>
        </w:rPr>
        <w:t>Advisors</w:t>
      </w:r>
      <w:proofErr w:type="spellEnd"/>
      <w:r w:rsidRPr="00A95D8F">
        <w:rPr>
          <w:rFonts w:ascii="Times New Roman" w:eastAsia="Times New Roman" w:hAnsi="Times New Roman" w:cs="Times New Roman"/>
          <w:lang w:val="ro-RO"/>
        </w:rPr>
        <w:t>.</w:t>
      </w:r>
    </w:p>
    <w:p w14:paraId="596449B8" w14:textId="77777777" w:rsidR="00537C37" w:rsidRPr="00A95D8F" w:rsidRDefault="00537C37" w:rsidP="00537C37">
      <w:pPr>
        <w:spacing w:line="360" w:lineRule="auto"/>
        <w:jc w:val="both"/>
        <w:rPr>
          <w:rFonts w:ascii="Times New Roman" w:eastAsia="Times New Roman" w:hAnsi="Times New Roman" w:cs="Times New Roman"/>
          <w:b/>
          <w:bCs/>
          <w:color w:val="000000" w:themeColor="text1"/>
          <w:lang w:val="ro-RO"/>
        </w:rPr>
      </w:pPr>
    </w:p>
    <w:p w14:paraId="776CF62D" w14:textId="77777777" w:rsidR="00537C37" w:rsidRPr="00A95D8F" w:rsidRDefault="00537C37" w:rsidP="00537C37">
      <w:pPr>
        <w:spacing w:line="360" w:lineRule="auto"/>
        <w:ind w:left="397" w:hanging="283"/>
        <w:jc w:val="both"/>
        <w:rPr>
          <w:rFonts w:ascii="Times New Roman" w:eastAsia="Times New Roman" w:hAnsi="Times New Roman" w:cs="Times New Roman"/>
          <w:color w:val="000000" w:themeColor="text1"/>
          <w:lang w:val="ro-RO"/>
        </w:rPr>
      </w:pPr>
    </w:p>
    <w:p w14:paraId="2A2D107D" w14:textId="77777777" w:rsidR="00537C37" w:rsidRPr="00A95D8F" w:rsidRDefault="00537C37" w:rsidP="00537C37">
      <w:pPr>
        <w:spacing w:line="360" w:lineRule="auto"/>
        <w:jc w:val="both"/>
        <w:rPr>
          <w:rFonts w:ascii="Times New Roman" w:eastAsia="Times New Roman" w:hAnsi="Times New Roman" w:cs="Times New Roman"/>
          <w:color w:val="000000" w:themeColor="text1"/>
          <w:lang w:val="ro-RO"/>
        </w:rPr>
      </w:pPr>
    </w:p>
    <w:p w14:paraId="1DDE53DE" w14:textId="77777777" w:rsidR="00537C37" w:rsidRPr="00A95D8F" w:rsidRDefault="00537C37" w:rsidP="00537C37">
      <w:pPr>
        <w:spacing w:line="360" w:lineRule="auto"/>
        <w:jc w:val="both"/>
        <w:rPr>
          <w:rFonts w:ascii="Times New Roman" w:eastAsia="Times New Roman" w:hAnsi="Times New Roman" w:cs="Times New Roman"/>
          <w:color w:val="000000" w:themeColor="text1"/>
          <w:lang w:val="ro-RO"/>
        </w:rPr>
      </w:pPr>
      <w:r w:rsidRPr="2B250693">
        <w:rPr>
          <w:rFonts w:ascii="Times New Roman" w:eastAsia="Times New Roman" w:hAnsi="Times New Roman" w:cs="Times New Roman"/>
          <w:color w:val="000000" w:themeColor="text1"/>
          <w:lang w:val="ro-RO"/>
        </w:rPr>
        <w:t xml:space="preserve">Data: ____________________       </w:t>
      </w:r>
    </w:p>
    <w:p w14:paraId="754437EC" w14:textId="77777777" w:rsidR="00537C37" w:rsidRPr="00A95D8F" w:rsidRDefault="00537C37" w:rsidP="00537C37">
      <w:pPr>
        <w:spacing w:line="360" w:lineRule="auto"/>
        <w:jc w:val="both"/>
        <w:rPr>
          <w:rFonts w:ascii="Times New Roman" w:eastAsia="Times New Roman" w:hAnsi="Times New Roman" w:cs="Times New Roman"/>
          <w:color w:val="000000" w:themeColor="text1"/>
          <w:lang w:val="ro-RO"/>
        </w:rPr>
      </w:pPr>
      <w:r w:rsidRPr="2B250693">
        <w:rPr>
          <w:rFonts w:ascii="Times New Roman" w:eastAsia="Times New Roman" w:hAnsi="Times New Roman" w:cs="Times New Roman"/>
          <w:color w:val="000000" w:themeColor="text1"/>
          <w:lang w:val="ro-RO"/>
        </w:rPr>
        <w:t xml:space="preserve">Semnătura reprezentantului legal: ____________________     </w:t>
      </w:r>
    </w:p>
    <w:p w14:paraId="5522557D" w14:textId="77777777" w:rsidR="00537C37" w:rsidRPr="00A95D8F" w:rsidRDefault="00537C37" w:rsidP="00537C37">
      <w:pPr>
        <w:spacing w:line="360" w:lineRule="auto"/>
        <w:jc w:val="both"/>
        <w:rPr>
          <w:rFonts w:ascii="Times New Roman" w:eastAsia="Times New Roman" w:hAnsi="Times New Roman" w:cs="Times New Roman"/>
          <w:color w:val="000000" w:themeColor="text1"/>
          <w:lang w:val="ro-RO"/>
        </w:rPr>
      </w:pPr>
      <w:r w:rsidRPr="2B250693">
        <w:rPr>
          <w:rFonts w:ascii="Times New Roman" w:eastAsia="Times New Roman" w:hAnsi="Times New Roman" w:cs="Times New Roman"/>
          <w:color w:val="000000" w:themeColor="text1"/>
          <w:lang w:val="ro-RO"/>
        </w:rPr>
        <w:t>Ștampilă (opțional): ____________________</w:t>
      </w:r>
    </w:p>
    <w:p w14:paraId="213686E3" w14:textId="77777777" w:rsidR="00537C37" w:rsidRPr="00A95D8F" w:rsidRDefault="00537C37" w:rsidP="00537C37">
      <w:pPr>
        <w:rPr>
          <w:lang w:val="ro-RO"/>
        </w:rPr>
      </w:pPr>
    </w:p>
    <w:p w14:paraId="0D70E98B" w14:textId="77777777" w:rsidR="00C72196" w:rsidRDefault="00C72196" w:rsidP="372029BD">
      <w:pPr>
        <w:spacing w:line="360" w:lineRule="auto"/>
        <w:jc w:val="both"/>
        <w:rPr>
          <w:sz w:val="24"/>
          <w:szCs w:val="24"/>
        </w:rPr>
      </w:pPr>
    </w:p>
    <w:p w14:paraId="1E74D1E8" w14:textId="77777777" w:rsidR="00537C37" w:rsidRDefault="00537C37" w:rsidP="372029BD">
      <w:pPr>
        <w:spacing w:line="360" w:lineRule="auto"/>
        <w:jc w:val="both"/>
        <w:rPr>
          <w:sz w:val="24"/>
          <w:szCs w:val="24"/>
        </w:rPr>
      </w:pPr>
    </w:p>
    <w:p w14:paraId="1FE32375" w14:textId="77777777" w:rsidR="00537C37" w:rsidRDefault="00537C37" w:rsidP="372029BD">
      <w:pPr>
        <w:spacing w:line="360" w:lineRule="auto"/>
        <w:jc w:val="both"/>
        <w:rPr>
          <w:sz w:val="24"/>
          <w:szCs w:val="24"/>
        </w:rPr>
      </w:pPr>
    </w:p>
    <w:p w14:paraId="4DB7FAD6" w14:textId="77777777" w:rsidR="00537C37" w:rsidRDefault="00537C37" w:rsidP="372029BD">
      <w:pPr>
        <w:spacing w:line="360" w:lineRule="auto"/>
        <w:jc w:val="both"/>
        <w:rPr>
          <w:sz w:val="24"/>
          <w:szCs w:val="24"/>
        </w:rPr>
      </w:pPr>
    </w:p>
    <w:p w14:paraId="02AF8213" w14:textId="77777777" w:rsidR="00537C37" w:rsidRDefault="00537C37" w:rsidP="372029BD">
      <w:pPr>
        <w:spacing w:line="360" w:lineRule="auto"/>
        <w:jc w:val="both"/>
        <w:rPr>
          <w:sz w:val="24"/>
          <w:szCs w:val="24"/>
        </w:rPr>
      </w:pPr>
    </w:p>
    <w:p w14:paraId="6B47A94C" w14:textId="77777777" w:rsidR="00537C37" w:rsidRDefault="00537C37" w:rsidP="372029BD">
      <w:pPr>
        <w:spacing w:line="360" w:lineRule="auto"/>
        <w:jc w:val="both"/>
        <w:rPr>
          <w:sz w:val="24"/>
          <w:szCs w:val="24"/>
        </w:rPr>
      </w:pPr>
    </w:p>
    <w:p w14:paraId="4B3E6B42" w14:textId="77777777" w:rsidR="00537C37" w:rsidRDefault="00537C37" w:rsidP="372029BD">
      <w:pPr>
        <w:spacing w:line="360" w:lineRule="auto"/>
        <w:jc w:val="both"/>
        <w:rPr>
          <w:sz w:val="24"/>
          <w:szCs w:val="24"/>
        </w:rPr>
      </w:pPr>
    </w:p>
    <w:p w14:paraId="5121A83A" w14:textId="77777777" w:rsidR="00537C37" w:rsidRDefault="00537C37" w:rsidP="372029BD">
      <w:pPr>
        <w:spacing w:line="360" w:lineRule="auto"/>
        <w:jc w:val="both"/>
        <w:rPr>
          <w:sz w:val="24"/>
          <w:szCs w:val="24"/>
        </w:rPr>
      </w:pPr>
    </w:p>
    <w:p w14:paraId="082D6F3E" w14:textId="77777777" w:rsidR="00537C37" w:rsidRDefault="00537C37" w:rsidP="372029BD">
      <w:pPr>
        <w:spacing w:line="360" w:lineRule="auto"/>
        <w:jc w:val="both"/>
        <w:rPr>
          <w:sz w:val="24"/>
          <w:szCs w:val="24"/>
        </w:rPr>
      </w:pPr>
    </w:p>
    <w:p w14:paraId="7FAA8428" w14:textId="77777777" w:rsidR="00537C37" w:rsidRDefault="00537C37" w:rsidP="372029BD">
      <w:pPr>
        <w:spacing w:line="360" w:lineRule="auto"/>
        <w:jc w:val="both"/>
        <w:rPr>
          <w:sz w:val="24"/>
          <w:szCs w:val="24"/>
        </w:rPr>
      </w:pPr>
    </w:p>
    <w:p w14:paraId="5EE80A51" w14:textId="77777777" w:rsidR="00537C37" w:rsidRDefault="00537C37" w:rsidP="372029BD">
      <w:pPr>
        <w:spacing w:line="360" w:lineRule="auto"/>
        <w:jc w:val="both"/>
        <w:rPr>
          <w:sz w:val="24"/>
          <w:szCs w:val="24"/>
        </w:rPr>
      </w:pPr>
    </w:p>
    <w:p w14:paraId="7350599A" w14:textId="77777777" w:rsidR="00537C37" w:rsidRDefault="00537C37" w:rsidP="372029BD">
      <w:pPr>
        <w:spacing w:line="360" w:lineRule="auto"/>
        <w:jc w:val="both"/>
        <w:rPr>
          <w:sz w:val="24"/>
          <w:szCs w:val="24"/>
        </w:rPr>
      </w:pPr>
    </w:p>
    <w:p w14:paraId="1629FA62" w14:textId="77777777" w:rsidR="00537C37" w:rsidRDefault="00537C37" w:rsidP="372029BD">
      <w:pPr>
        <w:spacing w:line="360" w:lineRule="auto"/>
        <w:jc w:val="both"/>
        <w:rPr>
          <w:sz w:val="24"/>
          <w:szCs w:val="24"/>
        </w:rPr>
      </w:pPr>
    </w:p>
    <w:p w14:paraId="70D9FF50" w14:textId="77777777" w:rsidR="00537C37" w:rsidRDefault="00537C37" w:rsidP="372029BD">
      <w:pPr>
        <w:spacing w:line="360" w:lineRule="auto"/>
        <w:jc w:val="both"/>
        <w:rPr>
          <w:sz w:val="24"/>
          <w:szCs w:val="24"/>
        </w:rPr>
      </w:pPr>
    </w:p>
    <w:p w14:paraId="5CA48148" w14:textId="77777777" w:rsidR="000768AD" w:rsidRDefault="000768AD" w:rsidP="372029BD">
      <w:pPr>
        <w:spacing w:line="360" w:lineRule="auto"/>
        <w:jc w:val="both"/>
        <w:rPr>
          <w:sz w:val="24"/>
          <w:szCs w:val="24"/>
        </w:rPr>
        <w:sectPr w:rsidR="000768AD" w:rsidSect="007D7F2E">
          <w:pgSz w:w="12240" w:h="15840"/>
          <w:pgMar w:top="1440" w:right="990" w:bottom="810" w:left="1134" w:header="567" w:footer="567" w:gutter="0"/>
          <w:cols w:space="720"/>
          <w:docGrid w:linePitch="360"/>
        </w:sectPr>
      </w:pPr>
    </w:p>
    <w:p w14:paraId="2E008904" w14:textId="4D975228" w:rsidR="000768AD" w:rsidRDefault="000768AD" w:rsidP="000768AD">
      <w:pPr>
        <w:jc w:val="center"/>
      </w:pPr>
      <w:r>
        <w:lastRenderedPageBreak/>
        <w:t xml:space="preserve">                                                                                                                                      </w:t>
      </w:r>
      <w:r w:rsidR="00B3428F">
        <w:t xml:space="preserve">       </w:t>
      </w:r>
      <w:r>
        <w:t xml:space="preserve">           </w:t>
      </w:r>
      <w:r>
        <w:rPr>
          <w:noProof/>
        </w:rPr>
        <w:drawing>
          <wp:anchor distT="0" distB="0" distL="114300" distR="114300" simplePos="0" relativeHeight="251658240" behindDoc="1" locked="0" layoutInCell="1" allowOverlap="1" wp14:anchorId="79E3BE9F" wp14:editId="2D04DDB7">
            <wp:simplePos x="0" y="0"/>
            <wp:positionH relativeFrom="column">
              <wp:posOffset>6417945</wp:posOffset>
            </wp:positionH>
            <wp:positionV relativeFrom="paragraph">
              <wp:posOffset>3810</wp:posOffset>
            </wp:positionV>
            <wp:extent cx="1950085" cy="925195"/>
            <wp:effectExtent l="0" t="0" r="0" b="8255"/>
            <wp:wrapNone/>
            <wp:docPr id="20639957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995755" name="Picture 2063995755"/>
                    <pic:cNvPicPr/>
                  </pic:nvPicPr>
                  <pic:blipFill>
                    <a:blip r:embed="rId19">
                      <a:extLst>
                        <a:ext uri="{28A0092B-C50C-407E-A947-70E740481C1C}">
                          <a14:useLocalDpi xmlns:a14="http://schemas.microsoft.com/office/drawing/2010/main"/>
                        </a:ext>
                      </a:extLst>
                    </a:blip>
                    <a:stretch>
                      <a:fillRect/>
                    </a:stretch>
                  </pic:blipFill>
                  <pic:spPr>
                    <a:xfrm>
                      <a:off x="0" y="0"/>
                      <a:ext cx="1950085" cy="925195"/>
                    </a:xfrm>
                    <a:prstGeom prst="rect">
                      <a:avLst/>
                    </a:prstGeom>
                  </pic:spPr>
                </pic:pic>
              </a:graphicData>
            </a:graphic>
            <wp14:sizeRelH relativeFrom="page">
              <wp14:pctWidth>0</wp14:pctWidth>
            </wp14:sizeRelH>
            <wp14:sizeRelV relativeFrom="page">
              <wp14:pctHeight>0</wp14:pctHeight>
            </wp14:sizeRelV>
          </wp:anchor>
        </w:drawing>
      </w:r>
    </w:p>
    <w:p w14:paraId="7DEFD3D7" w14:textId="77777777" w:rsidR="00B3428F" w:rsidRDefault="000768AD" w:rsidP="000768AD">
      <w:pPr>
        <w:pStyle w:val="Heading2"/>
        <w:keepNext w:val="0"/>
        <w:keepLines w:val="0"/>
        <w:pBdr>
          <w:top w:val="none" w:sz="0" w:space="0" w:color="000000"/>
          <w:left w:val="none" w:sz="0" w:space="0" w:color="000000"/>
          <w:bottom w:val="none" w:sz="0" w:space="0" w:color="000000"/>
          <w:right w:val="none" w:sz="0" w:space="0" w:color="000000"/>
          <w:between w:val="none" w:sz="0" w:space="0" w:color="000000"/>
        </w:pBdr>
        <w:rPr>
          <w:rFonts w:cs="Arial"/>
          <w:color w:val="000000" w:themeColor="text1"/>
          <w:szCs w:val="21"/>
        </w:rPr>
      </w:pPr>
      <w:r w:rsidRPr="000768AD">
        <w:rPr>
          <w:rFonts w:cs="Arial"/>
          <w:color w:val="000000" w:themeColor="text1"/>
          <w:szCs w:val="21"/>
        </w:rPr>
        <w:t xml:space="preserve">ANEXA </w:t>
      </w:r>
      <w:r>
        <w:rPr>
          <w:rFonts w:cs="Arial"/>
          <w:color w:val="000000" w:themeColor="text1"/>
          <w:szCs w:val="21"/>
        </w:rPr>
        <w:t>4</w:t>
      </w:r>
      <w:r w:rsidRPr="000768AD">
        <w:rPr>
          <w:rFonts w:cs="Arial"/>
          <w:color w:val="000000" w:themeColor="text1"/>
          <w:szCs w:val="21"/>
        </w:rPr>
        <w:t xml:space="preserve"> la </w:t>
      </w:r>
      <w:proofErr w:type="spellStart"/>
      <w:r w:rsidRPr="000768AD">
        <w:rPr>
          <w:rFonts w:cs="Arial"/>
          <w:color w:val="000000" w:themeColor="text1"/>
          <w:szCs w:val="21"/>
        </w:rPr>
        <w:t>Regulamentul</w:t>
      </w:r>
      <w:proofErr w:type="spellEnd"/>
      <w:r w:rsidRPr="000768AD">
        <w:rPr>
          <w:rFonts w:cs="Arial"/>
          <w:color w:val="000000" w:themeColor="text1"/>
          <w:szCs w:val="21"/>
        </w:rPr>
        <w:t xml:space="preserve"> </w:t>
      </w:r>
      <w:proofErr w:type="spellStart"/>
      <w:r w:rsidRPr="000768AD">
        <w:rPr>
          <w:rFonts w:cs="Arial"/>
          <w:color w:val="000000" w:themeColor="text1"/>
          <w:szCs w:val="21"/>
        </w:rPr>
        <w:t>privind</w:t>
      </w:r>
      <w:proofErr w:type="spellEnd"/>
      <w:r w:rsidRPr="000768AD">
        <w:rPr>
          <w:rFonts w:cs="Arial"/>
          <w:color w:val="000000" w:themeColor="text1"/>
          <w:szCs w:val="21"/>
        </w:rPr>
        <w:t xml:space="preserve"> </w:t>
      </w:r>
      <w:proofErr w:type="spellStart"/>
      <w:r w:rsidRPr="000768AD">
        <w:rPr>
          <w:rFonts w:cs="Arial"/>
          <w:color w:val="000000" w:themeColor="text1"/>
          <w:szCs w:val="21"/>
        </w:rPr>
        <w:t>desfășurarea</w:t>
      </w:r>
      <w:proofErr w:type="spellEnd"/>
      <w:r w:rsidRPr="000768AD">
        <w:rPr>
          <w:rFonts w:cs="Arial"/>
          <w:color w:val="000000" w:themeColor="text1"/>
          <w:szCs w:val="21"/>
        </w:rPr>
        <w:t xml:space="preserve"> </w:t>
      </w:r>
      <w:r w:rsidRPr="000768AD">
        <w:rPr>
          <w:rFonts w:cs="Arial"/>
          <w:color w:val="000000" w:themeColor="text1"/>
          <w:szCs w:val="21"/>
        </w:rPr>
        <w:br/>
      </w:r>
      <w:proofErr w:type="spellStart"/>
      <w:r w:rsidRPr="000768AD">
        <w:rPr>
          <w:rFonts w:cs="Arial"/>
          <w:color w:val="000000" w:themeColor="text1"/>
          <w:szCs w:val="21"/>
        </w:rPr>
        <w:t>Programului</w:t>
      </w:r>
      <w:proofErr w:type="spellEnd"/>
      <w:r w:rsidRPr="000768AD">
        <w:rPr>
          <w:rFonts w:cs="Arial"/>
          <w:color w:val="000000" w:themeColor="text1"/>
          <w:szCs w:val="21"/>
        </w:rPr>
        <w:t xml:space="preserve"> Youth Climate Action Fund – Bloomberg Philanthropies</w:t>
      </w:r>
      <w:r w:rsidR="00B3428F">
        <w:rPr>
          <w:rFonts w:cs="Arial"/>
          <w:color w:val="000000" w:themeColor="text1"/>
          <w:szCs w:val="21"/>
        </w:rPr>
        <w:t xml:space="preserve"> </w:t>
      </w:r>
    </w:p>
    <w:p w14:paraId="14654BE8" w14:textId="43786CB9" w:rsidR="000768AD" w:rsidRPr="000768AD" w:rsidRDefault="000768AD" w:rsidP="000768AD">
      <w:pPr>
        <w:pStyle w:val="Heading2"/>
        <w:keepNext w:val="0"/>
        <w:keepLines w:val="0"/>
        <w:pBdr>
          <w:top w:val="none" w:sz="0" w:space="0" w:color="000000"/>
          <w:left w:val="none" w:sz="0" w:space="0" w:color="000000"/>
          <w:bottom w:val="none" w:sz="0" w:space="0" w:color="000000"/>
          <w:right w:val="none" w:sz="0" w:space="0" w:color="000000"/>
          <w:between w:val="none" w:sz="0" w:space="0" w:color="000000"/>
        </w:pBdr>
        <w:rPr>
          <w:rFonts w:cs="Arial"/>
          <w:color w:val="000000" w:themeColor="text1"/>
          <w:szCs w:val="21"/>
        </w:rPr>
      </w:pPr>
      <w:proofErr w:type="spellStart"/>
      <w:r w:rsidRPr="000768AD">
        <w:rPr>
          <w:rFonts w:cs="Arial"/>
          <w:color w:val="000000" w:themeColor="text1"/>
          <w:szCs w:val="21"/>
        </w:rPr>
        <w:t>în</w:t>
      </w:r>
      <w:proofErr w:type="spellEnd"/>
      <w:r w:rsidRPr="000768AD">
        <w:rPr>
          <w:rFonts w:cs="Arial"/>
          <w:color w:val="000000" w:themeColor="text1"/>
          <w:szCs w:val="21"/>
        </w:rPr>
        <w:t xml:space="preserve"> </w:t>
      </w:r>
      <w:proofErr w:type="spellStart"/>
      <w:r w:rsidRPr="000768AD">
        <w:rPr>
          <w:rFonts w:cs="Arial"/>
          <w:color w:val="000000" w:themeColor="text1"/>
          <w:szCs w:val="21"/>
        </w:rPr>
        <w:t>Municipiul</w:t>
      </w:r>
      <w:proofErr w:type="spellEnd"/>
      <w:r w:rsidRPr="000768AD">
        <w:rPr>
          <w:rFonts w:cs="Arial"/>
          <w:color w:val="000000" w:themeColor="text1"/>
          <w:szCs w:val="21"/>
        </w:rPr>
        <w:t xml:space="preserve"> </w:t>
      </w:r>
      <w:proofErr w:type="spellStart"/>
      <w:r w:rsidRPr="000768AD">
        <w:rPr>
          <w:rFonts w:cs="Arial"/>
          <w:color w:val="000000" w:themeColor="text1"/>
          <w:szCs w:val="21"/>
        </w:rPr>
        <w:t>Timișoara</w:t>
      </w:r>
      <w:proofErr w:type="spellEnd"/>
      <w:r w:rsidRPr="000768AD">
        <w:rPr>
          <w:rFonts w:cs="Arial"/>
          <w:color w:val="000000" w:themeColor="text1"/>
          <w:szCs w:val="21"/>
        </w:rPr>
        <w:t>, Runda 1: 2026-2027, HCL nr. ….../….............</w:t>
      </w:r>
    </w:p>
    <w:p w14:paraId="07EF95B2" w14:textId="77777777" w:rsidR="000768AD" w:rsidRDefault="000768AD" w:rsidP="000768AD">
      <w:pPr>
        <w:pStyle w:val="Heading2"/>
        <w:keepNext w:val="0"/>
        <w:keepLines w:val="0"/>
        <w:pBdr>
          <w:top w:val="none" w:sz="0" w:space="0" w:color="000000"/>
          <w:left w:val="none" w:sz="0" w:space="0" w:color="000000"/>
          <w:bottom w:val="none" w:sz="0" w:space="0" w:color="000000"/>
          <w:right w:val="none" w:sz="0" w:space="0" w:color="000000"/>
          <w:between w:val="none" w:sz="0" w:space="0" w:color="000000"/>
        </w:pBdr>
        <w:jc w:val="center"/>
        <w:rPr>
          <w:rFonts w:ascii="Montserrat Light" w:eastAsia="Montserrat Light" w:hAnsi="Montserrat Light" w:cs="Montserrat Light"/>
          <w:color w:val="434343"/>
          <w:sz w:val="44"/>
          <w:szCs w:val="44"/>
        </w:rPr>
      </w:pPr>
    </w:p>
    <w:p w14:paraId="48097E47" w14:textId="3C9053E7" w:rsidR="000768AD" w:rsidRDefault="000768AD" w:rsidP="000768AD">
      <w:pPr>
        <w:pStyle w:val="Heading2"/>
        <w:keepNext w:val="0"/>
        <w:keepLines w:val="0"/>
        <w:pBdr>
          <w:top w:val="none" w:sz="0" w:space="0" w:color="000000"/>
          <w:left w:val="none" w:sz="0" w:space="0" w:color="000000"/>
          <w:bottom w:val="none" w:sz="0" w:space="0" w:color="000000"/>
          <w:right w:val="none" w:sz="0" w:space="0" w:color="000000"/>
          <w:between w:val="none" w:sz="0" w:space="0" w:color="000000"/>
        </w:pBdr>
        <w:jc w:val="center"/>
        <w:rPr>
          <w:rFonts w:ascii="Montserrat Light" w:eastAsia="Montserrat Light" w:hAnsi="Montserrat Light" w:cs="Montserrat Light"/>
          <w:color w:val="434343"/>
          <w:sz w:val="44"/>
          <w:szCs w:val="44"/>
        </w:rPr>
      </w:pPr>
      <w:r w:rsidRPr="7E7C0FD5">
        <w:rPr>
          <w:rFonts w:ascii="Montserrat Light" w:eastAsia="Montserrat Light" w:hAnsi="Montserrat Light" w:cs="Montserrat Light"/>
          <w:color w:val="434343"/>
          <w:sz w:val="44"/>
          <w:szCs w:val="44"/>
        </w:rPr>
        <w:t>FORMULAR PENTRU VERIFICAREA ELIGIBILITĂȚII</w:t>
      </w:r>
    </w:p>
    <w:p w14:paraId="2F3E3C5E" w14:textId="77777777" w:rsidR="000768AD" w:rsidRDefault="000768AD" w:rsidP="000768AD">
      <w:pPr>
        <w:pStyle w:val="Heading1"/>
        <w:keepNext w:val="0"/>
        <w:keepLines w:val="0"/>
        <w:spacing w:before="480"/>
        <w:rPr>
          <w:rFonts w:ascii="Montserrat" w:eastAsia="Montserrat" w:hAnsi="Montserrat" w:cs="Montserrat"/>
          <w:b w:val="0"/>
          <w:bCs w:val="0"/>
          <w:color w:val="1B877F"/>
          <w:sz w:val="34"/>
          <w:szCs w:val="34"/>
          <w:lang w:val="es-ES"/>
        </w:rPr>
      </w:pPr>
      <w:bookmarkStart w:id="0" w:name="_8jem6nhmgtdj"/>
      <w:bookmarkEnd w:id="0"/>
      <w:r w:rsidRPr="7E7C0FD5">
        <w:rPr>
          <w:rFonts w:ascii="Montserrat" w:eastAsia="Montserrat" w:hAnsi="Montserrat" w:cs="Montserrat"/>
          <w:color w:val="1B877F"/>
          <w:sz w:val="34"/>
          <w:szCs w:val="34"/>
          <w:lang w:val="es-ES"/>
        </w:rPr>
        <w:t xml:space="preserve">Cum </w:t>
      </w:r>
      <w:proofErr w:type="spellStart"/>
      <w:r w:rsidRPr="7E7C0FD5">
        <w:rPr>
          <w:rFonts w:ascii="Montserrat" w:eastAsia="Montserrat" w:hAnsi="Montserrat" w:cs="Montserrat"/>
          <w:color w:val="1B877F"/>
          <w:sz w:val="34"/>
          <w:szCs w:val="34"/>
          <w:lang w:val="es-ES"/>
        </w:rPr>
        <w:t>funcționează</w:t>
      </w:r>
      <w:proofErr w:type="spellEnd"/>
      <w:r w:rsidRPr="7E7C0FD5">
        <w:rPr>
          <w:rFonts w:ascii="Montserrat" w:eastAsia="Montserrat" w:hAnsi="Montserrat" w:cs="Montserrat"/>
          <w:color w:val="1B877F"/>
          <w:sz w:val="34"/>
          <w:szCs w:val="34"/>
          <w:lang w:val="es-ES"/>
        </w:rPr>
        <w:t xml:space="preserve"> </w:t>
      </w:r>
      <w:proofErr w:type="spellStart"/>
      <w:r w:rsidRPr="7E7C0FD5">
        <w:rPr>
          <w:rFonts w:ascii="Montserrat" w:eastAsia="Montserrat" w:hAnsi="Montserrat" w:cs="Montserrat"/>
          <w:color w:val="1B877F"/>
          <w:sz w:val="34"/>
          <w:szCs w:val="34"/>
          <w:lang w:val="es-ES"/>
        </w:rPr>
        <w:t>acest</w:t>
      </w:r>
      <w:proofErr w:type="spellEnd"/>
      <w:r w:rsidRPr="7E7C0FD5">
        <w:rPr>
          <w:rFonts w:ascii="Montserrat" w:eastAsia="Montserrat" w:hAnsi="Montserrat" w:cs="Montserrat"/>
          <w:color w:val="1B877F"/>
          <w:sz w:val="34"/>
          <w:szCs w:val="34"/>
          <w:lang w:val="es-ES"/>
        </w:rPr>
        <w:t xml:space="preserve"> formular</w:t>
      </w:r>
    </w:p>
    <w:p w14:paraId="019E9C12" w14:textId="77777777" w:rsidR="000768AD" w:rsidRDefault="000768AD" w:rsidP="000768AD">
      <w:pPr>
        <w:rPr>
          <w:rFonts w:ascii="Montserrat" w:eastAsia="Montserrat" w:hAnsi="Montserrat" w:cs="Montserrat"/>
          <w:color w:val="434343"/>
          <w:sz w:val="24"/>
          <w:szCs w:val="24"/>
        </w:rPr>
      </w:pPr>
    </w:p>
    <w:p w14:paraId="3CD621AD" w14:textId="77777777" w:rsidR="000768AD" w:rsidRDefault="000768AD" w:rsidP="000768AD">
      <w:pPr>
        <w:rPr>
          <w:rFonts w:ascii="Montserrat" w:eastAsia="Montserrat" w:hAnsi="Montserrat" w:cs="Montserrat"/>
          <w:color w:val="434343"/>
          <w:sz w:val="24"/>
          <w:szCs w:val="24"/>
          <w:lang w:val="es-ES"/>
        </w:rPr>
      </w:pPr>
      <w:r w:rsidRPr="22657B0E">
        <w:rPr>
          <w:rFonts w:ascii="Montserrat" w:eastAsia="Montserrat" w:hAnsi="Montserrat" w:cs="Montserrat"/>
          <w:color w:val="434343"/>
          <w:sz w:val="24"/>
          <w:szCs w:val="24"/>
          <w:lang w:val="es-ES"/>
        </w:rPr>
        <w:t xml:space="preserve">Pe </w:t>
      </w:r>
      <w:proofErr w:type="spellStart"/>
      <w:r w:rsidRPr="22657B0E">
        <w:rPr>
          <w:rFonts w:ascii="Montserrat" w:eastAsia="Montserrat" w:hAnsi="Montserrat" w:cs="Montserrat"/>
          <w:color w:val="434343"/>
          <w:sz w:val="24"/>
          <w:szCs w:val="24"/>
          <w:lang w:val="es-ES"/>
        </w:rPr>
        <w:t>pagina</w:t>
      </w:r>
      <w:proofErr w:type="spellEnd"/>
      <w:r w:rsidRPr="22657B0E">
        <w:rPr>
          <w:rFonts w:ascii="Montserrat" w:eastAsia="Montserrat" w:hAnsi="Montserrat" w:cs="Montserrat"/>
          <w:color w:val="434343"/>
          <w:sz w:val="24"/>
          <w:szCs w:val="24"/>
          <w:lang w:val="es-ES"/>
        </w:rPr>
        <w:t xml:space="preserve"> </w:t>
      </w:r>
      <w:proofErr w:type="spellStart"/>
      <w:r w:rsidRPr="22657B0E">
        <w:rPr>
          <w:rFonts w:ascii="Montserrat" w:eastAsia="Montserrat" w:hAnsi="Montserrat" w:cs="Montserrat"/>
          <w:color w:val="434343"/>
          <w:sz w:val="24"/>
          <w:szCs w:val="24"/>
          <w:lang w:val="es-ES"/>
        </w:rPr>
        <w:t>următoare</w:t>
      </w:r>
      <w:proofErr w:type="spellEnd"/>
      <w:r w:rsidRPr="22657B0E">
        <w:rPr>
          <w:rFonts w:ascii="Montserrat" w:eastAsia="Montserrat" w:hAnsi="Montserrat" w:cs="Montserrat"/>
          <w:color w:val="434343"/>
          <w:sz w:val="24"/>
          <w:szCs w:val="24"/>
          <w:lang w:val="es-ES"/>
        </w:rPr>
        <w:t xml:space="preserve">, </w:t>
      </w:r>
      <w:proofErr w:type="spellStart"/>
      <w:r w:rsidRPr="22657B0E">
        <w:rPr>
          <w:rFonts w:ascii="Montserrat" w:eastAsia="Montserrat" w:hAnsi="Montserrat" w:cs="Montserrat"/>
          <w:color w:val="434343"/>
          <w:sz w:val="24"/>
          <w:szCs w:val="24"/>
          <w:lang w:val="es-ES"/>
        </w:rPr>
        <w:t>veți</w:t>
      </w:r>
      <w:proofErr w:type="spellEnd"/>
      <w:r w:rsidRPr="22657B0E">
        <w:rPr>
          <w:rFonts w:ascii="Montserrat" w:eastAsia="Montserrat" w:hAnsi="Montserrat" w:cs="Montserrat"/>
          <w:color w:val="434343"/>
          <w:sz w:val="24"/>
          <w:szCs w:val="24"/>
          <w:lang w:val="es-ES"/>
        </w:rPr>
        <w:t xml:space="preserve"> </w:t>
      </w:r>
      <w:proofErr w:type="spellStart"/>
      <w:r w:rsidRPr="22657B0E">
        <w:rPr>
          <w:rFonts w:ascii="Montserrat" w:eastAsia="Montserrat" w:hAnsi="Montserrat" w:cs="Montserrat"/>
          <w:color w:val="434343"/>
          <w:sz w:val="24"/>
          <w:szCs w:val="24"/>
          <w:lang w:val="es-ES"/>
        </w:rPr>
        <w:t>vedea</w:t>
      </w:r>
      <w:proofErr w:type="spellEnd"/>
      <w:r w:rsidRPr="22657B0E">
        <w:rPr>
          <w:rFonts w:ascii="Montserrat" w:eastAsia="Montserrat" w:hAnsi="Montserrat" w:cs="Montserrat"/>
          <w:color w:val="434343"/>
          <w:sz w:val="24"/>
          <w:szCs w:val="24"/>
          <w:lang w:val="es-ES"/>
        </w:rPr>
        <w:t xml:space="preserve"> o </w:t>
      </w:r>
      <w:proofErr w:type="spellStart"/>
      <w:r w:rsidRPr="22657B0E">
        <w:rPr>
          <w:rFonts w:ascii="Montserrat" w:eastAsia="Montserrat" w:hAnsi="Montserrat" w:cs="Montserrat"/>
          <w:color w:val="434343"/>
          <w:sz w:val="24"/>
          <w:szCs w:val="24"/>
          <w:lang w:val="es-ES"/>
        </w:rPr>
        <w:t>listă</w:t>
      </w:r>
      <w:proofErr w:type="spellEnd"/>
      <w:r w:rsidRPr="22657B0E">
        <w:rPr>
          <w:rFonts w:ascii="Montserrat" w:eastAsia="Montserrat" w:hAnsi="Montserrat" w:cs="Montserrat"/>
          <w:color w:val="434343"/>
          <w:sz w:val="24"/>
          <w:szCs w:val="24"/>
          <w:lang w:val="es-ES"/>
        </w:rPr>
        <w:t xml:space="preserve"> </w:t>
      </w:r>
      <w:proofErr w:type="spellStart"/>
      <w:r w:rsidRPr="22657B0E">
        <w:rPr>
          <w:rFonts w:ascii="Montserrat" w:eastAsia="Montserrat" w:hAnsi="Montserrat" w:cs="Montserrat"/>
          <w:color w:val="434343"/>
          <w:sz w:val="24"/>
          <w:szCs w:val="24"/>
          <w:lang w:val="es-ES"/>
        </w:rPr>
        <w:t>cu</w:t>
      </w:r>
      <w:proofErr w:type="spellEnd"/>
      <w:r w:rsidRPr="22657B0E">
        <w:rPr>
          <w:rFonts w:ascii="Montserrat" w:eastAsia="Montserrat" w:hAnsi="Montserrat" w:cs="Montserrat"/>
          <w:color w:val="434343"/>
          <w:sz w:val="24"/>
          <w:szCs w:val="24"/>
          <w:lang w:val="es-ES"/>
        </w:rPr>
        <w:t xml:space="preserve"> </w:t>
      </w:r>
      <w:proofErr w:type="spellStart"/>
      <w:r w:rsidRPr="22657B0E">
        <w:rPr>
          <w:rFonts w:ascii="Montserrat" w:eastAsia="Montserrat" w:hAnsi="Montserrat" w:cs="Montserrat"/>
          <w:color w:val="434343"/>
          <w:sz w:val="24"/>
          <w:szCs w:val="24"/>
          <w:lang w:val="es-ES"/>
        </w:rPr>
        <w:t>nouă</w:t>
      </w:r>
      <w:proofErr w:type="spellEnd"/>
      <w:r w:rsidRPr="22657B0E">
        <w:rPr>
          <w:rFonts w:ascii="Montserrat" w:eastAsia="Montserrat" w:hAnsi="Montserrat" w:cs="Montserrat"/>
          <w:color w:val="434343"/>
          <w:sz w:val="24"/>
          <w:szCs w:val="24"/>
          <w:lang w:val="es-ES"/>
        </w:rPr>
        <w:t xml:space="preserve"> </w:t>
      </w:r>
      <w:proofErr w:type="spellStart"/>
      <w:r w:rsidRPr="22657B0E">
        <w:rPr>
          <w:rFonts w:ascii="Montserrat" w:eastAsia="Montserrat" w:hAnsi="Montserrat" w:cs="Montserrat"/>
          <w:color w:val="434343"/>
          <w:sz w:val="24"/>
          <w:szCs w:val="24"/>
          <w:lang w:val="es-ES"/>
        </w:rPr>
        <w:t>întrebări</w:t>
      </w:r>
      <w:proofErr w:type="spellEnd"/>
      <w:r w:rsidRPr="22657B0E">
        <w:rPr>
          <w:rFonts w:ascii="Montserrat" w:eastAsia="Montserrat" w:hAnsi="Montserrat" w:cs="Montserrat"/>
          <w:color w:val="434343"/>
          <w:sz w:val="24"/>
          <w:szCs w:val="24"/>
          <w:lang w:val="es-ES"/>
        </w:rPr>
        <w:t xml:space="preserve">. </w:t>
      </w:r>
      <w:proofErr w:type="spellStart"/>
      <w:r w:rsidRPr="22657B0E">
        <w:rPr>
          <w:rFonts w:ascii="Montserrat" w:eastAsia="Montserrat" w:hAnsi="Montserrat" w:cs="Montserrat"/>
          <w:color w:val="434343"/>
          <w:sz w:val="24"/>
          <w:szCs w:val="24"/>
          <w:lang w:val="es-ES"/>
        </w:rPr>
        <w:t>Pentru</w:t>
      </w:r>
      <w:proofErr w:type="spellEnd"/>
      <w:r w:rsidRPr="22657B0E">
        <w:rPr>
          <w:rFonts w:ascii="Montserrat" w:eastAsia="Montserrat" w:hAnsi="Montserrat" w:cs="Montserrat"/>
          <w:color w:val="434343"/>
          <w:sz w:val="24"/>
          <w:szCs w:val="24"/>
          <w:lang w:val="es-ES"/>
        </w:rPr>
        <w:t xml:space="preserve"> a determina </w:t>
      </w:r>
      <w:proofErr w:type="spellStart"/>
      <w:r w:rsidRPr="22657B0E">
        <w:rPr>
          <w:rFonts w:ascii="Montserrat" w:eastAsia="Montserrat" w:hAnsi="Montserrat" w:cs="Montserrat"/>
          <w:color w:val="434343"/>
          <w:sz w:val="24"/>
          <w:szCs w:val="24"/>
          <w:lang w:val="es-ES"/>
        </w:rPr>
        <w:t>dacă</w:t>
      </w:r>
      <w:proofErr w:type="spellEnd"/>
      <w:r w:rsidRPr="22657B0E">
        <w:rPr>
          <w:rFonts w:ascii="Montserrat" w:eastAsia="Montserrat" w:hAnsi="Montserrat" w:cs="Montserrat"/>
          <w:color w:val="434343"/>
          <w:sz w:val="24"/>
          <w:szCs w:val="24"/>
          <w:lang w:val="es-ES"/>
        </w:rPr>
        <w:t xml:space="preserve"> un </w:t>
      </w:r>
      <w:proofErr w:type="spellStart"/>
      <w:r w:rsidRPr="22657B0E">
        <w:rPr>
          <w:rFonts w:ascii="Montserrat" w:eastAsia="Montserrat" w:hAnsi="Montserrat" w:cs="Montserrat"/>
          <w:color w:val="434343"/>
          <w:sz w:val="24"/>
          <w:szCs w:val="24"/>
          <w:lang w:val="es-ES"/>
        </w:rPr>
        <w:t>proiect</w:t>
      </w:r>
      <w:proofErr w:type="spellEnd"/>
      <w:r w:rsidRPr="22657B0E">
        <w:rPr>
          <w:rFonts w:ascii="Montserrat" w:eastAsia="Montserrat" w:hAnsi="Montserrat" w:cs="Montserrat"/>
          <w:color w:val="434343"/>
          <w:sz w:val="24"/>
          <w:szCs w:val="24"/>
          <w:lang w:val="es-ES"/>
        </w:rPr>
        <w:t xml:space="preserve"> </w:t>
      </w:r>
      <w:proofErr w:type="spellStart"/>
      <w:r w:rsidRPr="22657B0E">
        <w:rPr>
          <w:rFonts w:ascii="Montserrat" w:eastAsia="Montserrat" w:hAnsi="Montserrat" w:cs="Montserrat"/>
          <w:color w:val="434343"/>
          <w:sz w:val="24"/>
          <w:szCs w:val="24"/>
          <w:lang w:val="es-ES"/>
        </w:rPr>
        <w:t>îndeplinește</w:t>
      </w:r>
      <w:proofErr w:type="spellEnd"/>
      <w:r w:rsidRPr="22657B0E">
        <w:rPr>
          <w:rFonts w:ascii="Montserrat" w:eastAsia="Montserrat" w:hAnsi="Montserrat" w:cs="Montserrat"/>
          <w:color w:val="434343"/>
          <w:sz w:val="24"/>
          <w:szCs w:val="24"/>
          <w:lang w:val="es-ES"/>
        </w:rPr>
        <w:t xml:space="preserve"> </w:t>
      </w:r>
      <w:proofErr w:type="spellStart"/>
      <w:r w:rsidRPr="22657B0E">
        <w:rPr>
          <w:rFonts w:ascii="Montserrat" w:eastAsia="Montserrat" w:hAnsi="Montserrat" w:cs="Montserrat"/>
          <w:color w:val="434343"/>
          <w:sz w:val="24"/>
          <w:szCs w:val="24"/>
          <w:lang w:val="es-ES"/>
        </w:rPr>
        <w:t>cerințele</w:t>
      </w:r>
      <w:proofErr w:type="spellEnd"/>
      <w:r w:rsidRPr="22657B0E">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minime</w:t>
      </w:r>
      <w:proofErr w:type="spellEnd"/>
      <w:r w:rsidRPr="22657B0E">
        <w:rPr>
          <w:rFonts w:ascii="Montserrat" w:eastAsia="Montserrat" w:hAnsi="Montserrat" w:cs="Montserrat"/>
          <w:color w:val="434343"/>
          <w:sz w:val="24"/>
          <w:szCs w:val="24"/>
          <w:lang w:val="es-ES"/>
        </w:rPr>
        <w:t xml:space="preserve"> de </w:t>
      </w:r>
      <w:proofErr w:type="spellStart"/>
      <w:r w:rsidRPr="22657B0E">
        <w:rPr>
          <w:rFonts w:ascii="Montserrat" w:eastAsia="Montserrat" w:hAnsi="Montserrat" w:cs="Montserrat"/>
          <w:color w:val="434343"/>
          <w:sz w:val="24"/>
          <w:szCs w:val="24"/>
          <w:lang w:val="es-ES"/>
        </w:rPr>
        <w:t>eligibilitate</w:t>
      </w:r>
      <w:proofErr w:type="spellEnd"/>
      <w:r w:rsidRPr="22657B0E">
        <w:rPr>
          <w:rFonts w:ascii="Montserrat" w:eastAsia="Montserrat" w:hAnsi="Montserrat" w:cs="Montserrat"/>
          <w:color w:val="434343"/>
          <w:sz w:val="24"/>
          <w:szCs w:val="24"/>
          <w:lang w:val="es-ES"/>
        </w:rPr>
        <w:t xml:space="preserve"> </w:t>
      </w:r>
      <w:proofErr w:type="spellStart"/>
      <w:r w:rsidRPr="22657B0E">
        <w:rPr>
          <w:rFonts w:ascii="Montserrat" w:eastAsia="Montserrat" w:hAnsi="Montserrat" w:cs="Montserrat"/>
          <w:color w:val="434343"/>
          <w:sz w:val="24"/>
          <w:szCs w:val="24"/>
          <w:lang w:val="es-ES"/>
        </w:rPr>
        <w:t>pentru</w:t>
      </w:r>
      <w:proofErr w:type="spellEnd"/>
      <w:r w:rsidRPr="22657B0E">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programul</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Youth</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Climate</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Action</w:t>
      </w:r>
      <w:proofErr w:type="spellEnd"/>
      <w:r w:rsidRPr="7E7C0FD5">
        <w:rPr>
          <w:rFonts w:ascii="Montserrat" w:eastAsia="Montserrat" w:hAnsi="Montserrat" w:cs="Montserrat"/>
          <w:color w:val="434343"/>
          <w:sz w:val="24"/>
          <w:szCs w:val="24"/>
          <w:lang w:val="es-ES"/>
        </w:rPr>
        <w:t xml:space="preserve"> Fund, </w:t>
      </w:r>
      <w:proofErr w:type="spellStart"/>
      <w:r w:rsidRPr="7E7C0FD5">
        <w:rPr>
          <w:rFonts w:ascii="Montserrat" w:eastAsia="Montserrat" w:hAnsi="Montserrat" w:cs="Montserrat"/>
          <w:color w:val="434343"/>
          <w:sz w:val="24"/>
          <w:szCs w:val="24"/>
          <w:lang w:val="es-ES"/>
        </w:rPr>
        <w:t>trebuie</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să</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puteți</w:t>
      </w:r>
      <w:proofErr w:type="spellEnd"/>
      <w:r w:rsidRPr="7E7C0FD5">
        <w:rPr>
          <w:rFonts w:ascii="Montserrat" w:eastAsia="Montserrat" w:hAnsi="Montserrat" w:cs="Montserrat"/>
          <w:color w:val="434343"/>
          <w:sz w:val="24"/>
          <w:szCs w:val="24"/>
          <w:lang w:val="es-ES"/>
        </w:rPr>
        <w:t xml:space="preserve"> </w:t>
      </w:r>
      <w:proofErr w:type="spellStart"/>
      <w:proofErr w:type="gramStart"/>
      <w:r w:rsidRPr="7E7C0FD5">
        <w:rPr>
          <w:rFonts w:ascii="Montserrat" w:eastAsia="Montserrat" w:hAnsi="Montserrat" w:cs="Montserrat"/>
          <w:color w:val="434343"/>
          <w:sz w:val="24"/>
          <w:szCs w:val="24"/>
          <w:lang w:val="es-ES"/>
        </w:rPr>
        <w:t>răspunde</w:t>
      </w:r>
      <w:proofErr w:type="spellEnd"/>
      <w:r w:rsidRPr="7E7C0FD5">
        <w:rPr>
          <w:rFonts w:ascii="Montserrat" w:eastAsia="Montserrat" w:hAnsi="Montserrat" w:cs="Montserrat"/>
          <w:color w:val="434343"/>
          <w:sz w:val="24"/>
          <w:szCs w:val="24"/>
          <w:lang w:val="es-ES"/>
        </w:rPr>
        <w:t xml:space="preserve">  </w:t>
      </w:r>
      <w:r w:rsidRPr="7E7C0FD5">
        <w:rPr>
          <w:rFonts w:ascii="Montserrat" w:eastAsia="Montserrat" w:hAnsi="Montserrat" w:cs="Montserrat"/>
          <w:b/>
          <w:bCs/>
          <w:color w:val="434343"/>
          <w:sz w:val="24"/>
          <w:szCs w:val="24"/>
          <w:lang w:val="es-ES"/>
        </w:rPr>
        <w:t>da</w:t>
      </w:r>
      <w:proofErr w:type="gramEnd"/>
      <w:r w:rsidRPr="7E7C0FD5">
        <w:rPr>
          <w:rFonts w:ascii="Montserrat" w:eastAsia="Montserrat" w:hAnsi="Montserrat" w:cs="Montserrat"/>
          <w:color w:val="434343"/>
          <w:sz w:val="24"/>
          <w:szCs w:val="24"/>
          <w:lang w:val="es-ES"/>
        </w:rPr>
        <w:t xml:space="preserve"> la </w:t>
      </w:r>
      <w:proofErr w:type="spellStart"/>
      <w:r w:rsidRPr="7E7C0FD5">
        <w:rPr>
          <w:rFonts w:ascii="Montserrat" w:eastAsia="Montserrat" w:hAnsi="Montserrat" w:cs="Montserrat"/>
          <w:color w:val="434343"/>
          <w:sz w:val="24"/>
          <w:szCs w:val="24"/>
          <w:lang w:val="es-ES"/>
        </w:rPr>
        <w:t>toate</w:t>
      </w:r>
      <w:proofErr w:type="spellEnd"/>
      <w:r w:rsidRPr="7E7C0FD5">
        <w:rPr>
          <w:rFonts w:ascii="Montserrat" w:eastAsia="Montserrat" w:hAnsi="Montserrat" w:cs="Montserrat"/>
          <w:color w:val="434343"/>
          <w:sz w:val="24"/>
          <w:szCs w:val="24"/>
          <w:lang w:val="es-ES"/>
        </w:rPr>
        <w:t xml:space="preserve"> cele </w:t>
      </w:r>
      <w:proofErr w:type="spellStart"/>
      <w:r w:rsidRPr="7E7C0FD5">
        <w:rPr>
          <w:rFonts w:ascii="Montserrat" w:eastAsia="Montserrat" w:hAnsi="Montserrat" w:cs="Montserrat"/>
          <w:color w:val="434343"/>
          <w:sz w:val="24"/>
          <w:szCs w:val="24"/>
          <w:lang w:val="es-ES"/>
        </w:rPr>
        <w:t>nouă</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întrebări</w:t>
      </w:r>
      <w:proofErr w:type="spellEnd"/>
      <w:r w:rsidRPr="7E7C0FD5">
        <w:rPr>
          <w:rFonts w:ascii="Montserrat" w:eastAsia="Montserrat" w:hAnsi="Montserrat" w:cs="Montserrat"/>
          <w:color w:val="434343"/>
          <w:sz w:val="24"/>
          <w:szCs w:val="24"/>
          <w:lang w:val="es-ES"/>
        </w:rPr>
        <w:t xml:space="preserve">. </w:t>
      </w:r>
    </w:p>
    <w:p w14:paraId="31AE24A1" w14:textId="77777777" w:rsidR="000768AD" w:rsidRDefault="000768AD" w:rsidP="000768AD">
      <w:pPr>
        <w:rPr>
          <w:rFonts w:ascii="Montserrat" w:eastAsia="Montserrat" w:hAnsi="Montserrat" w:cs="Montserrat"/>
          <w:color w:val="434343"/>
          <w:sz w:val="24"/>
          <w:szCs w:val="24"/>
          <w:lang w:val="es-ES"/>
        </w:rPr>
      </w:pPr>
      <w:proofErr w:type="spellStart"/>
      <w:r w:rsidRPr="000768AD">
        <w:rPr>
          <w:rFonts w:ascii="Montserrat" w:eastAsia="Montserrat" w:hAnsi="Montserrat" w:cs="Montserrat"/>
          <w:color w:val="434343"/>
          <w:sz w:val="24"/>
          <w:szCs w:val="24"/>
          <w:lang w:val="fr-FR"/>
        </w:rPr>
        <w:t>Fișa</w:t>
      </w:r>
      <w:proofErr w:type="spellEnd"/>
      <w:r w:rsidRPr="000768AD">
        <w:rPr>
          <w:rFonts w:ascii="Montserrat" w:eastAsia="Montserrat" w:hAnsi="Montserrat" w:cs="Montserrat"/>
          <w:color w:val="434343"/>
          <w:sz w:val="24"/>
          <w:szCs w:val="24"/>
          <w:lang w:val="fr-FR"/>
        </w:rPr>
        <w:t xml:space="preserve"> de </w:t>
      </w:r>
      <w:proofErr w:type="spellStart"/>
      <w:r w:rsidRPr="000768AD">
        <w:rPr>
          <w:rFonts w:ascii="Montserrat" w:eastAsia="Montserrat" w:hAnsi="Montserrat" w:cs="Montserrat"/>
          <w:color w:val="434343"/>
          <w:sz w:val="24"/>
          <w:szCs w:val="24"/>
          <w:lang w:val="fr-FR"/>
        </w:rPr>
        <w:t>lucru</w:t>
      </w:r>
      <w:proofErr w:type="spellEnd"/>
      <w:r w:rsidRPr="000768AD">
        <w:rPr>
          <w:rFonts w:ascii="Montserrat" w:eastAsia="Montserrat" w:hAnsi="Montserrat" w:cs="Montserrat"/>
          <w:color w:val="434343"/>
          <w:sz w:val="24"/>
          <w:szCs w:val="24"/>
          <w:lang w:val="fr-FR"/>
        </w:rPr>
        <w:t xml:space="preserve"> </w:t>
      </w:r>
      <w:proofErr w:type="spellStart"/>
      <w:r w:rsidRPr="000768AD">
        <w:rPr>
          <w:rFonts w:ascii="Montserrat" w:eastAsia="Montserrat" w:hAnsi="Montserrat" w:cs="Montserrat"/>
          <w:color w:val="434343"/>
          <w:sz w:val="24"/>
          <w:szCs w:val="24"/>
          <w:lang w:val="fr-FR"/>
        </w:rPr>
        <w:t>anexată</w:t>
      </w:r>
      <w:proofErr w:type="spellEnd"/>
      <w:r w:rsidRPr="000768AD">
        <w:rPr>
          <w:rFonts w:ascii="Montserrat" w:eastAsia="Montserrat" w:hAnsi="Montserrat" w:cs="Montserrat"/>
          <w:color w:val="434343"/>
          <w:sz w:val="24"/>
          <w:szCs w:val="24"/>
          <w:lang w:val="fr-FR"/>
        </w:rPr>
        <w:t xml:space="preserve"> </w:t>
      </w:r>
      <w:proofErr w:type="spellStart"/>
      <w:r w:rsidRPr="000768AD">
        <w:rPr>
          <w:rFonts w:ascii="Montserrat" w:eastAsia="Montserrat" w:hAnsi="Montserrat" w:cs="Montserrat"/>
          <w:color w:val="434343"/>
          <w:sz w:val="24"/>
          <w:szCs w:val="24"/>
          <w:lang w:val="fr-FR"/>
        </w:rPr>
        <w:t>vă</w:t>
      </w:r>
      <w:proofErr w:type="spellEnd"/>
      <w:r w:rsidRPr="000768AD">
        <w:rPr>
          <w:rFonts w:ascii="Montserrat" w:eastAsia="Montserrat" w:hAnsi="Montserrat" w:cs="Montserrat"/>
          <w:color w:val="434343"/>
          <w:sz w:val="24"/>
          <w:szCs w:val="24"/>
          <w:lang w:val="fr-FR"/>
        </w:rPr>
        <w:t xml:space="preserve"> va ajuta </w:t>
      </w:r>
      <w:proofErr w:type="spellStart"/>
      <w:r w:rsidRPr="000768AD">
        <w:rPr>
          <w:rFonts w:ascii="Montserrat" w:eastAsia="Montserrat" w:hAnsi="Montserrat" w:cs="Montserrat"/>
          <w:color w:val="434343"/>
          <w:sz w:val="24"/>
          <w:szCs w:val="24"/>
          <w:lang w:val="fr-FR"/>
        </w:rPr>
        <w:t>să</w:t>
      </w:r>
      <w:proofErr w:type="spellEnd"/>
      <w:r w:rsidRPr="000768AD">
        <w:rPr>
          <w:rFonts w:ascii="Montserrat" w:eastAsia="Montserrat" w:hAnsi="Montserrat" w:cs="Montserrat"/>
          <w:color w:val="434343"/>
          <w:sz w:val="24"/>
          <w:szCs w:val="24"/>
          <w:lang w:val="fr-FR"/>
        </w:rPr>
        <w:t xml:space="preserve"> </w:t>
      </w:r>
      <w:proofErr w:type="spellStart"/>
      <w:r w:rsidRPr="000768AD">
        <w:rPr>
          <w:rFonts w:ascii="Montserrat" w:eastAsia="Montserrat" w:hAnsi="Montserrat" w:cs="Montserrat"/>
          <w:color w:val="434343"/>
          <w:sz w:val="24"/>
          <w:szCs w:val="24"/>
          <w:lang w:val="fr-FR"/>
        </w:rPr>
        <w:t>determinați</w:t>
      </w:r>
      <w:proofErr w:type="spellEnd"/>
      <w:r w:rsidRPr="000768AD">
        <w:rPr>
          <w:rFonts w:ascii="Montserrat" w:eastAsia="Montserrat" w:hAnsi="Montserrat" w:cs="Montserrat"/>
          <w:color w:val="434343"/>
          <w:sz w:val="24"/>
          <w:szCs w:val="24"/>
          <w:lang w:val="fr-FR"/>
        </w:rPr>
        <w:t xml:space="preserve"> </w:t>
      </w:r>
      <w:proofErr w:type="spellStart"/>
      <w:r w:rsidRPr="000768AD">
        <w:rPr>
          <w:rFonts w:ascii="Montserrat" w:eastAsia="Montserrat" w:hAnsi="Montserrat" w:cs="Montserrat"/>
          <w:color w:val="434343"/>
          <w:sz w:val="24"/>
          <w:szCs w:val="24"/>
          <w:lang w:val="fr-FR"/>
        </w:rPr>
        <w:t>eligibilitatea</w:t>
      </w:r>
      <w:proofErr w:type="spellEnd"/>
      <w:r w:rsidRPr="000768AD">
        <w:rPr>
          <w:rFonts w:ascii="Montserrat" w:eastAsia="Montserrat" w:hAnsi="Montserrat" w:cs="Montserrat"/>
          <w:color w:val="434343"/>
          <w:sz w:val="24"/>
          <w:szCs w:val="24"/>
          <w:lang w:val="fr-FR"/>
        </w:rPr>
        <w:t xml:space="preserve"> </w:t>
      </w:r>
      <w:proofErr w:type="spellStart"/>
      <w:r w:rsidRPr="000768AD">
        <w:rPr>
          <w:rFonts w:ascii="Montserrat" w:eastAsia="Montserrat" w:hAnsi="Montserrat" w:cs="Montserrat"/>
          <w:color w:val="434343"/>
          <w:sz w:val="24"/>
          <w:szCs w:val="24"/>
          <w:lang w:val="fr-FR"/>
        </w:rPr>
        <w:t>pentru</w:t>
      </w:r>
      <w:proofErr w:type="spellEnd"/>
      <w:r w:rsidRPr="000768AD">
        <w:rPr>
          <w:rFonts w:ascii="Montserrat" w:eastAsia="Montserrat" w:hAnsi="Montserrat" w:cs="Montserrat"/>
          <w:color w:val="434343"/>
          <w:sz w:val="24"/>
          <w:szCs w:val="24"/>
          <w:lang w:val="fr-FR"/>
        </w:rPr>
        <w:t xml:space="preserve"> </w:t>
      </w:r>
      <w:proofErr w:type="spellStart"/>
      <w:r w:rsidRPr="000768AD">
        <w:rPr>
          <w:rFonts w:ascii="Montserrat" w:eastAsia="Montserrat" w:hAnsi="Montserrat" w:cs="Montserrat"/>
          <w:color w:val="434343"/>
          <w:sz w:val="24"/>
          <w:szCs w:val="24"/>
          <w:lang w:val="fr-FR"/>
        </w:rPr>
        <w:t>fiecare</w:t>
      </w:r>
      <w:proofErr w:type="spellEnd"/>
      <w:r w:rsidRPr="000768AD">
        <w:rPr>
          <w:rFonts w:ascii="Montserrat" w:eastAsia="Montserrat" w:hAnsi="Montserrat" w:cs="Montserrat"/>
          <w:color w:val="434343"/>
          <w:sz w:val="24"/>
          <w:szCs w:val="24"/>
          <w:lang w:val="fr-FR"/>
        </w:rPr>
        <w:t xml:space="preserve"> </w:t>
      </w:r>
      <w:proofErr w:type="spellStart"/>
      <w:r w:rsidRPr="000768AD">
        <w:rPr>
          <w:rFonts w:ascii="Montserrat" w:eastAsia="Montserrat" w:hAnsi="Montserrat" w:cs="Montserrat"/>
          <w:color w:val="434343"/>
          <w:sz w:val="24"/>
          <w:szCs w:val="24"/>
          <w:lang w:val="fr-FR"/>
        </w:rPr>
        <w:t>propunere</w:t>
      </w:r>
      <w:proofErr w:type="spellEnd"/>
      <w:r w:rsidRPr="000768AD">
        <w:rPr>
          <w:rFonts w:ascii="Montserrat" w:eastAsia="Montserrat" w:hAnsi="Montserrat" w:cs="Montserrat"/>
          <w:color w:val="434343"/>
          <w:sz w:val="24"/>
          <w:szCs w:val="24"/>
          <w:lang w:val="fr-FR"/>
        </w:rPr>
        <w:t xml:space="preserve"> </w:t>
      </w:r>
      <w:proofErr w:type="spellStart"/>
      <w:r w:rsidRPr="000768AD">
        <w:rPr>
          <w:rFonts w:ascii="Montserrat" w:eastAsia="Montserrat" w:hAnsi="Montserrat" w:cs="Montserrat"/>
          <w:color w:val="434343"/>
          <w:sz w:val="24"/>
          <w:szCs w:val="24"/>
          <w:lang w:val="fr-FR"/>
        </w:rPr>
        <w:t>pe</w:t>
      </w:r>
      <w:proofErr w:type="spellEnd"/>
      <w:r w:rsidRPr="000768AD">
        <w:rPr>
          <w:rFonts w:ascii="Montserrat" w:eastAsia="Montserrat" w:hAnsi="Montserrat" w:cs="Montserrat"/>
          <w:color w:val="434343"/>
          <w:sz w:val="24"/>
          <w:szCs w:val="24"/>
          <w:lang w:val="fr-FR"/>
        </w:rPr>
        <w:t xml:space="preserve"> care o </w:t>
      </w:r>
      <w:proofErr w:type="spellStart"/>
      <w:r w:rsidRPr="000768AD">
        <w:rPr>
          <w:rFonts w:ascii="Montserrat" w:eastAsia="Montserrat" w:hAnsi="Montserrat" w:cs="Montserrat"/>
          <w:color w:val="434343"/>
          <w:sz w:val="24"/>
          <w:szCs w:val="24"/>
          <w:lang w:val="fr-FR"/>
        </w:rPr>
        <w:t>primiți</w:t>
      </w:r>
      <w:proofErr w:type="spellEnd"/>
      <w:r w:rsidRPr="000768AD">
        <w:rPr>
          <w:rFonts w:ascii="Montserrat" w:eastAsia="Montserrat" w:hAnsi="Montserrat" w:cs="Montserrat"/>
          <w:color w:val="434343"/>
          <w:sz w:val="24"/>
          <w:szCs w:val="24"/>
          <w:lang w:val="fr-FR"/>
        </w:rPr>
        <w:t>.</w:t>
      </w:r>
    </w:p>
    <w:p w14:paraId="60409D39" w14:textId="77777777" w:rsidR="000768AD" w:rsidRDefault="000768AD" w:rsidP="000768AD">
      <w:pPr>
        <w:rPr>
          <w:rFonts w:ascii="Montserrat" w:eastAsia="Montserrat" w:hAnsi="Montserrat" w:cs="Montserrat"/>
          <w:i/>
          <w:iCs/>
          <w:color w:val="434343"/>
          <w:sz w:val="24"/>
          <w:szCs w:val="24"/>
          <w:lang w:val="es-ES"/>
        </w:rPr>
      </w:pPr>
      <w:proofErr w:type="spellStart"/>
      <w:r w:rsidRPr="000768AD">
        <w:rPr>
          <w:rFonts w:ascii="Montserrat" w:eastAsia="Montserrat" w:hAnsi="Montserrat" w:cs="Montserrat"/>
          <w:i/>
          <w:iCs/>
          <w:color w:val="434343"/>
          <w:sz w:val="24"/>
          <w:szCs w:val="24"/>
          <w:lang w:val="fr-FR"/>
        </w:rPr>
        <w:t>Pentru</w:t>
      </w:r>
      <w:proofErr w:type="spellEnd"/>
      <w:r w:rsidRPr="000768AD">
        <w:rPr>
          <w:rFonts w:ascii="Montserrat" w:eastAsia="Montserrat" w:hAnsi="Montserrat" w:cs="Montserrat"/>
          <w:i/>
          <w:iCs/>
          <w:color w:val="434343"/>
          <w:sz w:val="24"/>
          <w:szCs w:val="24"/>
          <w:lang w:val="fr-FR"/>
        </w:rPr>
        <w:t xml:space="preserve"> </w:t>
      </w:r>
      <w:proofErr w:type="spellStart"/>
      <w:r w:rsidRPr="000768AD">
        <w:rPr>
          <w:rFonts w:ascii="Montserrat" w:eastAsia="Montserrat" w:hAnsi="Montserrat" w:cs="Montserrat"/>
          <w:i/>
          <w:iCs/>
          <w:color w:val="434343"/>
          <w:sz w:val="24"/>
          <w:szCs w:val="24"/>
          <w:lang w:val="fr-FR"/>
        </w:rPr>
        <w:t>detalii</w:t>
      </w:r>
      <w:proofErr w:type="spellEnd"/>
      <w:r w:rsidRPr="000768AD">
        <w:rPr>
          <w:rFonts w:ascii="Montserrat" w:eastAsia="Montserrat" w:hAnsi="Montserrat" w:cs="Montserrat"/>
          <w:i/>
          <w:iCs/>
          <w:color w:val="434343"/>
          <w:sz w:val="24"/>
          <w:szCs w:val="24"/>
          <w:lang w:val="fr-FR"/>
        </w:rPr>
        <w:t xml:space="preserve"> </w:t>
      </w:r>
      <w:proofErr w:type="spellStart"/>
      <w:r w:rsidRPr="000768AD">
        <w:rPr>
          <w:rFonts w:ascii="Montserrat" w:eastAsia="Montserrat" w:hAnsi="Montserrat" w:cs="Montserrat"/>
          <w:i/>
          <w:iCs/>
          <w:color w:val="434343"/>
          <w:sz w:val="24"/>
          <w:szCs w:val="24"/>
          <w:lang w:val="fr-FR"/>
        </w:rPr>
        <w:t>suplimentare</w:t>
      </w:r>
      <w:proofErr w:type="spellEnd"/>
      <w:r w:rsidRPr="000768AD">
        <w:rPr>
          <w:rFonts w:ascii="Montserrat" w:eastAsia="Montserrat" w:hAnsi="Montserrat" w:cs="Montserrat"/>
          <w:i/>
          <w:iCs/>
          <w:color w:val="434343"/>
          <w:sz w:val="24"/>
          <w:szCs w:val="24"/>
          <w:lang w:val="fr-FR"/>
        </w:rPr>
        <w:t xml:space="preserve">, </w:t>
      </w:r>
      <w:proofErr w:type="spellStart"/>
      <w:r w:rsidRPr="000768AD">
        <w:rPr>
          <w:rFonts w:ascii="Montserrat" w:eastAsia="Montserrat" w:hAnsi="Montserrat" w:cs="Montserrat"/>
          <w:i/>
          <w:iCs/>
          <w:color w:val="434343"/>
          <w:sz w:val="24"/>
          <w:szCs w:val="24"/>
          <w:lang w:val="fr-FR"/>
        </w:rPr>
        <w:t>vă</w:t>
      </w:r>
      <w:proofErr w:type="spellEnd"/>
      <w:r w:rsidRPr="000768AD">
        <w:rPr>
          <w:rFonts w:ascii="Montserrat" w:eastAsia="Montserrat" w:hAnsi="Montserrat" w:cs="Montserrat"/>
          <w:i/>
          <w:iCs/>
          <w:color w:val="434343"/>
          <w:sz w:val="24"/>
          <w:szCs w:val="24"/>
          <w:lang w:val="fr-FR"/>
        </w:rPr>
        <w:t xml:space="preserve"> </w:t>
      </w:r>
      <w:proofErr w:type="spellStart"/>
      <w:r w:rsidRPr="000768AD">
        <w:rPr>
          <w:rFonts w:ascii="Montserrat" w:eastAsia="Montserrat" w:hAnsi="Montserrat" w:cs="Montserrat"/>
          <w:i/>
          <w:iCs/>
          <w:color w:val="434343"/>
          <w:sz w:val="24"/>
          <w:szCs w:val="24"/>
          <w:lang w:val="fr-FR"/>
        </w:rPr>
        <w:t>rugăm</w:t>
      </w:r>
      <w:proofErr w:type="spellEnd"/>
      <w:r w:rsidRPr="000768AD">
        <w:rPr>
          <w:rFonts w:ascii="Montserrat" w:eastAsia="Montserrat" w:hAnsi="Montserrat" w:cs="Montserrat"/>
          <w:i/>
          <w:iCs/>
          <w:color w:val="434343"/>
          <w:sz w:val="24"/>
          <w:szCs w:val="24"/>
          <w:lang w:val="fr-FR"/>
        </w:rPr>
        <w:t xml:space="preserve"> </w:t>
      </w:r>
      <w:proofErr w:type="spellStart"/>
      <w:r w:rsidRPr="000768AD">
        <w:rPr>
          <w:rFonts w:ascii="Montserrat" w:eastAsia="Montserrat" w:hAnsi="Montserrat" w:cs="Montserrat"/>
          <w:i/>
          <w:iCs/>
          <w:color w:val="434343"/>
          <w:sz w:val="24"/>
          <w:szCs w:val="24"/>
          <w:lang w:val="fr-FR"/>
        </w:rPr>
        <w:t>să</w:t>
      </w:r>
      <w:proofErr w:type="spellEnd"/>
      <w:r w:rsidRPr="000768AD">
        <w:rPr>
          <w:rFonts w:ascii="Montserrat" w:eastAsia="Montserrat" w:hAnsi="Montserrat" w:cs="Montserrat"/>
          <w:i/>
          <w:iCs/>
          <w:color w:val="434343"/>
          <w:sz w:val="24"/>
          <w:szCs w:val="24"/>
          <w:lang w:val="fr-FR"/>
        </w:rPr>
        <w:t xml:space="preserve"> </w:t>
      </w:r>
      <w:proofErr w:type="spellStart"/>
      <w:r w:rsidRPr="000768AD">
        <w:rPr>
          <w:rFonts w:ascii="Montserrat" w:eastAsia="Montserrat" w:hAnsi="Montserrat" w:cs="Montserrat"/>
          <w:i/>
          <w:iCs/>
          <w:color w:val="434343"/>
          <w:sz w:val="24"/>
          <w:szCs w:val="24"/>
          <w:lang w:val="fr-FR"/>
        </w:rPr>
        <w:t>consultați</w:t>
      </w:r>
      <w:proofErr w:type="spellEnd"/>
      <w:r w:rsidRPr="000768AD">
        <w:rPr>
          <w:rFonts w:ascii="Montserrat" w:eastAsia="Montserrat" w:hAnsi="Montserrat" w:cs="Montserrat"/>
          <w:i/>
          <w:iCs/>
          <w:color w:val="434343"/>
          <w:sz w:val="24"/>
          <w:szCs w:val="24"/>
          <w:lang w:val="fr-FR"/>
        </w:rPr>
        <w:t xml:space="preserve"> </w:t>
      </w:r>
      <w:proofErr w:type="spellStart"/>
      <w:r w:rsidRPr="000768AD">
        <w:rPr>
          <w:rFonts w:ascii="Montserrat" w:eastAsia="Montserrat" w:hAnsi="Montserrat" w:cs="Montserrat"/>
          <w:i/>
          <w:iCs/>
          <w:color w:val="434343"/>
          <w:sz w:val="24"/>
          <w:szCs w:val="24"/>
          <w:lang w:val="fr-FR"/>
        </w:rPr>
        <w:t>secțiunile</w:t>
      </w:r>
      <w:proofErr w:type="spellEnd"/>
      <w:r w:rsidRPr="000768AD">
        <w:rPr>
          <w:rFonts w:ascii="Montserrat" w:eastAsia="Montserrat" w:hAnsi="Montserrat" w:cs="Montserrat"/>
          <w:i/>
          <w:iCs/>
          <w:color w:val="434343"/>
          <w:sz w:val="24"/>
          <w:szCs w:val="24"/>
          <w:lang w:val="fr-FR"/>
        </w:rPr>
        <w:t xml:space="preserve"> "</w:t>
      </w:r>
      <w:proofErr w:type="gramStart"/>
      <w:r w:rsidRPr="000768AD">
        <w:rPr>
          <w:rFonts w:ascii="Montserrat" w:eastAsia="Montserrat" w:hAnsi="Montserrat" w:cs="Montserrat"/>
          <w:i/>
          <w:iCs/>
          <w:color w:val="434343"/>
          <w:sz w:val="24"/>
          <w:szCs w:val="24"/>
          <w:lang w:val="fr-FR"/>
        </w:rPr>
        <w:t>Ce</w:t>
      </w:r>
      <w:proofErr w:type="gramEnd"/>
      <w:r w:rsidRPr="000768AD">
        <w:rPr>
          <w:rFonts w:ascii="Montserrat" w:eastAsia="Montserrat" w:hAnsi="Montserrat" w:cs="Montserrat"/>
          <w:i/>
          <w:iCs/>
          <w:color w:val="434343"/>
          <w:sz w:val="24"/>
          <w:szCs w:val="24"/>
          <w:lang w:val="fr-FR"/>
        </w:rPr>
        <w:t xml:space="preserve"> este un </w:t>
      </w:r>
      <w:proofErr w:type="spellStart"/>
      <w:r w:rsidRPr="000768AD">
        <w:rPr>
          <w:rFonts w:ascii="Montserrat" w:eastAsia="Montserrat" w:hAnsi="Montserrat" w:cs="Montserrat"/>
          <w:i/>
          <w:iCs/>
          <w:color w:val="434343"/>
          <w:sz w:val="24"/>
          <w:szCs w:val="24"/>
          <w:lang w:val="fr-FR"/>
        </w:rPr>
        <w:t>proiect</w:t>
      </w:r>
      <w:proofErr w:type="spellEnd"/>
      <w:r w:rsidRPr="000768AD">
        <w:rPr>
          <w:rFonts w:ascii="Montserrat" w:eastAsia="Montserrat" w:hAnsi="Montserrat" w:cs="Montserrat"/>
          <w:i/>
          <w:iCs/>
          <w:color w:val="434343"/>
          <w:sz w:val="24"/>
          <w:szCs w:val="24"/>
          <w:lang w:val="fr-FR"/>
        </w:rPr>
        <w:t xml:space="preserve"> de </w:t>
      </w:r>
      <w:proofErr w:type="spellStart"/>
      <w:proofErr w:type="gramStart"/>
      <w:r w:rsidRPr="000768AD">
        <w:rPr>
          <w:rFonts w:ascii="Montserrat" w:eastAsia="Montserrat" w:hAnsi="Montserrat" w:cs="Montserrat"/>
          <w:i/>
          <w:iCs/>
          <w:color w:val="434343"/>
          <w:sz w:val="24"/>
          <w:szCs w:val="24"/>
          <w:lang w:val="fr-FR"/>
        </w:rPr>
        <w:t>microgrant</w:t>
      </w:r>
      <w:proofErr w:type="spellEnd"/>
      <w:r w:rsidRPr="000768AD">
        <w:rPr>
          <w:rFonts w:ascii="Montserrat" w:eastAsia="Montserrat" w:hAnsi="Montserrat" w:cs="Montserrat"/>
          <w:i/>
          <w:iCs/>
          <w:color w:val="434343"/>
          <w:sz w:val="24"/>
          <w:szCs w:val="24"/>
          <w:lang w:val="fr-FR"/>
        </w:rPr>
        <w:t>?</w:t>
      </w:r>
      <w:proofErr w:type="gramEnd"/>
      <w:r w:rsidRPr="000768AD">
        <w:rPr>
          <w:rFonts w:ascii="Montserrat" w:eastAsia="Montserrat" w:hAnsi="Montserrat" w:cs="Montserrat"/>
          <w:i/>
          <w:iCs/>
          <w:color w:val="434343"/>
          <w:sz w:val="24"/>
          <w:szCs w:val="24"/>
          <w:lang w:val="fr-FR"/>
        </w:rPr>
        <w:t xml:space="preserve">", "Cine </w:t>
      </w:r>
      <w:proofErr w:type="spellStart"/>
      <w:r w:rsidRPr="000768AD">
        <w:rPr>
          <w:rFonts w:ascii="Montserrat" w:eastAsia="Montserrat" w:hAnsi="Montserrat" w:cs="Montserrat"/>
          <w:i/>
          <w:iCs/>
          <w:color w:val="434343"/>
          <w:sz w:val="24"/>
          <w:szCs w:val="24"/>
          <w:lang w:val="fr-FR"/>
        </w:rPr>
        <w:t>poate</w:t>
      </w:r>
      <w:proofErr w:type="spellEnd"/>
      <w:r w:rsidRPr="000768AD">
        <w:rPr>
          <w:rFonts w:ascii="Montserrat" w:eastAsia="Montserrat" w:hAnsi="Montserrat" w:cs="Montserrat"/>
          <w:i/>
          <w:iCs/>
          <w:color w:val="434343"/>
          <w:sz w:val="24"/>
          <w:szCs w:val="24"/>
          <w:lang w:val="fr-FR"/>
        </w:rPr>
        <w:t xml:space="preserve"> </w:t>
      </w:r>
      <w:proofErr w:type="spellStart"/>
      <w:r w:rsidRPr="000768AD">
        <w:rPr>
          <w:rFonts w:ascii="Montserrat" w:eastAsia="Montserrat" w:hAnsi="Montserrat" w:cs="Montserrat"/>
          <w:i/>
          <w:iCs/>
          <w:color w:val="434343"/>
          <w:sz w:val="24"/>
          <w:szCs w:val="24"/>
          <w:lang w:val="fr-FR"/>
        </w:rPr>
        <w:t>primi</w:t>
      </w:r>
      <w:proofErr w:type="spellEnd"/>
      <w:r w:rsidRPr="000768AD">
        <w:rPr>
          <w:rFonts w:ascii="Montserrat" w:eastAsia="Montserrat" w:hAnsi="Montserrat" w:cs="Montserrat"/>
          <w:i/>
          <w:iCs/>
          <w:color w:val="434343"/>
          <w:sz w:val="24"/>
          <w:szCs w:val="24"/>
          <w:lang w:val="fr-FR"/>
        </w:rPr>
        <w:t xml:space="preserve"> un </w:t>
      </w:r>
      <w:proofErr w:type="spellStart"/>
      <w:proofErr w:type="gramStart"/>
      <w:r w:rsidRPr="000768AD">
        <w:rPr>
          <w:rFonts w:ascii="Montserrat" w:eastAsia="Montserrat" w:hAnsi="Montserrat" w:cs="Montserrat"/>
          <w:i/>
          <w:iCs/>
          <w:color w:val="434343"/>
          <w:sz w:val="24"/>
          <w:szCs w:val="24"/>
          <w:lang w:val="fr-FR"/>
        </w:rPr>
        <w:t>microgrant</w:t>
      </w:r>
      <w:proofErr w:type="spellEnd"/>
      <w:r w:rsidRPr="000768AD">
        <w:rPr>
          <w:rFonts w:ascii="Montserrat" w:eastAsia="Montserrat" w:hAnsi="Montserrat" w:cs="Montserrat"/>
          <w:i/>
          <w:iCs/>
          <w:color w:val="434343"/>
          <w:sz w:val="24"/>
          <w:szCs w:val="24"/>
          <w:lang w:val="fr-FR"/>
        </w:rPr>
        <w:t>?</w:t>
      </w:r>
      <w:proofErr w:type="gramEnd"/>
      <w:r w:rsidRPr="000768AD">
        <w:rPr>
          <w:rFonts w:ascii="Montserrat" w:eastAsia="Montserrat" w:hAnsi="Montserrat" w:cs="Montserrat"/>
          <w:i/>
          <w:iCs/>
          <w:color w:val="434343"/>
          <w:sz w:val="24"/>
          <w:szCs w:val="24"/>
          <w:lang w:val="fr-FR"/>
        </w:rPr>
        <w:t xml:space="preserve">" </w:t>
      </w:r>
      <w:proofErr w:type="spellStart"/>
      <w:r w:rsidRPr="000768AD">
        <w:rPr>
          <w:rFonts w:ascii="Montserrat" w:eastAsia="Montserrat" w:hAnsi="Montserrat" w:cs="Montserrat"/>
          <w:i/>
          <w:iCs/>
          <w:color w:val="434343"/>
          <w:sz w:val="24"/>
          <w:szCs w:val="24"/>
          <w:lang w:val="fr-FR"/>
        </w:rPr>
        <w:t>și</w:t>
      </w:r>
      <w:proofErr w:type="spellEnd"/>
      <w:r w:rsidRPr="000768AD">
        <w:rPr>
          <w:rFonts w:ascii="Montserrat" w:eastAsia="Montserrat" w:hAnsi="Montserrat" w:cs="Montserrat"/>
          <w:i/>
          <w:iCs/>
          <w:color w:val="434343"/>
          <w:sz w:val="24"/>
          <w:szCs w:val="24"/>
          <w:lang w:val="fr-FR"/>
        </w:rPr>
        <w:t xml:space="preserve"> "Cum </w:t>
      </w:r>
      <w:proofErr w:type="spellStart"/>
      <w:r w:rsidRPr="000768AD">
        <w:rPr>
          <w:rFonts w:ascii="Montserrat" w:eastAsia="Montserrat" w:hAnsi="Montserrat" w:cs="Montserrat"/>
          <w:i/>
          <w:iCs/>
          <w:color w:val="434343"/>
          <w:sz w:val="24"/>
          <w:szCs w:val="24"/>
          <w:lang w:val="fr-FR"/>
        </w:rPr>
        <w:t>selectați</w:t>
      </w:r>
      <w:proofErr w:type="spellEnd"/>
      <w:r w:rsidRPr="000768AD">
        <w:rPr>
          <w:rFonts w:ascii="Montserrat" w:eastAsia="Montserrat" w:hAnsi="Montserrat" w:cs="Montserrat"/>
          <w:i/>
          <w:iCs/>
          <w:color w:val="434343"/>
          <w:sz w:val="24"/>
          <w:szCs w:val="24"/>
          <w:lang w:val="fr-FR"/>
        </w:rPr>
        <w:t xml:space="preserve"> </w:t>
      </w:r>
      <w:proofErr w:type="spellStart"/>
      <w:r w:rsidRPr="000768AD">
        <w:rPr>
          <w:rFonts w:ascii="Montserrat" w:eastAsia="Montserrat" w:hAnsi="Montserrat" w:cs="Montserrat"/>
          <w:i/>
          <w:iCs/>
          <w:color w:val="434343"/>
          <w:sz w:val="24"/>
          <w:szCs w:val="24"/>
          <w:lang w:val="fr-FR"/>
        </w:rPr>
        <w:t>proiectele</w:t>
      </w:r>
      <w:proofErr w:type="spellEnd"/>
      <w:r w:rsidRPr="000768AD">
        <w:rPr>
          <w:rFonts w:ascii="Montserrat" w:eastAsia="Montserrat" w:hAnsi="Montserrat" w:cs="Montserrat"/>
          <w:i/>
          <w:iCs/>
          <w:color w:val="434343"/>
          <w:sz w:val="24"/>
          <w:szCs w:val="24"/>
          <w:lang w:val="fr-FR"/>
        </w:rPr>
        <w:t xml:space="preserve"> de </w:t>
      </w:r>
      <w:proofErr w:type="spellStart"/>
      <w:proofErr w:type="gramStart"/>
      <w:r w:rsidRPr="000768AD">
        <w:rPr>
          <w:rFonts w:ascii="Montserrat" w:eastAsia="Montserrat" w:hAnsi="Montserrat" w:cs="Montserrat"/>
          <w:i/>
          <w:iCs/>
          <w:color w:val="434343"/>
          <w:sz w:val="24"/>
          <w:szCs w:val="24"/>
          <w:lang w:val="fr-FR"/>
        </w:rPr>
        <w:t>microgrant</w:t>
      </w:r>
      <w:proofErr w:type="spellEnd"/>
      <w:r w:rsidRPr="000768AD">
        <w:rPr>
          <w:rFonts w:ascii="Montserrat" w:eastAsia="Montserrat" w:hAnsi="Montserrat" w:cs="Montserrat"/>
          <w:i/>
          <w:iCs/>
          <w:color w:val="434343"/>
          <w:sz w:val="24"/>
          <w:szCs w:val="24"/>
          <w:lang w:val="fr-FR"/>
        </w:rPr>
        <w:t>?</w:t>
      </w:r>
      <w:proofErr w:type="gramEnd"/>
      <w:r w:rsidRPr="000768AD">
        <w:rPr>
          <w:rFonts w:ascii="Montserrat" w:eastAsia="Montserrat" w:hAnsi="Montserrat" w:cs="Montserrat"/>
          <w:i/>
          <w:iCs/>
          <w:color w:val="434343"/>
          <w:sz w:val="24"/>
          <w:szCs w:val="24"/>
          <w:lang w:val="fr-FR"/>
        </w:rPr>
        <w:t xml:space="preserve">" </w:t>
      </w:r>
      <w:proofErr w:type="spellStart"/>
      <w:r w:rsidRPr="000768AD">
        <w:rPr>
          <w:rFonts w:ascii="Montserrat" w:eastAsia="Montserrat" w:hAnsi="Montserrat" w:cs="Montserrat"/>
          <w:i/>
          <w:iCs/>
          <w:color w:val="434343"/>
          <w:sz w:val="24"/>
          <w:szCs w:val="24"/>
          <w:lang w:val="fr-FR"/>
        </w:rPr>
        <w:t>din</w:t>
      </w:r>
      <w:proofErr w:type="spellEnd"/>
      <w:r w:rsidRPr="000768AD">
        <w:rPr>
          <w:rFonts w:ascii="Montserrat" w:eastAsia="Montserrat" w:hAnsi="Montserrat" w:cs="Montserrat"/>
          <w:i/>
          <w:iCs/>
          <w:color w:val="434343"/>
          <w:sz w:val="24"/>
          <w:szCs w:val="24"/>
          <w:lang w:val="fr-FR"/>
        </w:rPr>
        <w:t xml:space="preserve"> Carta </w:t>
      </w:r>
      <w:proofErr w:type="spellStart"/>
      <w:r w:rsidRPr="000768AD">
        <w:rPr>
          <w:rFonts w:ascii="Montserrat" w:eastAsia="Montserrat" w:hAnsi="Montserrat" w:cs="Montserrat"/>
          <w:i/>
          <w:iCs/>
          <w:color w:val="434343"/>
          <w:sz w:val="24"/>
          <w:szCs w:val="24"/>
          <w:lang w:val="fr-FR"/>
        </w:rPr>
        <w:t>Programului</w:t>
      </w:r>
      <w:proofErr w:type="spellEnd"/>
      <w:r w:rsidRPr="000768AD">
        <w:rPr>
          <w:rFonts w:ascii="Montserrat" w:eastAsia="Montserrat" w:hAnsi="Montserrat" w:cs="Montserrat"/>
          <w:i/>
          <w:iCs/>
          <w:color w:val="434343"/>
          <w:sz w:val="24"/>
          <w:szCs w:val="24"/>
          <w:lang w:val="fr-FR"/>
        </w:rPr>
        <w:t>.</w:t>
      </w:r>
    </w:p>
    <w:p w14:paraId="29DC8B12" w14:textId="77777777" w:rsidR="000768AD" w:rsidRPr="000768AD" w:rsidRDefault="000768AD" w:rsidP="000768AD">
      <w:pPr>
        <w:rPr>
          <w:rFonts w:ascii="Montserrat" w:eastAsia="Montserrat" w:hAnsi="Montserrat" w:cs="Montserrat"/>
          <w:color w:val="434343"/>
          <w:sz w:val="24"/>
          <w:szCs w:val="24"/>
          <w:lang w:val="fr-FR"/>
        </w:rPr>
      </w:pPr>
    </w:p>
    <w:p w14:paraId="32FD787F" w14:textId="16A3606D" w:rsidR="000768AD" w:rsidRDefault="000768AD" w:rsidP="000768AD">
      <w:pPr>
        <w:rPr>
          <w:rFonts w:ascii="Montserrat" w:eastAsia="Montserrat" w:hAnsi="Montserrat" w:cs="Montserrat"/>
          <w:b/>
          <w:bCs/>
          <w:color w:val="1B877F"/>
          <w:sz w:val="24"/>
          <w:szCs w:val="24"/>
          <w:lang w:val="es-ES"/>
        </w:rPr>
      </w:pPr>
      <w:r w:rsidRPr="000768AD">
        <w:rPr>
          <w:lang w:val="fr-FR"/>
        </w:rPr>
        <w:br w:type="page"/>
      </w:r>
      <w:proofErr w:type="spellStart"/>
      <w:r w:rsidRPr="000768AD">
        <w:rPr>
          <w:rFonts w:ascii="Montserrat" w:eastAsia="Montserrat" w:hAnsi="Montserrat" w:cs="Montserrat"/>
          <w:b/>
          <w:bCs/>
          <w:color w:val="1B877F"/>
          <w:sz w:val="24"/>
          <w:szCs w:val="24"/>
          <w:lang w:val="fr-FR"/>
        </w:rPr>
        <w:lastRenderedPageBreak/>
        <w:t>În</w:t>
      </w:r>
      <w:proofErr w:type="spellEnd"/>
      <w:r w:rsidRPr="000768AD">
        <w:rPr>
          <w:rFonts w:ascii="Montserrat" w:eastAsia="Montserrat" w:hAnsi="Montserrat" w:cs="Montserrat"/>
          <w:b/>
          <w:bCs/>
          <w:color w:val="1B877F"/>
          <w:sz w:val="24"/>
          <w:szCs w:val="24"/>
          <w:lang w:val="fr-FR"/>
        </w:rPr>
        <w:t xml:space="preserve"> </w:t>
      </w:r>
      <w:proofErr w:type="spellStart"/>
      <w:r w:rsidRPr="000768AD">
        <w:rPr>
          <w:rFonts w:ascii="Montserrat" w:eastAsia="Montserrat" w:hAnsi="Montserrat" w:cs="Montserrat"/>
          <w:b/>
          <w:bCs/>
          <w:color w:val="1B877F"/>
          <w:sz w:val="24"/>
          <w:szCs w:val="24"/>
          <w:lang w:val="fr-FR"/>
        </w:rPr>
        <w:t>tabelul</w:t>
      </w:r>
      <w:proofErr w:type="spellEnd"/>
      <w:r w:rsidRPr="000768AD">
        <w:rPr>
          <w:rFonts w:ascii="Montserrat" w:eastAsia="Montserrat" w:hAnsi="Montserrat" w:cs="Montserrat"/>
          <w:b/>
          <w:bCs/>
          <w:color w:val="1B877F"/>
          <w:sz w:val="24"/>
          <w:szCs w:val="24"/>
          <w:lang w:val="fr-FR"/>
        </w:rPr>
        <w:t xml:space="preserve"> de mai </w:t>
      </w:r>
      <w:proofErr w:type="spellStart"/>
      <w:r w:rsidRPr="000768AD">
        <w:rPr>
          <w:rFonts w:ascii="Montserrat" w:eastAsia="Montserrat" w:hAnsi="Montserrat" w:cs="Montserrat"/>
          <w:b/>
          <w:bCs/>
          <w:color w:val="1B877F"/>
          <w:sz w:val="24"/>
          <w:szCs w:val="24"/>
          <w:lang w:val="fr-FR"/>
        </w:rPr>
        <w:t>jos</w:t>
      </w:r>
      <w:proofErr w:type="spellEnd"/>
      <w:r w:rsidRPr="000768AD">
        <w:rPr>
          <w:rFonts w:ascii="Montserrat" w:eastAsia="Montserrat" w:hAnsi="Montserrat" w:cs="Montserrat"/>
          <w:b/>
          <w:bCs/>
          <w:color w:val="1B877F"/>
          <w:sz w:val="24"/>
          <w:szCs w:val="24"/>
          <w:lang w:val="fr-FR"/>
        </w:rPr>
        <w:t xml:space="preserve">, </w:t>
      </w:r>
      <w:proofErr w:type="spellStart"/>
      <w:r w:rsidRPr="000768AD">
        <w:rPr>
          <w:rFonts w:ascii="Montserrat" w:eastAsia="Montserrat" w:hAnsi="Montserrat" w:cs="Montserrat"/>
          <w:b/>
          <w:bCs/>
          <w:color w:val="1B877F"/>
          <w:sz w:val="24"/>
          <w:szCs w:val="24"/>
          <w:lang w:val="fr-FR"/>
        </w:rPr>
        <w:t>răspundeți</w:t>
      </w:r>
      <w:proofErr w:type="spellEnd"/>
      <w:r w:rsidRPr="000768AD">
        <w:rPr>
          <w:rFonts w:ascii="Montserrat" w:eastAsia="Montserrat" w:hAnsi="Montserrat" w:cs="Montserrat"/>
          <w:b/>
          <w:bCs/>
          <w:color w:val="1B877F"/>
          <w:sz w:val="24"/>
          <w:szCs w:val="24"/>
          <w:lang w:val="fr-FR"/>
        </w:rPr>
        <w:t xml:space="preserve"> da </w:t>
      </w:r>
      <w:proofErr w:type="spellStart"/>
      <w:r w:rsidRPr="000768AD">
        <w:rPr>
          <w:rFonts w:ascii="Montserrat" w:eastAsia="Montserrat" w:hAnsi="Montserrat" w:cs="Montserrat"/>
          <w:b/>
          <w:bCs/>
          <w:color w:val="1B877F"/>
          <w:sz w:val="24"/>
          <w:szCs w:val="24"/>
          <w:lang w:val="fr-FR"/>
        </w:rPr>
        <w:t>sau</w:t>
      </w:r>
      <w:proofErr w:type="spellEnd"/>
      <w:r w:rsidRPr="000768AD">
        <w:rPr>
          <w:rFonts w:ascii="Montserrat" w:eastAsia="Montserrat" w:hAnsi="Montserrat" w:cs="Montserrat"/>
          <w:b/>
          <w:bCs/>
          <w:color w:val="1B877F"/>
          <w:sz w:val="24"/>
          <w:szCs w:val="24"/>
          <w:lang w:val="fr-FR"/>
        </w:rPr>
        <w:t xml:space="preserve"> nu la </w:t>
      </w:r>
      <w:proofErr w:type="spellStart"/>
      <w:r w:rsidRPr="000768AD">
        <w:rPr>
          <w:rFonts w:ascii="Montserrat" w:eastAsia="Montserrat" w:hAnsi="Montserrat" w:cs="Montserrat"/>
          <w:b/>
          <w:bCs/>
          <w:color w:val="1B877F"/>
          <w:sz w:val="24"/>
          <w:szCs w:val="24"/>
          <w:lang w:val="fr-FR"/>
        </w:rPr>
        <w:t>cele</w:t>
      </w:r>
      <w:proofErr w:type="spellEnd"/>
      <w:r w:rsidRPr="000768AD">
        <w:rPr>
          <w:rFonts w:ascii="Montserrat" w:eastAsia="Montserrat" w:hAnsi="Montserrat" w:cs="Montserrat"/>
          <w:b/>
          <w:bCs/>
          <w:color w:val="1B877F"/>
          <w:sz w:val="24"/>
          <w:szCs w:val="24"/>
          <w:lang w:val="fr-FR"/>
        </w:rPr>
        <w:t xml:space="preserve"> </w:t>
      </w:r>
      <w:proofErr w:type="spellStart"/>
      <w:r w:rsidRPr="000768AD">
        <w:rPr>
          <w:rFonts w:ascii="Montserrat" w:eastAsia="Montserrat" w:hAnsi="Montserrat" w:cs="Montserrat"/>
          <w:b/>
          <w:bCs/>
          <w:color w:val="1B877F"/>
          <w:sz w:val="24"/>
          <w:szCs w:val="24"/>
          <w:lang w:val="fr-FR"/>
        </w:rPr>
        <w:t>nouă</w:t>
      </w:r>
      <w:proofErr w:type="spellEnd"/>
      <w:r w:rsidRPr="000768AD">
        <w:rPr>
          <w:rFonts w:ascii="Montserrat" w:eastAsia="Montserrat" w:hAnsi="Montserrat" w:cs="Montserrat"/>
          <w:b/>
          <w:bCs/>
          <w:color w:val="1B877F"/>
          <w:sz w:val="24"/>
          <w:szCs w:val="24"/>
          <w:lang w:val="fr-FR"/>
        </w:rPr>
        <w:t xml:space="preserve"> </w:t>
      </w:r>
      <w:proofErr w:type="spellStart"/>
      <w:r w:rsidRPr="000768AD">
        <w:rPr>
          <w:rFonts w:ascii="Montserrat" w:eastAsia="Montserrat" w:hAnsi="Montserrat" w:cs="Montserrat"/>
          <w:b/>
          <w:bCs/>
          <w:color w:val="1B877F"/>
          <w:sz w:val="24"/>
          <w:szCs w:val="24"/>
          <w:lang w:val="fr-FR"/>
        </w:rPr>
        <w:t>întrebări</w:t>
      </w:r>
      <w:proofErr w:type="spellEnd"/>
      <w:r w:rsidRPr="000768AD">
        <w:rPr>
          <w:rFonts w:ascii="Montserrat" w:eastAsia="Montserrat" w:hAnsi="Montserrat" w:cs="Montserrat"/>
          <w:b/>
          <w:bCs/>
          <w:color w:val="1B877F"/>
          <w:sz w:val="24"/>
          <w:szCs w:val="24"/>
          <w:lang w:val="fr-FR"/>
        </w:rPr>
        <w:t xml:space="preserve"> </w:t>
      </w:r>
      <w:proofErr w:type="spellStart"/>
      <w:r w:rsidRPr="000768AD">
        <w:rPr>
          <w:rFonts w:ascii="Montserrat" w:eastAsia="Montserrat" w:hAnsi="Montserrat" w:cs="Montserrat"/>
          <w:b/>
          <w:bCs/>
          <w:color w:val="1B877F"/>
          <w:sz w:val="24"/>
          <w:szCs w:val="24"/>
          <w:lang w:val="fr-FR"/>
        </w:rPr>
        <w:t>pentru</w:t>
      </w:r>
      <w:proofErr w:type="spellEnd"/>
      <w:r w:rsidRPr="000768AD">
        <w:rPr>
          <w:rFonts w:ascii="Montserrat" w:eastAsia="Montserrat" w:hAnsi="Montserrat" w:cs="Montserrat"/>
          <w:b/>
          <w:bCs/>
          <w:color w:val="1B877F"/>
          <w:sz w:val="24"/>
          <w:szCs w:val="24"/>
          <w:lang w:val="fr-FR"/>
        </w:rPr>
        <w:t xml:space="preserve"> a </w:t>
      </w:r>
      <w:proofErr w:type="spellStart"/>
      <w:r w:rsidRPr="000768AD">
        <w:rPr>
          <w:rFonts w:ascii="Montserrat" w:eastAsia="Montserrat" w:hAnsi="Montserrat" w:cs="Montserrat"/>
          <w:b/>
          <w:bCs/>
          <w:color w:val="1B877F"/>
          <w:sz w:val="24"/>
          <w:szCs w:val="24"/>
          <w:lang w:val="fr-FR"/>
        </w:rPr>
        <w:t>determina</w:t>
      </w:r>
      <w:proofErr w:type="spellEnd"/>
      <w:r w:rsidRPr="000768AD">
        <w:rPr>
          <w:rFonts w:ascii="Montserrat" w:eastAsia="Montserrat" w:hAnsi="Montserrat" w:cs="Montserrat"/>
          <w:b/>
          <w:bCs/>
          <w:color w:val="1B877F"/>
          <w:sz w:val="24"/>
          <w:szCs w:val="24"/>
          <w:lang w:val="fr-FR"/>
        </w:rPr>
        <w:t xml:space="preserve"> </w:t>
      </w:r>
      <w:proofErr w:type="spellStart"/>
      <w:r w:rsidRPr="000768AD">
        <w:rPr>
          <w:rFonts w:ascii="Montserrat" w:eastAsia="Montserrat" w:hAnsi="Montserrat" w:cs="Montserrat"/>
          <w:b/>
          <w:bCs/>
          <w:color w:val="1B877F"/>
          <w:sz w:val="24"/>
          <w:szCs w:val="24"/>
          <w:lang w:val="fr-FR"/>
        </w:rPr>
        <w:t>eligibilitatea</w:t>
      </w:r>
      <w:proofErr w:type="spellEnd"/>
      <w:r w:rsidRPr="000768AD">
        <w:rPr>
          <w:rFonts w:ascii="Montserrat" w:eastAsia="Montserrat" w:hAnsi="Montserrat" w:cs="Montserrat"/>
          <w:b/>
          <w:bCs/>
          <w:color w:val="1B877F"/>
          <w:sz w:val="24"/>
          <w:szCs w:val="24"/>
          <w:lang w:val="fr-FR"/>
        </w:rPr>
        <w:t xml:space="preserve"> </w:t>
      </w:r>
      <w:proofErr w:type="spellStart"/>
      <w:r w:rsidRPr="000768AD">
        <w:rPr>
          <w:rFonts w:ascii="Montserrat" w:eastAsia="Montserrat" w:hAnsi="Montserrat" w:cs="Montserrat"/>
          <w:b/>
          <w:bCs/>
          <w:color w:val="1B877F"/>
          <w:sz w:val="24"/>
          <w:szCs w:val="24"/>
          <w:lang w:val="fr-FR"/>
        </w:rPr>
        <w:t>proiectului</w:t>
      </w:r>
      <w:proofErr w:type="spellEnd"/>
    </w:p>
    <w:p w14:paraId="638BE035" w14:textId="77777777" w:rsidR="000768AD" w:rsidRDefault="000768AD" w:rsidP="000768AD">
      <w:pPr>
        <w:widowControl w:val="0"/>
        <w:spacing w:line="240" w:lineRule="auto"/>
        <w:rPr>
          <w:rFonts w:ascii="Montserrat" w:eastAsia="Montserrat" w:hAnsi="Montserrat" w:cs="Montserrat"/>
          <w:i/>
          <w:iCs/>
          <w:color w:val="1B877F"/>
          <w:lang w:val="es-ES"/>
        </w:rPr>
      </w:pPr>
      <w:proofErr w:type="gramStart"/>
      <w:r w:rsidRPr="00313947">
        <w:rPr>
          <w:rFonts w:ascii="Montserrat" w:eastAsia="Montserrat" w:hAnsi="Montserrat" w:cs="Montserrat"/>
          <w:b/>
          <w:bCs/>
          <w:color w:val="434343"/>
          <w:lang w:val="es-ES"/>
        </w:rPr>
        <w:t xml:space="preserve">Este </w:t>
      </w:r>
      <w:proofErr w:type="spellStart"/>
      <w:r w:rsidRPr="00313947">
        <w:rPr>
          <w:rFonts w:ascii="Montserrat" w:eastAsia="Montserrat" w:hAnsi="Montserrat" w:cs="Montserrat"/>
          <w:b/>
          <w:bCs/>
          <w:color w:val="434343"/>
          <w:lang w:val="es-ES"/>
        </w:rPr>
        <w:t>candidatul</w:t>
      </w:r>
      <w:proofErr w:type="spellEnd"/>
      <w:r w:rsidRPr="00313947">
        <w:rPr>
          <w:rFonts w:ascii="Montserrat" w:eastAsia="Montserrat" w:hAnsi="Montserrat" w:cs="Montserrat"/>
          <w:b/>
          <w:bCs/>
          <w:color w:val="434343"/>
          <w:lang w:val="es-ES"/>
        </w:rPr>
        <w:t xml:space="preserve"> o </w:t>
      </w:r>
      <w:proofErr w:type="spellStart"/>
      <w:r w:rsidRPr="00313947">
        <w:rPr>
          <w:rFonts w:ascii="Montserrat" w:eastAsia="Montserrat" w:hAnsi="Montserrat" w:cs="Montserrat"/>
          <w:b/>
          <w:bCs/>
          <w:color w:val="434343"/>
          <w:lang w:val="es-ES"/>
        </w:rPr>
        <w:t>organizație</w:t>
      </w:r>
      <w:proofErr w:type="spellEnd"/>
      <w:r w:rsidRPr="00313947">
        <w:rPr>
          <w:rFonts w:ascii="Montserrat" w:eastAsia="Montserrat" w:hAnsi="Montserrat" w:cs="Montserrat"/>
          <w:b/>
          <w:bCs/>
          <w:color w:val="434343"/>
          <w:lang w:val="es-ES"/>
        </w:rPr>
        <w:t xml:space="preserve"> </w:t>
      </w:r>
      <w:proofErr w:type="spellStart"/>
      <w:r w:rsidRPr="00313947">
        <w:rPr>
          <w:rFonts w:ascii="Montserrat" w:eastAsia="Montserrat" w:hAnsi="Montserrat" w:cs="Montserrat"/>
          <w:b/>
          <w:bCs/>
          <w:color w:val="434343"/>
          <w:lang w:val="es-ES"/>
        </w:rPr>
        <w:t>eligibilă</w:t>
      </w:r>
      <w:proofErr w:type="spellEnd"/>
      <w:r w:rsidRPr="00313947">
        <w:rPr>
          <w:rFonts w:ascii="Montserrat" w:eastAsia="Montserrat" w:hAnsi="Montserrat" w:cs="Montserrat"/>
          <w:b/>
          <w:bCs/>
          <w:color w:val="434343"/>
          <w:lang w:val="es-ES"/>
        </w:rPr>
        <w:t>?</w:t>
      </w:r>
      <w:proofErr w:type="gramEnd"/>
      <w:r w:rsidRPr="00313947">
        <w:rPr>
          <w:rFonts w:ascii="Montserrat" w:eastAsia="Montserrat" w:hAnsi="Montserrat" w:cs="Montserrat"/>
          <w:b/>
          <w:bCs/>
          <w:color w:val="434343"/>
          <w:lang w:val="es-ES"/>
        </w:rPr>
        <w:t xml:space="preserve"> </w:t>
      </w:r>
      <w:proofErr w:type="spellStart"/>
      <w:r w:rsidRPr="00313947">
        <w:rPr>
          <w:rFonts w:ascii="Montserrat" w:eastAsia="Montserrat" w:hAnsi="Montserrat" w:cs="Montserrat"/>
          <w:i/>
          <w:iCs/>
          <w:color w:val="1B877F"/>
          <w:lang w:val="es-ES"/>
        </w:rPr>
        <w:t>Organizațiile</w:t>
      </w:r>
      <w:proofErr w:type="spellEnd"/>
      <w:r w:rsidRPr="00313947">
        <w:rPr>
          <w:rFonts w:ascii="Montserrat" w:eastAsia="Montserrat" w:hAnsi="Montserrat" w:cs="Montserrat"/>
          <w:i/>
          <w:iCs/>
          <w:color w:val="1B877F"/>
          <w:lang w:val="es-ES"/>
        </w:rPr>
        <w:t xml:space="preserve"> </w:t>
      </w:r>
      <w:proofErr w:type="spellStart"/>
      <w:r w:rsidRPr="00313947">
        <w:rPr>
          <w:rFonts w:ascii="Montserrat" w:eastAsia="Montserrat" w:hAnsi="Montserrat" w:cs="Montserrat"/>
          <w:i/>
          <w:iCs/>
          <w:color w:val="1B877F"/>
          <w:lang w:val="es-ES"/>
        </w:rPr>
        <w:t>eligibile</w:t>
      </w:r>
      <w:proofErr w:type="spellEnd"/>
      <w:r w:rsidRPr="00313947">
        <w:rPr>
          <w:rFonts w:ascii="Montserrat" w:eastAsia="Montserrat" w:hAnsi="Montserrat" w:cs="Montserrat"/>
          <w:i/>
          <w:iCs/>
          <w:color w:val="1B877F"/>
          <w:lang w:val="es-ES"/>
        </w:rPr>
        <w:t xml:space="preserve"> sunt </w:t>
      </w:r>
      <w:proofErr w:type="spellStart"/>
      <w:r w:rsidRPr="00313947">
        <w:rPr>
          <w:rFonts w:ascii="Montserrat" w:eastAsia="Montserrat" w:hAnsi="Montserrat" w:cs="Montserrat"/>
          <w:i/>
          <w:iCs/>
          <w:color w:val="1B877F"/>
          <w:lang w:val="es-ES"/>
        </w:rPr>
        <w:t>organizații</w:t>
      </w:r>
      <w:proofErr w:type="spellEnd"/>
      <w:r w:rsidRPr="00313947">
        <w:rPr>
          <w:rFonts w:ascii="Montserrat" w:eastAsia="Montserrat" w:hAnsi="Montserrat" w:cs="Montserrat"/>
          <w:i/>
          <w:iCs/>
          <w:color w:val="1B877F"/>
          <w:lang w:val="es-ES"/>
        </w:rPr>
        <w:t xml:space="preserve"> </w:t>
      </w:r>
      <w:proofErr w:type="spellStart"/>
      <w:r w:rsidRPr="00313947">
        <w:rPr>
          <w:rFonts w:ascii="Montserrat" w:eastAsia="Montserrat" w:hAnsi="Montserrat" w:cs="Montserrat"/>
          <w:i/>
          <w:iCs/>
          <w:color w:val="1B877F"/>
          <w:lang w:val="es-ES"/>
        </w:rPr>
        <w:t>conduse</w:t>
      </w:r>
      <w:proofErr w:type="spellEnd"/>
      <w:r w:rsidRPr="00313947">
        <w:rPr>
          <w:rFonts w:ascii="Montserrat" w:eastAsia="Montserrat" w:hAnsi="Montserrat" w:cs="Montserrat"/>
          <w:i/>
          <w:iCs/>
          <w:color w:val="1B877F"/>
          <w:lang w:val="es-ES"/>
        </w:rPr>
        <w:t xml:space="preserve"> de </w:t>
      </w:r>
      <w:proofErr w:type="spellStart"/>
      <w:r w:rsidRPr="00313947">
        <w:rPr>
          <w:rFonts w:ascii="Montserrat" w:eastAsia="Montserrat" w:hAnsi="Montserrat" w:cs="Montserrat"/>
          <w:i/>
          <w:iCs/>
          <w:color w:val="1B877F"/>
          <w:lang w:val="es-ES"/>
        </w:rPr>
        <w:t>tineri</w:t>
      </w:r>
      <w:proofErr w:type="spellEnd"/>
      <w:r w:rsidRPr="00313947">
        <w:rPr>
          <w:rFonts w:ascii="Montserrat" w:eastAsia="Montserrat" w:hAnsi="Montserrat" w:cs="Montserrat"/>
          <w:i/>
          <w:iCs/>
          <w:color w:val="1B877F"/>
          <w:lang w:val="es-ES"/>
        </w:rPr>
        <w:t xml:space="preserve"> (de </w:t>
      </w:r>
      <w:proofErr w:type="spellStart"/>
      <w:r w:rsidRPr="00313947">
        <w:rPr>
          <w:rFonts w:ascii="Montserrat" w:eastAsia="Montserrat" w:hAnsi="Montserrat" w:cs="Montserrat"/>
          <w:i/>
          <w:iCs/>
          <w:color w:val="1B877F"/>
          <w:lang w:val="es-ES"/>
        </w:rPr>
        <w:t>exemplu</w:t>
      </w:r>
      <w:proofErr w:type="spellEnd"/>
      <w:r w:rsidRPr="00313947">
        <w:rPr>
          <w:rFonts w:ascii="Montserrat" w:eastAsia="Montserrat" w:hAnsi="Montserrat" w:cs="Montserrat"/>
          <w:i/>
          <w:iCs/>
          <w:color w:val="1B877F"/>
          <w:lang w:val="es-ES"/>
        </w:rPr>
        <w:t xml:space="preserve">, </w:t>
      </w:r>
      <w:proofErr w:type="spellStart"/>
      <w:r w:rsidRPr="00313947">
        <w:rPr>
          <w:rFonts w:ascii="Montserrat" w:eastAsia="Montserrat" w:hAnsi="Montserrat" w:cs="Montserrat"/>
          <w:i/>
          <w:iCs/>
          <w:color w:val="1B877F"/>
          <w:lang w:val="es-ES"/>
        </w:rPr>
        <w:t>cluburi</w:t>
      </w:r>
      <w:proofErr w:type="spellEnd"/>
      <w:r w:rsidRPr="00313947">
        <w:rPr>
          <w:rFonts w:ascii="Montserrat" w:eastAsia="Montserrat" w:hAnsi="Montserrat" w:cs="Montserrat"/>
          <w:i/>
          <w:iCs/>
          <w:color w:val="1B877F"/>
          <w:lang w:val="es-ES"/>
        </w:rPr>
        <w:t xml:space="preserve"> </w:t>
      </w:r>
      <w:proofErr w:type="spellStart"/>
      <w:r w:rsidRPr="00313947">
        <w:rPr>
          <w:rFonts w:ascii="Montserrat" w:eastAsia="Montserrat" w:hAnsi="Montserrat" w:cs="Montserrat"/>
          <w:i/>
          <w:iCs/>
          <w:color w:val="1B877F"/>
          <w:lang w:val="es-ES"/>
        </w:rPr>
        <w:t>sau</w:t>
      </w:r>
      <w:proofErr w:type="spellEnd"/>
      <w:r w:rsidRPr="00313947">
        <w:rPr>
          <w:rFonts w:ascii="Montserrat" w:eastAsia="Montserrat" w:hAnsi="Montserrat" w:cs="Montserrat"/>
          <w:i/>
          <w:iCs/>
          <w:color w:val="1B877F"/>
          <w:lang w:val="es-ES"/>
        </w:rPr>
        <w:t xml:space="preserve"> </w:t>
      </w:r>
      <w:proofErr w:type="spellStart"/>
      <w:r w:rsidRPr="00313947">
        <w:rPr>
          <w:rFonts w:ascii="Montserrat" w:eastAsia="Montserrat" w:hAnsi="Montserrat" w:cs="Montserrat"/>
          <w:i/>
          <w:iCs/>
          <w:color w:val="1B877F"/>
          <w:lang w:val="es-ES"/>
        </w:rPr>
        <w:t>grupuri</w:t>
      </w:r>
      <w:proofErr w:type="spellEnd"/>
      <w:r w:rsidRPr="00313947">
        <w:rPr>
          <w:rFonts w:ascii="Montserrat" w:eastAsia="Montserrat" w:hAnsi="Montserrat" w:cs="Montserrat"/>
          <w:i/>
          <w:iCs/>
          <w:color w:val="1B877F"/>
          <w:lang w:val="es-ES"/>
        </w:rPr>
        <w:t xml:space="preserve"> de </w:t>
      </w:r>
      <w:proofErr w:type="spellStart"/>
      <w:r w:rsidRPr="00313947">
        <w:rPr>
          <w:rFonts w:ascii="Montserrat" w:eastAsia="Montserrat" w:hAnsi="Montserrat" w:cs="Montserrat"/>
          <w:i/>
          <w:iCs/>
          <w:color w:val="1B877F"/>
          <w:lang w:val="es-ES"/>
        </w:rPr>
        <w:t>tineret</w:t>
      </w:r>
      <w:proofErr w:type="spellEnd"/>
      <w:r w:rsidRPr="00313947">
        <w:rPr>
          <w:rFonts w:ascii="Montserrat" w:eastAsia="Montserrat" w:hAnsi="Montserrat" w:cs="Montserrat"/>
          <w:i/>
          <w:iCs/>
          <w:color w:val="1B877F"/>
          <w:lang w:val="es-ES"/>
        </w:rPr>
        <w:t xml:space="preserve">), </w:t>
      </w:r>
      <w:proofErr w:type="spellStart"/>
      <w:r w:rsidRPr="00313947">
        <w:rPr>
          <w:rFonts w:ascii="Montserrat" w:eastAsia="Montserrat" w:hAnsi="Montserrat" w:cs="Montserrat"/>
          <w:i/>
          <w:iCs/>
          <w:color w:val="1B877F"/>
          <w:lang w:val="es-ES"/>
        </w:rPr>
        <w:t>organizații</w:t>
      </w:r>
      <w:proofErr w:type="spellEnd"/>
      <w:r w:rsidRPr="00313947">
        <w:rPr>
          <w:rFonts w:ascii="Montserrat" w:eastAsia="Montserrat" w:hAnsi="Montserrat" w:cs="Montserrat"/>
          <w:i/>
          <w:iCs/>
          <w:color w:val="1B877F"/>
          <w:lang w:val="es-ES"/>
        </w:rPr>
        <w:t xml:space="preserve"> care </w:t>
      </w:r>
      <w:proofErr w:type="spellStart"/>
      <w:r w:rsidRPr="00313947">
        <w:rPr>
          <w:rFonts w:ascii="Montserrat" w:eastAsia="Montserrat" w:hAnsi="Montserrat" w:cs="Montserrat"/>
          <w:i/>
          <w:iCs/>
          <w:color w:val="1B877F"/>
          <w:lang w:val="es-ES"/>
        </w:rPr>
        <w:t>deservesc</w:t>
      </w:r>
      <w:proofErr w:type="spellEnd"/>
      <w:r w:rsidRPr="00313947">
        <w:rPr>
          <w:rFonts w:ascii="Montserrat" w:eastAsia="Montserrat" w:hAnsi="Montserrat" w:cs="Montserrat"/>
          <w:i/>
          <w:iCs/>
          <w:color w:val="1B877F"/>
          <w:lang w:val="es-ES"/>
        </w:rPr>
        <w:t xml:space="preserve"> </w:t>
      </w:r>
      <w:proofErr w:type="spellStart"/>
      <w:r w:rsidRPr="00313947">
        <w:rPr>
          <w:rFonts w:ascii="Montserrat" w:eastAsia="Montserrat" w:hAnsi="Montserrat" w:cs="Montserrat"/>
          <w:i/>
          <w:iCs/>
          <w:color w:val="1B877F"/>
          <w:lang w:val="es-ES"/>
        </w:rPr>
        <w:t>tinerii</w:t>
      </w:r>
      <w:proofErr w:type="spellEnd"/>
      <w:r w:rsidRPr="00313947">
        <w:rPr>
          <w:rFonts w:ascii="Montserrat" w:eastAsia="Montserrat" w:hAnsi="Montserrat" w:cs="Montserrat"/>
          <w:i/>
          <w:iCs/>
          <w:color w:val="1B877F"/>
          <w:lang w:val="es-ES"/>
        </w:rPr>
        <w:t xml:space="preserve"> (</w:t>
      </w:r>
      <w:proofErr w:type="spellStart"/>
      <w:r w:rsidRPr="00313947">
        <w:rPr>
          <w:rFonts w:ascii="Montserrat" w:eastAsia="Montserrat" w:hAnsi="Montserrat" w:cs="Montserrat"/>
          <w:i/>
          <w:iCs/>
          <w:color w:val="1B877F"/>
          <w:lang w:val="es-ES"/>
        </w:rPr>
        <w:t>organizații</w:t>
      </w:r>
      <w:proofErr w:type="spellEnd"/>
      <w:r w:rsidRPr="00313947">
        <w:rPr>
          <w:rFonts w:ascii="Montserrat" w:eastAsia="Montserrat" w:hAnsi="Montserrat" w:cs="Montserrat"/>
          <w:i/>
          <w:iCs/>
          <w:color w:val="1B877F"/>
          <w:lang w:val="es-ES"/>
        </w:rPr>
        <w:t xml:space="preserve"> </w:t>
      </w:r>
      <w:proofErr w:type="spellStart"/>
      <w:r w:rsidRPr="00313947">
        <w:rPr>
          <w:rFonts w:ascii="Montserrat" w:eastAsia="Montserrat" w:hAnsi="Montserrat" w:cs="Montserrat"/>
          <w:i/>
          <w:iCs/>
          <w:color w:val="1B877F"/>
          <w:lang w:val="es-ES"/>
        </w:rPr>
        <w:t>conduse</w:t>
      </w:r>
      <w:proofErr w:type="spellEnd"/>
      <w:r w:rsidRPr="00313947">
        <w:rPr>
          <w:rFonts w:ascii="Montserrat" w:eastAsia="Montserrat" w:hAnsi="Montserrat" w:cs="Montserrat"/>
          <w:i/>
          <w:iCs/>
          <w:color w:val="1B877F"/>
          <w:lang w:val="es-ES"/>
        </w:rPr>
        <w:t xml:space="preserve"> de </w:t>
      </w:r>
      <w:proofErr w:type="spellStart"/>
      <w:r w:rsidRPr="00313947">
        <w:rPr>
          <w:rFonts w:ascii="Montserrat" w:eastAsia="Montserrat" w:hAnsi="Montserrat" w:cs="Montserrat"/>
          <w:i/>
          <w:iCs/>
          <w:color w:val="1B877F"/>
          <w:lang w:val="es-ES"/>
        </w:rPr>
        <w:t>adulți</w:t>
      </w:r>
      <w:proofErr w:type="spellEnd"/>
      <w:r w:rsidRPr="00313947">
        <w:rPr>
          <w:rFonts w:ascii="Montserrat" w:eastAsia="Montserrat" w:hAnsi="Montserrat" w:cs="Montserrat"/>
          <w:i/>
          <w:iCs/>
          <w:color w:val="1B877F"/>
          <w:lang w:val="es-ES"/>
        </w:rPr>
        <w:t xml:space="preserve"> care </w:t>
      </w:r>
      <w:proofErr w:type="spellStart"/>
      <w:r w:rsidRPr="00313947">
        <w:rPr>
          <w:rFonts w:ascii="Montserrat" w:eastAsia="Montserrat" w:hAnsi="Montserrat" w:cs="Montserrat"/>
          <w:i/>
          <w:iCs/>
          <w:color w:val="1B877F"/>
          <w:lang w:val="es-ES"/>
        </w:rPr>
        <w:t>sprijină</w:t>
      </w:r>
      <w:proofErr w:type="spellEnd"/>
      <w:r w:rsidRPr="00313947">
        <w:rPr>
          <w:rFonts w:ascii="Montserrat" w:eastAsia="Montserrat" w:hAnsi="Montserrat" w:cs="Montserrat"/>
          <w:i/>
          <w:iCs/>
          <w:color w:val="1B877F"/>
          <w:lang w:val="es-ES"/>
        </w:rPr>
        <w:t xml:space="preserve"> </w:t>
      </w:r>
      <w:proofErr w:type="spellStart"/>
      <w:r w:rsidRPr="00313947">
        <w:rPr>
          <w:rFonts w:ascii="Montserrat" w:eastAsia="Montserrat" w:hAnsi="Montserrat" w:cs="Montserrat"/>
          <w:i/>
          <w:iCs/>
          <w:color w:val="1B877F"/>
          <w:lang w:val="es-ES"/>
        </w:rPr>
        <w:t>tinerii</w:t>
      </w:r>
      <w:proofErr w:type="spellEnd"/>
      <w:r w:rsidRPr="00313947">
        <w:rPr>
          <w:rFonts w:ascii="Montserrat" w:eastAsia="Montserrat" w:hAnsi="Montserrat" w:cs="Montserrat"/>
          <w:i/>
          <w:iCs/>
          <w:color w:val="1B877F"/>
          <w:lang w:val="es-ES"/>
        </w:rPr>
        <w:t xml:space="preserve">) </w:t>
      </w:r>
      <w:proofErr w:type="spellStart"/>
      <w:r w:rsidRPr="00313947">
        <w:rPr>
          <w:rFonts w:ascii="Montserrat" w:eastAsia="Montserrat" w:hAnsi="Montserrat" w:cs="Montserrat"/>
          <w:i/>
          <w:iCs/>
          <w:color w:val="1B877F"/>
          <w:lang w:val="es-ES"/>
        </w:rPr>
        <w:t>și</w:t>
      </w:r>
      <w:proofErr w:type="spellEnd"/>
      <w:r w:rsidRPr="00313947">
        <w:rPr>
          <w:rFonts w:ascii="Montserrat" w:eastAsia="Montserrat" w:hAnsi="Montserrat" w:cs="Montserrat"/>
          <w:i/>
          <w:iCs/>
          <w:color w:val="1B877F"/>
          <w:lang w:val="es-ES"/>
        </w:rPr>
        <w:t xml:space="preserve"> </w:t>
      </w:r>
      <w:proofErr w:type="spellStart"/>
      <w:r w:rsidRPr="00313947">
        <w:rPr>
          <w:rFonts w:ascii="Montserrat" w:eastAsia="Montserrat" w:hAnsi="Montserrat" w:cs="Montserrat"/>
          <w:i/>
          <w:iCs/>
          <w:color w:val="1B877F"/>
          <w:lang w:val="es-ES"/>
        </w:rPr>
        <w:t>organizații</w:t>
      </w:r>
      <w:proofErr w:type="spellEnd"/>
      <w:r w:rsidRPr="00313947">
        <w:rPr>
          <w:rFonts w:ascii="Montserrat" w:eastAsia="Montserrat" w:hAnsi="Montserrat" w:cs="Montserrat"/>
          <w:i/>
          <w:iCs/>
          <w:color w:val="1B877F"/>
          <w:lang w:val="es-ES"/>
        </w:rPr>
        <w:t>-</w:t>
      </w:r>
      <w:proofErr w:type="gramStart"/>
      <w:r w:rsidRPr="00313947">
        <w:rPr>
          <w:rFonts w:ascii="Montserrat" w:eastAsia="Montserrat" w:hAnsi="Montserrat" w:cs="Montserrat"/>
          <w:i/>
          <w:iCs/>
          <w:color w:val="1B877F"/>
          <w:lang w:val="es-ES"/>
        </w:rPr>
        <w:t>sponsor</w:t>
      </w:r>
      <w:proofErr w:type="gramEnd"/>
      <w:r w:rsidRPr="00313947">
        <w:rPr>
          <w:rFonts w:ascii="Montserrat" w:eastAsia="Montserrat" w:hAnsi="Montserrat" w:cs="Montserrat"/>
          <w:i/>
          <w:iCs/>
          <w:color w:val="1B877F"/>
          <w:lang w:val="es-ES"/>
        </w:rPr>
        <w:t xml:space="preserve"> (de </w:t>
      </w:r>
      <w:proofErr w:type="spellStart"/>
      <w:r w:rsidRPr="00313947">
        <w:rPr>
          <w:rFonts w:ascii="Montserrat" w:eastAsia="Montserrat" w:hAnsi="Montserrat" w:cs="Montserrat"/>
          <w:i/>
          <w:iCs/>
          <w:color w:val="1B877F"/>
          <w:lang w:val="es-ES"/>
        </w:rPr>
        <w:t>exemplu</w:t>
      </w:r>
      <w:proofErr w:type="spellEnd"/>
      <w:r w:rsidRPr="00313947">
        <w:rPr>
          <w:rFonts w:ascii="Montserrat" w:eastAsia="Montserrat" w:hAnsi="Montserrat" w:cs="Montserrat"/>
          <w:i/>
          <w:iCs/>
          <w:color w:val="1B877F"/>
          <w:lang w:val="es-ES"/>
        </w:rPr>
        <w:t xml:space="preserve">, </w:t>
      </w:r>
      <w:proofErr w:type="spellStart"/>
      <w:r w:rsidRPr="00313947">
        <w:rPr>
          <w:rFonts w:ascii="Montserrat" w:eastAsia="Montserrat" w:hAnsi="Montserrat" w:cs="Montserrat"/>
          <w:i/>
          <w:iCs/>
          <w:color w:val="1B877F"/>
          <w:lang w:val="es-ES"/>
        </w:rPr>
        <w:t>agenții</w:t>
      </w:r>
      <w:proofErr w:type="spellEnd"/>
      <w:r w:rsidRPr="00313947">
        <w:rPr>
          <w:rFonts w:ascii="Montserrat" w:eastAsia="Montserrat" w:hAnsi="Montserrat" w:cs="Montserrat"/>
          <w:i/>
          <w:iCs/>
          <w:color w:val="1B877F"/>
          <w:lang w:val="es-ES"/>
        </w:rPr>
        <w:t xml:space="preserve"> </w:t>
      </w:r>
      <w:proofErr w:type="spellStart"/>
      <w:r w:rsidRPr="00313947">
        <w:rPr>
          <w:rFonts w:ascii="Montserrat" w:eastAsia="Montserrat" w:hAnsi="Montserrat" w:cs="Montserrat"/>
          <w:i/>
          <w:iCs/>
          <w:color w:val="1B877F"/>
          <w:lang w:val="es-ES"/>
        </w:rPr>
        <w:t>municipale</w:t>
      </w:r>
      <w:proofErr w:type="spellEnd"/>
      <w:r w:rsidRPr="00313947">
        <w:rPr>
          <w:rFonts w:ascii="Montserrat" w:eastAsia="Montserrat" w:hAnsi="Montserrat" w:cs="Montserrat"/>
          <w:i/>
          <w:iCs/>
          <w:color w:val="1B877F"/>
          <w:lang w:val="es-ES"/>
        </w:rPr>
        <w:t xml:space="preserve">, </w:t>
      </w:r>
      <w:proofErr w:type="spellStart"/>
      <w:r w:rsidRPr="00313947">
        <w:rPr>
          <w:rFonts w:ascii="Montserrat" w:eastAsia="Montserrat" w:hAnsi="Montserrat" w:cs="Montserrat"/>
          <w:i/>
          <w:iCs/>
          <w:color w:val="1B877F"/>
          <w:lang w:val="es-ES"/>
        </w:rPr>
        <w:t>instituții</w:t>
      </w:r>
      <w:proofErr w:type="spellEnd"/>
      <w:r w:rsidRPr="00313947">
        <w:rPr>
          <w:rFonts w:ascii="Montserrat" w:eastAsia="Montserrat" w:hAnsi="Montserrat" w:cs="Montserrat"/>
          <w:i/>
          <w:iCs/>
          <w:color w:val="1B877F"/>
          <w:lang w:val="es-ES"/>
        </w:rPr>
        <w:t xml:space="preserve"> </w:t>
      </w:r>
      <w:proofErr w:type="spellStart"/>
      <w:r w:rsidRPr="00313947">
        <w:rPr>
          <w:rFonts w:ascii="Montserrat" w:eastAsia="Montserrat" w:hAnsi="Montserrat" w:cs="Montserrat"/>
          <w:i/>
          <w:iCs/>
          <w:color w:val="1B877F"/>
          <w:lang w:val="es-ES"/>
        </w:rPr>
        <w:t>educaționale</w:t>
      </w:r>
      <w:proofErr w:type="spellEnd"/>
      <w:r w:rsidRPr="00313947">
        <w:rPr>
          <w:rFonts w:ascii="Montserrat" w:eastAsia="Montserrat" w:hAnsi="Montserrat" w:cs="Montserrat"/>
          <w:i/>
          <w:iCs/>
          <w:color w:val="1B877F"/>
          <w:lang w:val="es-ES"/>
        </w:rPr>
        <w:t xml:space="preserve">, </w:t>
      </w:r>
      <w:proofErr w:type="spellStart"/>
      <w:r w:rsidRPr="00313947">
        <w:rPr>
          <w:rFonts w:ascii="Montserrat" w:eastAsia="Montserrat" w:hAnsi="Montserrat" w:cs="Montserrat"/>
          <w:i/>
          <w:iCs/>
          <w:color w:val="1B877F"/>
          <w:lang w:val="es-ES"/>
        </w:rPr>
        <w:t>muzee</w:t>
      </w:r>
      <w:proofErr w:type="spellEnd"/>
      <w:r w:rsidRPr="00313947">
        <w:rPr>
          <w:rFonts w:ascii="Montserrat" w:eastAsia="Montserrat" w:hAnsi="Montserrat" w:cs="Montserrat"/>
          <w:i/>
          <w:iCs/>
          <w:color w:val="1B877F"/>
          <w:lang w:val="es-ES"/>
        </w:rPr>
        <w:t xml:space="preserve"> </w:t>
      </w:r>
      <w:proofErr w:type="spellStart"/>
      <w:r w:rsidRPr="00313947">
        <w:rPr>
          <w:rFonts w:ascii="Montserrat" w:eastAsia="Montserrat" w:hAnsi="Montserrat" w:cs="Montserrat"/>
          <w:i/>
          <w:iCs/>
          <w:color w:val="1B877F"/>
          <w:lang w:val="es-ES"/>
        </w:rPr>
        <w:t>sau</w:t>
      </w:r>
      <w:proofErr w:type="spellEnd"/>
      <w:r w:rsidRPr="00313947">
        <w:rPr>
          <w:rFonts w:ascii="Montserrat" w:eastAsia="Montserrat" w:hAnsi="Montserrat" w:cs="Montserrat"/>
          <w:i/>
          <w:iCs/>
          <w:color w:val="1B877F"/>
          <w:lang w:val="es-ES"/>
        </w:rPr>
        <w:t xml:space="preserve"> </w:t>
      </w:r>
      <w:proofErr w:type="spellStart"/>
      <w:r w:rsidRPr="00313947">
        <w:rPr>
          <w:rFonts w:ascii="Montserrat" w:eastAsia="Montserrat" w:hAnsi="Montserrat" w:cs="Montserrat"/>
          <w:i/>
          <w:iCs/>
          <w:color w:val="1B877F"/>
          <w:lang w:val="es-ES"/>
        </w:rPr>
        <w:t>organizații</w:t>
      </w:r>
      <w:proofErr w:type="spellEnd"/>
      <w:r w:rsidRPr="00313947">
        <w:rPr>
          <w:rFonts w:ascii="Montserrat" w:eastAsia="Montserrat" w:hAnsi="Montserrat" w:cs="Montserrat"/>
          <w:i/>
          <w:iCs/>
          <w:color w:val="1B877F"/>
          <w:lang w:val="es-ES"/>
        </w:rPr>
        <w:t xml:space="preserve"> </w:t>
      </w:r>
      <w:proofErr w:type="spellStart"/>
      <w:r w:rsidRPr="00313947">
        <w:rPr>
          <w:rFonts w:ascii="Montserrat" w:eastAsia="Montserrat" w:hAnsi="Montserrat" w:cs="Montserrat"/>
          <w:i/>
          <w:iCs/>
          <w:color w:val="1B877F"/>
          <w:lang w:val="es-ES"/>
        </w:rPr>
        <w:t>comunitare</w:t>
      </w:r>
      <w:proofErr w:type="spellEnd"/>
      <w:r w:rsidRPr="00313947">
        <w:rPr>
          <w:rFonts w:ascii="Montserrat" w:eastAsia="Montserrat" w:hAnsi="Montserrat" w:cs="Montserrat"/>
          <w:i/>
          <w:iCs/>
          <w:color w:val="1B877F"/>
          <w:lang w:val="es-ES"/>
        </w:rPr>
        <w:t>).</w:t>
      </w:r>
    </w:p>
    <w:p w14:paraId="08253476" w14:textId="77777777" w:rsidR="000768AD" w:rsidRPr="00313947" w:rsidRDefault="000768AD" w:rsidP="000768AD">
      <w:pPr>
        <w:widowControl w:val="0"/>
        <w:spacing w:line="240" w:lineRule="auto"/>
        <w:rPr>
          <w:rFonts w:ascii="Montserrat" w:eastAsia="Montserrat" w:hAnsi="Montserrat" w:cs="Montserrat"/>
          <w:i/>
          <w:iCs/>
          <w:color w:val="1B877F"/>
          <w:lang w:val="es-ES"/>
        </w:rPr>
      </w:pPr>
    </w:p>
    <w:p w14:paraId="165A593A" w14:textId="77777777" w:rsidR="000768AD" w:rsidRDefault="000768AD" w:rsidP="000768AD">
      <w:pPr>
        <w:widowControl w:val="0"/>
        <w:spacing w:line="240" w:lineRule="auto"/>
        <w:rPr>
          <w:rFonts w:ascii="Montserrat" w:eastAsia="Montserrat" w:hAnsi="Montserrat" w:cs="Montserrat"/>
          <w:b/>
          <w:bCs/>
          <w:color w:val="434343"/>
          <w:lang w:val="es-ES"/>
        </w:rPr>
      </w:pPr>
      <w:proofErr w:type="spellStart"/>
      <w:r w:rsidRPr="000768AD">
        <w:rPr>
          <w:rFonts w:ascii="Montserrat" w:eastAsia="Montserrat" w:hAnsi="Montserrat" w:cs="Montserrat"/>
          <w:b/>
          <w:bCs/>
          <w:color w:val="434343"/>
          <w:lang w:val="fr-FR"/>
        </w:rPr>
        <w:t>Entitatea</w:t>
      </w:r>
      <w:proofErr w:type="spellEnd"/>
      <w:r w:rsidRPr="000768AD">
        <w:rPr>
          <w:rFonts w:ascii="Montserrat" w:eastAsia="Montserrat" w:hAnsi="Montserrat" w:cs="Montserrat"/>
          <w:b/>
          <w:bCs/>
          <w:color w:val="434343"/>
          <w:lang w:val="fr-FR"/>
        </w:rPr>
        <w:t xml:space="preserve"> are </w:t>
      </w:r>
      <w:proofErr w:type="spellStart"/>
      <w:r w:rsidRPr="000768AD">
        <w:rPr>
          <w:rFonts w:ascii="Montserrat" w:eastAsia="Montserrat" w:hAnsi="Montserrat" w:cs="Montserrat"/>
          <w:b/>
          <w:bCs/>
          <w:color w:val="434343"/>
          <w:lang w:val="fr-FR"/>
        </w:rPr>
        <w:t>personalitate</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juridică</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distinctă</w:t>
      </w:r>
      <w:proofErr w:type="spellEnd"/>
      <w:r w:rsidRPr="000768AD">
        <w:rPr>
          <w:rFonts w:ascii="Montserrat" w:eastAsia="Montserrat" w:hAnsi="Montserrat" w:cs="Montserrat"/>
          <w:b/>
          <w:bCs/>
          <w:color w:val="434343"/>
          <w:lang w:val="fr-FR"/>
        </w:rPr>
        <w:t xml:space="preserve">, un </w:t>
      </w:r>
      <w:proofErr w:type="spellStart"/>
      <w:r w:rsidRPr="000768AD">
        <w:rPr>
          <w:rFonts w:ascii="Montserrat" w:eastAsia="Montserrat" w:hAnsi="Montserrat" w:cs="Montserrat"/>
          <w:b/>
          <w:bCs/>
          <w:color w:val="434343"/>
          <w:lang w:val="fr-FR"/>
        </w:rPr>
        <w:t>cont</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bancar</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propriu</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și</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capacitatea</w:t>
      </w:r>
      <w:proofErr w:type="spellEnd"/>
      <w:r w:rsidRPr="000768AD">
        <w:rPr>
          <w:rFonts w:ascii="Montserrat" w:eastAsia="Montserrat" w:hAnsi="Montserrat" w:cs="Montserrat"/>
          <w:b/>
          <w:bCs/>
          <w:color w:val="434343"/>
          <w:lang w:val="fr-FR"/>
        </w:rPr>
        <w:t xml:space="preserve"> </w:t>
      </w:r>
      <w:proofErr w:type="gramStart"/>
      <w:r w:rsidRPr="000768AD">
        <w:rPr>
          <w:rFonts w:ascii="Montserrat" w:eastAsia="Montserrat" w:hAnsi="Montserrat" w:cs="Montserrat"/>
          <w:b/>
          <w:bCs/>
          <w:color w:val="434343"/>
          <w:lang w:val="fr-FR"/>
        </w:rPr>
        <w:t>de a</w:t>
      </w:r>
      <w:proofErr w:type="gramEnd"/>
      <w:r w:rsidRPr="000768AD">
        <w:rPr>
          <w:rFonts w:ascii="Montserrat" w:eastAsia="Montserrat" w:hAnsi="Montserrat" w:cs="Montserrat"/>
          <w:b/>
          <w:bCs/>
          <w:color w:val="434343"/>
          <w:lang w:val="fr-FR"/>
        </w:rPr>
        <w:t xml:space="preserve"> administra </w:t>
      </w:r>
      <w:proofErr w:type="spellStart"/>
      <w:proofErr w:type="gramStart"/>
      <w:r w:rsidRPr="000768AD">
        <w:rPr>
          <w:rFonts w:ascii="Montserrat" w:eastAsia="Montserrat" w:hAnsi="Montserrat" w:cs="Montserrat"/>
          <w:b/>
          <w:bCs/>
          <w:color w:val="434343"/>
          <w:lang w:val="fr-FR"/>
        </w:rPr>
        <w:t>fondurile</w:t>
      </w:r>
      <w:proofErr w:type="spellEnd"/>
      <w:r w:rsidRPr="000768AD">
        <w:rPr>
          <w:rFonts w:ascii="Montserrat" w:eastAsia="Montserrat" w:hAnsi="Montserrat" w:cs="Montserrat"/>
          <w:b/>
          <w:bCs/>
          <w:color w:val="434343"/>
          <w:lang w:val="fr-FR"/>
        </w:rPr>
        <w:t>?</w:t>
      </w:r>
      <w:proofErr w:type="gramEnd"/>
      <w:r w:rsidRPr="000768AD">
        <w:rPr>
          <w:rFonts w:ascii="Montserrat" w:eastAsia="Montserrat" w:hAnsi="Montserrat" w:cs="Montserrat"/>
          <w:b/>
          <w:bCs/>
          <w:color w:val="434343"/>
          <w:lang w:val="fr-FR"/>
        </w:rPr>
        <w:t xml:space="preserve"> </w:t>
      </w:r>
    </w:p>
    <w:p w14:paraId="231DCF0D" w14:textId="77777777" w:rsidR="000768AD" w:rsidRPr="000768AD" w:rsidRDefault="000768AD" w:rsidP="000768AD">
      <w:pPr>
        <w:widowControl w:val="0"/>
        <w:spacing w:line="240" w:lineRule="auto"/>
        <w:rPr>
          <w:rFonts w:ascii="Montserrat" w:eastAsia="Montserrat" w:hAnsi="Montserrat" w:cs="Montserrat"/>
          <w:b/>
          <w:bCs/>
          <w:color w:val="434343"/>
          <w:lang w:val="fr-FR"/>
        </w:rPr>
      </w:pPr>
    </w:p>
    <w:p w14:paraId="499CFC6A" w14:textId="77777777" w:rsidR="000768AD" w:rsidRDefault="000768AD" w:rsidP="000768AD">
      <w:pPr>
        <w:widowControl w:val="0"/>
        <w:spacing w:line="240" w:lineRule="auto"/>
        <w:rPr>
          <w:rFonts w:ascii="Montserrat" w:eastAsia="Montserrat" w:hAnsi="Montserrat" w:cs="Montserrat"/>
          <w:i/>
          <w:iCs/>
          <w:color w:val="1B877F"/>
          <w:lang w:val="es-ES"/>
        </w:rPr>
      </w:pPr>
      <w:r w:rsidRPr="000768AD">
        <w:rPr>
          <w:rFonts w:ascii="Montserrat" w:eastAsia="Montserrat" w:hAnsi="Montserrat" w:cs="Montserrat"/>
          <w:b/>
          <w:bCs/>
          <w:color w:val="434343"/>
          <w:lang w:val="fr-FR"/>
        </w:rPr>
        <w:t xml:space="preserve">Este </w:t>
      </w:r>
      <w:proofErr w:type="spellStart"/>
      <w:r w:rsidRPr="000768AD">
        <w:rPr>
          <w:rFonts w:ascii="Montserrat" w:eastAsia="Montserrat" w:hAnsi="Montserrat" w:cs="Montserrat"/>
          <w:b/>
          <w:bCs/>
          <w:color w:val="434343"/>
          <w:lang w:val="fr-FR"/>
        </w:rPr>
        <w:t>organizația</w:t>
      </w:r>
      <w:proofErr w:type="spellEnd"/>
      <w:r w:rsidRPr="000768AD">
        <w:rPr>
          <w:rFonts w:ascii="Montserrat" w:eastAsia="Montserrat" w:hAnsi="Montserrat" w:cs="Montserrat"/>
          <w:b/>
          <w:bCs/>
          <w:color w:val="434343"/>
          <w:lang w:val="fr-FR"/>
        </w:rPr>
        <w:t xml:space="preserve"> o </w:t>
      </w:r>
      <w:proofErr w:type="spellStart"/>
      <w:r w:rsidRPr="000768AD">
        <w:rPr>
          <w:rFonts w:ascii="Montserrat" w:eastAsia="Montserrat" w:hAnsi="Montserrat" w:cs="Montserrat"/>
          <w:b/>
          <w:bCs/>
          <w:color w:val="434343"/>
          <w:lang w:val="fr-FR"/>
        </w:rPr>
        <w:t>entitate</w:t>
      </w:r>
      <w:proofErr w:type="spellEnd"/>
      <w:r w:rsidRPr="000768AD">
        <w:rPr>
          <w:rFonts w:ascii="Montserrat" w:eastAsia="Montserrat" w:hAnsi="Montserrat" w:cs="Montserrat"/>
          <w:b/>
          <w:bCs/>
          <w:color w:val="434343"/>
          <w:lang w:val="fr-FR"/>
        </w:rPr>
        <w:t xml:space="preserve"> non-profit </w:t>
      </w:r>
      <w:proofErr w:type="spellStart"/>
      <w:r w:rsidRPr="000768AD">
        <w:rPr>
          <w:rFonts w:ascii="Montserrat" w:eastAsia="Montserrat" w:hAnsi="Montserrat" w:cs="Montserrat"/>
          <w:b/>
          <w:bCs/>
          <w:color w:val="434343"/>
          <w:lang w:val="fr-FR"/>
        </w:rPr>
        <w:t>sau</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caritabilă</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recunoscută</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conform</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legilor</w:t>
      </w:r>
      <w:proofErr w:type="spellEnd"/>
      <w:r w:rsidRPr="000768AD">
        <w:rPr>
          <w:rFonts w:ascii="Montserrat" w:eastAsia="Montserrat" w:hAnsi="Montserrat" w:cs="Montserrat"/>
          <w:b/>
          <w:bCs/>
          <w:color w:val="434343"/>
          <w:lang w:val="fr-FR"/>
        </w:rPr>
        <w:t xml:space="preserve"> locale (</w:t>
      </w:r>
      <w:proofErr w:type="spellStart"/>
      <w:r w:rsidRPr="000768AD">
        <w:rPr>
          <w:rFonts w:ascii="Montserrat" w:eastAsia="Montserrat" w:hAnsi="Montserrat" w:cs="Montserrat"/>
          <w:b/>
          <w:bCs/>
          <w:color w:val="434343"/>
          <w:lang w:val="fr-FR"/>
        </w:rPr>
        <w:t>cu</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excepția</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unei</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entități</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publice</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și</w:t>
      </w:r>
      <w:proofErr w:type="spellEnd"/>
      <w:r w:rsidRPr="000768AD">
        <w:rPr>
          <w:rFonts w:ascii="Montserrat" w:eastAsia="Montserrat" w:hAnsi="Montserrat" w:cs="Montserrat"/>
          <w:b/>
          <w:bCs/>
          <w:color w:val="434343"/>
          <w:lang w:val="fr-FR"/>
        </w:rPr>
        <w:t xml:space="preserve"> are </w:t>
      </w:r>
      <w:proofErr w:type="spellStart"/>
      <w:r w:rsidRPr="000768AD">
        <w:rPr>
          <w:rFonts w:ascii="Montserrat" w:eastAsia="Montserrat" w:hAnsi="Montserrat" w:cs="Montserrat"/>
          <w:b/>
          <w:bCs/>
          <w:color w:val="434343"/>
          <w:lang w:val="fr-FR"/>
        </w:rPr>
        <w:t>obiective</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caritabile</w:t>
      </w:r>
      <w:proofErr w:type="spellEnd"/>
      <w:r w:rsidRPr="000768AD">
        <w:rPr>
          <w:rFonts w:ascii="Montserrat" w:eastAsia="Montserrat" w:hAnsi="Montserrat" w:cs="Montserrat"/>
          <w:b/>
          <w:bCs/>
          <w:color w:val="434343"/>
          <w:lang w:val="fr-FR"/>
        </w:rPr>
        <w:t xml:space="preserve"> </w:t>
      </w:r>
      <w:proofErr w:type="spellStart"/>
      <w:proofErr w:type="gramStart"/>
      <w:r w:rsidRPr="000768AD">
        <w:rPr>
          <w:rFonts w:ascii="Montserrat" w:eastAsia="Montserrat" w:hAnsi="Montserrat" w:cs="Montserrat"/>
          <w:b/>
          <w:bCs/>
          <w:color w:val="434343"/>
          <w:lang w:val="fr-FR"/>
        </w:rPr>
        <w:t>clare</w:t>
      </w:r>
      <w:proofErr w:type="spellEnd"/>
      <w:r w:rsidRPr="000768AD">
        <w:rPr>
          <w:rFonts w:ascii="Montserrat" w:eastAsia="Montserrat" w:hAnsi="Montserrat" w:cs="Montserrat"/>
          <w:b/>
          <w:bCs/>
          <w:color w:val="434343"/>
          <w:lang w:val="fr-FR"/>
        </w:rPr>
        <w:t>?</w:t>
      </w:r>
      <w:proofErr w:type="gram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i/>
          <w:iCs/>
          <w:color w:val="1B877F"/>
          <w:lang w:val="fr-FR"/>
        </w:rPr>
        <w:t>Companiile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private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persoanele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fizice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și</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organizațiile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afiliate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partidelor</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politice</w:t>
      </w:r>
      <w:proofErr w:type="spellEnd"/>
      <w:r w:rsidRPr="000768AD">
        <w:rPr>
          <w:rFonts w:ascii="Montserrat" w:eastAsia="Montserrat" w:hAnsi="Montserrat" w:cs="Montserrat"/>
          <w:i/>
          <w:iCs/>
          <w:color w:val="1B877F"/>
          <w:lang w:val="fr-FR"/>
        </w:rPr>
        <w:t xml:space="preserve"> nu </w:t>
      </w:r>
      <w:proofErr w:type="spellStart"/>
      <w:r w:rsidRPr="000768AD">
        <w:rPr>
          <w:rFonts w:ascii="Montserrat" w:eastAsia="Montserrat" w:hAnsi="Montserrat" w:cs="Montserrat"/>
          <w:i/>
          <w:iCs/>
          <w:color w:val="1B877F"/>
          <w:lang w:val="fr-FR"/>
        </w:rPr>
        <w:t>sunt</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eligibile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pentru</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microgranturi</w:t>
      </w:r>
      <w:proofErr w:type="spellEnd"/>
      <w:r w:rsidRPr="000768AD">
        <w:rPr>
          <w:rFonts w:ascii="Montserrat" w:eastAsia="Montserrat" w:hAnsi="Montserrat" w:cs="Montserrat"/>
          <w:i/>
          <w:iCs/>
          <w:color w:val="1B877F"/>
          <w:lang w:val="fr-FR"/>
        </w:rPr>
        <w:t>.</w:t>
      </w:r>
    </w:p>
    <w:p w14:paraId="268C4E6B" w14:textId="77777777" w:rsidR="000768AD" w:rsidRPr="000768AD" w:rsidRDefault="000768AD" w:rsidP="000768AD">
      <w:pPr>
        <w:widowControl w:val="0"/>
        <w:spacing w:line="240" w:lineRule="auto"/>
        <w:rPr>
          <w:rFonts w:ascii="Montserrat" w:eastAsia="Montserrat" w:hAnsi="Montserrat" w:cs="Montserrat"/>
          <w:i/>
          <w:iCs/>
          <w:color w:val="1B877F"/>
          <w:lang w:val="fr-FR"/>
        </w:rPr>
      </w:pPr>
    </w:p>
    <w:p w14:paraId="6FA92587" w14:textId="77777777" w:rsidR="000768AD" w:rsidRDefault="000768AD" w:rsidP="000768AD">
      <w:pPr>
        <w:widowControl w:val="0"/>
        <w:spacing w:after="200" w:line="240" w:lineRule="auto"/>
        <w:rPr>
          <w:rFonts w:ascii="Montserrat" w:eastAsia="Montserrat" w:hAnsi="Montserrat" w:cs="Montserrat"/>
          <w:i/>
          <w:iCs/>
          <w:color w:val="1B877F"/>
          <w:lang w:val="es-ES"/>
        </w:rPr>
      </w:pPr>
      <w:r w:rsidRPr="000768AD">
        <w:rPr>
          <w:rFonts w:ascii="Montserrat" w:eastAsia="Montserrat" w:hAnsi="Montserrat" w:cs="Montserrat"/>
          <w:b/>
          <w:bCs/>
          <w:color w:val="434343"/>
          <w:lang w:val="fr-FR"/>
        </w:rPr>
        <w:t xml:space="preserve">Este </w:t>
      </w:r>
      <w:proofErr w:type="spellStart"/>
      <w:r w:rsidRPr="000768AD">
        <w:rPr>
          <w:rFonts w:ascii="Montserrat" w:eastAsia="Montserrat" w:hAnsi="Montserrat" w:cs="Montserrat"/>
          <w:b/>
          <w:bCs/>
          <w:color w:val="434343"/>
          <w:lang w:val="fr-FR"/>
        </w:rPr>
        <w:t>proiectul</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condus</w:t>
      </w:r>
      <w:proofErr w:type="spellEnd"/>
      <w:r w:rsidRPr="000768AD">
        <w:rPr>
          <w:rFonts w:ascii="Montserrat" w:eastAsia="Montserrat" w:hAnsi="Montserrat" w:cs="Montserrat"/>
          <w:b/>
          <w:bCs/>
          <w:color w:val="434343"/>
          <w:lang w:val="fr-FR"/>
        </w:rPr>
        <w:t xml:space="preserve"> de </w:t>
      </w:r>
      <w:proofErr w:type="spellStart"/>
      <w:proofErr w:type="gramStart"/>
      <w:r w:rsidRPr="000768AD">
        <w:rPr>
          <w:rFonts w:ascii="Montserrat" w:eastAsia="Montserrat" w:hAnsi="Montserrat" w:cs="Montserrat"/>
          <w:b/>
          <w:bCs/>
          <w:color w:val="434343"/>
          <w:lang w:val="fr-FR"/>
        </w:rPr>
        <w:t>tineri</w:t>
      </w:r>
      <w:proofErr w:type="spellEnd"/>
      <w:r w:rsidRPr="000768AD">
        <w:rPr>
          <w:rFonts w:ascii="Montserrat" w:eastAsia="Montserrat" w:hAnsi="Montserrat" w:cs="Montserrat"/>
          <w:b/>
          <w:bCs/>
          <w:color w:val="434343"/>
          <w:lang w:val="fr-FR"/>
        </w:rPr>
        <w:t>?</w:t>
      </w:r>
      <w:proofErr w:type="gram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i/>
          <w:iCs/>
          <w:color w:val="1B877F"/>
          <w:lang w:val="fr-FR"/>
        </w:rPr>
        <w:t>Chiar</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și</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atunci</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când</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proiectele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sunt</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administrate</w:t>
      </w:r>
      <w:proofErr w:type="spellEnd"/>
      <w:r w:rsidRPr="000768AD">
        <w:rPr>
          <w:rFonts w:ascii="Montserrat" w:eastAsia="Montserrat" w:hAnsi="Montserrat" w:cs="Montserrat"/>
          <w:i/>
          <w:iCs/>
          <w:color w:val="1B877F"/>
          <w:lang w:val="fr-FR"/>
        </w:rPr>
        <w:t xml:space="preserve"> de </w:t>
      </w:r>
      <w:proofErr w:type="spellStart"/>
      <w:r w:rsidRPr="000768AD">
        <w:rPr>
          <w:rFonts w:ascii="Montserrat" w:eastAsia="Montserrat" w:hAnsi="Montserrat" w:cs="Montserrat"/>
          <w:i/>
          <w:iCs/>
          <w:color w:val="1B877F"/>
          <w:lang w:val="fr-FR"/>
        </w:rPr>
        <w:t>organizații</w:t>
      </w:r>
      <w:proofErr w:type="spellEnd"/>
      <w:r w:rsidRPr="000768AD">
        <w:rPr>
          <w:rFonts w:ascii="Montserrat" w:eastAsia="Montserrat" w:hAnsi="Montserrat" w:cs="Montserrat"/>
          <w:i/>
          <w:iCs/>
          <w:color w:val="1B877F"/>
          <w:lang w:val="fr-FR"/>
        </w:rPr>
        <w:t xml:space="preserve"> care </w:t>
      </w:r>
      <w:proofErr w:type="spellStart"/>
      <w:r w:rsidRPr="000768AD">
        <w:rPr>
          <w:rFonts w:ascii="Montserrat" w:eastAsia="Montserrat" w:hAnsi="Montserrat" w:cs="Montserrat"/>
          <w:i/>
          <w:iCs/>
          <w:color w:val="1B877F"/>
          <w:lang w:val="fr-FR"/>
        </w:rPr>
        <w:t>deservesc</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tinerii</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sau</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alte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organizații</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proiectele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trebuie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propuse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elaborate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și</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conduse</w:t>
      </w:r>
      <w:proofErr w:type="spellEnd"/>
      <w:r w:rsidRPr="000768AD">
        <w:rPr>
          <w:rFonts w:ascii="Montserrat" w:eastAsia="Montserrat" w:hAnsi="Montserrat" w:cs="Montserrat"/>
          <w:i/>
          <w:iCs/>
          <w:color w:val="1B877F"/>
          <w:lang w:val="fr-FR"/>
        </w:rPr>
        <w:t xml:space="preserve"> de </w:t>
      </w:r>
      <w:proofErr w:type="spellStart"/>
      <w:r w:rsidRPr="000768AD">
        <w:rPr>
          <w:rFonts w:ascii="Montserrat" w:eastAsia="Montserrat" w:hAnsi="Montserrat" w:cs="Montserrat"/>
          <w:i/>
          <w:iCs/>
          <w:color w:val="1B877F"/>
          <w:lang w:val="fr-FR"/>
        </w:rPr>
        <w:t>cel</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puțin</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două</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persoane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cu</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vârste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între</w:t>
      </w:r>
      <w:proofErr w:type="spellEnd"/>
      <w:r w:rsidRPr="000768AD">
        <w:rPr>
          <w:rFonts w:ascii="Montserrat" w:eastAsia="Montserrat" w:hAnsi="Montserrat" w:cs="Montserrat"/>
          <w:i/>
          <w:iCs/>
          <w:color w:val="1B877F"/>
          <w:lang w:val="fr-FR"/>
        </w:rPr>
        <w:t xml:space="preserve"> 15 </w:t>
      </w:r>
      <w:proofErr w:type="spellStart"/>
      <w:r w:rsidRPr="000768AD">
        <w:rPr>
          <w:rFonts w:ascii="Montserrat" w:eastAsia="Montserrat" w:hAnsi="Montserrat" w:cs="Montserrat"/>
          <w:i/>
          <w:iCs/>
          <w:color w:val="1B877F"/>
          <w:lang w:val="fr-FR"/>
        </w:rPr>
        <w:t>și</w:t>
      </w:r>
      <w:proofErr w:type="spellEnd"/>
      <w:r w:rsidRPr="000768AD">
        <w:rPr>
          <w:rFonts w:ascii="Montserrat" w:eastAsia="Montserrat" w:hAnsi="Montserrat" w:cs="Montserrat"/>
          <w:i/>
          <w:iCs/>
          <w:color w:val="1B877F"/>
          <w:lang w:val="fr-FR"/>
        </w:rPr>
        <w:t xml:space="preserve"> 24 de </w:t>
      </w:r>
      <w:proofErr w:type="spellStart"/>
      <w:r w:rsidRPr="000768AD">
        <w:rPr>
          <w:rFonts w:ascii="Montserrat" w:eastAsia="Montserrat" w:hAnsi="Montserrat" w:cs="Montserrat"/>
          <w:i/>
          <w:iCs/>
          <w:color w:val="1B877F"/>
          <w:lang w:val="fr-FR"/>
        </w:rPr>
        <w:t>ani</w:t>
      </w:r>
      <w:proofErr w:type="spellEnd"/>
      <w:r w:rsidRPr="000768AD">
        <w:rPr>
          <w:rFonts w:ascii="Montserrat" w:eastAsia="Montserrat" w:hAnsi="Montserrat" w:cs="Montserrat"/>
          <w:i/>
          <w:iCs/>
          <w:color w:val="1B877F"/>
          <w:lang w:val="fr-FR"/>
        </w:rPr>
        <w:t xml:space="preserve"> care </w:t>
      </w:r>
      <w:proofErr w:type="spellStart"/>
      <w:r w:rsidRPr="000768AD">
        <w:rPr>
          <w:rFonts w:ascii="Montserrat" w:eastAsia="Montserrat" w:hAnsi="Montserrat" w:cs="Montserrat"/>
          <w:i/>
          <w:iCs/>
          <w:color w:val="1B877F"/>
          <w:lang w:val="fr-FR"/>
        </w:rPr>
        <w:t>participă</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activ</w:t>
      </w:r>
      <w:proofErr w:type="spellEnd"/>
      <w:r w:rsidRPr="000768AD">
        <w:rPr>
          <w:rFonts w:ascii="Montserrat" w:eastAsia="Montserrat" w:hAnsi="Montserrat" w:cs="Montserrat"/>
          <w:i/>
          <w:iCs/>
          <w:color w:val="1B877F"/>
          <w:lang w:val="fr-FR"/>
        </w:rPr>
        <w:t xml:space="preserve"> la </w:t>
      </w:r>
      <w:proofErr w:type="spellStart"/>
      <w:r w:rsidRPr="000768AD">
        <w:rPr>
          <w:rFonts w:ascii="Montserrat" w:eastAsia="Montserrat" w:hAnsi="Montserrat" w:cs="Montserrat"/>
          <w:i/>
          <w:iCs/>
          <w:color w:val="1B877F"/>
          <w:lang w:val="fr-FR"/>
        </w:rPr>
        <w:t>luarea</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deciziilor</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și</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supraveghere</w:t>
      </w:r>
      <w:proofErr w:type="spellEnd"/>
      <w:r w:rsidRPr="000768AD">
        <w:rPr>
          <w:rFonts w:ascii="Montserrat" w:eastAsia="Montserrat" w:hAnsi="Montserrat" w:cs="Montserrat"/>
          <w:i/>
          <w:iCs/>
          <w:color w:val="1B877F"/>
          <w:lang w:val="fr-FR"/>
        </w:rPr>
        <w:t>.</w:t>
      </w:r>
    </w:p>
    <w:p w14:paraId="471190E5" w14:textId="77777777" w:rsidR="000768AD" w:rsidRDefault="000768AD" w:rsidP="000768AD">
      <w:pPr>
        <w:widowControl w:val="0"/>
        <w:spacing w:after="200" w:line="240" w:lineRule="auto"/>
        <w:rPr>
          <w:rFonts w:ascii="Montserrat" w:eastAsia="Montserrat" w:hAnsi="Montserrat" w:cs="Montserrat"/>
          <w:b/>
          <w:bCs/>
          <w:color w:val="434343"/>
          <w:lang w:val="es-ES"/>
        </w:rPr>
      </w:pPr>
      <w:r w:rsidRPr="000768AD">
        <w:rPr>
          <w:rFonts w:ascii="Montserrat" w:eastAsia="Montserrat" w:hAnsi="Montserrat" w:cs="Montserrat"/>
          <w:b/>
          <w:bCs/>
          <w:color w:val="434343"/>
          <w:lang w:val="fr-FR"/>
        </w:rPr>
        <w:t xml:space="preserve">Este </w:t>
      </w:r>
      <w:proofErr w:type="spellStart"/>
      <w:r w:rsidRPr="000768AD">
        <w:rPr>
          <w:rFonts w:ascii="Montserrat" w:eastAsia="Montserrat" w:hAnsi="Montserrat" w:cs="Montserrat"/>
          <w:b/>
          <w:bCs/>
          <w:color w:val="434343"/>
          <w:lang w:val="fr-FR"/>
        </w:rPr>
        <w:t>proiectul</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aliniat</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cu</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planul</w:t>
      </w:r>
      <w:proofErr w:type="spellEnd"/>
      <w:r w:rsidRPr="000768AD">
        <w:rPr>
          <w:rFonts w:ascii="Montserrat" w:eastAsia="Montserrat" w:hAnsi="Montserrat" w:cs="Montserrat"/>
          <w:b/>
          <w:bCs/>
          <w:color w:val="434343"/>
          <w:lang w:val="fr-FR"/>
        </w:rPr>
        <w:t xml:space="preserve"> de </w:t>
      </w:r>
      <w:proofErr w:type="spellStart"/>
      <w:r w:rsidRPr="000768AD">
        <w:rPr>
          <w:rFonts w:ascii="Montserrat" w:eastAsia="Montserrat" w:hAnsi="Montserrat" w:cs="Montserrat"/>
          <w:b/>
          <w:bCs/>
          <w:color w:val="434343"/>
          <w:lang w:val="fr-FR"/>
        </w:rPr>
        <w:t>acțiune</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climatică</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sau</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prioritățile</w:t>
      </w:r>
      <w:proofErr w:type="spellEnd"/>
      <w:r w:rsidRPr="000768AD">
        <w:rPr>
          <w:rFonts w:ascii="Montserrat" w:eastAsia="Montserrat" w:hAnsi="Montserrat" w:cs="Montserrat"/>
          <w:b/>
          <w:bCs/>
          <w:color w:val="434343"/>
          <w:lang w:val="fr-FR"/>
        </w:rPr>
        <w:t xml:space="preserve"> </w:t>
      </w:r>
      <w:proofErr w:type="spellStart"/>
      <w:proofErr w:type="gramStart"/>
      <w:r w:rsidRPr="000768AD">
        <w:rPr>
          <w:rFonts w:ascii="Montserrat" w:eastAsia="Montserrat" w:hAnsi="Montserrat" w:cs="Montserrat"/>
          <w:b/>
          <w:bCs/>
          <w:color w:val="434343"/>
          <w:lang w:val="fr-FR"/>
        </w:rPr>
        <w:t>orașului</w:t>
      </w:r>
      <w:proofErr w:type="spellEnd"/>
      <w:r w:rsidRPr="000768AD">
        <w:rPr>
          <w:rFonts w:ascii="Montserrat" w:eastAsia="Montserrat" w:hAnsi="Montserrat" w:cs="Montserrat"/>
          <w:b/>
          <w:bCs/>
          <w:color w:val="434343"/>
          <w:lang w:val="fr-FR"/>
        </w:rPr>
        <w:t>?</w:t>
      </w:r>
      <w:proofErr w:type="gramEnd"/>
    </w:p>
    <w:p w14:paraId="07F08DEB" w14:textId="77777777" w:rsidR="000768AD" w:rsidRDefault="000768AD" w:rsidP="000768AD">
      <w:pPr>
        <w:widowControl w:val="0"/>
        <w:spacing w:line="240" w:lineRule="auto"/>
        <w:rPr>
          <w:rFonts w:ascii="Montserrat" w:eastAsia="Montserrat" w:hAnsi="Montserrat" w:cs="Montserrat"/>
          <w:b/>
          <w:bCs/>
          <w:color w:val="434343"/>
          <w:lang w:val="es-ES"/>
        </w:rPr>
      </w:pPr>
      <w:r w:rsidRPr="000768AD">
        <w:rPr>
          <w:rFonts w:ascii="Montserrat" w:eastAsia="Montserrat" w:hAnsi="Montserrat" w:cs="Montserrat"/>
          <w:b/>
          <w:bCs/>
          <w:color w:val="434343"/>
          <w:lang w:val="fr-FR"/>
        </w:rPr>
        <w:t xml:space="preserve">Va fi </w:t>
      </w:r>
      <w:proofErr w:type="spellStart"/>
      <w:r w:rsidRPr="000768AD">
        <w:rPr>
          <w:rFonts w:ascii="Montserrat" w:eastAsia="Montserrat" w:hAnsi="Montserrat" w:cs="Montserrat"/>
          <w:b/>
          <w:bCs/>
          <w:color w:val="434343"/>
          <w:lang w:val="fr-FR"/>
        </w:rPr>
        <w:t>finalizat</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proiectul</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până</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joi</w:t>
      </w:r>
      <w:proofErr w:type="spellEnd"/>
      <w:r w:rsidRPr="000768AD">
        <w:rPr>
          <w:rFonts w:ascii="Montserrat" w:eastAsia="Montserrat" w:hAnsi="Montserrat" w:cs="Montserrat"/>
          <w:b/>
          <w:bCs/>
          <w:color w:val="434343"/>
          <w:lang w:val="fr-FR"/>
        </w:rPr>
        <w:t xml:space="preserve">, 15 </w:t>
      </w:r>
      <w:proofErr w:type="spellStart"/>
      <w:r w:rsidRPr="000768AD">
        <w:rPr>
          <w:rFonts w:ascii="Montserrat" w:eastAsia="Montserrat" w:hAnsi="Montserrat" w:cs="Montserrat"/>
          <w:b/>
          <w:bCs/>
          <w:color w:val="434343"/>
          <w:lang w:val="fr-FR"/>
        </w:rPr>
        <w:t>aprilie</w:t>
      </w:r>
      <w:proofErr w:type="spellEnd"/>
      <w:r w:rsidRPr="000768AD">
        <w:rPr>
          <w:rFonts w:ascii="Montserrat" w:eastAsia="Montserrat" w:hAnsi="Montserrat" w:cs="Montserrat"/>
          <w:b/>
          <w:bCs/>
          <w:color w:val="434343"/>
          <w:lang w:val="fr-FR"/>
        </w:rPr>
        <w:t xml:space="preserve"> </w:t>
      </w:r>
      <w:proofErr w:type="gramStart"/>
      <w:r w:rsidRPr="000768AD">
        <w:rPr>
          <w:rFonts w:ascii="Montserrat" w:eastAsia="Montserrat" w:hAnsi="Montserrat" w:cs="Montserrat"/>
          <w:b/>
          <w:bCs/>
          <w:color w:val="434343"/>
          <w:lang w:val="fr-FR"/>
        </w:rPr>
        <w:t>2027?</w:t>
      </w:r>
      <w:proofErr w:type="gramEnd"/>
    </w:p>
    <w:p w14:paraId="328112FD" w14:textId="77777777" w:rsidR="000768AD" w:rsidRPr="000768AD" w:rsidRDefault="000768AD" w:rsidP="000768AD">
      <w:pPr>
        <w:widowControl w:val="0"/>
        <w:spacing w:line="240" w:lineRule="auto"/>
        <w:rPr>
          <w:rFonts w:ascii="Montserrat" w:eastAsia="Montserrat" w:hAnsi="Montserrat" w:cs="Montserrat"/>
          <w:b/>
          <w:bCs/>
          <w:color w:val="434343"/>
          <w:lang w:val="fr-FR"/>
        </w:rPr>
      </w:pPr>
    </w:p>
    <w:p w14:paraId="1CC24A9B" w14:textId="77777777" w:rsidR="000768AD" w:rsidRDefault="000768AD" w:rsidP="000768AD">
      <w:pPr>
        <w:widowControl w:val="0"/>
        <w:spacing w:line="240" w:lineRule="auto"/>
        <w:rPr>
          <w:rFonts w:ascii="Montserrat" w:eastAsia="Montserrat" w:hAnsi="Montserrat" w:cs="Montserrat"/>
          <w:b/>
          <w:bCs/>
          <w:color w:val="434343"/>
          <w:lang w:val="es-ES"/>
        </w:rPr>
      </w:pPr>
      <w:proofErr w:type="spellStart"/>
      <w:r w:rsidRPr="000768AD">
        <w:rPr>
          <w:rFonts w:ascii="Montserrat" w:eastAsia="Montserrat" w:hAnsi="Montserrat" w:cs="Montserrat"/>
          <w:b/>
          <w:bCs/>
          <w:color w:val="434343"/>
          <w:lang w:val="fr-FR"/>
        </w:rPr>
        <w:t>Aplicația</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include</w:t>
      </w:r>
      <w:proofErr w:type="spellEnd"/>
      <w:r w:rsidRPr="000768AD">
        <w:rPr>
          <w:rFonts w:ascii="Montserrat" w:eastAsia="Montserrat" w:hAnsi="Montserrat" w:cs="Montserrat"/>
          <w:b/>
          <w:bCs/>
          <w:color w:val="434343"/>
          <w:lang w:val="fr-FR"/>
        </w:rPr>
        <w:t xml:space="preserve"> un </w:t>
      </w:r>
      <w:proofErr w:type="spellStart"/>
      <w:r w:rsidRPr="000768AD">
        <w:rPr>
          <w:rFonts w:ascii="Montserrat" w:eastAsia="Montserrat" w:hAnsi="Montserrat" w:cs="Montserrat"/>
          <w:b/>
          <w:bCs/>
          <w:color w:val="434343"/>
          <w:lang w:val="fr-FR"/>
        </w:rPr>
        <w:t>buget</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simplu</w:t>
      </w:r>
      <w:proofErr w:type="spellEnd"/>
      <w:r w:rsidRPr="000768AD">
        <w:rPr>
          <w:rFonts w:ascii="Montserrat" w:eastAsia="Montserrat" w:hAnsi="Montserrat" w:cs="Montserrat"/>
          <w:b/>
          <w:bCs/>
          <w:color w:val="434343"/>
          <w:lang w:val="fr-FR"/>
        </w:rPr>
        <w:t xml:space="preserve"> care </w:t>
      </w:r>
      <w:proofErr w:type="spellStart"/>
      <w:r w:rsidRPr="000768AD">
        <w:rPr>
          <w:rFonts w:ascii="Montserrat" w:eastAsia="Montserrat" w:hAnsi="Montserrat" w:cs="Montserrat"/>
          <w:b/>
          <w:bCs/>
          <w:color w:val="434343"/>
          <w:lang w:val="fr-FR"/>
        </w:rPr>
        <w:t>arată</w:t>
      </w:r>
      <w:proofErr w:type="spellEnd"/>
      <w:r w:rsidRPr="000768AD">
        <w:rPr>
          <w:rFonts w:ascii="Montserrat" w:eastAsia="Montserrat" w:hAnsi="Montserrat" w:cs="Montserrat"/>
          <w:b/>
          <w:bCs/>
          <w:color w:val="434343"/>
          <w:lang w:val="fr-FR"/>
        </w:rPr>
        <w:t xml:space="preserve"> cum vor fi </w:t>
      </w:r>
      <w:proofErr w:type="spellStart"/>
      <w:r w:rsidRPr="000768AD">
        <w:rPr>
          <w:rFonts w:ascii="Montserrat" w:eastAsia="Montserrat" w:hAnsi="Montserrat" w:cs="Montserrat"/>
          <w:b/>
          <w:bCs/>
          <w:color w:val="434343"/>
          <w:lang w:val="fr-FR"/>
        </w:rPr>
        <w:t>folosite</w:t>
      </w:r>
      <w:proofErr w:type="spellEnd"/>
      <w:r w:rsidRPr="000768AD">
        <w:rPr>
          <w:rFonts w:ascii="Montserrat" w:eastAsia="Montserrat" w:hAnsi="Montserrat" w:cs="Montserrat"/>
          <w:b/>
          <w:bCs/>
          <w:color w:val="434343"/>
          <w:lang w:val="fr-FR"/>
        </w:rPr>
        <w:t xml:space="preserve"> </w:t>
      </w:r>
      <w:proofErr w:type="spellStart"/>
      <w:proofErr w:type="gramStart"/>
      <w:r w:rsidRPr="000768AD">
        <w:rPr>
          <w:rFonts w:ascii="Montserrat" w:eastAsia="Montserrat" w:hAnsi="Montserrat" w:cs="Montserrat"/>
          <w:b/>
          <w:bCs/>
          <w:color w:val="434343"/>
          <w:lang w:val="fr-FR"/>
        </w:rPr>
        <w:t>fondurile</w:t>
      </w:r>
      <w:proofErr w:type="spellEnd"/>
      <w:r w:rsidRPr="000768AD">
        <w:rPr>
          <w:rFonts w:ascii="Montserrat" w:eastAsia="Montserrat" w:hAnsi="Montserrat" w:cs="Montserrat"/>
          <w:b/>
          <w:bCs/>
          <w:color w:val="434343"/>
          <w:lang w:val="fr-FR"/>
        </w:rPr>
        <w:t>?</w:t>
      </w:r>
      <w:proofErr w:type="gramEnd"/>
    </w:p>
    <w:p w14:paraId="64B4D5DA" w14:textId="77777777" w:rsidR="000768AD" w:rsidRPr="000768AD" w:rsidRDefault="000768AD" w:rsidP="000768AD">
      <w:pPr>
        <w:widowControl w:val="0"/>
        <w:spacing w:line="240" w:lineRule="auto"/>
        <w:rPr>
          <w:rFonts w:ascii="Montserrat" w:eastAsia="Montserrat" w:hAnsi="Montserrat" w:cs="Montserrat"/>
          <w:b/>
          <w:bCs/>
          <w:color w:val="434343"/>
          <w:lang w:val="fr-FR"/>
        </w:rPr>
      </w:pPr>
    </w:p>
    <w:p w14:paraId="087CF938" w14:textId="77777777" w:rsidR="000768AD" w:rsidRPr="000768AD" w:rsidRDefault="000768AD" w:rsidP="000768AD">
      <w:pPr>
        <w:widowControl w:val="0"/>
        <w:spacing w:line="240" w:lineRule="auto"/>
        <w:rPr>
          <w:rFonts w:ascii="Montserrat" w:eastAsia="Montserrat" w:hAnsi="Montserrat" w:cs="Montserrat"/>
          <w:i/>
          <w:iCs/>
          <w:color w:val="1B877F"/>
          <w:lang w:val="fr-FR"/>
        </w:rPr>
      </w:pPr>
      <w:proofErr w:type="spellStart"/>
      <w:r w:rsidRPr="000768AD">
        <w:rPr>
          <w:rFonts w:ascii="Montserrat" w:eastAsia="Montserrat" w:hAnsi="Montserrat" w:cs="Montserrat"/>
          <w:b/>
          <w:bCs/>
          <w:color w:val="434343"/>
          <w:lang w:val="fr-FR"/>
        </w:rPr>
        <w:t>Toate</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costurile</w:t>
      </w:r>
      <w:proofErr w:type="spell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b/>
          <w:bCs/>
          <w:color w:val="434343"/>
          <w:lang w:val="fr-FR"/>
        </w:rPr>
        <w:t>sunt</w:t>
      </w:r>
      <w:proofErr w:type="spellEnd"/>
      <w:r w:rsidRPr="000768AD">
        <w:rPr>
          <w:rFonts w:ascii="Montserrat" w:eastAsia="Montserrat" w:hAnsi="Montserrat" w:cs="Montserrat"/>
          <w:b/>
          <w:bCs/>
          <w:color w:val="434343"/>
          <w:lang w:val="fr-FR"/>
        </w:rPr>
        <w:t xml:space="preserve"> </w:t>
      </w:r>
      <w:proofErr w:type="spellStart"/>
      <w:proofErr w:type="gramStart"/>
      <w:r w:rsidRPr="000768AD">
        <w:rPr>
          <w:rFonts w:ascii="Montserrat" w:eastAsia="Montserrat" w:hAnsi="Montserrat" w:cs="Montserrat"/>
          <w:b/>
          <w:bCs/>
          <w:color w:val="434343"/>
          <w:lang w:val="fr-FR"/>
        </w:rPr>
        <w:t>eligibile</w:t>
      </w:r>
      <w:proofErr w:type="spellEnd"/>
      <w:r w:rsidRPr="000768AD">
        <w:rPr>
          <w:rFonts w:ascii="Montserrat" w:eastAsia="Montserrat" w:hAnsi="Montserrat" w:cs="Montserrat"/>
          <w:b/>
          <w:bCs/>
          <w:color w:val="434343"/>
          <w:lang w:val="fr-FR"/>
        </w:rPr>
        <w:t>?</w:t>
      </w:r>
      <w:proofErr w:type="gramEnd"/>
      <w:r w:rsidRPr="000768AD">
        <w:rPr>
          <w:rFonts w:ascii="Montserrat" w:eastAsia="Montserrat" w:hAnsi="Montserrat" w:cs="Montserrat"/>
          <w:b/>
          <w:bCs/>
          <w:color w:val="434343"/>
          <w:lang w:val="fr-FR"/>
        </w:rPr>
        <w:t xml:space="preserve"> </w:t>
      </w:r>
      <w:proofErr w:type="spellStart"/>
      <w:r w:rsidRPr="000768AD">
        <w:rPr>
          <w:rFonts w:ascii="Montserrat" w:eastAsia="Montserrat" w:hAnsi="Montserrat" w:cs="Montserrat"/>
          <w:i/>
          <w:iCs/>
          <w:color w:val="1B877F"/>
          <w:lang w:val="fr-FR"/>
        </w:rPr>
        <w:t>Costurile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neeligibile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includ</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Servicii</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acoperite</w:t>
      </w:r>
      <w:proofErr w:type="spellEnd"/>
      <w:r w:rsidRPr="000768AD">
        <w:rPr>
          <w:rFonts w:ascii="Montserrat" w:eastAsia="Montserrat" w:hAnsi="Montserrat" w:cs="Montserrat"/>
          <w:i/>
          <w:iCs/>
          <w:color w:val="1B877F"/>
          <w:lang w:val="fr-FR"/>
        </w:rPr>
        <w:t xml:space="preserve"> de </w:t>
      </w:r>
      <w:proofErr w:type="spellStart"/>
      <w:r w:rsidRPr="000768AD">
        <w:rPr>
          <w:rFonts w:ascii="Montserrat" w:eastAsia="Montserrat" w:hAnsi="Montserrat" w:cs="Montserrat"/>
          <w:i/>
          <w:iCs/>
          <w:color w:val="1B877F"/>
          <w:lang w:val="fr-FR"/>
        </w:rPr>
        <w:t>inițiativele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existente</w:t>
      </w:r>
      <w:proofErr w:type="spellEnd"/>
      <w:r w:rsidRPr="000768AD">
        <w:rPr>
          <w:rFonts w:ascii="Montserrat" w:eastAsia="Montserrat" w:hAnsi="Montserrat" w:cs="Montserrat"/>
          <w:i/>
          <w:iCs/>
          <w:color w:val="1B877F"/>
          <w:lang w:val="fr-FR"/>
        </w:rPr>
        <w:t xml:space="preserve"> ale </w:t>
      </w:r>
      <w:proofErr w:type="spellStart"/>
      <w:r w:rsidRPr="000768AD">
        <w:rPr>
          <w:rFonts w:ascii="Montserrat" w:eastAsia="Montserrat" w:hAnsi="Montserrat" w:cs="Montserrat"/>
          <w:i/>
          <w:iCs/>
          <w:color w:val="1B877F"/>
          <w:lang w:val="fr-FR"/>
        </w:rPr>
        <w:t>orașului</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chirie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sau</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utilități</w:t>
      </w:r>
      <w:proofErr w:type="spellEnd"/>
      <w:r w:rsidRPr="000768AD">
        <w:rPr>
          <w:rFonts w:ascii="Montserrat" w:eastAsia="Montserrat" w:hAnsi="Montserrat" w:cs="Montserrat"/>
          <w:i/>
          <w:iCs/>
          <w:color w:val="1B877F"/>
          <w:lang w:val="fr-FR"/>
        </w:rPr>
        <w:t xml:space="preserve">; lobby </w:t>
      </w:r>
      <w:proofErr w:type="spellStart"/>
      <w:r w:rsidRPr="000768AD">
        <w:rPr>
          <w:rFonts w:ascii="Montserrat" w:eastAsia="Montserrat" w:hAnsi="Montserrat" w:cs="Montserrat"/>
          <w:i/>
          <w:iCs/>
          <w:color w:val="1B877F"/>
          <w:lang w:val="fr-FR"/>
        </w:rPr>
        <w:t>sau</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eforturi</w:t>
      </w:r>
      <w:proofErr w:type="spellEnd"/>
      <w:r w:rsidRPr="000768AD">
        <w:rPr>
          <w:rFonts w:ascii="Montserrat" w:eastAsia="Montserrat" w:hAnsi="Montserrat" w:cs="Montserrat"/>
          <w:i/>
          <w:iCs/>
          <w:color w:val="1B877F"/>
          <w:lang w:val="fr-FR"/>
        </w:rPr>
        <w:t xml:space="preserve"> de </w:t>
      </w:r>
      <w:proofErr w:type="spellStart"/>
      <w:r w:rsidRPr="000768AD">
        <w:rPr>
          <w:rFonts w:ascii="Montserrat" w:eastAsia="Montserrat" w:hAnsi="Montserrat" w:cs="Montserrat"/>
          <w:i/>
          <w:iCs/>
          <w:color w:val="1B877F"/>
          <w:lang w:val="fr-FR"/>
        </w:rPr>
        <w:t>înregistrare</w:t>
      </w:r>
      <w:proofErr w:type="spellEnd"/>
      <w:r w:rsidRPr="000768AD">
        <w:rPr>
          <w:rFonts w:ascii="Montserrat" w:eastAsia="Montserrat" w:hAnsi="Montserrat" w:cs="Montserrat"/>
          <w:i/>
          <w:iCs/>
          <w:color w:val="1B877F"/>
          <w:lang w:val="fr-FR"/>
        </w:rPr>
        <w:t xml:space="preserve"> a </w:t>
      </w:r>
      <w:proofErr w:type="spellStart"/>
      <w:r w:rsidRPr="000768AD">
        <w:rPr>
          <w:rFonts w:ascii="Montserrat" w:eastAsia="Montserrat" w:hAnsi="Montserrat" w:cs="Montserrat"/>
          <w:i/>
          <w:iCs/>
          <w:color w:val="1B877F"/>
          <w:lang w:val="fr-FR"/>
        </w:rPr>
        <w:t>alegătorilor</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activități</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comerciale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plăți</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către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oficiali</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guvernamentali</w:t>
      </w:r>
      <w:proofErr w:type="spellEnd"/>
      <w:r w:rsidRPr="000768AD">
        <w:rPr>
          <w:rFonts w:ascii="Montserrat" w:eastAsia="Montserrat" w:hAnsi="Montserrat" w:cs="Montserrat"/>
          <w:i/>
          <w:iCs/>
          <w:color w:val="1B877F"/>
          <w:lang w:val="fr-FR"/>
        </w:rPr>
        <w:t xml:space="preserve">; taxe de </w:t>
      </w:r>
      <w:proofErr w:type="spellStart"/>
      <w:r w:rsidRPr="000768AD">
        <w:rPr>
          <w:rFonts w:ascii="Montserrat" w:eastAsia="Montserrat" w:hAnsi="Montserrat" w:cs="Montserrat"/>
          <w:i/>
          <w:iCs/>
          <w:color w:val="1B877F"/>
          <w:lang w:val="fr-FR"/>
        </w:rPr>
        <w:t>înființare</w:t>
      </w:r>
      <w:proofErr w:type="spellEnd"/>
      <w:r w:rsidRPr="000768AD">
        <w:rPr>
          <w:rFonts w:ascii="Montserrat" w:eastAsia="Montserrat" w:hAnsi="Montserrat" w:cs="Montserrat"/>
          <w:i/>
          <w:iCs/>
          <w:color w:val="1B877F"/>
          <w:lang w:val="fr-FR"/>
        </w:rPr>
        <w:t xml:space="preserve"> ale </w:t>
      </w:r>
      <w:proofErr w:type="spellStart"/>
      <w:r w:rsidRPr="000768AD">
        <w:rPr>
          <w:rFonts w:ascii="Montserrat" w:eastAsia="Montserrat" w:hAnsi="Montserrat" w:cs="Montserrat"/>
          <w:i/>
          <w:iCs/>
          <w:color w:val="1B877F"/>
          <w:lang w:val="fr-FR"/>
        </w:rPr>
        <w:t>organizațiilor</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nonprofit</w:t>
      </w:r>
      <w:proofErr w:type="spellEnd"/>
      <w:r w:rsidRPr="000768AD">
        <w:rPr>
          <w:rFonts w:ascii="Montserrat" w:eastAsia="Montserrat" w:hAnsi="Montserrat" w:cs="Montserrat"/>
          <w:i/>
          <w:iCs/>
          <w:color w:val="1B877F"/>
          <w:lang w:val="fr-FR"/>
        </w:rPr>
        <w:t xml:space="preserve">/ONG; </w:t>
      </w:r>
      <w:proofErr w:type="spellStart"/>
      <w:r w:rsidRPr="000768AD">
        <w:rPr>
          <w:rFonts w:ascii="Montserrat" w:eastAsia="Montserrat" w:hAnsi="Montserrat" w:cs="Montserrat"/>
          <w:i/>
          <w:iCs/>
          <w:color w:val="1B877F"/>
          <w:lang w:val="fr-FR"/>
        </w:rPr>
        <w:t>onorarii</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pentru</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vorbitori</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și</w:t>
      </w:r>
      <w:proofErr w:type="spellEnd"/>
      <w:r w:rsidRPr="000768AD">
        <w:rPr>
          <w:rFonts w:ascii="Montserrat" w:eastAsia="Montserrat" w:hAnsi="Montserrat" w:cs="Montserrat"/>
          <w:i/>
          <w:iCs/>
          <w:color w:val="1B877F"/>
          <w:lang w:val="fr-FR"/>
        </w:rPr>
        <w:t xml:space="preserve"> taxe </w:t>
      </w:r>
      <w:proofErr w:type="spellStart"/>
      <w:r w:rsidRPr="000768AD">
        <w:rPr>
          <w:rFonts w:ascii="Montserrat" w:eastAsia="Montserrat" w:hAnsi="Montserrat" w:cs="Montserrat"/>
          <w:i/>
          <w:iCs/>
          <w:color w:val="1B877F"/>
          <w:lang w:val="fr-FR"/>
        </w:rPr>
        <w:t>pentru</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vorbitori</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burse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sprijin</w:t>
      </w:r>
      <w:proofErr w:type="spellEnd"/>
      <w:r w:rsidRPr="000768AD">
        <w:rPr>
          <w:rFonts w:ascii="Montserrat" w:eastAsia="Montserrat" w:hAnsi="Montserrat" w:cs="Montserrat"/>
          <w:i/>
          <w:iCs/>
          <w:color w:val="1B877F"/>
          <w:lang w:val="fr-FR"/>
        </w:rPr>
        <w:t xml:space="preserve"> direct </w:t>
      </w:r>
      <w:proofErr w:type="spellStart"/>
      <w:r w:rsidRPr="000768AD">
        <w:rPr>
          <w:rFonts w:ascii="Montserrat" w:eastAsia="Montserrat" w:hAnsi="Montserrat" w:cs="Montserrat"/>
          <w:i/>
          <w:iCs/>
          <w:color w:val="1B877F"/>
          <w:lang w:val="fr-FR"/>
        </w:rPr>
        <w:t>pentru</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persoane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fizice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sau</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familii</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organizații</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politice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partizane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campanii</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politice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strângeri</w:t>
      </w:r>
      <w:proofErr w:type="spellEnd"/>
      <w:r w:rsidRPr="000768AD">
        <w:rPr>
          <w:rFonts w:ascii="Montserrat" w:eastAsia="Montserrat" w:hAnsi="Montserrat" w:cs="Montserrat"/>
          <w:i/>
          <w:iCs/>
          <w:color w:val="1B877F"/>
          <w:lang w:val="fr-FR"/>
        </w:rPr>
        <w:t xml:space="preserve"> de </w:t>
      </w:r>
      <w:proofErr w:type="spellStart"/>
      <w:r w:rsidRPr="000768AD">
        <w:rPr>
          <w:rFonts w:ascii="Montserrat" w:eastAsia="Montserrat" w:hAnsi="Montserrat" w:cs="Montserrat"/>
          <w:i/>
          <w:iCs/>
          <w:color w:val="1B877F"/>
          <w:lang w:val="fr-FR"/>
        </w:rPr>
        <w:t>fonduri</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sau</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proiecte</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cu</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caracter</w:t>
      </w:r>
      <w:proofErr w:type="spellEnd"/>
      <w:r w:rsidRPr="000768AD">
        <w:rPr>
          <w:rFonts w:ascii="Montserrat" w:eastAsia="Montserrat" w:hAnsi="Montserrat" w:cs="Montserrat"/>
          <w:i/>
          <w:iCs/>
          <w:color w:val="1B877F"/>
          <w:lang w:val="fr-FR"/>
        </w:rPr>
        <w:t xml:space="preserve"> </w:t>
      </w:r>
      <w:proofErr w:type="spellStart"/>
      <w:r w:rsidRPr="000768AD">
        <w:rPr>
          <w:rFonts w:ascii="Montserrat" w:eastAsia="Montserrat" w:hAnsi="Montserrat" w:cs="Montserrat"/>
          <w:i/>
          <w:iCs/>
          <w:color w:val="1B877F"/>
          <w:lang w:val="fr-FR"/>
        </w:rPr>
        <w:t>politic</w:t>
      </w:r>
      <w:proofErr w:type="spellEnd"/>
      <w:r w:rsidRPr="000768AD">
        <w:rPr>
          <w:rFonts w:ascii="Montserrat" w:eastAsia="Montserrat" w:hAnsi="Montserrat" w:cs="Montserrat"/>
          <w:i/>
          <w:iCs/>
          <w:color w:val="1B877F"/>
          <w:lang w:val="fr-FR"/>
        </w:rPr>
        <w:t xml:space="preserve">; </w:t>
      </w:r>
      <w:r w:rsidRPr="69F684D5">
        <w:rPr>
          <w:rFonts w:ascii="Montserrat" w:eastAsia="Montserrat" w:hAnsi="Montserrat" w:cs="Montserrat"/>
          <w:i/>
          <w:iCs/>
          <w:color w:val="1B877F"/>
          <w:sz w:val="22"/>
          <w:lang w:val="ro"/>
        </w:rPr>
        <w:t xml:space="preserve">campanii de strângere de capital, fonduri de tip </w:t>
      </w:r>
      <w:proofErr w:type="spellStart"/>
      <w:r w:rsidRPr="69F684D5">
        <w:rPr>
          <w:rFonts w:ascii="Montserrat" w:eastAsia="Montserrat" w:hAnsi="Montserrat" w:cs="Montserrat"/>
          <w:i/>
          <w:iCs/>
          <w:color w:val="1B877F"/>
          <w:sz w:val="22"/>
          <w:lang w:val="ro"/>
        </w:rPr>
        <w:t>endowment</w:t>
      </w:r>
      <w:proofErr w:type="spellEnd"/>
      <w:r w:rsidRPr="69F684D5">
        <w:rPr>
          <w:rFonts w:ascii="Montserrat" w:eastAsia="Montserrat" w:hAnsi="Montserrat" w:cs="Montserrat"/>
          <w:i/>
          <w:iCs/>
          <w:color w:val="1B877F"/>
          <w:sz w:val="22"/>
          <w:lang w:val="ro"/>
        </w:rPr>
        <w:t xml:space="preserve"> sau posturi finanțate permanent din astfel de fonduri (</w:t>
      </w:r>
      <w:proofErr w:type="spellStart"/>
      <w:r w:rsidRPr="69F684D5">
        <w:rPr>
          <w:rFonts w:ascii="Montserrat" w:eastAsia="Montserrat" w:hAnsi="Montserrat" w:cs="Montserrat"/>
          <w:i/>
          <w:iCs/>
          <w:color w:val="1B877F"/>
          <w:sz w:val="22"/>
          <w:lang w:val="ro"/>
        </w:rPr>
        <w:t>endowed</w:t>
      </w:r>
      <w:proofErr w:type="spellEnd"/>
      <w:r w:rsidRPr="69F684D5">
        <w:rPr>
          <w:rFonts w:ascii="Montserrat" w:eastAsia="Montserrat" w:hAnsi="Montserrat" w:cs="Montserrat"/>
          <w:i/>
          <w:iCs/>
          <w:color w:val="1B877F"/>
          <w:sz w:val="22"/>
          <w:lang w:val="ro"/>
        </w:rPr>
        <w:t xml:space="preserve"> </w:t>
      </w:r>
      <w:proofErr w:type="spellStart"/>
      <w:r w:rsidRPr="69F684D5">
        <w:rPr>
          <w:rFonts w:ascii="Montserrat" w:eastAsia="Montserrat" w:hAnsi="Montserrat" w:cs="Montserrat"/>
          <w:i/>
          <w:iCs/>
          <w:color w:val="1B877F"/>
          <w:sz w:val="22"/>
          <w:lang w:val="ro"/>
        </w:rPr>
        <w:t>chairs</w:t>
      </w:r>
      <w:proofErr w:type="spellEnd"/>
      <w:r w:rsidRPr="69F684D5">
        <w:rPr>
          <w:rFonts w:ascii="Montserrat" w:eastAsia="Montserrat" w:hAnsi="Montserrat" w:cs="Montserrat"/>
          <w:i/>
          <w:iCs/>
          <w:color w:val="1B877F"/>
          <w:sz w:val="22"/>
          <w:lang w:val="ro"/>
        </w:rPr>
        <w:t>); precum și evenimente sau activități de strângere de fonduri care nu au legătură cu tema Programului YCAF.</w:t>
      </w:r>
    </w:p>
    <w:p w14:paraId="3D7197D6" w14:textId="77777777" w:rsidR="000768AD" w:rsidRPr="000768AD" w:rsidRDefault="000768AD" w:rsidP="000768AD">
      <w:pPr>
        <w:widowControl w:val="0"/>
        <w:spacing w:line="240" w:lineRule="auto"/>
        <w:rPr>
          <w:rFonts w:ascii="Montserrat" w:eastAsia="Montserrat" w:hAnsi="Montserrat" w:cs="Montserrat"/>
          <w:i/>
          <w:iCs/>
          <w:color w:val="1B877F"/>
          <w:lang w:val="fr-FR"/>
        </w:rPr>
      </w:pPr>
    </w:p>
    <w:p w14:paraId="49DAB2F3" w14:textId="77777777" w:rsidR="000768AD" w:rsidRDefault="000768AD" w:rsidP="000768AD">
      <w:pPr>
        <w:widowControl w:val="0"/>
        <w:spacing w:line="240" w:lineRule="auto"/>
        <w:rPr>
          <w:rFonts w:ascii="Montserrat" w:eastAsia="Montserrat" w:hAnsi="Montserrat" w:cs="Montserrat"/>
          <w:b/>
          <w:bCs/>
          <w:color w:val="434343"/>
          <w:lang w:val="es-ES"/>
        </w:rPr>
      </w:pPr>
      <w:proofErr w:type="spellStart"/>
      <w:r w:rsidRPr="22657B0E">
        <w:rPr>
          <w:rFonts w:ascii="Montserrat" w:eastAsia="Montserrat" w:hAnsi="Montserrat" w:cs="Montserrat"/>
          <w:b/>
          <w:bCs/>
          <w:color w:val="434343"/>
          <w:lang w:val="es-ES"/>
        </w:rPr>
        <w:t>Echipamentele</w:t>
      </w:r>
      <w:proofErr w:type="spellEnd"/>
      <w:r w:rsidRPr="22657B0E">
        <w:rPr>
          <w:rFonts w:ascii="Montserrat" w:eastAsia="Montserrat" w:hAnsi="Montserrat" w:cs="Montserrat"/>
          <w:b/>
          <w:bCs/>
          <w:color w:val="434343"/>
          <w:lang w:val="es-ES"/>
        </w:rPr>
        <w:t xml:space="preserve"> </w:t>
      </w:r>
      <w:proofErr w:type="spellStart"/>
      <w:r w:rsidRPr="22657B0E">
        <w:rPr>
          <w:rFonts w:ascii="Montserrat" w:eastAsia="Montserrat" w:hAnsi="Montserrat" w:cs="Montserrat"/>
          <w:b/>
          <w:bCs/>
          <w:color w:val="434343"/>
          <w:lang w:val="es-ES"/>
        </w:rPr>
        <w:t>și</w:t>
      </w:r>
      <w:proofErr w:type="spellEnd"/>
      <w:r w:rsidRPr="22657B0E">
        <w:rPr>
          <w:rFonts w:ascii="Montserrat" w:eastAsia="Montserrat" w:hAnsi="Montserrat" w:cs="Montserrat"/>
          <w:b/>
          <w:bCs/>
          <w:color w:val="434343"/>
          <w:lang w:val="es-ES"/>
        </w:rPr>
        <w:t xml:space="preserve"> </w:t>
      </w:r>
      <w:proofErr w:type="spellStart"/>
      <w:r w:rsidRPr="22657B0E">
        <w:rPr>
          <w:rFonts w:ascii="Montserrat" w:eastAsia="Montserrat" w:hAnsi="Montserrat" w:cs="Montserrat"/>
          <w:b/>
          <w:bCs/>
          <w:color w:val="434343"/>
          <w:lang w:val="es-ES"/>
        </w:rPr>
        <w:t>investițiile</w:t>
      </w:r>
      <w:proofErr w:type="spellEnd"/>
      <w:r w:rsidRPr="22657B0E">
        <w:rPr>
          <w:rFonts w:ascii="Montserrat" w:eastAsia="Montserrat" w:hAnsi="Montserrat" w:cs="Montserrat"/>
          <w:b/>
          <w:bCs/>
          <w:color w:val="434343"/>
          <w:lang w:val="es-ES"/>
        </w:rPr>
        <w:t xml:space="preserve"> de capital </w:t>
      </w:r>
      <w:proofErr w:type="spellStart"/>
      <w:r w:rsidRPr="22657B0E">
        <w:rPr>
          <w:rFonts w:ascii="Montserrat" w:eastAsia="Montserrat" w:hAnsi="Montserrat" w:cs="Montserrat"/>
          <w:b/>
          <w:bCs/>
          <w:color w:val="434343"/>
          <w:lang w:val="es-ES"/>
        </w:rPr>
        <w:t>pentru</w:t>
      </w:r>
      <w:proofErr w:type="spellEnd"/>
      <w:r w:rsidRPr="22657B0E">
        <w:rPr>
          <w:rFonts w:ascii="Montserrat" w:eastAsia="Montserrat" w:hAnsi="Montserrat" w:cs="Montserrat"/>
          <w:b/>
          <w:bCs/>
          <w:color w:val="434343"/>
          <w:lang w:val="es-ES"/>
        </w:rPr>
        <w:t xml:space="preserve"> </w:t>
      </w:r>
      <w:proofErr w:type="spellStart"/>
      <w:r w:rsidRPr="22657B0E">
        <w:rPr>
          <w:rFonts w:ascii="Montserrat" w:eastAsia="Montserrat" w:hAnsi="Montserrat" w:cs="Montserrat"/>
          <w:b/>
          <w:bCs/>
          <w:color w:val="434343"/>
          <w:lang w:val="es-ES"/>
        </w:rPr>
        <w:t>îmbunătățirea</w:t>
      </w:r>
      <w:proofErr w:type="spellEnd"/>
      <w:r w:rsidRPr="22657B0E">
        <w:rPr>
          <w:rFonts w:ascii="Montserrat" w:eastAsia="Montserrat" w:hAnsi="Montserrat" w:cs="Montserrat"/>
          <w:b/>
          <w:bCs/>
          <w:color w:val="434343"/>
          <w:lang w:val="es-ES"/>
        </w:rPr>
        <w:t xml:space="preserve"> </w:t>
      </w:r>
      <w:proofErr w:type="spellStart"/>
      <w:r w:rsidRPr="22657B0E">
        <w:rPr>
          <w:rFonts w:ascii="Montserrat" w:eastAsia="Montserrat" w:hAnsi="Montserrat" w:cs="Montserrat"/>
          <w:b/>
          <w:bCs/>
          <w:color w:val="434343"/>
          <w:lang w:val="es-ES"/>
        </w:rPr>
        <w:t>infrastructurii</w:t>
      </w:r>
      <w:proofErr w:type="spellEnd"/>
      <w:r w:rsidRPr="22657B0E">
        <w:rPr>
          <w:rFonts w:ascii="Montserrat" w:eastAsia="Montserrat" w:hAnsi="Montserrat" w:cs="Montserrat"/>
          <w:b/>
          <w:bCs/>
          <w:color w:val="434343"/>
          <w:lang w:val="es-ES"/>
        </w:rPr>
        <w:t xml:space="preserve"> </w:t>
      </w:r>
      <w:proofErr w:type="spellStart"/>
      <w:r w:rsidRPr="22657B0E">
        <w:rPr>
          <w:rFonts w:ascii="Montserrat" w:eastAsia="Montserrat" w:hAnsi="Montserrat" w:cs="Montserrat"/>
          <w:b/>
          <w:bCs/>
          <w:color w:val="434343"/>
          <w:lang w:val="es-ES"/>
        </w:rPr>
        <w:t>reprezintă</w:t>
      </w:r>
      <w:proofErr w:type="spellEnd"/>
      <w:r w:rsidRPr="22657B0E">
        <w:rPr>
          <w:rFonts w:ascii="Montserrat" w:eastAsia="Montserrat" w:hAnsi="Montserrat" w:cs="Montserrat"/>
          <w:b/>
          <w:bCs/>
          <w:color w:val="434343"/>
          <w:lang w:val="es-ES"/>
        </w:rPr>
        <w:t xml:space="preserve"> </w:t>
      </w:r>
      <w:proofErr w:type="spellStart"/>
      <w:r w:rsidRPr="22657B0E">
        <w:rPr>
          <w:rFonts w:ascii="Montserrat" w:eastAsia="Montserrat" w:hAnsi="Montserrat" w:cs="Montserrat"/>
          <w:b/>
          <w:bCs/>
          <w:color w:val="434343"/>
          <w:lang w:val="es-ES"/>
        </w:rPr>
        <w:t>mai</w:t>
      </w:r>
      <w:proofErr w:type="spellEnd"/>
      <w:r w:rsidRPr="22657B0E">
        <w:rPr>
          <w:rFonts w:ascii="Montserrat" w:eastAsia="Montserrat" w:hAnsi="Montserrat" w:cs="Montserrat"/>
          <w:b/>
          <w:bCs/>
          <w:color w:val="434343"/>
          <w:lang w:val="es-ES"/>
        </w:rPr>
        <w:t xml:space="preserve"> </w:t>
      </w:r>
      <w:proofErr w:type="spellStart"/>
      <w:r w:rsidRPr="22657B0E">
        <w:rPr>
          <w:rFonts w:ascii="Montserrat" w:eastAsia="Montserrat" w:hAnsi="Montserrat" w:cs="Montserrat"/>
          <w:b/>
          <w:bCs/>
          <w:color w:val="434343"/>
          <w:lang w:val="es-ES"/>
        </w:rPr>
        <w:t>puțin</w:t>
      </w:r>
      <w:proofErr w:type="spellEnd"/>
      <w:r w:rsidRPr="22657B0E">
        <w:rPr>
          <w:rFonts w:ascii="Montserrat" w:eastAsia="Montserrat" w:hAnsi="Montserrat" w:cs="Montserrat"/>
          <w:b/>
          <w:bCs/>
          <w:color w:val="434343"/>
          <w:lang w:val="es-ES"/>
        </w:rPr>
        <w:t xml:space="preserve"> de 50% din </w:t>
      </w:r>
      <w:proofErr w:type="spellStart"/>
      <w:r w:rsidRPr="22657B0E">
        <w:rPr>
          <w:rFonts w:ascii="Montserrat" w:eastAsia="Montserrat" w:hAnsi="Montserrat" w:cs="Montserrat"/>
          <w:b/>
          <w:bCs/>
          <w:color w:val="434343"/>
          <w:lang w:val="es-ES"/>
        </w:rPr>
        <w:t>bugetul</w:t>
      </w:r>
      <w:proofErr w:type="spellEnd"/>
      <w:r w:rsidRPr="22657B0E">
        <w:rPr>
          <w:rFonts w:ascii="Montserrat" w:eastAsia="Montserrat" w:hAnsi="Montserrat" w:cs="Montserrat"/>
          <w:b/>
          <w:bCs/>
          <w:color w:val="434343"/>
          <w:lang w:val="es-ES"/>
        </w:rPr>
        <w:t xml:space="preserve"> </w:t>
      </w:r>
      <w:proofErr w:type="spellStart"/>
      <w:r w:rsidRPr="22657B0E">
        <w:rPr>
          <w:rFonts w:ascii="Montserrat" w:eastAsia="Montserrat" w:hAnsi="Montserrat" w:cs="Montserrat"/>
          <w:b/>
          <w:bCs/>
          <w:color w:val="434343"/>
          <w:lang w:val="es-ES"/>
        </w:rPr>
        <w:t>micrograntului</w:t>
      </w:r>
      <w:proofErr w:type="spellEnd"/>
      <w:r w:rsidRPr="22657B0E">
        <w:rPr>
          <w:rFonts w:ascii="Montserrat" w:eastAsia="Montserrat" w:hAnsi="Montserrat" w:cs="Montserrat"/>
          <w:b/>
          <w:bCs/>
          <w:color w:val="434343"/>
          <w:lang w:val="es-ES"/>
        </w:rPr>
        <w:t xml:space="preserve"> </w:t>
      </w:r>
      <w:proofErr w:type="spellStart"/>
      <w:r w:rsidRPr="22657B0E">
        <w:rPr>
          <w:rFonts w:ascii="Montserrat" w:eastAsia="Montserrat" w:hAnsi="Montserrat" w:cs="Montserrat"/>
          <w:b/>
          <w:bCs/>
          <w:color w:val="434343"/>
          <w:lang w:val="es-ES"/>
        </w:rPr>
        <w:t>proiectului</w:t>
      </w:r>
      <w:proofErr w:type="spellEnd"/>
      <w:r w:rsidRPr="22657B0E">
        <w:rPr>
          <w:rFonts w:ascii="Montserrat" w:eastAsia="Montserrat" w:hAnsi="Montserrat" w:cs="Montserrat"/>
          <w:b/>
          <w:bCs/>
          <w:color w:val="434343"/>
          <w:lang w:val="es-ES"/>
        </w:rPr>
        <w:t xml:space="preserve"> (</w:t>
      </w:r>
      <w:proofErr w:type="spellStart"/>
      <w:r w:rsidRPr="22657B0E">
        <w:rPr>
          <w:rFonts w:ascii="Montserrat" w:eastAsia="Montserrat" w:hAnsi="Montserrat" w:cs="Montserrat"/>
          <w:b/>
          <w:bCs/>
          <w:color w:val="434343"/>
          <w:lang w:val="es-ES"/>
        </w:rPr>
        <w:t>Vă</w:t>
      </w:r>
      <w:proofErr w:type="spellEnd"/>
      <w:r w:rsidRPr="22657B0E">
        <w:rPr>
          <w:rFonts w:ascii="Montserrat" w:eastAsia="Montserrat" w:hAnsi="Montserrat" w:cs="Montserrat"/>
          <w:b/>
          <w:bCs/>
          <w:color w:val="434343"/>
          <w:lang w:val="es-ES"/>
        </w:rPr>
        <w:t xml:space="preserve"> </w:t>
      </w:r>
      <w:proofErr w:type="spellStart"/>
      <w:r w:rsidRPr="22657B0E">
        <w:rPr>
          <w:rFonts w:ascii="Montserrat" w:eastAsia="Montserrat" w:hAnsi="Montserrat" w:cs="Montserrat"/>
          <w:b/>
          <w:bCs/>
          <w:color w:val="434343"/>
          <w:lang w:val="es-ES"/>
        </w:rPr>
        <w:t>rugăm</w:t>
      </w:r>
      <w:proofErr w:type="spellEnd"/>
      <w:r w:rsidRPr="22657B0E">
        <w:rPr>
          <w:rFonts w:ascii="Montserrat" w:eastAsia="Montserrat" w:hAnsi="Montserrat" w:cs="Montserrat"/>
          <w:b/>
          <w:bCs/>
          <w:color w:val="434343"/>
          <w:lang w:val="es-ES"/>
        </w:rPr>
        <w:t xml:space="preserve"> </w:t>
      </w:r>
      <w:proofErr w:type="spellStart"/>
      <w:r w:rsidRPr="22657B0E">
        <w:rPr>
          <w:rFonts w:ascii="Montserrat" w:eastAsia="Montserrat" w:hAnsi="Montserrat" w:cs="Montserrat"/>
          <w:b/>
          <w:bCs/>
          <w:color w:val="434343"/>
          <w:lang w:val="es-ES"/>
        </w:rPr>
        <w:t>să</w:t>
      </w:r>
      <w:proofErr w:type="spellEnd"/>
      <w:r w:rsidRPr="22657B0E">
        <w:rPr>
          <w:rFonts w:ascii="Montserrat" w:eastAsia="Montserrat" w:hAnsi="Montserrat" w:cs="Montserrat"/>
          <w:b/>
          <w:bCs/>
          <w:color w:val="434343"/>
          <w:lang w:val="es-ES"/>
        </w:rPr>
        <w:t xml:space="preserve"> </w:t>
      </w:r>
      <w:proofErr w:type="spellStart"/>
      <w:r w:rsidRPr="22657B0E">
        <w:rPr>
          <w:rFonts w:ascii="Montserrat" w:eastAsia="Montserrat" w:hAnsi="Montserrat" w:cs="Montserrat"/>
          <w:b/>
          <w:bCs/>
          <w:color w:val="434343"/>
          <w:lang w:val="es-ES"/>
        </w:rPr>
        <w:t>consultați</w:t>
      </w:r>
      <w:proofErr w:type="spellEnd"/>
      <w:r w:rsidRPr="22657B0E">
        <w:rPr>
          <w:rFonts w:ascii="Montserrat" w:eastAsia="Montserrat" w:hAnsi="Montserrat" w:cs="Montserrat"/>
          <w:b/>
          <w:bCs/>
          <w:color w:val="434343"/>
          <w:lang w:val="es-ES"/>
        </w:rPr>
        <w:t xml:space="preserve"> Carta </w:t>
      </w:r>
      <w:proofErr w:type="spellStart"/>
      <w:r w:rsidRPr="22657B0E">
        <w:rPr>
          <w:rFonts w:ascii="Montserrat" w:eastAsia="Montserrat" w:hAnsi="Montserrat" w:cs="Montserrat"/>
          <w:b/>
          <w:bCs/>
          <w:color w:val="434343"/>
          <w:lang w:val="es-ES"/>
        </w:rPr>
        <w:t>Programului</w:t>
      </w:r>
      <w:proofErr w:type="spellEnd"/>
      <w:r w:rsidRPr="22657B0E">
        <w:rPr>
          <w:rFonts w:ascii="Montserrat" w:eastAsia="Montserrat" w:hAnsi="Montserrat" w:cs="Montserrat"/>
          <w:b/>
          <w:bCs/>
          <w:color w:val="434343"/>
          <w:lang w:val="es-ES"/>
        </w:rPr>
        <w:t xml:space="preserve"> </w:t>
      </w:r>
      <w:proofErr w:type="spellStart"/>
      <w:r w:rsidRPr="22657B0E">
        <w:rPr>
          <w:rFonts w:ascii="Montserrat" w:eastAsia="Montserrat" w:hAnsi="Montserrat" w:cs="Montserrat"/>
          <w:b/>
          <w:bCs/>
          <w:color w:val="434343"/>
          <w:lang w:val="es-ES"/>
        </w:rPr>
        <w:t>pentru</w:t>
      </w:r>
      <w:proofErr w:type="spellEnd"/>
      <w:r w:rsidRPr="22657B0E">
        <w:rPr>
          <w:rFonts w:ascii="Montserrat" w:eastAsia="Montserrat" w:hAnsi="Montserrat" w:cs="Montserrat"/>
          <w:b/>
          <w:bCs/>
          <w:color w:val="434343"/>
          <w:lang w:val="es-ES"/>
        </w:rPr>
        <w:t xml:space="preserve"> </w:t>
      </w:r>
      <w:proofErr w:type="spellStart"/>
      <w:r w:rsidRPr="22657B0E">
        <w:rPr>
          <w:rFonts w:ascii="Montserrat" w:eastAsia="Montserrat" w:hAnsi="Montserrat" w:cs="Montserrat"/>
          <w:b/>
          <w:bCs/>
          <w:color w:val="434343"/>
          <w:lang w:val="es-ES"/>
        </w:rPr>
        <w:t>definiții</w:t>
      </w:r>
      <w:proofErr w:type="spellEnd"/>
      <w:r w:rsidRPr="22657B0E">
        <w:rPr>
          <w:rFonts w:ascii="Montserrat" w:eastAsia="Montserrat" w:hAnsi="Montserrat" w:cs="Montserrat"/>
          <w:b/>
          <w:bCs/>
          <w:color w:val="434343"/>
          <w:lang w:val="es-ES"/>
        </w:rPr>
        <w:t xml:space="preserve"> </w:t>
      </w:r>
      <w:proofErr w:type="spellStart"/>
      <w:r w:rsidRPr="22657B0E">
        <w:rPr>
          <w:rFonts w:ascii="Montserrat" w:eastAsia="Montserrat" w:hAnsi="Montserrat" w:cs="Montserrat"/>
          <w:b/>
          <w:bCs/>
          <w:color w:val="434343"/>
          <w:lang w:val="es-ES"/>
        </w:rPr>
        <w:t>mai</w:t>
      </w:r>
      <w:proofErr w:type="spellEnd"/>
      <w:r w:rsidRPr="22657B0E">
        <w:rPr>
          <w:rFonts w:ascii="Montserrat" w:eastAsia="Montserrat" w:hAnsi="Montserrat" w:cs="Montserrat"/>
          <w:b/>
          <w:bCs/>
          <w:color w:val="434343"/>
          <w:lang w:val="es-ES"/>
        </w:rPr>
        <w:t xml:space="preserve"> </w:t>
      </w:r>
      <w:proofErr w:type="spellStart"/>
      <w:r w:rsidRPr="22657B0E">
        <w:rPr>
          <w:rFonts w:ascii="Montserrat" w:eastAsia="Montserrat" w:hAnsi="Montserrat" w:cs="Montserrat"/>
          <w:b/>
          <w:bCs/>
          <w:color w:val="434343"/>
          <w:lang w:val="es-ES"/>
        </w:rPr>
        <w:t>detaliate</w:t>
      </w:r>
      <w:proofErr w:type="spellEnd"/>
      <w:r w:rsidRPr="22657B0E">
        <w:rPr>
          <w:rFonts w:ascii="Montserrat" w:eastAsia="Montserrat" w:hAnsi="Montserrat" w:cs="Montserrat"/>
          <w:b/>
          <w:bCs/>
          <w:color w:val="434343"/>
          <w:lang w:val="es-ES"/>
        </w:rPr>
        <w:t xml:space="preserve"> ale </w:t>
      </w:r>
      <w:proofErr w:type="spellStart"/>
      <w:r w:rsidRPr="22657B0E">
        <w:rPr>
          <w:rFonts w:ascii="Montserrat" w:eastAsia="Montserrat" w:hAnsi="Montserrat" w:cs="Montserrat"/>
          <w:b/>
          <w:bCs/>
          <w:color w:val="434343"/>
          <w:lang w:val="es-ES"/>
        </w:rPr>
        <w:t>costurilor</w:t>
      </w:r>
      <w:proofErr w:type="spellEnd"/>
      <w:r w:rsidRPr="22657B0E">
        <w:rPr>
          <w:rFonts w:ascii="Montserrat" w:eastAsia="Montserrat" w:hAnsi="Montserrat" w:cs="Montserrat"/>
          <w:b/>
          <w:bCs/>
          <w:color w:val="434343"/>
          <w:lang w:val="es-ES"/>
        </w:rPr>
        <w:t xml:space="preserve"> </w:t>
      </w:r>
      <w:proofErr w:type="spellStart"/>
      <w:r w:rsidRPr="22657B0E">
        <w:rPr>
          <w:rFonts w:ascii="Montserrat" w:eastAsia="Montserrat" w:hAnsi="Montserrat" w:cs="Montserrat"/>
          <w:b/>
          <w:bCs/>
          <w:color w:val="434343"/>
          <w:lang w:val="es-ES"/>
        </w:rPr>
        <w:t>eligibile</w:t>
      </w:r>
      <w:proofErr w:type="spellEnd"/>
      <w:r w:rsidRPr="22657B0E">
        <w:rPr>
          <w:rFonts w:ascii="Montserrat" w:eastAsia="Montserrat" w:hAnsi="Montserrat" w:cs="Montserrat"/>
          <w:b/>
          <w:bCs/>
          <w:color w:val="434343"/>
          <w:lang w:val="es-ES"/>
        </w:rPr>
        <w:t>)?</w:t>
      </w:r>
    </w:p>
    <w:p w14:paraId="1C58BF89" w14:textId="77777777" w:rsidR="000768AD" w:rsidRDefault="000768AD" w:rsidP="000768AD">
      <w:pPr>
        <w:ind w:left="-426" w:firstLine="426"/>
        <w:jc w:val="both"/>
        <w:rPr>
          <w:rFonts w:ascii="Montserrat" w:eastAsia="Montserrat" w:hAnsi="Montserrat" w:cs="Montserrat"/>
          <w:b/>
          <w:bCs/>
          <w:color w:val="1B877F"/>
          <w:sz w:val="24"/>
          <w:szCs w:val="24"/>
          <w:lang w:val="es-ES"/>
        </w:rPr>
      </w:pPr>
      <w:proofErr w:type="spellStart"/>
      <w:r w:rsidRPr="7E7C0FD5">
        <w:rPr>
          <w:rFonts w:ascii="Montserrat" w:eastAsia="Montserrat" w:hAnsi="Montserrat" w:cs="Montserrat"/>
          <w:b/>
          <w:bCs/>
          <w:color w:val="1B877F"/>
          <w:sz w:val="24"/>
          <w:szCs w:val="24"/>
        </w:rPr>
        <w:lastRenderedPageBreak/>
        <w:t>Numele</w:t>
      </w:r>
      <w:proofErr w:type="spellEnd"/>
      <w:r w:rsidRPr="7E7C0FD5">
        <w:rPr>
          <w:rFonts w:ascii="Montserrat" w:eastAsia="Montserrat" w:hAnsi="Montserrat" w:cs="Montserrat"/>
          <w:b/>
          <w:bCs/>
          <w:color w:val="1B877F"/>
          <w:sz w:val="24"/>
          <w:szCs w:val="24"/>
        </w:rPr>
        <w:t xml:space="preserve"> </w:t>
      </w:r>
      <w:proofErr w:type="spellStart"/>
      <w:r w:rsidRPr="7E7C0FD5">
        <w:rPr>
          <w:rFonts w:ascii="Montserrat" w:eastAsia="Montserrat" w:hAnsi="Montserrat" w:cs="Montserrat"/>
          <w:b/>
          <w:bCs/>
          <w:color w:val="1B877F"/>
          <w:sz w:val="24"/>
          <w:szCs w:val="24"/>
        </w:rPr>
        <w:t>evaluatorului</w:t>
      </w:r>
      <w:proofErr w:type="spellEnd"/>
      <w:r w:rsidRPr="7E7C0FD5">
        <w:rPr>
          <w:rFonts w:ascii="Montserrat" w:eastAsia="Montserrat" w:hAnsi="Montserrat" w:cs="Montserrat"/>
          <w:b/>
          <w:bCs/>
          <w:color w:val="1B877F"/>
          <w:sz w:val="24"/>
          <w:szCs w:val="24"/>
        </w:rPr>
        <w:t>: __________________________________</w:t>
      </w:r>
    </w:p>
    <w:p w14:paraId="13B8B434" w14:textId="77777777" w:rsidR="000768AD" w:rsidRDefault="000768AD" w:rsidP="000768AD">
      <w:pPr>
        <w:jc w:val="both"/>
        <w:rPr>
          <w:rFonts w:ascii="Montserrat" w:eastAsia="Montserrat" w:hAnsi="Montserrat" w:cs="Montserrat"/>
          <w:b/>
          <w:bCs/>
          <w:color w:val="1B877F"/>
          <w:sz w:val="24"/>
          <w:szCs w:val="24"/>
        </w:rPr>
      </w:pPr>
    </w:p>
    <w:tbl>
      <w:tblPr>
        <w:tblW w:w="16158" w:type="dxa"/>
        <w:tblInd w:w="-109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1904"/>
        <w:gridCol w:w="709"/>
        <w:gridCol w:w="709"/>
        <w:gridCol w:w="850"/>
        <w:gridCol w:w="709"/>
        <w:gridCol w:w="709"/>
        <w:gridCol w:w="850"/>
        <w:gridCol w:w="709"/>
        <w:gridCol w:w="709"/>
        <w:gridCol w:w="708"/>
        <w:gridCol w:w="567"/>
        <w:gridCol w:w="709"/>
        <w:gridCol w:w="567"/>
        <w:gridCol w:w="709"/>
        <w:gridCol w:w="567"/>
        <w:gridCol w:w="850"/>
        <w:gridCol w:w="709"/>
        <w:gridCol w:w="851"/>
        <w:gridCol w:w="708"/>
        <w:gridCol w:w="709"/>
        <w:gridCol w:w="646"/>
      </w:tblGrid>
      <w:tr w:rsidR="000768AD" w:rsidRPr="003A46A5" w14:paraId="66335A4C" w14:textId="77777777" w:rsidTr="00A434F9">
        <w:trPr>
          <w:trHeight w:val="340"/>
          <w:tblHeader/>
        </w:trPr>
        <w:tc>
          <w:tcPr>
            <w:tcW w:w="1904" w:type="dxa"/>
            <w:shd w:val="clear" w:color="auto" w:fill="1B877F"/>
            <w:tcMar>
              <w:top w:w="100" w:type="dxa"/>
              <w:left w:w="100" w:type="dxa"/>
              <w:bottom w:w="100" w:type="dxa"/>
              <w:right w:w="100" w:type="dxa"/>
            </w:tcMar>
          </w:tcPr>
          <w:p w14:paraId="2FE5E2AB" w14:textId="77777777" w:rsidR="000768AD" w:rsidRDefault="000768AD" w:rsidP="00A434F9">
            <w:pPr>
              <w:widowControl w:val="0"/>
              <w:spacing w:line="240" w:lineRule="auto"/>
              <w:ind w:right="612"/>
              <w:rPr>
                <w:rFonts w:ascii="Montserrat" w:eastAsia="Montserrat" w:hAnsi="Montserrat" w:cs="Montserrat"/>
                <w:b/>
                <w:bCs/>
                <w:color w:val="FFFFFF"/>
                <w:sz w:val="14"/>
                <w:szCs w:val="14"/>
                <w:lang w:val="es-ES"/>
              </w:rPr>
            </w:pPr>
            <w:proofErr w:type="spellStart"/>
            <w:r w:rsidRPr="69F684D5">
              <w:rPr>
                <w:rFonts w:ascii="Montserrat" w:eastAsia="Montserrat" w:hAnsi="Montserrat" w:cs="Montserrat"/>
                <w:b/>
                <w:bCs/>
                <w:color w:val="FFFFFF" w:themeColor="background1"/>
                <w:sz w:val="14"/>
                <w:szCs w:val="14"/>
              </w:rPr>
              <w:t>Numele</w:t>
            </w:r>
            <w:proofErr w:type="spellEnd"/>
            <w:r w:rsidRPr="69F684D5">
              <w:rPr>
                <w:rFonts w:ascii="Montserrat" w:eastAsia="Montserrat" w:hAnsi="Montserrat" w:cs="Montserrat"/>
                <w:b/>
                <w:bCs/>
                <w:color w:val="FFFFFF" w:themeColor="background1"/>
                <w:sz w:val="14"/>
                <w:szCs w:val="14"/>
              </w:rPr>
              <w:t xml:space="preserve"> </w:t>
            </w:r>
            <w:proofErr w:type="spellStart"/>
            <w:r w:rsidRPr="69F684D5">
              <w:rPr>
                <w:rFonts w:ascii="Montserrat" w:eastAsia="Montserrat" w:hAnsi="Montserrat" w:cs="Montserrat"/>
                <w:b/>
                <w:bCs/>
                <w:color w:val="FFFFFF" w:themeColor="background1"/>
                <w:sz w:val="14"/>
                <w:szCs w:val="14"/>
              </w:rPr>
              <w:t>proiectului</w:t>
            </w:r>
            <w:proofErr w:type="spellEnd"/>
          </w:p>
        </w:tc>
        <w:tc>
          <w:tcPr>
            <w:tcW w:w="1418" w:type="dxa"/>
            <w:gridSpan w:val="2"/>
            <w:shd w:val="clear" w:color="auto" w:fill="1B877F"/>
            <w:tcMar>
              <w:top w:w="100" w:type="dxa"/>
              <w:left w:w="100" w:type="dxa"/>
              <w:bottom w:w="100" w:type="dxa"/>
              <w:right w:w="100" w:type="dxa"/>
            </w:tcMar>
          </w:tcPr>
          <w:p w14:paraId="2135814E" w14:textId="77777777" w:rsidR="000768AD" w:rsidRDefault="000768AD" w:rsidP="00385EE6">
            <w:pPr>
              <w:widowControl w:val="0"/>
              <w:spacing w:line="240" w:lineRule="auto"/>
              <w:rPr>
                <w:rFonts w:ascii="Montserrat" w:eastAsia="Montserrat" w:hAnsi="Montserrat" w:cs="Montserrat"/>
                <w:b/>
                <w:bCs/>
                <w:color w:val="FFFFFF"/>
                <w:sz w:val="14"/>
                <w:szCs w:val="14"/>
                <w:lang w:val="es-ES"/>
              </w:rPr>
            </w:pPr>
            <w:proofErr w:type="spellStart"/>
            <w:r w:rsidRPr="69F684D5">
              <w:rPr>
                <w:rFonts w:ascii="Montserrat" w:eastAsia="Montserrat" w:hAnsi="Montserrat" w:cs="Montserrat"/>
                <w:b/>
                <w:bCs/>
                <w:color w:val="FFFFFF" w:themeColor="background1"/>
                <w:sz w:val="14"/>
                <w:szCs w:val="14"/>
              </w:rPr>
              <w:t>Organizație</w:t>
            </w:r>
            <w:proofErr w:type="spellEnd"/>
            <w:r w:rsidRPr="69F684D5">
              <w:rPr>
                <w:rFonts w:ascii="Montserrat" w:eastAsia="Montserrat" w:hAnsi="Montserrat" w:cs="Montserrat"/>
                <w:b/>
                <w:bCs/>
                <w:color w:val="FFFFFF" w:themeColor="background1"/>
                <w:sz w:val="14"/>
                <w:szCs w:val="14"/>
              </w:rPr>
              <w:t xml:space="preserve"> </w:t>
            </w:r>
            <w:proofErr w:type="spellStart"/>
            <w:r w:rsidRPr="69F684D5">
              <w:rPr>
                <w:rFonts w:ascii="Montserrat" w:eastAsia="Montserrat" w:hAnsi="Montserrat" w:cs="Montserrat"/>
                <w:b/>
                <w:bCs/>
                <w:color w:val="FFFFFF" w:themeColor="background1"/>
                <w:sz w:val="14"/>
                <w:szCs w:val="14"/>
              </w:rPr>
              <w:t>eligibilă</w:t>
            </w:r>
            <w:proofErr w:type="spellEnd"/>
            <w:r w:rsidRPr="69F684D5">
              <w:rPr>
                <w:rFonts w:ascii="Montserrat" w:eastAsia="Montserrat" w:hAnsi="Montserrat" w:cs="Montserrat"/>
                <w:b/>
                <w:bCs/>
                <w:color w:val="FFFFFF" w:themeColor="background1"/>
                <w:sz w:val="14"/>
                <w:szCs w:val="14"/>
              </w:rPr>
              <w:t>?</w:t>
            </w:r>
          </w:p>
        </w:tc>
        <w:tc>
          <w:tcPr>
            <w:tcW w:w="1559" w:type="dxa"/>
            <w:gridSpan w:val="2"/>
            <w:shd w:val="clear" w:color="auto" w:fill="1B877F"/>
            <w:tcMar>
              <w:top w:w="100" w:type="dxa"/>
              <w:left w:w="100" w:type="dxa"/>
              <w:bottom w:w="100" w:type="dxa"/>
              <w:right w:w="100" w:type="dxa"/>
            </w:tcMar>
          </w:tcPr>
          <w:p w14:paraId="1CAE563E" w14:textId="77777777" w:rsidR="000768AD" w:rsidRDefault="000768AD" w:rsidP="00385EE6">
            <w:pPr>
              <w:widowControl w:val="0"/>
              <w:spacing w:line="240" w:lineRule="auto"/>
              <w:rPr>
                <w:rFonts w:ascii="Montserrat" w:eastAsia="Montserrat" w:hAnsi="Montserrat" w:cs="Montserrat"/>
                <w:b/>
                <w:bCs/>
                <w:color w:val="FFFFFF"/>
                <w:sz w:val="14"/>
                <w:szCs w:val="14"/>
                <w:lang w:val="es-ES"/>
              </w:rPr>
            </w:pPr>
            <w:proofErr w:type="spellStart"/>
            <w:r w:rsidRPr="000768AD">
              <w:rPr>
                <w:rFonts w:ascii="Montserrat" w:eastAsia="Montserrat" w:hAnsi="Montserrat" w:cs="Montserrat"/>
                <w:b/>
                <w:bCs/>
                <w:color w:val="FFFFFF" w:themeColor="background1"/>
                <w:sz w:val="14"/>
                <w:szCs w:val="14"/>
                <w:lang w:val="fr-FR"/>
              </w:rPr>
              <w:t>Personalitate</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juridică</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distincă</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cont</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bancar</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și</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posibilitatea</w:t>
            </w:r>
            <w:proofErr w:type="spellEnd"/>
            <w:r w:rsidRPr="000768AD">
              <w:rPr>
                <w:rFonts w:ascii="Montserrat" w:eastAsia="Montserrat" w:hAnsi="Montserrat" w:cs="Montserrat"/>
                <w:b/>
                <w:bCs/>
                <w:color w:val="FFFFFF" w:themeColor="background1"/>
                <w:sz w:val="14"/>
                <w:szCs w:val="14"/>
                <w:lang w:val="fr-FR"/>
              </w:rPr>
              <w:t xml:space="preserve"> </w:t>
            </w:r>
            <w:proofErr w:type="gramStart"/>
            <w:r w:rsidRPr="000768AD">
              <w:rPr>
                <w:rFonts w:ascii="Montserrat" w:eastAsia="Montserrat" w:hAnsi="Montserrat" w:cs="Montserrat"/>
                <w:b/>
                <w:bCs/>
                <w:color w:val="FFFFFF" w:themeColor="background1"/>
                <w:sz w:val="14"/>
                <w:szCs w:val="14"/>
                <w:lang w:val="fr-FR"/>
              </w:rPr>
              <w:t>de a</w:t>
            </w:r>
            <w:proofErr w:type="gram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gestiona</w:t>
            </w:r>
            <w:proofErr w:type="spellEnd"/>
            <w:r w:rsidRPr="000768AD">
              <w:rPr>
                <w:rFonts w:ascii="Montserrat" w:eastAsia="Montserrat" w:hAnsi="Montserrat" w:cs="Montserrat"/>
                <w:b/>
                <w:bCs/>
                <w:color w:val="FFFFFF" w:themeColor="background1"/>
                <w:sz w:val="14"/>
                <w:szCs w:val="14"/>
                <w:lang w:val="fr-FR"/>
              </w:rPr>
              <w:t xml:space="preserve"> </w:t>
            </w:r>
            <w:proofErr w:type="spellStart"/>
            <w:proofErr w:type="gramStart"/>
            <w:r w:rsidRPr="000768AD">
              <w:rPr>
                <w:rFonts w:ascii="Montserrat" w:eastAsia="Montserrat" w:hAnsi="Montserrat" w:cs="Montserrat"/>
                <w:b/>
                <w:bCs/>
                <w:color w:val="FFFFFF" w:themeColor="background1"/>
                <w:sz w:val="14"/>
                <w:szCs w:val="14"/>
                <w:lang w:val="fr-FR"/>
              </w:rPr>
              <w:t>fondurile</w:t>
            </w:r>
            <w:proofErr w:type="spellEnd"/>
            <w:r w:rsidRPr="000768AD">
              <w:rPr>
                <w:rFonts w:ascii="Montserrat" w:eastAsia="Montserrat" w:hAnsi="Montserrat" w:cs="Montserrat"/>
                <w:b/>
                <w:bCs/>
                <w:color w:val="FFFFFF" w:themeColor="background1"/>
                <w:sz w:val="14"/>
                <w:szCs w:val="14"/>
                <w:lang w:val="fr-FR"/>
              </w:rPr>
              <w:t>?</w:t>
            </w:r>
            <w:proofErr w:type="gramEnd"/>
          </w:p>
        </w:tc>
        <w:tc>
          <w:tcPr>
            <w:tcW w:w="1559" w:type="dxa"/>
            <w:gridSpan w:val="2"/>
            <w:shd w:val="clear" w:color="auto" w:fill="1B877F"/>
            <w:tcMar>
              <w:top w:w="100" w:type="dxa"/>
              <w:left w:w="100" w:type="dxa"/>
              <w:bottom w:w="100" w:type="dxa"/>
              <w:right w:w="100" w:type="dxa"/>
            </w:tcMar>
          </w:tcPr>
          <w:p w14:paraId="672F583F" w14:textId="77777777" w:rsidR="000768AD" w:rsidRDefault="000768AD" w:rsidP="00385EE6">
            <w:pPr>
              <w:widowControl w:val="0"/>
              <w:spacing w:after="200" w:line="240" w:lineRule="auto"/>
              <w:rPr>
                <w:rFonts w:ascii="Montserrat" w:eastAsia="Montserrat" w:hAnsi="Montserrat" w:cs="Montserrat"/>
                <w:b/>
                <w:bCs/>
                <w:color w:val="FFFFFF"/>
                <w:sz w:val="14"/>
                <w:szCs w:val="14"/>
                <w:lang w:val="es-ES"/>
              </w:rPr>
            </w:pPr>
            <w:proofErr w:type="spellStart"/>
            <w:r w:rsidRPr="000768AD">
              <w:rPr>
                <w:rFonts w:ascii="Montserrat" w:eastAsia="Montserrat" w:hAnsi="Montserrat" w:cs="Montserrat"/>
                <w:b/>
                <w:bCs/>
                <w:color w:val="FFFFFF" w:themeColor="background1"/>
                <w:sz w:val="14"/>
                <w:szCs w:val="14"/>
                <w:lang w:val="fr-FR"/>
              </w:rPr>
              <w:t>Entitate</w:t>
            </w:r>
            <w:proofErr w:type="spellEnd"/>
            <w:r w:rsidRPr="000768AD">
              <w:rPr>
                <w:rFonts w:ascii="Montserrat" w:eastAsia="Montserrat" w:hAnsi="Montserrat" w:cs="Montserrat"/>
                <w:b/>
                <w:bCs/>
                <w:color w:val="FFFFFF" w:themeColor="background1"/>
                <w:sz w:val="14"/>
                <w:szCs w:val="14"/>
                <w:lang w:val="fr-FR"/>
              </w:rPr>
              <w:t xml:space="preserve"> non-profit </w:t>
            </w:r>
            <w:proofErr w:type="spellStart"/>
            <w:r w:rsidRPr="000768AD">
              <w:rPr>
                <w:rFonts w:ascii="Montserrat" w:eastAsia="Montserrat" w:hAnsi="Montserrat" w:cs="Montserrat"/>
                <w:b/>
                <w:bCs/>
                <w:color w:val="FFFFFF" w:themeColor="background1"/>
                <w:sz w:val="14"/>
                <w:szCs w:val="14"/>
                <w:lang w:val="fr-FR"/>
              </w:rPr>
              <w:t>sau</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caritabilă</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recunoscută</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cu</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obiective</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caritabile</w:t>
            </w:r>
            <w:proofErr w:type="spellEnd"/>
            <w:r w:rsidRPr="000768AD">
              <w:rPr>
                <w:rFonts w:ascii="Montserrat" w:eastAsia="Montserrat" w:hAnsi="Montserrat" w:cs="Montserrat"/>
                <w:b/>
                <w:bCs/>
                <w:color w:val="FFFFFF" w:themeColor="background1"/>
                <w:sz w:val="14"/>
                <w:szCs w:val="14"/>
                <w:lang w:val="fr-FR"/>
              </w:rPr>
              <w:t xml:space="preserve"> </w:t>
            </w:r>
            <w:proofErr w:type="spellStart"/>
            <w:proofErr w:type="gramStart"/>
            <w:r w:rsidRPr="000768AD">
              <w:rPr>
                <w:rFonts w:ascii="Montserrat" w:eastAsia="Montserrat" w:hAnsi="Montserrat" w:cs="Montserrat"/>
                <w:b/>
                <w:bCs/>
                <w:color w:val="FFFFFF" w:themeColor="background1"/>
                <w:sz w:val="14"/>
                <w:szCs w:val="14"/>
                <w:lang w:val="fr-FR"/>
              </w:rPr>
              <w:t>clare</w:t>
            </w:r>
            <w:proofErr w:type="spellEnd"/>
            <w:r w:rsidRPr="000768AD">
              <w:rPr>
                <w:rFonts w:ascii="Montserrat" w:eastAsia="Montserrat" w:hAnsi="Montserrat" w:cs="Montserrat"/>
                <w:b/>
                <w:bCs/>
                <w:color w:val="FFFFFF" w:themeColor="background1"/>
                <w:sz w:val="14"/>
                <w:szCs w:val="14"/>
                <w:lang w:val="fr-FR"/>
              </w:rPr>
              <w:t>?</w:t>
            </w:r>
            <w:proofErr w:type="gramEnd"/>
          </w:p>
        </w:tc>
        <w:tc>
          <w:tcPr>
            <w:tcW w:w="1418" w:type="dxa"/>
            <w:gridSpan w:val="2"/>
            <w:shd w:val="clear" w:color="auto" w:fill="1B877F"/>
            <w:tcMar>
              <w:top w:w="100" w:type="dxa"/>
              <w:left w:w="100" w:type="dxa"/>
              <w:bottom w:w="100" w:type="dxa"/>
              <w:right w:w="100" w:type="dxa"/>
            </w:tcMar>
          </w:tcPr>
          <w:p w14:paraId="1E594CEB" w14:textId="77777777" w:rsidR="000768AD" w:rsidRDefault="000768AD" w:rsidP="00385EE6">
            <w:pPr>
              <w:widowControl w:val="0"/>
              <w:spacing w:line="240" w:lineRule="auto"/>
              <w:rPr>
                <w:rFonts w:ascii="Montserrat" w:eastAsia="Montserrat" w:hAnsi="Montserrat" w:cs="Montserrat"/>
                <w:b/>
                <w:bCs/>
                <w:color w:val="FFFFFF"/>
                <w:sz w:val="14"/>
                <w:szCs w:val="14"/>
                <w:lang w:val="es-ES"/>
              </w:rPr>
            </w:pPr>
            <w:r w:rsidRPr="000768AD">
              <w:rPr>
                <w:rFonts w:ascii="Montserrat" w:eastAsia="Montserrat" w:hAnsi="Montserrat" w:cs="Montserrat"/>
                <w:b/>
                <w:bCs/>
                <w:color w:val="FFFFFF" w:themeColor="background1"/>
                <w:sz w:val="14"/>
                <w:szCs w:val="14"/>
                <w:lang w:val="fr-FR"/>
              </w:rPr>
              <w:t xml:space="preserve">Este </w:t>
            </w:r>
            <w:proofErr w:type="spellStart"/>
            <w:r w:rsidRPr="000768AD">
              <w:rPr>
                <w:rFonts w:ascii="Montserrat" w:eastAsia="Montserrat" w:hAnsi="Montserrat" w:cs="Montserrat"/>
                <w:b/>
                <w:bCs/>
                <w:color w:val="FFFFFF" w:themeColor="background1"/>
                <w:sz w:val="14"/>
                <w:szCs w:val="14"/>
                <w:lang w:val="fr-FR"/>
              </w:rPr>
              <w:t>proiectul</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condus</w:t>
            </w:r>
            <w:proofErr w:type="spellEnd"/>
            <w:r w:rsidRPr="000768AD">
              <w:rPr>
                <w:rFonts w:ascii="Montserrat" w:eastAsia="Montserrat" w:hAnsi="Montserrat" w:cs="Montserrat"/>
                <w:b/>
                <w:bCs/>
                <w:color w:val="FFFFFF" w:themeColor="background1"/>
                <w:sz w:val="14"/>
                <w:szCs w:val="14"/>
                <w:lang w:val="fr-FR"/>
              </w:rPr>
              <w:t xml:space="preserve"> de </w:t>
            </w:r>
            <w:proofErr w:type="spellStart"/>
            <w:proofErr w:type="gramStart"/>
            <w:r w:rsidRPr="000768AD">
              <w:rPr>
                <w:rFonts w:ascii="Montserrat" w:eastAsia="Montserrat" w:hAnsi="Montserrat" w:cs="Montserrat"/>
                <w:b/>
                <w:bCs/>
                <w:color w:val="FFFFFF" w:themeColor="background1"/>
                <w:sz w:val="14"/>
                <w:szCs w:val="14"/>
                <w:lang w:val="fr-FR"/>
              </w:rPr>
              <w:t>tineri</w:t>
            </w:r>
            <w:proofErr w:type="spellEnd"/>
            <w:r w:rsidRPr="000768AD">
              <w:rPr>
                <w:rFonts w:ascii="Montserrat" w:eastAsia="Montserrat" w:hAnsi="Montserrat" w:cs="Montserrat"/>
                <w:b/>
                <w:bCs/>
                <w:color w:val="FFFFFF" w:themeColor="background1"/>
                <w:sz w:val="14"/>
                <w:szCs w:val="14"/>
                <w:lang w:val="fr-FR"/>
              </w:rPr>
              <w:t>?</w:t>
            </w:r>
            <w:proofErr w:type="gramEnd"/>
          </w:p>
        </w:tc>
        <w:tc>
          <w:tcPr>
            <w:tcW w:w="1275" w:type="dxa"/>
            <w:gridSpan w:val="2"/>
            <w:shd w:val="clear" w:color="auto" w:fill="1B877F"/>
            <w:tcMar>
              <w:top w:w="100" w:type="dxa"/>
              <w:left w:w="100" w:type="dxa"/>
              <w:bottom w:w="100" w:type="dxa"/>
              <w:right w:w="100" w:type="dxa"/>
            </w:tcMar>
          </w:tcPr>
          <w:p w14:paraId="62E899A7" w14:textId="77777777" w:rsidR="000768AD" w:rsidRDefault="000768AD" w:rsidP="00385EE6">
            <w:pPr>
              <w:widowControl w:val="0"/>
              <w:spacing w:line="240" w:lineRule="auto"/>
              <w:rPr>
                <w:rFonts w:ascii="Montserrat" w:eastAsia="Montserrat" w:hAnsi="Montserrat" w:cs="Montserrat"/>
                <w:b/>
                <w:bCs/>
                <w:color w:val="FFFFFF"/>
                <w:sz w:val="14"/>
                <w:szCs w:val="14"/>
                <w:lang w:val="es-ES"/>
              </w:rPr>
            </w:pPr>
            <w:r w:rsidRPr="000768AD">
              <w:rPr>
                <w:rFonts w:ascii="Montserrat" w:eastAsia="Montserrat" w:hAnsi="Montserrat" w:cs="Montserrat"/>
                <w:b/>
                <w:bCs/>
                <w:color w:val="FFFFFF" w:themeColor="background1"/>
                <w:sz w:val="14"/>
                <w:szCs w:val="14"/>
                <w:lang w:val="fr-FR"/>
              </w:rPr>
              <w:t xml:space="preserve">Este </w:t>
            </w:r>
            <w:proofErr w:type="spellStart"/>
            <w:r w:rsidRPr="000768AD">
              <w:rPr>
                <w:rFonts w:ascii="Montserrat" w:eastAsia="Montserrat" w:hAnsi="Montserrat" w:cs="Montserrat"/>
                <w:b/>
                <w:bCs/>
                <w:color w:val="FFFFFF" w:themeColor="background1"/>
                <w:sz w:val="14"/>
                <w:szCs w:val="14"/>
                <w:lang w:val="fr-FR"/>
              </w:rPr>
              <w:t>proiectul</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aliniat</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cu</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planul</w:t>
            </w:r>
            <w:proofErr w:type="spellEnd"/>
            <w:r w:rsidRPr="000768AD">
              <w:rPr>
                <w:rFonts w:ascii="Montserrat" w:eastAsia="Montserrat" w:hAnsi="Montserrat" w:cs="Montserrat"/>
                <w:b/>
                <w:bCs/>
                <w:color w:val="FFFFFF" w:themeColor="background1"/>
                <w:sz w:val="14"/>
                <w:szCs w:val="14"/>
                <w:lang w:val="fr-FR"/>
              </w:rPr>
              <w:t xml:space="preserve"> de </w:t>
            </w:r>
            <w:proofErr w:type="spellStart"/>
            <w:r w:rsidRPr="000768AD">
              <w:rPr>
                <w:rFonts w:ascii="Montserrat" w:eastAsia="Montserrat" w:hAnsi="Montserrat" w:cs="Montserrat"/>
                <w:b/>
                <w:bCs/>
                <w:color w:val="FFFFFF" w:themeColor="background1"/>
                <w:sz w:val="14"/>
                <w:szCs w:val="14"/>
                <w:lang w:val="fr-FR"/>
              </w:rPr>
              <w:t>acțiune</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climatică</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sau</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prioritățile</w:t>
            </w:r>
            <w:proofErr w:type="spellEnd"/>
            <w:r w:rsidRPr="000768AD">
              <w:rPr>
                <w:rFonts w:ascii="Montserrat" w:eastAsia="Montserrat" w:hAnsi="Montserrat" w:cs="Montserrat"/>
                <w:b/>
                <w:bCs/>
                <w:color w:val="FFFFFF" w:themeColor="background1"/>
                <w:sz w:val="14"/>
                <w:szCs w:val="14"/>
                <w:lang w:val="fr-FR"/>
              </w:rPr>
              <w:t xml:space="preserve"> </w:t>
            </w:r>
            <w:proofErr w:type="spellStart"/>
            <w:proofErr w:type="gramStart"/>
            <w:r w:rsidRPr="000768AD">
              <w:rPr>
                <w:rFonts w:ascii="Montserrat" w:eastAsia="Montserrat" w:hAnsi="Montserrat" w:cs="Montserrat"/>
                <w:b/>
                <w:bCs/>
                <w:color w:val="FFFFFF" w:themeColor="background1"/>
                <w:sz w:val="14"/>
                <w:szCs w:val="14"/>
                <w:lang w:val="fr-FR"/>
              </w:rPr>
              <w:t>orașului</w:t>
            </w:r>
            <w:proofErr w:type="spellEnd"/>
            <w:r w:rsidRPr="000768AD">
              <w:rPr>
                <w:rFonts w:ascii="Montserrat" w:eastAsia="Montserrat" w:hAnsi="Montserrat" w:cs="Montserrat"/>
                <w:b/>
                <w:bCs/>
                <w:color w:val="FFFFFF" w:themeColor="background1"/>
                <w:sz w:val="14"/>
                <w:szCs w:val="14"/>
                <w:lang w:val="fr-FR"/>
              </w:rPr>
              <w:t>?</w:t>
            </w:r>
            <w:proofErr w:type="gramEnd"/>
          </w:p>
        </w:tc>
        <w:tc>
          <w:tcPr>
            <w:tcW w:w="1276" w:type="dxa"/>
            <w:gridSpan w:val="2"/>
            <w:shd w:val="clear" w:color="auto" w:fill="1B877F"/>
            <w:tcMar>
              <w:top w:w="100" w:type="dxa"/>
              <w:left w:w="100" w:type="dxa"/>
              <w:bottom w:w="100" w:type="dxa"/>
              <w:right w:w="100" w:type="dxa"/>
            </w:tcMar>
          </w:tcPr>
          <w:p w14:paraId="105B840C" w14:textId="77777777" w:rsidR="000768AD" w:rsidRDefault="000768AD" w:rsidP="00385EE6">
            <w:pPr>
              <w:widowControl w:val="0"/>
              <w:spacing w:line="240" w:lineRule="auto"/>
              <w:rPr>
                <w:rFonts w:ascii="Montserrat" w:eastAsia="Montserrat" w:hAnsi="Montserrat" w:cs="Montserrat"/>
                <w:b/>
                <w:bCs/>
                <w:color w:val="FFFFFF"/>
                <w:sz w:val="14"/>
                <w:szCs w:val="14"/>
                <w:lang w:val="es-ES"/>
              </w:rPr>
            </w:pPr>
            <w:r w:rsidRPr="000768AD">
              <w:rPr>
                <w:rFonts w:ascii="Montserrat" w:eastAsia="Montserrat" w:hAnsi="Montserrat" w:cs="Montserrat"/>
                <w:b/>
                <w:bCs/>
                <w:color w:val="FFFFFF" w:themeColor="background1"/>
                <w:sz w:val="14"/>
                <w:szCs w:val="14"/>
                <w:lang w:val="fr-FR"/>
              </w:rPr>
              <w:t xml:space="preserve">Va fi </w:t>
            </w:r>
            <w:proofErr w:type="spellStart"/>
            <w:r w:rsidRPr="000768AD">
              <w:rPr>
                <w:rFonts w:ascii="Montserrat" w:eastAsia="Montserrat" w:hAnsi="Montserrat" w:cs="Montserrat"/>
                <w:b/>
                <w:bCs/>
                <w:color w:val="FFFFFF" w:themeColor="background1"/>
                <w:sz w:val="14"/>
                <w:szCs w:val="14"/>
                <w:lang w:val="fr-FR"/>
              </w:rPr>
              <w:t>finalizat</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proiectul</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până</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joi</w:t>
            </w:r>
            <w:proofErr w:type="spellEnd"/>
            <w:r w:rsidRPr="000768AD">
              <w:rPr>
                <w:rFonts w:ascii="Montserrat" w:eastAsia="Montserrat" w:hAnsi="Montserrat" w:cs="Montserrat"/>
                <w:b/>
                <w:bCs/>
                <w:color w:val="FFFFFF" w:themeColor="background1"/>
                <w:sz w:val="14"/>
                <w:szCs w:val="14"/>
                <w:lang w:val="fr-FR"/>
              </w:rPr>
              <w:t xml:space="preserve">, 15 </w:t>
            </w:r>
            <w:proofErr w:type="spellStart"/>
            <w:r w:rsidRPr="000768AD">
              <w:rPr>
                <w:rFonts w:ascii="Montserrat" w:eastAsia="Montserrat" w:hAnsi="Montserrat" w:cs="Montserrat"/>
                <w:b/>
                <w:bCs/>
                <w:color w:val="FFFFFF" w:themeColor="background1"/>
                <w:sz w:val="14"/>
                <w:szCs w:val="14"/>
                <w:lang w:val="fr-FR"/>
              </w:rPr>
              <w:t>aprilie</w:t>
            </w:r>
            <w:proofErr w:type="spellEnd"/>
            <w:r w:rsidRPr="000768AD">
              <w:rPr>
                <w:rFonts w:ascii="Montserrat" w:eastAsia="Montserrat" w:hAnsi="Montserrat" w:cs="Montserrat"/>
                <w:b/>
                <w:bCs/>
                <w:color w:val="FFFFFF" w:themeColor="background1"/>
                <w:sz w:val="14"/>
                <w:szCs w:val="14"/>
                <w:lang w:val="fr-FR"/>
              </w:rPr>
              <w:t xml:space="preserve"> </w:t>
            </w:r>
            <w:proofErr w:type="gramStart"/>
            <w:r w:rsidRPr="000768AD">
              <w:rPr>
                <w:rFonts w:ascii="Montserrat" w:eastAsia="Montserrat" w:hAnsi="Montserrat" w:cs="Montserrat"/>
                <w:b/>
                <w:bCs/>
                <w:color w:val="FFFFFF" w:themeColor="background1"/>
                <w:sz w:val="14"/>
                <w:szCs w:val="14"/>
                <w:lang w:val="fr-FR"/>
              </w:rPr>
              <w:t>2027?</w:t>
            </w:r>
            <w:proofErr w:type="gramEnd"/>
          </w:p>
        </w:tc>
        <w:tc>
          <w:tcPr>
            <w:tcW w:w="1276" w:type="dxa"/>
            <w:gridSpan w:val="2"/>
            <w:shd w:val="clear" w:color="auto" w:fill="1B877F"/>
            <w:tcMar>
              <w:top w:w="100" w:type="dxa"/>
              <w:left w:w="100" w:type="dxa"/>
              <w:bottom w:w="100" w:type="dxa"/>
              <w:right w:w="100" w:type="dxa"/>
            </w:tcMar>
          </w:tcPr>
          <w:p w14:paraId="21E574D0" w14:textId="77777777" w:rsidR="000768AD" w:rsidRDefault="000768AD" w:rsidP="00385EE6">
            <w:pPr>
              <w:widowControl w:val="0"/>
              <w:spacing w:line="240" w:lineRule="auto"/>
              <w:rPr>
                <w:rFonts w:ascii="Montserrat" w:eastAsia="Montserrat" w:hAnsi="Montserrat" w:cs="Montserrat"/>
                <w:b/>
                <w:bCs/>
                <w:color w:val="FFFFFF"/>
                <w:sz w:val="14"/>
                <w:szCs w:val="14"/>
                <w:lang w:val="es-ES"/>
              </w:rPr>
            </w:pPr>
            <w:proofErr w:type="spellStart"/>
            <w:r w:rsidRPr="69F684D5">
              <w:rPr>
                <w:rFonts w:ascii="Montserrat" w:eastAsia="Montserrat" w:hAnsi="Montserrat" w:cs="Montserrat"/>
                <w:b/>
                <w:bCs/>
                <w:color w:val="FFFFFF" w:themeColor="background1"/>
                <w:sz w:val="14"/>
                <w:szCs w:val="14"/>
              </w:rPr>
              <w:t>Aplicația</w:t>
            </w:r>
            <w:proofErr w:type="spellEnd"/>
            <w:r w:rsidRPr="69F684D5">
              <w:rPr>
                <w:rFonts w:ascii="Montserrat" w:eastAsia="Montserrat" w:hAnsi="Montserrat" w:cs="Montserrat"/>
                <w:b/>
                <w:bCs/>
                <w:color w:val="FFFFFF" w:themeColor="background1"/>
                <w:sz w:val="14"/>
                <w:szCs w:val="14"/>
              </w:rPr>
              <w:t xml:space="preserve"> include un </w:t>
            </w:r>
            <w:proofErr w:type="spellStart"/>
            <w:r w:rsidRPr="69F684D5">
              <w:rPr>
                <w:rFonts w:ascii="Montserrat" w:eastAsia="Montserrat" w:hAnsi="Montserrat" w:cs="Montserrat"/>
                <w:b/>
                <w:bCs/>
                <w:color w:val="FFFFFF" w:themeColor="background1"/>
                <w:sz w:val="14"/>
                <w:szCs w:val="14"/>
              </w:rPr>
              <w:t>buget</w:t>
            </w:r>
            <w:proofErr w:type="spellEnd"/>
            <w:r w:rsidRPr="69F684D5">
              <w:rPr>
                <w:rFonts w:ascii="Montserrat" w:eastAsia="Montserrat" w:hAnsi="Montserrat" w:cs="Montserrat"/>
                <w:b/>
                <w:bCs/>
                <w:color w:val="FFFFFF" w:themeColor="background1"/>
                <w:sz w:val="14"/>
                <w:szCs w:val="14"/>
              </w:rPr>
              <w:t xml:space="preserve"> </w:t>
            </w:r>
            <w:proofErr w:type="spellStart"/>
            <w:r w:rsidRPr="69F684D5">
              <w:rPr>
                <w:rFonts w:ascii="Montserrat" w:eastAsia="Montserrat" w:hAnsi="Montserrat" w:cs="Montserrat"/>
                <w:b/>
                <w:bCs/>
                <w:color w:val="FFFFFF" w:themeColor="background1"/>
                <w:sz w:val="14"/>
                <w:szCs w:val="14"/>
              </w:rPr>
              <w:t>simplu</w:t>
            </w:r>
            <w:proofErr w:type="spellEnd"/>
            <w:r w:rsidRPr="69F684D5">
              <w:rPr>
                <w:rFonts w:ascii="Montserrat" w:eastAsia="Montserrat" w:hAnsi="Montserrat" w:cs="Montserrat"/>
                <w:b/>
                <w:bCs/>
                <w:color w:val="FFFFFF" w:themeColor="background1"/>
                <w:sz w:val="14"/>
                <w:szCs w:val="14"/>
              </w:rPr>
              <w:t>?</w:t>
            </w:r>
          </w:p>
        </w:tc>
        <w:tc>
          <w:tcPr>
            <w:tcW w:w="1559" w:type="dxa"/>
            <w:gridSpan w:val="2"/>
            <w:shd w:val="clear" w:color="auto" w:fill="1B877F"/>
            <w:tcMar>
              <w:top w:w="100" w:type="dxa"/>
              <w:left w:w="100" w:type="dxa"/>
              <w:bottom w:w="100" w:type="dxa"/>
              <w:right w:w="100" w:type="dxa"/>
            </w:tcMar>
          </w:tcPr>
          <w:p w14:paraId="7ABF08BB" w14:textId="77777777" w:rsidR="000768AD" w:rsidRDefault="000768AD" w:rsidP="00385EE6">
            <w:pPr>
              <w:widowControl w:val="0"/>
              <w:spacing w:line="240" w:lineRule="auto"/>
              <w:rPr>
                <w:rFonts w:ascii="Montserrat" w:eastAsia="Montserrat" w:hAnsi="Montserrat" w:cs="Montserrat"/>
                <w:b/>
                <w:bCs/>
                <w:color w:val="FFFFFF"/>
                <w:sz w:val="14"/>
                <w:szCs w:val="14"/>
                <w:lang w:val="es-ES"/>
              </w:rPr>
            </w:pPr>
            <w:r w:rsidRPr="7E7C0FD5">
              <w:rPr>
                <w:rFonts w:ascii="Montserrat" w:eastAsia="Montserrat" w:hAnsi="Montserrat" w:cs="Montserrat"/>
                <w:b/>
                <w:bCs/>
                <w:color w:val="FFFFFF" w:themeColor="background1"/>
                <w:sz w:val="14"/>
                <w:szCs w:val="14"/>
              </w:rPr>
              <w:t xml:space="preserve">Sunt </w:t>
            </w:r>
            <w:proofErr w:type="spellStart"/>
            <w:r w:rsidRPr="7E7C0FD5">
              <w:rPr>
                <w:rFonts w:ascii="Montserrat" w:eastAsia="Montserrat" w:hAnsi="Montserrat" w:cs="Montserrat"/>
                <w:b/>
                <w:bCs/>
                <w:color w:val="FFFFFF" w:themeColor="background1"/>
                <w:sz w:val="14"/>
                <w:szCs w:val="14"/>
              </w:rPr>
              <w:t>toate</w:t>
            </w:r>
            <w:proofErr w:type="spellEnd"/>
            <w:r w:rsidRPr="7E7C0FD5">
              <w:rPr>
                <w:rFonts w:ascii="Montserrat" w:eastAsia="Montserrat" w:hAnsi="Montserrat" w:cs="Montserrat"/>
                <w:b/>
                <w:bCs/>
                <w:color w:val="FFFFFF" w:themeColor="background1"/>
                <w:sz w:val="14"/>
                <w:szCs w:val="14"/>
              </w:rPr>
              <w:t xml:space="preserve"> </w:t>
            </w:r>
            <w:proofErr w:type="spellStart"/>
            <w:proofErr w:type="gramStart"/>
            <w:r w:rsidRPr="7E7C0FD5">
              <w:rPr>
                <w:rFonts w:ascii="Montserrat" w:eastAsia="Montserrat" w:hAnsi="Montserrat" w:cs="Montserrat"/>
                <w:b/>
                <w:bCs/>
                <w:color w:val="FFFFFF" w:themeColor="background1"/>
                <w:sz w:val="14"/>
                <w:szCs w:val="14"/>
              </w:rPr>
              <w:t>costurile</w:t>
            </w:r>
            <w:proofErr w:type="spellEnd"/>
            <w:r w:rsidRPr="7E7C0FD5">
              <w:rPr>
                <w:rFonts w:ascii="Montserrat" w:eastAsia="Montserrat" w:hAnsi="Montserrat" w:cs="Montserrat"/>
                <w:b/>
                <w:bCs/>
                <w:color w:val="FFFFFF" w:themeColor="background1"/>
                <w:sz w:val="14"/>
                <w:szCs w:val="14"/>
              </w:rPr>
              <w:t xml:space="preserve">  </w:t>
            </w:r>
            <w:proofErr w:type="spellStart"/>
            <w:r w:rsidRPr="7E7C0FD5">
              <w:rPr>
                <w:rFonts w:ascii="Montserrat" w:eastAsia="Montserrat" w:hAnsi="Montserrat" w:cs="Montserrat"/>
                <w:b/>
                <w:bCs/>
                <w:color w:val="FFFFFF" w:themeColor="background1"/>
                <w:sz w:val="14"/>
                <w:szCs w:val="14"/>
              </w:rPr>
              <w:t>eligibile</w:t>
            </w:r>
            <w:proofErr w:type="spellEnd"/>
            <w:proofErr w:type="gramEnd"/>
            <w:r w:rsidRPr="7E7C0FD5">
              <w:rPr>
                <w:rFonts w:ascii="Montserrat" w:eastAsia="Montserrat" w:hAnsi="Montserrat" w:cs="Montserrat"/>
                <w:b/>
                <w:bCs/>
                <w:color w:val="FFFFFF" w:themeColor="background1"/>
                <w:sz w:val="14"/>
                <w:szCs w:val="14"/>
              </w:rPr>
              <w:t>?</w:t>
            </w:r>
          </w:p>
        </w:tc>
        <w:tc>
          <w:tcPr>
            <w:tcW w:w="1559" w:type="dxa"/>
            <w:gridSpan w:val="2"/>
            <w:shd w:val="clear" w:color="auto" w:fill="1B877F"/>
            <w:tcMar>
              <w:top w:w="100" w:type="dxa"/>
              <w:left w:w="100" w:type="dxa"/>
              <w:bottom w:w="100" w:type="dxa"/>
              <w:right w:w="100" w:type="dxa"/>
            </w:tcMar>
          </w:tcPr>
          <w:p w14:paraId="0DBEDE7B" w14:textId="77777777" w:rsidR="000768AD" w:rsidRDefault="000768AD" w:rsidP="00385EE6">
            <w:pPr>
              <w:widowControl w:val="0"/>
              <w:spacing w:line="240" w:lineRule="auto"/>
              <w:rPr>
                <w:rFonts w:ascii="Montserrat" w:eastAsia="Montserrat" w:hAnsi="Montserrat" w:cs="Montserrat"/>
                <w:b/>
                <w:bCs/>
                <w:color w:val="FFFFFF"/>
                <w:sz w:val="14"/>
                <w:szCs w:val="14"/>
                <w:lang w:val="es-ES"/>
              </w:rPr>
            </w:pPr>
            <w:proofErr w:type="spellStart"/>
            <w:r w:rsidRPr="000768AD">
              <w:rPr>
                <w:rFonts w:ascii="Montserrat" w:eastAsia="Montserrat" w:hAnsi="Montserrat" w:cs="Montserrat"/>
                <w:b/>
                <w:bCs/>
                <w:color w:val="FFFFFF" w:themeColor="background1"/>
                <w:sz w:val="14"/>
                <w:szCs w:val="14"/>
                <w:lang w:val="fr-FR"/>
              </w:rPr>
              <w:t>Costurile</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pentru</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echipamente</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și</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investiții</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sunt</w:t>
            </w:r>
            <w:proofErr w:type="spellEnd"/>
            <w:r w:rsidRPr="000768AD">
              <w:rPr>
                <w:rFonts w:ascii="Montserrat" w:eastAsia="Montserrat" w:hAnsi="Montserrat" w:cs="Montserrat"/>
                <w:b/>
                <w:bCs/>
                <w:color w:val="FFFFFF" w:themeColor="background1"/>
                <w:sz w:val="14"/>
                <w:szCs w:val="14"/>
                <w:lang w:val="fr-FR"/>
              </w:rPr>
              <w:t xml:space="preserve"> mai </w:t>
            </w:r>
            <w:proofErr w:type="spellStart"/>
            <w:r w:rsidRPr="000768AD">
              <w:rPr>
                <w:rFonts w:ascii="Montserrat" w:eastAsia="Montserrat" w:hAnsi="Montserrat" w:cs="Montserrat"/>
                <w:b/>
                <w:bCs/>
                <w:color w:val="FFFFFF" w:themeColor="background1"/>
                <w:sz w:val="14"/>
                <w:szCs w:val="14"/>
                <w:lang w:val="fr-FR"/>
              </w:rPr>
              <w:t>mici</w:t>
            </w:r>
            <w:proofErr w:type="spellEnd"/>
            <w:r w:rsidRPr="000768AD">
              <w:rPr>
                <w:rFonts w:ascii="Montserrat" w:eastAsia="Montserrat" w:hAnsi="Montserrat" w:cs="Montserrat"/>
                <w:b/>
                <w:bCs/>
                <w:color w:val="FFFFFF" w:themeColor="background1"/>
                <w:sz w:val="14"/>
                <w:szCs w:val="14"/>
                <w:lang w:val="fr-FR"/>
              </w:rPr>
              <w:t xml:space="preserve"> de 50% </w:t>
            </w:r>
            <w:proofErr w:type="spellStart"/>
            <w:r w:rsidRPr="000768AD">
              <w:rPr>
                <w:rFonts w:ascii="Montserrat" w:eastAsia="Montserrat" w:hAnsi="Montserrat" w:cs="Montserrat"/>
                <w:b/>
                <w:bCs/>
                <w:color w:val="FFFFFF" w:themeColor="background1"/>
                <w:sz w:val="14"/>
                <w:szCs w:val="14"/>
                <w:lang w:val="fr-FR"/>
              </w:rPr>
              <w:t>din</w:t>
            </w:r>
            <w:proofErr w:type="spellEnd"/>
            <w:r w:rsidRPr="000768AD">
              <w:rPr>
                <w:rFonts w:ascii="Montserrat" w:eastAsia="Montserrat" w:hAnsi="Montserrat" w:cs="Montserrat"/>
                <w:b/>
                <w:bCs/>
                <w:color w:val="FFFFFF" w:themeColor="background1"/>
                <w:sz w:val="14"/>
                <w:szCs w:val="14"/>
                <w:lang w:val="fr-FR"/>
              </w:rPr>
              <w:t xml:space="preserve"> </w:t>
            </w:r>
            <w:proofErr w:type="spellStart"/>
            <w:proofErr w:type="gramStart"/>
            <w:r w:rsidRPr="000768AD">
              <w:rPr>
                <w:rFonts w:ascii="Montserrat" w:eastAsia="Montserrat" w:hAnsi="Montserrat" w:cs="Montserrat"/>
                <w:b/>
                <w:bCs/>
                <w:color w:val="FFFFFF" w:themeColor="background1"/>
                <w:sz w:val="14"/>
                <w:szCs w:val="14"/>
                <w:lang w:val="fr-FR"/>
              </w:rPr>
              <w:t>buget</w:t>
            </w:r>
            <w:proofErr w:type="spellEnd"/>
            <w:r w:rsidRPr="000768AD">
              <w:rPr>
                <w:rFonts w:ascii="Montserrat" w:eastAsia="Montserrat" w:hAnsi="Montserrat" w:cs="Montserrat"/>
                <w:b/>
                <w:bCs/>
                <w:color w:val="FFFFFF" w:themeColor="background1"/>
                <w:sz w:val="14"/>
                <w:szCs w:val="14"/>
                <w:lang w:val="fr-FR"/>
              </w:rPr>
              <w:t>?</w:t>
            </w:r>
            <w:proofErr w:type="gramEnd"/>
          </w:p>
        </w:tc>
        <w:tc>
          <w:tcPr>
            <w:tcW w:w="1355" w:type="dxa"/>
            <w:gridSpan w:val="2"/>
            <w:shd w:val="clear" w:color="auto" w:fill="1B877F"/>
            <w:tcMar>
              <w:top w:w="100" w:type="dxa"/>
              <w:left w:w="100" w:type="dxa"/>
              <w:bottom w:w="100" w:type="dxa"/>
              <w:right w:w="100" w:type="dxa"/>
            </w:tcMar>
          </w:tcPr>
          <w:p w14:paraId="6E69C190" w14:textId="77777777" w:rsidR="000768AD" w:rsidRDefault="000768AD" w:rsidP="00385EE6">
            <w:pPr>
              <w:widowControl w:val="0"/>
              <w:pBdr>
                <w:top w:val="nil"/>
                <w:left w:val="nil"/>
                <w:bottom w:val="nil"/>
                <w:right w:val="nil"/>
                <w:between w:val="nil"/>
              </w:pBdr>
              <w:spacing w:line="240" w:lineRule="auto"/>
              <w:rPr>
                <w:rFonts w:ascii="Montserrat" w:eastAsia="Montserrat" w:hAnsi="Montserrat" w:cs="Montserrat"/>
                <w:b/>
                <w:bCs/>
                <w:color w:val="FFFFFF"/>
                <w:sz w:val="14"/>
                <w:szCs w:val="14"/>
                <w:lang w:val="es-ES"/>
              </w:rPr>
            </w:pPr>
            <w:r w:rsidRPr="000768AD">
              <w:rPr>
                <w:rFonts w:ascii="Montserrat" w:eastAsia="Montserrat" w:hAnsi="Montserrat" w:cs="Montserrat"/>
                <w:b/>
                <w:bCs/>
                <w:color w:val="FFFFFF" w:themeColor="background1"/>
                <w:sz w:val="14"/>
                <w:szCs w:val="14"/>
                <w:lang w:val="fr-FR"/>
              </w:rPr>
              <w:t xml:space="preserve">Este </w:t>
            </w:r>
            <w:proofErr w:type="spellStart"/>
            <w:r w:rsidRPr="000768AD">
              <w:rPr>
                <w:rFonts w:ascii="Montserrat" w:eastAsia="Montserrat" w:hAnsi="Montserrat" w:cs="Montserrat"/>
                <w:b/>
                <w:bCs/>
                <w:color w:val="FFFFFF" w:themeColor="background1"/>
                <w:sz w:val="14"/>
                <w:szCs w:val="14"/>
                <w:lang w:val="fr-FR"/>
              </w:rPr>
              <w:t>acest</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proiect</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eligibil</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pentru</w:t>
            </w:r>
            <w:proofErr w:type="spellEnd"/>
            <w:r w:rsidRPr="000768AD">
              <w:rPr>
                <w:rFonts w:ascii="Montserrat" w:eastAsia="Montserrat" w:hAnsi="Montserrat" w:cs="Montserrat"/>
                <w:b/>
                <w:bCs/>
                <w:color w:val="FFFFFF" w:themeColor="background1"/>
                <w:sz w:val="14"/>
                <w:szCs w:val="14"/>
                <w:lang w:val="fr-FR"/>
              </w:rPr>
              <w:t xml:space="preserve"> </w:t>
            </w:r>
            <w:proofErr w:type="spellStart"/>
            <w:r w:rsidRPr="000768AD">
              <w:rPr>
                <w:rFonts w:ascii="Montserrat" w:eastAsia="Montserrat" w:hAnsi="Montserrat" w:cs="Montserrat"/>
                <w:b/>
                <w:bCs/>
                <w:color w:val="FFFFFF" w:themeColor="background1"/>
                <w:sz w:val="14"/>
                <w:szCs w:val="14"/>
                <w:lang w:val="fr-FR"/>
              </w:rPr>
              <w:t>finanțare</w:t>
            </w:r>
            <w:proofErr w:type="spellEnd"/>
            <w:r w:rsidRPr="000768AD">
              <w:rPr>
                <w:rFonts w:ascii="Montserrat" w:eastAsia="Montserrat" w:hAnsi="Montserrat" w:cs="Montserrat"/>
                <w:b/>
                <w:bCs/>
                <w:color w:val="FFFFFF" w:themeColor="background1"/>
                <w:sz w:val="14"/>
                <w:szCs w:val="14"/>
                <w:lang w:val="fr-FR"/>
              </w:rPr>
              <w:t xml:space="preserve"> </w:t>
            </w:r>
            <w:proofErr w:type="gramStart"/>
            <w:r w:rsidRPr="000768AD">
              <w:rPr>
                <w:rFonts w:ascii="Montserrat" w:eastAsia="Montserrat" w:hAnsi="Montserrat" w:cs="Montserrat"/>
                <w:b/>
                <w:bCs/>
                <w:color w:val="FFFFFF" w:themeColor="background1"/>
                <w:sz w:val="14"/>
                <w:szCs w:val="14"/>
                <w:lang w:val="fr-FR"/>
              </w:rPr>
              <w:t>YCAF?</w:t>
            </w:r>
            <w:proofErr w:type="gramEnd"/>
          </w:p>
          <w:p w14:paraId="6A33A9F2" w14:textId="77777777" w:rsidR="000768AD" w:rsidRPr="000768AD" w:rsidRDefault="000768AD" w:rsidP="00385EE6">
            <w:pPr>
              <w:widowControl w:val="0"/>
              <w:pBdr>
                <w:top w:val="nil"/>
                <w:left w:val="nil"/>
                <w:bottom w:val="nil"/>
                <w:right w:val="nil"/>
                <w:between w:val="nil"/>
              </w:pBdr>
              <w:spacing w:line="240" w:lineRule="auto"/>
              <w:rPr>
                <w:rFonts w:ascii="Montserrat" w:eastAsia="Montserrat" w:hAnsi="Montserrat" w:cs="Montserrat"/>
                <w:b/>
                <w:bCs/>
                <w:color w:val="FFFFFF"/>
                <w:sz w:val="14"/>
                <w:szCs w:val="14"/>
                <w:lang w:val="fr-FR"/>
              </w:rPr>
            </w:pPr>
          </w:p>
          <w:p w14:paraId="5B0B93D6" w14:textId="77777777" w:rsidR="000768AD" w:rsidRDefault="000768AD" w:rsidP="00385EE6">
            <w:pPr>
              <w:widowControl w:val="0"/>
              <w:pBdr>
                <w:top w:val="nil"/>
                <w:left w:val="nil"/>
                <w:bottom w:val="nil"/>
                <w:right w:val="nil"/>
                <w:between w:val="nil"/>
              </w:pBdr>
              <w:spacing w:line="240" w:lineRule="auto"/>
              <w:rPr>
                <w:rFonts w:ascii="Montserrat" w:eastAsia="Montserrat" w:hAnsi="Montserrat" w:cs="Montserrat"/>
                <w:b/>
                <w:bCs/>
                <w:i/>
                <w:iCs/>
                <w:color w:val="FFFFFF"/>
                <w:sz w:val="14"/>
                <w:szCs w:val="14"/>
                <w:lang w:val="es-ES"/>
              </w:rPr>
            </w:pPr>
            <w:r w:rsidRPr="000768AD">
              <w:rPr>
                <w:rFonts w:ascii="Montserrat" w:eastAsia="Montserrat" w:hAnsi="Montserrat" w:cs="Montserrat"/>
                <w:b/>
                <w:bCs/>
                <w:i/>
                <w:iCs/>
                <w:color w:val="FFFFFF" w:themeColor="background1"/>
                <w:sz w:val="14"/>
                <w:szCs w:val="14"/>
                <w:lang w:val="fr-FR"/>
              </w:rPr>
              <w:t xml:space="preserve">Da la </w:t>
            </w:r>
            <w:proofErr w:type="spellStart"/>
            <w:r w:rsidRPr="000768AD">
              <w:rPr>
                <w:rFonts w:ascii="Montserrat" w:eastAsia="Montserrat" w:hAnsi="Montserrat" w:cs="Montserrat"/>
                <w:b/>
                <w:bCs/>
                <w:i/>
                <w:iCs/>
                <w:color w:val="FFFFFF" w:themeColor="background1"/>
                <w:sz w:val="14"/>
                <w:szCs w:val="14"/>
                <w:lang w:val="fr-FR"/>
              </w:rPr>
              <w:t>toate</w:t>
            </w:r>
            <w:proofErr w:type="spellEnd"/>
            <w:r w:rsidRPr="000768AD">
              <w:rPr>
                <w:rFonts w:ascii="Montserrat" w:eastAsia="Montserrat" w:hAnsi="Montserrat" w:cs="Montserrat"/>
                <w:b/>
                <w:bCs/>
                <w:i/>
                <w:iCs/>
                <w:color w:val="FFFFFF" w:themeColor="background1"/>
                <w:sz w:val="14"/>
                <w:szCs w:val="14"/>
                <w:lang w:val="fr-FR"/>
              </w:rPr>
              <w:t xml:space="preserve"> </w:t>
            </w:r>
            <w:proofErr w:type="spellStart"/>
            <w:r w:rsidRPr="000768AD">
              <w:rPr>
                <w:rFonts w:ascii="Montserrat" w:eastAsia="Montserrat" w:hAnsi="Montserrat" w:cs="Montserrat"/>
                <w:b/>
                <w:bCs/>
                <w:i/>
                <w:iCs/>
                <w:color w:val="FFFFFF" w:themeColor="background1"/>
                <w:sz w:val="14"/>
                <w:szCs w:val="14"/>
                <w:lang w:val="fr-FR"/>
              </w:rPr>
              <w:t>întrebările</w:t>
            </w:r>
            <w:proofErr w:type="spellEnd"/>
            <w:r w:rsidRPr="000768AD">
              <w:rPr>
                <w:rFonts w:ascii="Montserrat" w:eastAsia="Montserrat" w:hAnsi="Montserrat" w:cs="Montserrat"/>
                <w:b/>
                <w:bCs/>
                <w:i/>
                <w:iCs/>
                <w:color w:val="FFFFFF" w:themeColor="background1"/>
                <w:sz w:val="14"/>
                <w:szCs w:val="14"/>
                <w:lang w:val="fr-FR"/>
              </w:rPr>
              <w:t xml:space="preserve"> </w:t>
            </w:r>
            <w:proofErr w:type="spellStart"/>
            <w:proofErr w:type="gramStart"/>
            <w:r w:rsidRPr="000768AD">
              <w:rPr>
                <w:rFonts w:ascii="Montserrat" w:eastAsia="Montserrat" w:hAnsi="Montserrat" w:cs="Montserrat"/>
                <w:b/>
                <w:bCs/>
                <w:i/>
                <w:iCs/>
                <w:color w:val="FFFFFF" w:themeColor="background1"/>
                <w:sz w:val="14"/>
                <w:szCs w:val="14"/>
                <w:lang w:val="fr-FR"/>
              </w:rPr>
              <w:t>anterioare</w:t>
            </w:r>
            <w:proofErr w:type="spellEnd"/>
            <w:r w:rsidRPr="000768AD">
              <w:rPr>
                <w:rFonts w:ascii="Montserrat" w:eastAsia="Montserrat" w:hAnsi="Montserrat" w:cs="Montserrat"/>
                <w:b/>
                <w:bCs/>
                <w:i/>
                <w:iCs/>
                <w:color w:val="FFFFFF" w:themeColor="background1"/>
                <w:sz w:val="14"/>
                <w:szCs w:val="14"/>
                <w:lang w:val="fr-FR"/>
              </w:rPr>
              <w:t>?</w:t>
            </w:r>
            <w:proofErr w:type="gramEnd"/>
          </w:p>
        </w:tc>
      </w:tr>
      <w:tr w:rsidR="000768AD" w14:paraId="6A3FE509" w14:textId="77777777" w:rsidTr="00A434F9">
        <w:trPr>
          <w:trHeight w:val="375"/>
          <w:tblHeader/>
        </w:trPr>
        <w:tc>
          <w:tcPr>
            <w:tcW w:w="1904" w:type="dxa"/>
            <w:tcBorders>
              <w:bottom w:val="single" w:sz="36" w:space="0" w:color="1B877F"/>
              <w:right w:val="single" w:sz="12" w:space="0" w:color="000000" w:themeColor="text1"/>
            </w:tcBorders>
            <w:tcMar>
              <w:top w:w="100" w:type="dxa"/>
              <w:left w:w="100" w:type="dxa"/>
              <w:bottom w:w="100" w:type="dxa"/>
              <w:right w:w="100" w:type="dxa"/>
            </w:tcMar>
          </w:tcPr>
          <w:p w14:paraId="5B1C027B" w14:textId="77777777" w:rsidR="000768AD" w:rsidRPr="000768AD" w:rsidRDefault="000768AD" w:rsidP="00385EE6">
            <w:pPr>
              <w:widowControl w:val="0"/>
              <w:spacing w:line="240" w:lineRule="auto"/>
              <w:rPr>
                <w:rFonts w:ascii="Montserrat" w:eastAsia="Montserrat" w:hAnsi="Montserrat" w:cs="Montserrat"/>
                <w:b/>
                <w:bCs/>
                <w:color w:val="FFFFFF"/>
                <w:sz w:val="14"/>
                <w:szCs w:val="14"/>
                <w:lang w:val="fr-FR"/>
              </w:rPr>
            </w:pPr>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5C97FF99" w14:textId="77777777" w:rsidR="000768AD" w:rsidRDefault="000768AD" w:rsidP="00385EE6">
            <w:pPr>
              <w:widowControl w:val="0"/>
              <w:spacing w:line="240" w:lineRule="auto"/>
              <w:jc w:val="center"/>
              <w:rPr>
                <w:rFonts w:ascii="Montserrat" w:eastAsia="Montserrat" w:hAnsi="Montserrat" w:cs="Montserrat"/>
                <w:sz w:val="16"/>
                <w:szCs w:val="16"/>
              </w:rPr>
            </w:pPr>
            <w:r w:rsidRPr="69F684D5">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4E358565" w14:textId="77777777" w:rsidR="000768AD" w:rsidRDefault="000768AD" w:rsidP="00385EE6">
            <w:pPr>
              <w:widowControl w:val="0"/>
              <w:spacing w:line="240" w:lineRule="auto"/>
              <w:jc w:val="center"/>
              <w:rPr>
                <w:rFonts w:ascii="Montserrat" w:eastAsia="Montserrat" w:hAnsi="Montserrat" w:cs="Montserrat"/>
                <w:sz w:val="16"/>
                <w:szCs w:val="16"/>
                <w:lang w:val="es-ES"/>
              </w:rPr>
            </w:pPr>
            <w:r w:rsidRPr="69F684D5">
              <w:rPr>
                <w:rFonts w:ascii="Montserrat" w:eastAsia="Montserrat" w:hAnsi="Montserrat" w:cs="Montserrat"/>
                <w:sz w:val="16"/>
                <w:szCs w:val="16"/>
              </w:rPr>
              <w:t>Nu</w:t>
            </w:r>
          </w:p>
        </w:tc>
        <w:tc>
          <w:tcPr>
            <w:tcW w:w="850"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764B5459"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42EFC04F"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02B178C9"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850"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6D736194"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7E734B32"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2818CB9B"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8"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5A47B852"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0C7718C7"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4FFE4EDA"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6A23E2C0"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7DBECC9E" w14:textId="77777777" w:rsidR="000768AD" w:rsidRDefault="000768AD" w:rsidP="00385EE6">
            <w:pPr>
              <w:widowControl w:val="0"/>
              <w:spacing w:line="240" w:lineRule="auto"/>
              <w:jc w:val="center"/>
              <w:rPr>
                <w:rFonts w:ascii="Montserrat" w:eastAsia="Montserrat" w:hAnsi="Montserrat" w:cs="Montserrat"/>
                <w:sz w:val="16"/>
                <w:szCs w:val="16"/>
              </w:rPr>
            </w:pPr>
            <w:r w:rsidRPr="69F684D5">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1BBCC6AE" w14:textId="77777777" w:rsidR="000768AD" w:rsidRDefault="000768AD" w:rsidP="00385EE6">
            <w:pPr>
              <w:widowControl w:val="0"/>
              <w:spacing w:line="240" w:lineRule="auto"/>
              <w:jc w:val="center"/>
              <w:rPr>
                <w:rFonts w:ascii="Montserrat" w:eastAsia="Montserrat" w:hAnsi="Montserrat" w:cs="Montserrat"/>
                <w:sz w:val="16"/>
                <w:szCs w:val="16"/>
                <w:lang w:val="es-ES"/>
              </w:rPr>
            </w:pPr>
            <w:r w:rsidRPr="69F684D5">
              <w:rPr>
                <w:rFonts w:ascii="Montserrat" w:eastAsia="Montserrat" w:hAnsi="Montserrat" w:cs="Montserrat"/>
                <w:sz w:val="16"/>
                <w:szCs w:val="16"/>
              </w:rPr>
              <w:t>Nu</w:t>
            </w:r>
          </w:p>
        </w:tc>
        <w:tc>
          <w:tcPr>
            <w:tcW w:w="850"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341ECFA9"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1D11670E"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851"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3FAB43B3"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8"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28510C09"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48477F39" w14:textId="77777777" w:rsidR="000768AD" w:rsidRDefault="000768AD" w:rsidP="00385EE6">
            <w:pPr>
              <w:widowControl w:val="0"/>
              <w:spacing w:line="240" w:lineRule="auto"/>
              <w:jc w:val="center"/>
              <w:rPr>
                <w:rFonts w:ascii="Montserrat" w:eastAsia="Montserrat" w:hAnsi="Montserrat" w:cs="Montserrat"/>
                <w:b/>
                <w:bCs/>
                <w:color w:val="FFFFFF"/>
                <w:sz w:val="16"/>
                <w:szCs w:val="16"/>
              </w:rPr>
            </w:pPr>
            <w:r>
              <w:rPr>
                <w:rFonts w:ascii="Montserrat" w:eastAsia="Montserrat" w:hAnsi="Montserrat" w:cs="Montserrat"/>
                <w:b/>
                <w:bCs/>
                <w:sz w:val="16"/>
                <w:szCs w:val="16"/>
              </w:rPr>
              <w:t>da</w:t>
            </w:r>
          </w:p>
        </w:tc>
        <w:tc>
          <w:tcPr>
            <w:tcW w:w="644" w:type="dxa"/>
            <w:tcBorders>
              <w:left w:val="dashed" w:sz="8" w:space="0" w:color="000000" w:themeColor="text1"/>
              <w:bottom w:val="single" w:sz="36" w:space="0" w:color="1B877F"/>
            </w:tcBorders>
            <w:tcMar>
              <w:top w:w="100" w:type="dxa"/>
              <w:left w:w="100" w:type="dxa"/>
              <w:bottom w:w="100" w:type="dxa"/>
              <w:right w:w="100" w:type="dxa"/>
            </w:tcMar>
          </w:tcPr>
          <w:p w14:paraId="79E89242" w14:textId="77777777" w:rsidR="000768AD" w:rsidRDefault="000768AD" w:rsidP="00385EE6">
            <w:pPr>
              <w:widowControl w:val="0"/>
              <w:spacing w:line="240" w:lineRule="auto"/>
              <w:jc w:val="center"/>
              <w:rPr>
                <w:rFonts w:ascii="Montserrat" w:eastAsia="Montserrat" w:hAnsi="Montserrat" w:cs="Montserrat"/>
                <w:b/>
                <w:bCs/>
                <w:color w:val="FFFFFF"/>
                <w:sz w:val="16"/>
                <w:szCs w:val="16"/>
                <w:lang w:val="es-ES"/>
              </w:rPr>
            </w:pPr>
            <w:proofErr w:type="spellStart"/>
            <w:r w:rsidRPr="22657B0E">
              <w:rPr>
                <w:rFonts w:ascii="Montserrat" w:eastAsia="Montserrat" w:hAnsi="Montserrat" w:cs="Montserrat"/>
                <w:b/>
                <w:bCs/>
                <w:sz w:val="16"/>
                <w:szCs w:val="16"/>
                <w:lang w:val="es-ES"/>
              </w:rPr>
              <w:t>Nu</w:t>
            </w:r>
            <w:proofErr w:type="spellEnd"/>
          </w:p>
        </w:tc>
      </w:tr>
      <w:tr w:rsidR="000768AD" w14:paraId="41C1D169" w14:textId="77777777" w:rsidTr="00A434F9">
        <w:trPr>
          <w:trHeight w:val="375"/>
          <w:tblHeader/>
        </w:trPr>
        <w:tc>
          <w:tcPr>
            <w:tcW w:w="1904" w:type="dxa"/>
            <w:tcBorders>
              <w:bottom w:val="single" w:sz="36" w:space="0" w:color="1B877F"/>
              <w:right w:val="single" w:sz="12" w:space="0" w:color="000000" w:themeColor="text1"/>
            </w:tcBorders>
            <w:shd w:val="clear" w:color="auto" w:fill="F3F3F3"/>
            <w:tcMar>
              <w:top w:w="100" w:type="dxa"/>
              <w:left w:w="100" w:type="dxa"/>
              <w:bottom w:w="100" w:type="dxa"/>
              <w:right w:w="100" w:type="dxa"/>
            </w:tcMar>
          </w:tcPr>
          <w:p w14:paraId="30427C3D" w14:textId="77777777" w:rsidR="000768AD" w:rsidRDefault="000768AD" w:rsidP="00385EE6">
            <w:pPr>
              <w:widowControl w:val="0"/>
              <w:spacing w:line="240" w:lineRule="auto"/>
              <w:rPr>
                <w:rFonts w:ascii="Montserrat" w:eastAsia="Montserrat" w:hAnsi="Montserrat" w:cs="Montserrat"/>
                <w:b/>
                <w:bCs/>
                <w:color w:val="FFFFFF"/>
                <w:sz w:val="14"/>
                <w:szCs w:val="14"/>
              </w:rPr>
            </w:pPr>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01A4EE34" w14:textId="77777777" w:rsidR="000768AD" w:rsidRDefault="000768AD" w:rsidP="00385EE6">
            <w:pPr>
              <w:widowControl w:val="0"/>
              <w:spacing w:line="240" w:lineRule="auto"/>
              <w:jc w:val="center"/>
              <w:rPr>
                <w:rFonts w:ascii="Montserrat" w:eastAsia="Montserrat" w:hAnsi="Montserrat" w:cs="Montserrat"/>
                <w:sz w:val="16"/>
                <w:szCs w:val="16"/>
              </w:rPr>
            </w:pPr>
            <w:r w:rsidRPr="69F684D5">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2F5303A7" w14:textId="77777777" w:rsidR="000768AD" w:rsidRDefault="000768AD" w:rsidP="00385EE6">
            <w:pPr>
              <w:widowControl w:val="0"/>
              <w:spacing w:line="240" w:lineRule="auto"/>
              <w:jc w:val="center"/>
              <w:rPr>
                <w:rFonts w:ascii="Montserrat" w:eastAsia="Montserrat" w:hAnsi="Montserrat" w:cs="Montserrat"/>
                <w:sz w:val="16"/>
                <w:szCs w:val="16"/>
                <w:lang w:val="es-ES"/>
              </w:rPr>
            </w:pPr>
            <w:r w:rsidRPr="69F684D5">
              <w:rPr>
                <w:rFonts w:ascii="Montserrat" w:eastAsia="Montserrat" w:hAnsi="Montserrat" w:cs="Montserrat"/>
                <w:sz w:val="16"/>
                <w:szCs w:val="16"/>
              </w:rPr>
              <w:t>Nu</w:t>
            </w:r>
          </w:p>
        </w:tc>
        <w:tc>
          <w:tcPr>
            <w:tcW w:w="850"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1EBFF171"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449E3DE0"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05B896F4"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850"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1583BEE6"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7A3F3021"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65265321"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8"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0A4FFD9F"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39C16E11"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4CA84995"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6F1BB6F0"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1545FEEA" w14:textId="77777777" w:rsidR="000768AD" w:rsidRDefault="000768AD" w:rsidP="00385EE6">
            <w:pPr>
              <w:widowControl w:val="0"/>
              <w:spacing w:line="240" w:lineRule="auto"/>
              <w:jc w:val="center"/>
              <w:rPr>
                <w:rFonts w:ascii="Montserrat" w:eastAsia="Montserrat" w:hAnsi="Montserrat" w:cs="Montserrat"/>
                <w:sz w:val="16"/>
                <w:szCs w:val="16"/>
              </w:rPr>
            </w:pPr>
            <w:r w:rsidRPr="69F684D5">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395115E0" w14:textId="77777777" w:rsidR="000768AD" w:rsidRDefault="000768AD" w:rsidP="00385EE6">
            <w:pPr>
              <w:widowControl w:val="0"/>
              <w:spacing w:line="240" w:lineRule="auto"/>
              <w:jc w:val="center"/>
              <w:rPr>
                <w:rFonts w:ascii="Montserrat" w:eastAsia="Montserrat" w:hAnsi="Montserrat" w:cs="Montserrat"/>
                <w:sz w:val="16"/>
                <w:szCs w:val="16"/>
                <w:lang w:val="es-ES"/>
              </w:rPr>
            </w:pPr>
            <w:r w:rsidRPr="69F684D5">
              <w:rPr>
                <w:rFonts w:ascii="Montserrat" w:eastAsia="Montserrat" w:hAnsi="Montserrat" w:cs="Montserrat"/>
                <w:sz w:val="16"/>
                <w:szCs w:val="16"/>
              </w:rPr>
              <w:t>Nu</w:t>
            </w:r>
          </w:p>
        </w:tc>
        <w:tc>
          <w:tcPr>
            <w:tcW w:w="850"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76C0F50F"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6386339D"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851"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2E76EEEB"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8"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23B881E4"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785BDD78" w14:textId="77777777" w:rsidR="000768AD" w:rsidRDefault="000768AD" w:rsidP="00385EE6">
            <w:pPr>
              <w:widowControl w:val="0"/>
              <w:spacing w:line="240" w:lineRule="auto"/>
              <w:jc w:val="center"/>
              <w:rPr>
                <w:rFonts w:ascii="Montserrat" w:eastAsia="Montserrat" w:hAnsi="Montserrat" w:cs="Montserrat"/>
                <w:b/>
                <w:bCs/>
                <w:color w:val="FFFFFF"/>
                <w:sz w:val="16"/>
                <w:szCs w:val="16"/>
              </w:rPr>
            </w:pPr>
            <w:r>
              <w:rPr>
                <w:rFonts w:ascii="Montserrat" w:eastAsia="Montserrat" w:hAnsi="Montserrat" w:cs="Montserrat"/>
                <w:b/>
                <w:bCs/>
                <w:sz w:val="16"/>
                <w:szCs w:val="16"/>
              </w:rPr>
              <w:t>da</w:t>
            </w:r>
          </w:p>
        </w:tc>
        <w:tc>
          <w:tcPr>
            <w:tcW w:w="644" w:type="dxa"/>
            <w:tcBorders>
              <w:left w:val="dashed" w:sz="8" w:space="0" w:color="000000" w:themeColor="text1"/>
              <w:bottom w:val="single" w:sz="36" w:space="0" w:color="1B877F"/>
            </w:tcBorders>
            <w:shd w:val="clear" w:color="auto" w:fill="F3F3F3"/>
            <w:tcMar>
              <w:top w:w="100" w:type="dxa"/>
              <w:left w:w="100" w:type="dxa"/>
              <w:bottom w:w="100" w:type="dxa"/>
              <w:right w:w="100" w:type="dxa"/>
            </w:tcMar>
          </w:tcPr>
          <w:p w14:paraId="774C3608" w14:textId="77777777" w:rsidR="000768AD" w:rsidRDefault="000768AD" w:rsidP="00385EE6">
            <w:pPr>
              <w:widowControl w:val="0"/>
              <w:spacing w:line="240" w:lineRule="auto"/>
              <w:jc w:val="center"/>
              <w:rPr>
                <w:rFonts w:ascii="Montserrat" w:eastAsia="Montserrat" w:hAnsi="Montserrat" w:cs="Montserrat"/>
                <w:b/>
                <w:bCs/>
                <w:color w:val="FFFFFF"/>
                <w:sz w:val="16"/>
                <w:szCs w:val="16"/>
                <w:lang w:val="es-ES"/>
              </w:rPr>
            </w:pPr>
            <w:proofErr w:type="spellStart"/>
            <w:r w:rsidRPr="22657B0E">
              <w:rPr>
                <w:rFonts w:ascii="Montserrat" w:eastAsia="Montserrat" w:hAnsi="Montserrat" w:cs="Montserrat"/>
                <w:b/>
                <w:bCs/>
                <w:sz w:val="16"/>
                <w:szCs w:val="16"/>
                <w:lang w:val="es-ES"/>
              </w:rPr>
              <w:t>Nu</w:t>
            </w:r>
            <w:proofErr w:type="spellEnd"/>
          </w:p>
        </w:tc>
      </w:tr>
      <w:tr w:rsidR="000768AD" w14:paraId="21FCF6DE" w14:textId="77777777" w:rsidTr="00A434F9">
        <w:trPr>
          <w:trHeight w:val="375"/>
          <w:tblHeader/>
        </w:trPr>
        <w:tc>
          <w:tcPr>
            <w:tcW w:w="1904" w:type="dxa"/>
            <w:tcBorders>
              <w:bottom w:val="single" w:sz="36" w:space="0" w:color="1B877F"/>
              <w:right w:val="single" w:sz="12" w:space="0" w:color="000000" w:themeColor="text1"/>
            </w:tcBorders>
            <w:tcMar>
              <w:top w:w="100" w:type="dxa"/>
              <w:left w:w="100" w:type="dxa"/>
              <w:bottom w:w="100" w:type="dxa"/>
              <w:right w:w="100" w:type="dxa"/>
            </w:tcMar>
          </w:tcPr>
          <w:p w14:paraId="438B7067" w14:textId="77777777" w:rsidR="000768AD" w:rsidRDefault="000768AD" w:rsidP="00385EE6">
            <w:pPr>
              <w:widowControl w:val="0"/>
              <w:spacing w:line="240" w:lineRule="auto"/>
              <w:rPr>
                <w:rFonts w:ascii="Montserrat" w:eastAsia="Montserrat" w:hAnsi="Montserrat" w:cs="Montserrat"/>
                <w:b/>
                <w:bCs/>
                <w:color w:val="FFFFFF"/>
                <w:sz w:val="14"/>
                <w:szCs w:val="14"/>
              </w:rPr>
            </w:pPr>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5763EF4A" w14:textId="77777777" w:rsidR="000768AD" w:rsidRDefault="000768AD" w:rsidP="00385EE6">
            <w:pPr>
              <w:widowControl w:val="0"/>
              <w:spacing w:line="240" w:lineRule="auto"/>
              <w:jc w:val="center"/>
              <w:rPr>
                <w:rFonts w:ascii="Montserrat" w:eastAsia="Montserrat" w:hAnsi="Montserrat" w:cs="Montserrat"/>
                <w:sz w:val="16"/>
                <w:szCs w:val="16"/>
              </w:rPr>
            </w:pPr>
            <w:r w:rsidRPr="69F684D5">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2FDFDBDA" w14:textId="77777777" w:rsidR="000768AD" w:rsidRDefault="000768AD" w:rsidP="00385EE6">
            <w:pPr>
              <w:widowControl w:val="0"/>
              <w:spacing w:line="240" w:lineRule="auto"/>
              <w:jc w:val="center"/>
              <w:rPr>
                <w:rFonts w:ascii="Montserrat" w:eastAsia="Montserrat" w:hAnsi="Montserrat" w:cs="Montserrat"/>
                <w:sz w:val="16"/>
                <w:szCs w:val="16"/>
                <w:lang w:val="es-ES"/>
              </w:rPr>
            </w:pPr>
            <w:r w:rsidRPr="69F684D5">
              <w:rPr>
                <w:rFonts w:ascii="Montserrat" w:eastAsia="Montserrat" w:hAnsi="Montserrat" w:cs="Montserrat"/>
                <w:sz w:val="16"/>
                <w:szCs w:val="16"/>
              </w:rPr>
              <w:t>Nu</w:t>
            </w:r>
          </w:p>
        </w:tc>
        <w:tc>
          <w:tcPr>
            <w:tcW w:w="850"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3A01F83D"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789CFEEB"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39EC7781"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850"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3FB16CB3"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14A3EAE4"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6F76FAD3"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8"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4281743A"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7B54AD68"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7A8D74E6"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1FCAA127"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3B9529EA" w14:textId="77777777" w:rsidR="000768AD" w:rsidRDefault="000768AD" w:rsidP="00385EE6">
            <w:pPr>
              <w:widowControl w:val="0"/>
              <w:spacing w:line="240" w:lineRule="auto"/>
              <w:jc w:val="center"/>
              <w:rPr>
                <w:rFonts w:ascii="Montserrat" w:eastAsia="Montserrat" w:hAnsi="Montserrat" w:cs="Montserrat"/>
                <w:sz w:val="16"/>
                <w:szCs w:val="16"/>
              </w:rPr>
            </w:pPr>
            <w:r w:rsidRPr="69F684D5">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6475BA31" w14:textId="77777777" w:rsidR="000768AD" w:rsidRDefault="000768AD" w:rsidP="00385EE6">
            <w:pPr>
              <w:widowControl w:val="0"/>
              <w:spacing w:line="240" w:lineRule="auto"/>
              <w:jc w:val="center"/>
              <w:rPr>
                <w:rFonts w:ascii="Montserrat" w:eastAsia="Montserrat" w:hAnsi="Montserrat" w:cs="Montserrat"/>
                <w:sz w:val="16"/>
                <w:szCs w:val="16"/>
                <w:lang w:val="es-ES"/>
              </w:rPr>
            </w:pPr>
            <w:r w:rsidRPr="69F684D5">
              <w:rPr>
                <w:rFonts w:ascii="Montserrat" w:eastAsia="Montserrat" w:hAnsi="Montserrat" w:cs="Montserrat"/>
                <w:sz w:val="16"/>
                <w:szCs w:val="16"/>
              </w:rPr>
              <w:t>Nu</w:t>
            </w:r>
          </w:p>
        </w:tc>
        <w:tc>
          <w:tcPr>
            <w:tcW w:w="850"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1374CEE2"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033168DB"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851"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1990483E"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8"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4F302C38"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061D4BF2" w14:textId="77777777" w:rsidR="000768AD" w:rsidRDefault="000768AD" w:rsidP="00385EE6">
            <w:pPr>
              <w:widowControl w:val="0"/>
              <w:spacing w:line="240" w:lineRule="auto"/>
              <w:jc w:val="center"/>
              <w:rPr>
                <w:rFonts w:ascii="Montserrat" w:eastAsia="Montserrat" w:hAnsi="Montserrat" w:cs="Montserrat"/>
                <w:b/>
                <w:bCs/>
                <w:color w:val="FFFFFF"/>
                <w:sz w:val="16"/>
                <w:szCs w:val="16"/>
              </w:rPr>
            </w:pPr>
            <w:r>
              <w:rPr>
                <w:rFonts w:ascii="Montserrat" w:eastAsia="Montserrat" w:hAnsi="Montserrat" w:cs="Montserrat"/>
                <w:b/>
                <w:bCs/>
                <w:sz w:val="16"/>
                <w:szCs w:val="16"/>
              </w:rPr>
              <w:t>da</w:t>
            </w:r>
          </w:p>
        </w:tc>
        <w:tc>
          <w:tcPr>
            <w:tcW w:w="644" w:type="dxa"/>
            <w:tcBorders>
              <w:left w:val="dashed" w:sz="8" w:space="0" w:color="000000" w:themeColor="text1"/>
              <w:bottom w:val="single" w:sz="36" w:space="0" w:color="1B877F"/>
            </w:tcBorders>
            <w:tcMar>
              <w:top w:w="100" w:type="dxa"/>
              <w:left w:w="100" w:type="dxa"/>
              <w:bottom w:w="100" w:type="dxa"/>
              <w:right w:w="100" w:type="dxa"/>
            </w:tcMar>
          </w:tcPr>
          <w:p w14:paraId="2CF73019" w14:textId="77777777" w:rsidR="000768AD" w:rsidRDefault="000768AD" w:rsidP="00385EE6">
            <w:pPr>
              <w:widowControl w:val="0"/>
              <w:spacing w:line="240" w:lineRule="auto"/>
              <w:jc w:val="center"/>
              <w:rPr>
                <w:rFonts w:ascii="Montserrat" w:eastAsia="Montserrat" w:hAnsi="Montserrat" w:cs="Montserrat"/>
                <w:b/>
                <w:bCs/>
                <w:color w:val="FFFFFF"/>
                <w:sz w:val="16"/>
                <w:szCs w:val="16"/>
                <w:lang w:val="es-ES"/>
              </w:rPr>
            </w:pPr>
            <w:proofErr w:type="spellStart"/>
            <w:r w:rsidRPr="22657B0E">
              <w:rPr>
                <w:rFonts w:ascii="Montserrat" w:eastAsia="Montserrat" w:hAnsi="Montserrat" w:cs="Montserrat"/>
                <w:b/>
                <w:bCs/>
                <w:sz w:val="16"/>
                <w:szCs w:val="16"/>
                <w:lang w:val="es-ES"/>
              </w:rPr>
              <w:t>Nu</w:t>
            </w:r>
            <w:proofErr w:type="spellEnd"/>
          </w:p>
        </w:tc>
      </w:tr>
      <w:tr w:rsidR="000768AD" w14:paraId="32216112" w14:textId="77777777" w:rsidTr="00A434F9">
        <w:trPr>
          <w:trHeight w:val="375"/>
          <w:tblHeader/>
        </w:trPr>
        <w:tc>
          <w:tcPr>
            <w:tcW w:w="1904" w:type="dxa"/>
            <w:tcBorders>
              <w:bottom w:val="single" w:sz="36" w:space="0" w:color="1B877F"/>
              <w:right w:val="single" w:sz="12" w:space="0" w:color="000000" w:themeColor="text1"/>
            </w:tcBorders>
            <w:shd w:val="clear" w:color="auto" w:fill="F3F3F3"/>
            <w:tcMar>
              <w:top w:w="100" w:type="dxa"/>
              <w:left w:w="100" w:type="dxa"/>
              <w:bottom w:w="100" w:type="dxa"/>
              <w:right w:w="100" w:type="dxa"/>
            </w:tcMar>
          </w:tcPr>
          <w:p w14:paraId="00975694" w14:textId="77777777" w:rsidR="000768AD" w:rsidRDefault="000768AD" w:rsidP="00385EE6">
            <w:pPr>
              <w:widowControl w:val="0"/>
              <w:spacing w:line="240" w:lineRule="auto"/>
              <w:rPr>
                <w:rFonts w:ascii="Montserrat" w:eastAsia="Montserrat" w:hAnsi="Montserrat" w:cs="Montserrat"/>
                <w:b/>
                <w:bCs/>
                <w:color w:val="FFFFFF"/>
                <w:sz w:val="14"/>
                <w:szCs w:val="14"/>
              </w:rPr>
            </w:pPr>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48E11A85" w14:textId="77777777" w:rsidR="000768AD" w:rsidRDefault="000768AD" w:rsidP="00385EE6">
            <w:pPr>
              <w:widowControl w:val="0"/>
              <w:spacing w:line="240" w:lineRule="auto"/>
              <w:jc w:val="center"/>
              <w:rPr>
                <w:rFonts w:ascii="Montserrat" w:eastAsia="Montserrat" w:hAnsi="Montserrat" w:cs="Montserrat"/>
                <w:sz w:val="16"/>
                <w:szCs w:val="16"/>
              </w:rPr>
            </w:pPr>
            <w:r w:rsidRPr="69F684D5">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7EC34757" w14:textId="77777777" w:rsidR="000768AD" w:rsidRDefault="000768AD" w:rsidP="00385EE6">
            <w:pPr>
              <w:widowControl w:val="0"/>
              <w:spacing w:line="240" w:lineRule="auto"/>
              <w:jc w:val="center"/>
              <w:rPr>
                <w:rFonts w:ascii="Montserrat" w:eastAsia="Montserrat" w:hAnsi="Montserrat" w:cs="Montserrat"/>
                <w:sz w:val="16"/>
                <w:szCs w:val="16"/>
                <w:lang w:val="es-ES"/>
              </w:rPr>
            </w:pPr>
            <w:r w:rsidRPr="69F684D5">
              <w:rPr>
                <w:rFonts w:ascii="Montserrat" w:eastAsia="Montserrat" w:hAnsi="Montserrat" w:cs="Montserrat"/>
                <w:sz w:val="16"/>
                <w:szCs w:val="16"/>
              </w:rPr>
              <w:t>Nu</w:t>
            </w:r>
          </w:p>
        </w:tc>
        <w:tc>
          <w:tcPr>
            <w:tcW w:w="850"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2494D6E8"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7D055752"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50F3EB36"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850"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38934B5D"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05BEF2F9"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097BF92D"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8"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7412E818"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145EDC21"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162F97C3"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3ADDC90A"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69765D1F" w14:textId="77777777" w:rsidR="000768AD" w:rsidRDefault="000768AD" w:rsidP="00385EE6">
            <w:pPr>
              <w:widowControl w:val="0"/>
              <w:spacing w:line="240" w:lineRule="auto"/>
              <w:jc w:val="center"/>
              <w:rPr>
                <w:rFonts w:ascii="Montserrat" w:eastAsia="Montserrat" w:hAnsi="Montserrat" w:cs="Montserrat"/>
                <w:sz w:val="16"/>
                <w:szCs w:val="16"/>
              </w:rPr>
            </w:pPr>
            <w:r w:rsidRPr="69F684D5">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7CDF5BF4" w14:textId="77777777" w:rsidR="000768AD" w:rsidRDefault="000768AD" w:rsidP="00385EE6">
            <w:pPr>
              <w:widowControl w:val="0"/>
              <w:spacing w:line="240" w:lineRule="auto"/>
              <w:jc w:val="center"/>
              <w:rPr>
                <w:rFonts w:ascii="Montserrat" w:eastAsia="Montserrat" w:hAnsi="Montserrat" w:cs="Montserrat"/>
                <w:sz w:val="16"/>
                <w:szCs w:val="16"/>
                <w:lang w:val="es-ES"/>
              </w:rPr>
            </w:pPr>
            <w:r w:rsidRPr="69F684D5">
              <w:rPr>
                <w:rFonts w:ascii="Montserrat" w:eastAsia="Montserrat" w:hAnsi="Montserrat" w:cs="Montserrat"/>
                <w:sz w:val="16"/>
                <w:szCs w:val="16"/>
              </w:rPr>
              <w:t>Nu</w:t>
            </w:r>
          </w:p>
        </w:tc>
        <w:tc>
          <w:tcPr>
            <w:tcW w:w="850"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1FD79CD9"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2DA8F864"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851"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464DD9B6"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8"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33A5FC9A"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01D85F7D" w14:textId="77777777" w:rsidR="000768AD" w:rsidRDefault="000768AD" w:rsidP="00385EE6">
            <w:pPr>
              <w:widowControl w:val="0"/>
              <w:spacing w:line="240" w:lineRule="auto"/>
              <w:jc w:val="center"/>
              <w:rPr>
                <w:rFonts w:ascii="Montserrat" w:eastAsia="Montserrat" w:hAnsi="Montserrat" w:cs="Montserrat"/>
                <w:b/>
                <w:bCs/>
                <w:color w:val="FFFFFF"/>
                <w:sz w:val="16"/>
                <w:szCs w:val="16"/>
              </w:rPr>
            </w:pPr>
            <w:r>
              <w:rPr>
                <w:rFonts w:ascii="Montserrat" w:eastAsia="Montserrat" w:hAnsi="Montserrat" w:cs="Montserrat"/>
                <w:b/>
                <w:bCs/>
                <w:sz w:val="16"/>
                <w:szCs w:val="16"/>
              </w:rPr>
              <w:t>da</w:t>
            </w:r>
          </w:p>
        </w:tc>
        <w:tc>
          <w:tcPr>
            <w:tcW w:w="644" w:type="dxa"/>
            <w:tcBorders>
              <w:left w:val="dashed" w:sz="8" w:space="0" w:color="000000" w:themeColor="text1"/>
              <w:bottom w:val="single" w:sz="36" w:space="0" w:color="1B877F"/>
            </w:tcBorders>
            <w:shd w:val="clear" w:color="auto" w:fill="F3F3F3"/>
            <w:tcMar>
              <w:top w:w="100" w:type="dxa"/>
              <w:left w:w="100" w:type="dxa"/>
              <w:bottom w:w="100" w:type="dxa"/>
              <w:right w:w="100" w:type="dxa"/>
            </w:tcMar>
          </w:tcPr>
          <w:p w14:paraId="64D3F315" w14:textId="77777777" w:rsidR="000768AD" w:rsidRDefault="000768AD" w:rsidP="00385EE6">
            <w:pPr>
              <w:widowControl w:val="0"/>
              <w:spacing w:line="240" w:lineRule="auto"/>
              <w:jc w:val="center"/>
              <w:rPr>
                <w:rFonts w:ascii="Montserrat" w:eastAsia="Montserrat" w:hAnsi="Montserrat" w:cs="Montserrat"/>
                <w:b/>
                <w:bCs/>
                <w:color w:val="FFFFFF"/>
                <w:sz w:val="16"/>
                <w:szCs w:val="16"/>
                <w:lang w:val="es-ES"/>
              </w:rPr>
            </w:pPr>
            <w:proofErr w:type="spellStart"/>
            <w:r w:rsidRPr="22657B0E">
              <w:rPr>
                <w:rFonts w:ascii="Montserrat" w:eastAsia="Montserrat" w:hAnsi="Montserrat" w:cs="Montserrat"/>
                <w:b/>
                <w:bCs/>
                <w:sz w:val="16"/>
                <w:szCs w:val="16"/>
                <w:lang w:val="es-ES"/>
              </w:rPr>
              <w:t>Nu</w:t>
            </w:r>
            <w:proofErr w:type="spellEnd"/>
          </w:p>
        </w:tc>
      </w:tr>
      <w:tr w:rsidR="000768AD" w14:paraId="634628E8" w14:textId="77777777" w:rsidTr="00A434F9">
        <w:trPr>
          <w:trHeight w:val="375"/>
          <w:tblHeader/>
        </w:trPr>
        <w:tc>
          <w:tcPr>
            <w:tcW w:w="1904" w:type="dxa"/>
            <w:tcBorders>
              <w:bottom w:val="single" w:sz="36" w:space="0" w:color="1B877F"/>
              <w:right w:val="single" w:sz="12" w:space="0" w:color="000000" w:themeColor="text1"/>
            </w:tcBorders>
            <w:tcMar>
              <w:top w:w="100" w:type="dxa"/>
              <w:left w:w="100" w:type="dxa"/>
              <w:bottom w:w="100" w:type="dxa"/>
              <w:right w:w="100" w:type="dxa"/>
            </w:tcMar>
          </w:tcPr>
          <w:p w14:paraId="4595C45C" w14:textId="77777777" w:rsidR="000768AD" w:rsidRDefault="000768AD" w:rsidP="00385EE6">
            <w:pPr>
              <w:widowControl w:val="0"/>
              <w:spacing w:line="240" w:lineRule="auto"/>
              <w:rPr>
                <w:rFonts w:ascii="Montserrat" w:eastAsia="Montserrat" w:hAnsi="Montserrat" w:cs="Montserrat"/>
                <w:b/>
                <w:bCs/>
                <w:color w:val="FFFFFF"/>
                <w:sz w:val="14"/>
                <w:szCs w:val="14"/>
              </w:rPr>
            </w:pPr>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1D9AC894" w14:textId="77777777" w:rsidR="000768AD" w:rsidRDefault="000768AD" w:rsidP="00385EE6">
            <w:pPr>
              <w:widowControl w:val="0"/>
              <w:spacing w:line="240" w:lineRule="auto"/>
              <w:jc w:val="center"/>
              <w:rPr>
                <w:rFonts w:ascii="Montserrat" w:eastAsia="Montserrat" w:hAnsi="Montserrat" w:cs="Montserrat"/>
                <w:sz w:val="16"/>
                <w:szCs w:val="16"/>
              </w:rPr>
            </w:pPr>
            <w:r w:rsidRPr="69F684D5">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560D905C" w14:textId="77777777" w:rsidR="000768AD" w:rsidRDefault="000768AD" w:rsidP="00385EE6">
            <w:pPr>
              <w:widowControl w:val="0"/>
              <w:spacing w:line="240" w:lineRule="auto"/>
              <w:jc w:val="center"/>
              <w:rPr>
                <w:rFonts w:ascii="Montserrat" w:eastAsia="Montserrat" w:hAnsi="Montserrat" w:cs="Montserrat"/>
                <w:sz w:val="16"/>
                <w:szCs w:val="16"/>
                <w:lang w:val="es-ES"/>
              </w:rPr>
            </w:pPr>
            <w:r w:rsidRPr="69F684D5">
              <w:rPr>
                <w:rFonts w:ascii="Montserrat" w:eastAsia="Montserrat" w:hAnsi="Montserrat" w:cs="Montserrat"/>
                <w:sz w:val="16"/>
                <w:szCs w:val="16"/>
              </w:rPr>
              <w:t>Nu</w:t>
            </w:r>
          </w:p>
        </w:tc>
        <w:tc>
          <w:tcPr>
            <w:tcW w:w="850"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6167F4E8"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6C2B602A"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57151D13"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850"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60093871"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5CC73F62"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62D787DD"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8"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01840D65"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42028294"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75584C05"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57694278"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7C27C9BC" w14:textId="77777777" w:rsidR="000768AD" w:rsidRDefault="000768AD" w:rsidP="00385EE6">
            <w:pPr>
              <w:widowControl w:val="0"/>
              <w:spacing w:line="240" w:lineRule="auto"/>
              <w:jc w:val="center"/>
              <w:rPr>
                <w:rFonts w:ascii="Montserrat" w:eastAsia="Montserrat" w:hAnsi="Montserrat" w:cs="Montserrat"/>
                <w:sz w:val="16"/>
                <w:szCs w:val="16"/>
              </w:rPr>
            </w:pPr>
            <w:r w:rsidRPr="69F684D5">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1D7330D4" w14:textId="77777777" w:rsidR="000768AD" w:rsidRDefault="000768AD" w:rsidP="00385EE6">
            <w:pPr>
              <w:widowControl w:val="0"/>
              <w:spacing w:line="240" w:lineRule="auto"/>
              <w:jc w:val="center"/>
              <w:rPr>
                <w:rFonts w:ascii="Montserrat" w:eastAsia="Montserrat" w:hAnsi="Montserrat" w:cs="Montserrat"/>
                <w:sz w:val="16"/>
                <w:szCs w:val="16"/>
                <w:lang w:val="es-ES"/>
              </w:rPr>
            </w:pPr>
            <w:r w:rsidRPr="69F684D5">
              <w:rPr>
                <w:rFonts w:ascii="Montserrat" w:eastAsia="Montserrat" w:hAnsi="Montserrat" w:cs="Montserrat"/>
                <w:sz w:val="16"/>
                <w:szCs w:val="16"/>
              </w:rPr>
              <w:t>Nu</w:t>
            </w:r>
          </w:p>
        </w:tc>
        <w:tc>
          <w:tcPr>
            <w:tcW w:w="850"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6724EE7C"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0EDDF11A"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851"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7377350E"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8"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3F3B4648"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60041D15" w14:textId="77777777" w:rsidR="000768AD" w:rsidRDefault="000768AD" w:rsidP="00385EE6">
            <w:pPr>
              <w:widowControl w:val="0"/>
              <w:spacing w:line="240" w:lineRule="auto"/>
              <w:jc w:val="center"/>
              <w:rPr>
                <w:rFonts w:ascii="Montserrat" w:eastAsia="Montserrat" w:hAnsi="Montserrat" w:cs="Montserrat"/>
                <w:b/>
                <w:bCs/>
                <w:color w:val="FFFFFF"/>
                <w:sz w:val="16"/>
                <w:szCs w:val="16"/>
              </w:rPr>
            </w:pPr>
            <w:r>
              <w:rPr>
                <w:rFonts w:ascii="Montserrat" w:eastAsia="Montserrat" w:hAnsi="Montserrat" w:cs="Montserrat"/>
                <w:b/>
                <w:bCs/>
                <w:sz w:val="16"/>
                <w:szCs w:val="16"/>
              </w:rPr>
              <w:t>da</w:t>
            </w:r>
          </w:p>
        </w:tc>
        <w:tc>
          <w:tcPr>
            <w:tcW w:w="644" w:type="dxa"/>
            <w:tcBorders>
              <w:left w:val="dashed" w:sz="8" w:space="0" w:color="000000" w:themeColor="text1"/>
              <w:bottom w:val="single" w:sz="36" w:space="0" w:color="1B877F"/>
            </w:tcBorders>
            <w:tcMar>
              <w:top w:w="100" w:type="dxa"/>
              <w:left w:w="100" w:type="dxa"/>
              <w:bottom w:w="100" w:type="dxa"/>
              <w:right w:w="100" w:type="dxa"/>
            </w:tcMar>
          </w:tcPr>
          <w:p w14:paraId="18DCA22C" w14:textId="77777777" w:rsidR="000768AD" w:rsidRDefault="000768AD" w:rsidP="00385EE6">
            <w:pPr>
              <w:widowControl w:val="0"/>
              <w:spacing w:line="240" w:lineRule="auto"/>
              <w:jc w:val="center"/>
              <w:rPr>
                <w:rFonts w:ascii="Montserrat" w:eastAsia="Montserrat" w:hAnsi="Montserrat" w:cs="Montserrat"/>
                <w:b/>
                <w:bCs/>
                <w:color w:val="FFFFFF"/>
                <w:sz w:val="16"/>
                <w:szCs w:val="16"/>
                <w:lang w:val="es-ES"/>
              </w:rPr>
            </w:pPr>
            <w:proofErr w:type="spellStart"/>
            <w:r w:rsidRPr="22657B0E">
              <w:rPr>
                <w:rFonts w:ascii="Montserrat" w:eastAsia="Montserrat" w:hAnsi="Montserrat" w:cs="Montserrat"/>
                <w:b/>
                <w:bCs/>
                <w:sz w:val="16"/>
                <w:szCs w:val="16"/>
                <w:lang w:val="es-ES"/>
              </w:rPr>
              <w:t>Nu</w:t>
            </w:r>
            <w:proofErr w:type="spellEnd"/>
          </w:p>
        </w:tc>
      </w:tr>
      <w:tr w:rsidR="000768AD" w14:paraId="401B33B7" w14:textId="77777777" w:rsidTr="00A434F9">
        <w:trPr>
          <w:trHeight w:val="375"/>
          <w:tblHeader/>
        </w:trPr>
        <w:tc>
          <w:tcPr>
            <w:tcW w:w="1904" w:type="dxa"/>
            <w:tcBorders>
              <w:bottom w:val="single" w:sz="36" w:space="0" w:color="1B877F"/>
              <w:right w:val="single" w:sz="12" w:space="0" w:color="000000" w:themeColor="text1"/>
            </w:tcBorders>
            <w:shd w:val="clear" w:color="auto" w:fill="F3F3F3"/>
            <w:tcMar>
              <w:top w:w="100" w:type="dxa"/>
              <w:left w:w="100" w:type="dxa"/>
              <w:bottom w:w="100" w:type="dxa"/>
              <w:right w:w="100" w:type="dxa"/>
            </w:tcMar>
          </w:tcPr>
          <w:p w14:paraId="159C2B98" w14:textId="77777777" w:rsidR="000768AD" w:rsidRDefault="000768AD" w:rsidP="00385EE6">
            <w:pPr>
              <w:widowControl w:val="0"/>
              <w:spacing w:line="240" w:lineRule="auto"/>
              <w:rPr>
                <w:rFonts w:ascii="Montserrat" w:eastAsia="Montserrat" w:hAnsi="Montserrat" w:cs="Montserrat"/>
                <w:b/>
                <w:bCs/>
                <w:color w:val="FFFFFF"/>
                <w:sz w:val="14"/>
                <w:szCs w:val="14"/>
              </w:rPr>
            </w:pPr>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23411B7F" w14:textId="77777777" w:rsidR="000768AD" w:rsidRDefault="000768AD" w:rsidP="00385EE6">
            <w:pPr>
              <w:widowControl w:val="0"/>
              <w:spacing w:line="240" w:lineRule="auto"/>
              <w:jc w:val="center"/>
              <w:rPr>
                <w:rFonts w:ascii="Montserrat" w:eastAsia="Montserrat" w:hAnsi="Montserrat" w:cs="Montserrat"/>
                <w:sz w:val="16"/>
                <w:szCs w:val="16"/>
              </w:rPr>
            </w:pPr>
            <w:r w:rsidRPr="69F684D5">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13C8903C" w14:textId="77777777" w:rsidR="000768AD" w:rsidRDefault="000768AD" w:rsidP="00385EE6">
            <w:pPr>
              <w:widowControl w:val="0"/>
              <w:spacing w:line="240" w:lineRule="auto"/>
              <w:jc w:val="center"/>
              <w:rPr>
                <w:rFonts w:ascii="Montserrat" w:eastAsia="Montserrat" w:hAnsi="Montserrat" w:cs="Montserrat"/>
                <w:sz w:val="16"/>
                <w:szCs w:val="16"/>
                <w:lang w:val="es-ES"/>
              </w:rPr>
            </w:pPr>
            <w:r w:rsidRPr="69F684D5">
              <w:rPr>
                <w:rFonts w:ascii="Montserrat" w:eastAsia="Montserrat" w:hAnsi="Montserrat" w:cs="Montserrat"/>
                <w:sz w:val="16"/>
                <w:szCs w:val="16"/>
              </w:rPr>
              <w:t>Nu</w:t>
            </w:r>
          </w:p>
        </w:tc>
        <w:tc>
          <w:tcPr>
            <w:tcW w:w="850"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10521103"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376350F2"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782517DF"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850"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4211BC8C"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3D7B2E7C"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39B32CE7"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8"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29CE7C4D"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71835C67"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577CD1BB"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6A86C594"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4F56A604" w14:textId="77777777" w:rsidR="000768AD" w:rsidRDefault="000768AD" w:rsidP="00385EE6">
            <w:pPr>
              <w:widowControl w:val="0"/>
              <w:spacing w:line="240" w:lineRule="auto"/>
              <w:jc w:val="center"/>
              <w:rPr>
                <w:rFonts w:ascii="Montserrat" w:eastAsia="Montserrat" w:hAnsi="Montserrat" w:cs="Montserrat"/>
                <w:sz w:val="16"/>
                <w:szCs w:val="16"/>
              </w:rPr>
            </w:pPr>
            <w:r w:rsidRPr="69F684D5">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4A2BCCD5" w14:textId="77777777" w:rsidR="000768AD" w:rsidRDefault="000768AD" w:rsidP="00385EE6">
            <w:pPr>
              <w:widowControl w:val="0"/>
              <w:spacing w:line="240" w:lineRule="auto"/>
              <w:jc w:val="center"/>
              <w:rPr>
                <w:rFonts w:ascii="Montserrat" w:eastAsia="Montserrat" w:hAnsi="Montserrat" w:cs="Montserrat"/>
                <w:sz w:val="16"/>
                <w:szCs w:val="16"/>
                <w:lang w:val="es-ES"/>
              </w:rPr>
            </w:pPr>
            <w:r w:rsidRPr="69F684D5">
              <w:rPr>
                <w:rFonts w:ascii="Montserrat" w:eastAsia="Montserrat" w:hAnsi="Montserrat" w:cs="Montserrat"/>
                <w:sz w:val="16"/>
                <w:szCs w:val="16"/>
              </w:rPr>
              <w:t>Nu</w:t>
            </w:r>
          </w:p>
        </w:tc>
        <w:tc>
          <w:tcPr>
            <w:tcW w:w="850"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0D5DD801"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643462EC"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851"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48C3D94A"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8"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1C73D8C2"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234F3B08" w14:textId="77777777" w:rsidR="000768AD" w:rsidRDefault="000768AD" w:rsidP="00385EE6">
            <w:pPr>
              <w:widowControl w:val="0"/>
              <w:spacing w:line="240" w:lineRule="auto"/>
              <w:jc w:val="center"/>
              <w:rPr>
                <w:rFonts w:ascii="Montserrat" w:eastAsia="Montserrat" w:hAnsi="Montserrat" w:cs="Montserrat"/>
                <w:b/>
                <w:bCs/>
                <w:color w:val="FFFFFF"/>
                <w:sz w:val="16"/>
                <w:szCs w:val="16"/>
              </w:rPr>
            </w:pPr>
            <w:r>
              <w:rPr>
                <w:rFonts w:ascii="Montserrat" w:eastAsia="Montserrat" w:hAnsi="Montserrat" w:cs="Montserrat"/>
                <w:b/>
                <w:bCs/>
                <w:sz w:val="16"/>
                <w:szCs w:val="16"/>
              </w:rPr>
              <w:t>da</w:t>
            </w:r>
          </w:p>
        </w:tc>
        <w:tc>
          <w:tcPr>
            <w:tcW w:w="644" w:type="dxa"/>
            <w:tcBorders>
              <w:left w:val="dashed" w:sz="8" w:space="0" w:color="000000" w:themeColor="text1"/>
              <w:bottom w:val="single" w:sz="36" w:space="0" w:color="1B877F"/>
            </w:tcBorders>
            <w:shd w:val="clear" w:color="auto" w:fill="F3F3F3"/>
            <w:tcMar>
              <w:top w:w="100" w:type="dxa"/>
              <w:left w:w="100" w:type="dxa"/>
              <w:bottom w:w="100" w:type="dxa"/>
              <w:right w:w="100" w:type="dxa"/>
            </w:tcMar>
          </w:tcPr>
          <w:p w14:paraId="3198705B" w14:textId="77777777" w:rsidR="000768AD" w:rsidRDefault="000768AD" w:rsidP="00385EE6">
            <w:pPr>
              <w:widowControl w:val="0"/>
              <w:spacing w:line="240" w:lineRule="auto"/>
              <w:jc w:val="center"/>
              <w:rPr>
                <w:rFonts w:ascii="Montserrat" w:eastAsia="Montserrat" w:hAnsi="Montserrat" w:cs="Montserrat"/>
                <w:b/>
                <w:bCs/>
                <w:color w:val="FFFFFF"/>
                <w:sz w:val="16"/>
                <w:szCs w:val="16"/>
                <w:lang w:val="es-ES"/>
              </w:rPr>
            </w:pPr>
            <w:proofErr w:type="spellStart"/>
            <w:r w:rsidRPr="22657B0E">
              <w:rPr>
                <w:rFonts w:ascii="Montserrat" w:eastAsia="Montserrat" w:hAnsi="Montserrat" w:cs="Montserrat"/>
                <w:b/>
                <w:bCs/>
                <w:sz w:val="16"/>
                <w:szCs w:val="16"/>
                <w:lang w:val="es-ES"/>
              </w:rPr>
              <w:t>Nu</w:t>
            </w:r>
            <w:proofErr w:type="spellEnd"/>
          </w:p>
        </w:tc>
      </w:tr>
      <w:tr w:rsidR="000768AD" w14:paraId="485D0896" w14:textId="77777777" w:rsidTr="00A434F9">
        <w:trPr>
          <w:trHeight w:val="375"/>
          <w:tblHeader/>
        </w:trPr>
        <w:tc>
          <w:tcPr>
            <w:tcW w:w="1904" w:type="dxa"/>
            <w:tcBorders>
              <w:bottom w:val="single" w:sz="36" w:space="0" w:color="1B877F"/>
              <w:right w:val="single" w:sz="12" w:space="0" w:color="000000" w:themeColor="text1"/>
            </w:tcBorders>
            <w:tcMar>
              <w:top w:w="100" w:type="dxa"/>
              <w:left w:w="100" w:type="dxa"/>
              <w:bottom w:w="100" w:type="dxa"/>
              <w:right w:w="100" w:type="dxa"/>
            </w:tcMar>
          </w:tcPr>
          <w:p w14:paraId="6E9BD975" w14:textId="77777777" w:rsidR="000768AD" w:rsidRDefault="000768AD" w:rsidP="00385EE6">
            <w:pPr>
              <w:widowControl w:val="0"/>
              <w:spacing w:line="240" w:lineRule="auto"/>
              <w:rPr>
                <w:rFonts w:ascii="Montserrat" w:eastAsia="Montserrat" w:hAnsi="Montserrat" w:cs="Montserrat"/>
                <w:b/>
                <w:bCs/>
                <w:color w:val="FFFFFF"/>
                <w:sz w:val="14"/>
                <w:szCs w:val="14"/>
              </w:rPr>
            </w:pPr>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6BF23F82" w14:textId="77777777" w:rsidR="000768AD" w:rsidRDefault="000768AD" w:rsidP="00385EE6">
            <w:pPr>
              <w:widowControl w:val="0"/>
              <w:spacing w:line="240" w:lineRule="auto"/>
              <w:jc w:val="center"/>
              <w:rPr>
                <w:rFonts w:ascii="Montserrat" w:eastAsia="Montserrat" w:hAnsi="Montserrat" w:cs="Montserrat"/>
                <w:sz w:val="16"/>
                <w:szCs w:val="16"/>
              </w:rPr>
            </w:pPr>
            <w:r w:rsidRPr="69F684D5">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477B4E8B" w14:textId="77777777" w:rsidR="000768AD" w:rsidRDefault="000768AD" w:rsidP="00385EE6">
            <w:pPr>
              <w:widowControl w:val="0"/>
              <w:spacing w:line="240" w:lineRule="auto"/>
              <w:jc w:val="center"/>
              <w:rPr>
                <w:rFonts w:ascii="Montserrat" w:eastAsia="Montserrat" w:hAnsi="Montserrat" w:cs="Montserrat"/>
                <w:sz w:val="16"/>
                <w:szCs w:val="16"/>
                <w:lang w:val="es-ES"/>
              </w:rPr>
            </w:pPr>
            <w:r w:rsidRPr="69F684D5">
              <w:rPr>
                <w:rFonts w:ascii="Montserrat" w:eastAsia="Montserrat" w:hAnsi="Montserrat" w:cs="Montserrat"/>
                <w:sz w:val="16"/>
                <w:szCs w:val="16"/>
              </w:rPr>
              <w:t>Nu</w:t>
            </w:r>
          </w:p>
        </w:tc>
        <w:tc>
          <w:tcPr>
            <w:tcW w:w="850"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60810F20"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522E164A"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4D1A02A7"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850"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79E49E7A"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52A0980B"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75F5C339"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8"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704F4AC1"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2CF3C16E"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1E50616B"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0CB61227"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3FE31233" w14:textId="77777777" w:rsidR="000768AD" w:rsidRDefault="000768AD" w:rsidP="00385EE6">
            <w:pPr>
              <w:widowControl w:val="0"/>
              <w:spacing w:line="240" w:lineRule="auto"/>
              <w:jc w:val="center"/>
              <w:rPr>
                <w:rFonts w:ascii="Montserrat" w:eastAsia="Montserrat" w:hAnsi="Montserrat" w:cs="Montserrat"/>
                <w:sz w:val="16"/>
                <w:szCs w:val="16"/>
              </w:rPr>
            </w:pPr>
            <w:r w:rsidRPr="69F684D5">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053DF291" w14:textId="77777777" w:rsidR="000768AD" w:rsidRDefault="000768AD" w:rsidP="00385EE6">
            <w:pPr>
              <w:widowControl w:val="0"/>
              <w:spacing w:line="240" w:lineRule="auto"/>
              <w:jc w:val="center"/>
              <w:rPr>
                <w:rFonts w:ascii="Montserrat" w:eastAsia="Montserrat" w:hAnsi="Montserrat" w:cs="Montserrat"/>
                <w:sz w:val="16"/>
                <w:szCs w:val="16"/>
                <w:lang w:val="es-ES"/>
              </w:rPr>
            </w:pPr>
            <w:r w:rsidRPr="69F684D5">
              <w:rPr>
                <w:rFonts w:ascii="Montserrat" w:eastAsia="Montserrat" w:hAnsi="Montserrat" w:cs="Montserrat"/>
                <w:sz w:val="16"/>
                <w:szCs w:val="16"/>
              </w:rPr>
              <w:t>Nu</w:t>
            </w:r>
          </w:p>
        </w:tc>
        <w:tc>
          <w:tcPr>
            <w:tcW w:w="850"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348F5575"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79CE267E"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851"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74A7AA6E"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8"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5F422523"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07978E34" w14:textId="77777777" w:rsidR="000768AD" w:rsidRDefault="000768AD" w:rsidP="00385EE6">
            <w:pPr>
              <w:widowControl w:val="0"/>
              <w:spacing w:line="240" w:lineRule="auto"/>
              <w:jc w:val="center"/>
              <w:rPr>
                <w:rFonts w:ascii="Montserrat" w:eastAsia="Montserrat" w:hAnsi="Montserrat" w:cs="Montserrat"/>
                <w:b/>
                <w:bCs/>
                <w:color w:val="FFFFFF"/>
                <w:sz w:val="16"/>
                <w:szCs w:val="16"/>
              </w:rPr>
            </w:pPr>
            <w:r>
              <w:rPr>
                <w:rFonts w:ascii="Montserrat" w:eastAsia="Montserrat" w:hAnsi="Montserrat" w:cs="Montserrat"/>
                <w:b/>
                <w:bCs/>
                <w:sz w:val="16"/>
                <w:szCs w:val="16"/>
              </w:rPr>
              <w:t>da</w:t>
            </w:r>
          </w:p>
        </w:tc>
        <w:tc>
          <w:tcPr>
            <w:tcW w:w="644" w:type="dxa"/>
            <w:tcBorders>
              <w:left w:val="dashed" w:sz="8" w:space="0" w:color="000000" w:themeColor="text1"/>
              <w:bottom w:val="single" w:sz="36" w:space="0" w:color="1B877F"/>
            </w:tcBorders>
            <w:tcMar>
              <w:top w:w="100" w:type="dxa"/>
              <w:left w:w="100" w:type="dxa"/>
              <w:bottom w:w="100" w:type="dxa"/>
              <w:right w:w="100" w:type="dxa"/>
            </w:tcMar>
          </w:tcPr>
          <w:p w14:paraId="5C37163D" w14:textId="77777777" w:rsidR="000768AD" w:rsidRDefault="000768AD" w:rsidP="00385EE6">
            <w:pPr>
              <w:widowControl w:val="0"/>
              <w:spacing w:line="240" w:lineRule="auto"/>
              <w:jc w:val="center"/>
              <w:rPr>
                <w:rFonts w:ascii="Montserrat" w:eastAsia="Montserrat" w:hAnsi="Montserrat" w:cs="Montserrat"/>
                <w:b/>
                <w:bCs/>
                <w:color w:val="FFFFFF"/>
                <w:sz w:val="16"/>
                <w:szCs w:val="16"/>
                <w:lang w:val="es-ES"/>
              </w:rPr>
            </w:pPr>
            <w:proofErr w:type="spellStart"/>
            <w:r w:rsidRPr="22657B0E">
              <w:rPr>
                <w:rFonts w:ascii="Montserrat" w:eastAsia="Montserrat" w:hAnsi="Montserrat" w:cs="Montserrat"/>
                <w:b/>
                <w:bCs/>
                <w:sz w:val="16"/>
                <w:szCs w:val="16"/>
                <w:lang w:val="es-ES"/>
              </w:rPr>
              <w:t>Nu</w:t>
            </w:r>
            <w:proofErr w:type="spellEnd"/>
          </w:p>
        </w:tc>
      </w:tr>
      <w:tr w:rsidR="000768AD" w14:paraId="6E678C53" w14:textId="77777777" w:rsidTr="00A434F9">
        <w:trPr>
          <w:trHeight w:val="375"/>
          <w:tblHeader/>
        </w:trPr>
        <w:tc>
          <w:tcPr>
            <w:tcW w:w="1904" w:type="dxa"/>
            <w:tcBorders>
              <w:bottom w:val="single" w:sz="36" w:space="0" w:color="1B877F"/>
              <w:right w:val="single" w:sz="12" w:space="0" w:color="000000" w:themeColor="text1"/>
            </w:tcBorders>
            <w:shd w:val="clear" w:color="auto" w:fill="F3F3F3"/>
            <w:tcMar>
              <w:top w:w="100" w:type="dxa"/>
              <w:left w:w="100" w:type="dxa"/>
              <w:bottom w:w="100" w:type="dxa"/>
              <w:right w:w="100" w:type="dxa"/>
            </w:tcMar>
          </w:tcPr>
          <w:p w14:paraId="341F47F2" w14:textId="77777777" w:rsidR="000768AD" w:rsidRDefault="000768AD" w:rsidP="000768AD">
            <w:pPr>
              <w:widowControl w:val="0"/>
              <w:spacing w:line="240" w:lineRule="auto"/>
              <w:ind w:right="-147"/>
              <w:rPr>
                <w:rFonts w:ascii="Montserrat" w:eastAsia="Montserrat" w:hAnsi="Montserrat" w:cs="Montserrat"/>
                <w:b/>
                <w:bCs/>
                <w:color w:val="FFFFFF"/>
                <w:sz w:val="14"/>
                <w:szCs w:val="14"/>
              </w:rPr>
            </w:pPr>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2F17E682" w14:textId="77777777" w:rsidR="000768AD" w:rsidRDefault="000768AD" w:rsidP="00385EE6">
            <w:pPr>
              <w:widowControl w:val="0"/>
              <w:spacing w:line="240" w:lineRule="auto"/>
              <w:jc w:val="center"/>
              <w:rPr>
                <w:rFonts w:ascii="Montserrat" w:eastAsia="Montserrat" w:hAnsi="Montserrat" w:cs="Montserrat"/>
                <w:sz w:val="16"/>
                <w:szCs w:val="16"/>
              </w:rPr>
            </w:pPr>
            <w:r w:rsidRPr="69F684D5">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42F2C9AA" w14:textId="77777777" w:rsidR="000768AD" w:rsidRDefault="000768AD" w:rsidP="00385EE6">
            <w:pPr>
              <w:widowControl w:val="0"/>
              <w:spacing w:line="240" w:lineRule="auto"/>
              <w:jc w:val="center"/>
              <w:rPr>
                <w:rFonts w:ascii="Montserrat" w:eastAsia="Montserrat" w:hAnsi="Montserrat" w:cs="Montserrat"/>
                <w:sz w:val="16"/>
                <w:szCs w:val="16"/>
                <w:lang w:val="es-ES"/>
              </w:rPr>
            </w:pPr>
            <w:r w:rsidRPr="69F684D5">
              <w:rPr>
                <w:rFonts w:ascii="Montserrat" w:eastAsia="Montserrat" w:hAnsi="Montserrat" w:cs="Montserrat"/>
                <w:sz w:val="16"/>
                <w:szCs w:val="16"/>
              </w:rPr>
              <w:t>Nu</w:t>
            </w:r>
          </w:p>
        </w:tc>
        <w:tc>
          <w:tcPr>
            <w:tcW w:w="850"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772F60B0"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6F9D2949"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7B45BE57"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850"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3DA4144E"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5AABC22F"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0A457AB7"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8"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268178B4"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50004A09"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36252166"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497F0FA2"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2A87A1EE" w14:textId="77777777" w:rsidR="000768AD" w:rsidRDefault="000768AD" w:rsidP="00385EE6">
            <w:pPr>
              <w:widowControl w:val="0"/>
              <w:spacing w:line="240" w:lineRule="auto"/>
              <w:jc w:val="center"/>
              <w:rPr>
                <w:rFonts w:ascii="Montserrat" w:eastAsia="Montserrat" w:hAnsi="Montserrat" w:cs="Montserrat"/>
                <w:sz w:val="16"/>
                <w:szCs w:val="16"/>
              </w:rPr>
            </w:pPr>
            <w:r w:rsidRPr="69F684D5">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305BE667" w14:textId="77777777" w:rsidR="000768AD" w:rsidRDefault="000768AD" w:rsidP="00385EE6">
            <w:pPr>
              <w:widowControl w:val="0"/>
              <w:spacing w:line="240" w:lineRule="auto"/>
              <w:jc w:val="center"/>
              <w:rPr>
                <w:rFonts w:ascii="Montserrat" w:eastAsia="Montserrat" w:hAnsi="Montserrat" w:cs="Montserrat"/>
                <w:sz w:val="16"/>
                <w:szCs w:val="16"/>
                <w:lang w:val="es-ES"/>
              </w:rPr>
            </w:pPr>
            <w:r w:rsidRPr="69F684D5">
              <w:rPr>
                <w:rFonts w:ascii="Montserrat" w:eastAsia="Montserrat" w:hAnsi="Montserrat" w:cs="Montserrat"/>
                <w:sz w:val="16"/>
                <w:szCs w:val="16"/>
              </w:rPr>
              <w:t>Nu</w:t>
            </w:r>
          </w:p>
        </w:tc>
        <w:tc>
          <w:tcPr>
            <w:tcW w:w="850"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50A2C712"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0FBBEC96"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851"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376FF150"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8"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5C895417"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1B6BE1E1" w14:textId="77777777" w:rsidR="000768AD" w:rsidRDefault="000768AD" w:rsidP="00385EE6">
            <w:pPr>
              <w:widowControl w:val="0"/>
              <w:spacing w:line="240" w:lineRule="auto"/>
              <w:jc w:val="center"/>
              <w:rPr>
                <w:rFonts w:ascii="Montserrat" w:eastAsia="Montserrat" w:hAnsi="Montserrat" w:cs="Montserrat"/>
                <w:b/>
                <w:bCs/>
                <w:color w:val="FFFFFF"/>
                <w:sz w:val="16"/>
                <w:szCs w:val="16"/>
              </w:rPr>
            </w:pPr>
            <w:r>
              <w:rPr>
                <w:rFonts w:ascii="Montserrat" w:eastAsia="Montserrat" w:hAnsi="Montserrat" w:cs="Montserrat"/>
                <w:b/>
                <w:bCs/>
                <w:sz w:val="16"/>
                <w:szCs w:val="16"/>
              </w:rPr>
              <w:t>da</w:t>
            </w:r>
          </w:p>
        </w:tc>
        <w:tc>
          <w:tcPr>
            <w:tcW w:w="644" w:type="dxa"/>
            <w:tcBorders>
              <w:left w:val="dashed" w:sz="8" w:space="0" w:color="000000" w:themeColor="text1"/>
              <w:bottom w:val="single" w:sz="36" w:space="0" w:color="1B877F"/>
            </w:tcBorders>
            <w:shd w:val="clear" w:color="auto" w:fill="F3F3F3"/>
            <w:tcMar>
              <w:top w:w="100" w:type="dxa"/>
              <w:left w:w="100" w:type="dxa"/>
              <w:bottom w:w="100" w:type="dxa"/>
              <w:right w:w="100" w:type="dxa"/>
            </w:tcMar>
          </w:tcPr>
          <w:p w14:paraId="14C54151" w14:textId="77777777" w:rsidR="000768AD" w:rsidRDefault="000768AD" w:rsidP="00385EE6">
            <w:pPr>
              <w:widowControl w:val="0"/>
              <w:spacing w:line="240" w:lineRule="auto"/>
              <w:jc w:val="center"/>
              <w:rPr>
                <w:rFonts w:ascii="Montserrat" w:eastAsia="Montserrat" w:hAnsi="Montserrat" w:cs="Montserrat"/>
                <w:b/>
                <w:bCs/>
                <w:color w:val="FFFFFF"/>
                <w:sz w:val="16"/>
                <w:szCs w:val="16"/>
                <w:lang w:val="es-ES"/>
              </w:rPr>
            </w:pPr>
            <w:proofErr w:type="spellStart"/>
            <w:r w:rsidRPr="22657B0E">
              <w:rPr>
                <w:rFonts w:ascii="Montserrat" w:eastAsia="Montserrat" w:hAnsi="Montserrat" w:cs="Montserrat"/>
                <w:b/>
                <w:bCs/>
                <w:sz w:val="16"/>
                <w:szCs w:val="16"/>
                <w:lang w:val="es-ES"/>
              </w:rPr>
              <w:t>Nu</w:t>
            </w:r>
            <w:proofErr w:type="spellEnd"/>
          </w:p>
        </w:tc>
      </w:tr>
      <w:tr w:rsidR="000768AD" w14:paraId="6C8BFC5C" w14:textId="77777777" w:rsidTr="00A434F9">
        <w:trPr>
          <w:trHeight w:val="375"/>
          <w:tblHeader/>
        </w:trPr>
        <w:tc>
          <w:tcPr>
            <w:tcW w:w="1904" w:type="dxa"/>
            <w:tcBorders>
              <w:bottom w:val="single" w:sz="36" w:space="0" w:color="1B877F"/>
              <w:right w:val="single" w:sz="12" w:space="0" w:color="000000" w:themeColor="text1"/>
            </w:tcBorders>
            <w:tcMar>
              <w:top w:w="100" w:type="dxa"/>
              <w:left w:w="100" w:type="dxa"/>
              <w:bottom w:w="100" w:type="dxa"/>
              <w:right w:w="100" w:type="dxa"/>
            </w:tcMar>
          </w:tcPr>
          <w:p w14:paraId="157F4C6F" w14:textId="77777777" w:rsidR="000768AD" w:rsidRDefault="000768AD" w:rsidP="00385EE6">
            <w:pPr>
              <w:widowControl w:val="0"/>
              <w:spacing w:line="240" w:lineRule="auto"/>
              <w:rPr>
                <w:rFonts w:ascii="Montserrat" w:eastAsia="Montserrat" w:hAnsi="Montserrat" w:cs="Montserrat"/>
                <w:b/>
                <w:bCs/>
                <w:color w:val="FFFFFF"/>
                <w:sz w:val="14"/>
                <w:szCs w:val="14"/>
              </w:rPr>
            </w:pPr>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4FA3F09A" w14:textId="77777777" w:rsidR="000768AD" w:rsidRDefault="000768AD" w:rsidP="00385EE6">
            <w:pPr>
              <w:widowControl w:val="0"/>
              <w:spacing w:line="240" w:lineRule="auto"/>
              <w:jc w:val="center"/>
              <w:rPr>
                <w:rFonts w:ascii="Montserrat" w:eastAsia="Montserrat" w:hAnsi="Montserrat" w:cs="Montserrat"/>
                <w:sz w:val="16"/>
                <w:szCs w:val="16"/>
              </w:rPr>
            </w:pPr>
            <w:r w:rsidRPr="69F684D5">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5F521936" w14:textId="77777777" w:rsidR="000768AD" w:rsidRDefault="000768AD" w:rsidP="00385EE6">
            <w:pPr>
              <w:widowControl w:val="0"/>
              <w:spacing w:line="240" w:lineRule="auto"/>
              <w:jc w:val="center"/>
              <w:rPr>
                <w:rFonts w:ascii="Montserrat" w:eastAsia="Montserrat" w:hAnsi="Montserrat" w:cs="Montserrat"/>
                <w:sz w:val="16"/>
                <w:szCs w:val="16"/>
                <w:lang w:val="es-ES"/>
              </w:rPr>
            </w:pPr>
            <w:r w:rsidRPr="69F684D5">
              <w:rPr>
                <w:rFonts w:ascii="Montserrat" w:eastAsia="Montserrat" w:hAnsi="Montserrat" w:cs="Montserrat"/>
                <w:sz w:val="16"/>
                <w:szCs w:val="16"/>
              </w:rPr>
              <w:t>Nu</w:t>
            </w:r>
          </w:p>
        </w:tc>
        <w:tc>
          <w:tcPr>
            <w:tcW w:w="850"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6B9E2194"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2C7B195C"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0988BC29"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850"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5DA72D49"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718132CB"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04867775"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8"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35A17196"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0D8F562C"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4EE97ED2"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6EB317E7"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67A8DC0C" w14:textId="77777777" w:rsidR="000768AD" w:rsidRDefault="000768AD" w:rsidP="00385EE6">
            <w:pPr>
              <w:widowControl w:val="0"/>
              <w:spacing w:line="240" w:lineRule="auto"/>
              <w:jc w:val="center"/>
              <w:rPr>
                <w:rFonts w:ascii="Montserrat" w:eastAsia="Montserrat" w:hAnsi="Montserrat" w:cs="Montserrat"/>
                <w:sz w:val="16"/>
                <w:szCs w:val="16"/>
              </w:rPr>
            </w:pPr>
            <w:r w:rsidRPr="69F684D5">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540E9E30" w14:textId="77777777" w:rsidR="000768AD" w:rsidRDefault="000768AD" w:rsidP="00385EE6">
            <w:pPr>
              <w:widowControl w:val="0"/>
              <w:spacing w:line="240" w:lineRule="auto"/>
              <w:jc w:val="center"/>
              <w:rPr>
                <w:rFonts w:ascii="Montserrat" w:eastAsia="Montserrat" w:hAnsi="Montserrat" w:cs="Montserrat"/>
                <w:sz w:val="16"/>
                <w:szCs w:val="16"/>
                <w:lang w:val="es-ES"/>
              </w:rPr>
            </w:pPr>
            <w:r w:rsidRPr="69F684D5">
              <w:rPr>
                <w:rFonts w:ascii="Montserrat" w:eastAsia="Montserrat" w:hAnsi="Montserrat" w:cs="Montserrat"/>
                <w:sz w:val="16"/>
                <w:szCs w:val="16"/>
              </w:rPr>
              <w:t>Nu</w:t>
            </w:r>
          </w:p>
        </w:tc>
        <w:tc>
          <w:tcPr>
            <w:tcW w:w="850"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4FD76B82"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16442C6D"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851"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50690F0A"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8" w:type="dxa"/>
            <w:tcBorders>
              <w:left w:val="dashed" w:sz="8" w:space="0" w:color="000000" w:themeColor="text1"/>
              <w:bottom w:val="single" w:sz="36" w:space="0" w:color="1B877F"/>
              <w:right w:val="single" w:sz="12" w:space="0" w:color="000000" w:themeColor="text1"/>
            </w:tcBorders>
            <w:tcMar>
              <w:top w:w="100" w:type="dxa"/>
              <w:left w:w="100" w:type="dxa"/>
              <w:bottom w:w="100" w:type="dxa"/>
              <w:right w:w="100" w:type="dxa"/>
            </w:tcMar>
          </w:tcPr>
          <w:p w14:paraId="6972CA5F"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tcMar>
              <w:top w:w="100" w:type="dxa"/>
              <w:left w:w="100" w:type="dxa"/>
              <w:bottom w:w="100" w:type="dxa"/>
              <w:right w:w="100" w:type="dxa"/>
            </w:tcMar>
          </w:tcPr>
          <w:p w14:paraId="73CA933F" w14:textId="77777777" w:rsidR="000768AD" w:rsidRDefault="000768AD" w:rsidP="00385EE6">
            <w:pPr>
              <w:widowControl w:val="0"/>
              <w:spacing w:line="240" w:lineRule="auto"/>
              <w:jc w:val="center"/>
              <w:rPr>
                <w:rFonts w:ascii="Montserrat" w:eastAsia="Montserrat" w:hAnsi="Montserrat" w:cs="Montserrat"/>
                <w:b/>
                <w:bCs/>
                <w:color w:val="FFFFFF"/>
                <w:sz w:val="16"/>
                <w:szCs w:val="16"/>
              </w:rPr>
            </w:pPr>
            <w:r>
              <w:rPr>
                <w:rFonts w:ascii="Montserrat" w:eastAsia="Montserrat" w:hAnsi="Montserrat" w:cs="Montserrat"/>
                <w:b/>
                <w:bCs/>
                <w:sz w:val="16"/>
                <w:szCs w:val="16"/>
              </w:rPr>
              <w:t>da</w:t>
            </w:r>
          </w:p>
        </w:tc>
        <w:tc>
          <w:tcPr>
            <w:tcW w:w="644" w:type="dxa"/>
            <w:tcBorders>
              <w:left w:val="dashed" w:sz="8" w:space="0" w:color="000000" w:themeColor="text1"/>
              <w:bottom w:val="single" w:sz="36" w:space="0" w:color="1B877F"/>
            </w:tcBorders>
            <w:tcMar>
              <w:top w:w="100" w:type="dxa"/>
              <w:left w:w="100" w:type="dxa"/>
              <w:bottom w:w="100" w:type="dxa"/>
              <w:right w:w="100" w:type="dxa"/>
            </w:tcMar>
          </w:tcPr>
          <w:p w14:paraId="3D7FD7F1" w14:textId="77777777" w:rsidR="000768AD" w:rsidRDefault="000768AD" w:rsidP="00385EE6">
            <w:pPr>
              <w:widowControl w:val="0"/>
              <w:spacing w:line="240" w:lineRule="auto"/>
              <w:jc w:val="center"/>
              <w:rPr>
                <w:rFonts w:ascii="Montserrat" w:eastAsia="Montserrat" w:hAnsi="Montserrat" w:cs="Montserrat"/>
                <w:b/>
                <w:bCs/>
                <w:color w:val="FFFFFF"/>
                <w:sz w:val="16"/>
                <w:szCs w:val="16"/>
                <w:lang w:val="es-ES"/>
              </w:rPr>
            </w:pPr>
            <w:proofErr w:type="spellStart"/>
            <w:r w:rsidRPr="22657B0E">
              <w:rPr>
                <w:rFonts w:ascii="Montserrat" w:eastAsia="Montserrat" w:hAnsi="Montserrat" w:cs="Montserrat"/>
                <w:b/>
                <w:bCs/>
                <w:sz w:val="16"/>
                <w:szCs w:val="16"/>
                <w:lang w:val="es-ES"/>
              </w:rPr>
              <w:t>Nu</w:t>
            </w:r>
            <w:proofErr w:type="spellEnd"/>
          </w:p>
        </w:tc>
      </w:tr>
      <w:tr w:rsidR="000768AD" w14:paraId="4438C413" w14:textId="77777777" w:rsidTr="00A434F9">
        <w:trPr>
          <w:trHeight w:val="375"/>
          <w:tblHeader/>
        </w:trPr>
        <w:tc>
          <w:tcPr>
            <w:tcW w:w="1904" w:type="dxa"/>
            <w:tcBorders>
              <w:bottom w:val="single" w:sz="36" w:space="0" w:color="1B877F"/>
              <w:right w:val="single" w:sz="12" w:space="0" w:color="000000" w:themeColor="text1"/>
            </w:tcBorders>
            <w:shd w:val="clear" w:color="auto" w:fill="F3F3F3"/>
            <w:tcMar>
              <w:top w:w="100" w:type="dxa"/>
              <w:left w:w="100" w:type="dxa"/>
              <w:bottom w:w="100" w:type="dxa"/>
              <w:right w:w="100" w:type="dxa"/>
            </w:tcMar>
          </w:tcPr>
          <w:p w14:paraId="515D3E05" w14:textId="77777777" w:rsidR="000768AD" w:rsidRDefault="000768AD" w:rsidP="00385EE6">
            <w:pPr>
              <w:widowControl w:val="0"/>
              <w:spacing w:line="240" w:lineRule="auto"/>
              <w:rPr>
                <w:rFonts w:ascii="Montserrat" w:eastAsia="Montserrat" w:hAnsi="Montserrat" w:cs="Montserrat"/>
                <w:b/>
                <w:bCs/>
                <w:color w:val="FFFFFF"/>
                <w:sz w:val="14"/>
                <w:szCs w:val="14"/>
              </w:rPr>
            </w:pPr>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0121358A" w14:textId="77777777" w:rsidR="000768AD" w:rsidRDefault="000768AD" w:rsidP="00385EE6">
            <w:pPr>
              <w:widowControl w:val="0"/>
              <w:spacing w:line="240" w:lineRule="auto"/>
              <w:jc w:val="center"/>
              <w:rPr>
                <w:rFonts w:ascii="Montserrat" w:eastAsia="Montserrat" w:hAnsi="Montserrat" w:cs="Montserrat"/>
                <w:sz w:val="16"/>
                <w:szCs w:val="16"/>
              </w:rPr>
            </w:pPr>
            <w:r w:rsidRPr="69F684D5">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720F9BF0" w14:textId="77777777" w:rsidR="000768AD" w:rsidRDefault="000768AD" w:rsidP="00385EE6">
            <w:pPr>
              <w:widowControl w:val="0"/>
              <w:spacing w:line="240" w:lineRule="auto"/>
              <w:jc w:val="center"/>
              <w:rPr>
                <w:rFonts w:ascii="Montserrat" w:eastAsia="Montserrat" w:hAnsi="Montserrat" w:cs="Montserrat"/>
                <w:sz w:val="16"/>
                <w:szCs w:val="16"/>
                <w:lang w:val="es-ES"/>
              </w:rPr>
            </w:pPr>
            <w:r w:rsidRPr="69F684D5">
              <w:rPr>
                <w:rFonts w:ascii="Montserrat" w:eastAsia="Montserrat" w:hAnsi="Montserrat" w:cs="Montserrat"/>
                <w:sz w:val="16"/>
                <w:szCs w:val="16"/>
              </w:rPr>
              <w:t>Nu</w:t>
            </w:r>
          </w:p>
        </w:tc>
        <w:tc>
          <w:tcPr>
            <w:tcW w:w="850"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5BDE37DB"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7711A0B3"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7A4EF28D"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850"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41BC116B"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66F51BFF"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643FF594"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8"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04BD16D8"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65221B68"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688254CC"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6AFC0527"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615E8A59" w14:textId="77777777" w:rsidR="000768AD" w:rsidRDefault="000768AD" w:rsidP="00385EE6">
            <w:pPr>
              <w:widowControl w:val="0"/>
              <w:spacing w:line="240" w:lineRule="auto"/>
              <w:jc w:val="center"/>
              <w:rPr>
                <w:rFonts w:ascii="Montserrat" w:eastAsia="Montserrat" w:hAnsi="Montserrat" w:cs="Montserrat"/>
                <w:sz w:val="16"/>
                <w:szCs w:val="16"/>
              </w:rPr>
            </w:pPr>
            <w:r w:rsidRPr="69F684D5">
              <w:rPr>
                <w:rFonts w:ascii="Montserrat" w:eastAsia="Montserrat" w:hAnsi="Montserrat" w:cs="Montserrat"/>
                <w:sz w:val="16"/>
                <w:szCs w:val="16"/>
              </w:rPr>
              <w:t>da</w:t>
            </w:r>
          </w:p>
        </w:tc>
        <w:tc>
          <w:tcPr>
            <w:tcW w:w="567"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02EE68CE" w14:textId="77777777" w:rsidR="000768AD" w:rsidRDefault="000768AD" w:rsidP="00385EE6">
            <w:pPr>
              <w:widowControl w:val="0"/>
              <w:spacing w:line="240" w:lineRule="auto"/>
              <w:jc w:val="center"/>
              <w:rPr>
                <w:rFonts w:ascii="Montserrat" w:eastAsia="Montserrat" w:hAnsi="Montserrat" w:cs="Montserrat"/>
                <w:sz w:val="16"/>
                <w:szCs w:val="16"/>
                <w:lang w:val="es-ES"/>
              </w:rPr>
            </w:pPr>
            <w:r w:rsidRPr="69F684D5">
              <w:rPr>
                <w:rFonts w:ascii="Montserrat" w:eastAsia="Montserrat" w:hAnsi="Montserrat" w:cs="Montserrat"/>
                <w:sz w:val="16"/>
                <w:szCs w:val="16"/>
              </w:rPr>
              <w:t>Nu</w:t>
            </w:r>
          </w:p>
        </w:tc>
        <w:tc>
          <w:tcPr>
            <w:tcW w:w="850"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0F374C9A"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9"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57827867"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851"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4351EAB3" w14:textId="77777777" w:rsidR="000768AD" w:rsidRDefault="000768AD" w:rsidP="00385EE6">
            <w:pPr>
              <w:widowControl w:val="0"/>
              <w:spacing w:line="240" w:lineRule="auto"/>
              <w:jc w:val="center"/>
              <w:rPr>
                <w:rFonts w:ascii="Montserrat" w:eastAsia="Montserrat" w:hAnsi="Montserrat" w:cs="Montserrat"/>
                <w:color w:val="FFFFFF"/>
                <w:sz w:val="16"/>
                <w:szCs w:val="16"/>
              </w:rPr>
            </w:pPr>
            <w:r>
              <w:rPr>
                <w:rFonts w:ascii="Montserrat" w:eastAsia="Montserrat" w:hAnsi="Montserrat" w:cs="Montserrat"/>
                <w:sz w:val="16"/>
                <w:szCs w:val="16"/>
              </w:rPr>
              <w:t>da</w:t>
            </w:r>
          </w:p>
        </w:tc>
        <w:tc>
          <w:tcPr>
            <w:tcW w:w="708" w:type="dxa"/>
            <w:tcBorders>
              <w:left w:val="dashed" w:sz="8" w:space="0" w:color="000000" w:themeColor="text1"/>
              <w:bottom w:val="single" w:sz="36" w:space="0" w:color="1B877F"/>
              <w:right w:val="single" w:sz="12" w:space="0" w:color="000000" w:themeColor="text1"/>
            </w:tcBorders>
            <w:shd w:val="clear" w:color="auto" w:fill="F3F3F3"/>
            <w:tcMar>
              <w:top w:w="100" w:type="dxa"/>
              <w:left w:w="100" w:type="dxa"/>
              <w:bottom w:w="100" w:type="dxa"/>
              <w:right w:w="100" w:type="dxa"/>
            </w:tcMar>
          </w:tcPr>
          <w:p w14:paraId="38A5A25B" w14:textId="77777777" w:rsidR="000768AD" w:rsidRDefault="000768AD" w:rsidP="00385EE6">
            <w:pPr>
              <w:widowControl w:val="0"/>
              <w:spacing w:line="240" w:lineRule="auto"/>
              <w:jc w:val="center"/>
              <w:rPr>
                <w:rFonts w:ascii="Montserrat" w:eastAsia="Montserrat" w:hAnsi="Montserrat" w:cs="Montserrat"/>
                <w:color w:val="FFFFFF"/>
                <w:sz w:val="16"/>
                <w:szCs w:val="16"/>
                <w:lang w:val="es-ES"/>
              </w:rPr>
            </w:pPr>
            <w:proofErr w:type="spellStart"/>
            <w:r w:rsidRPr="22657B0E">
              <w:rPr>
                <w:rFonts w:ascii="Montserrat" w:eastAsia="Montserrat" w:hAnsi="Montserrat" w:cs="Montserrat"/>
                <w:sz w:val="16"/>
                <w:szCs w:val="16"/>
                <w:lang w:val="es-ES"/>
              </w:rPr>
              <w:t>Nu</w:t>
            </w:r>
            <w:proofErr w:type="spellEnd"/>
          </w:p>
        </w:tc>
        <w:tc>
          <w:tcPr>
            <w:tcW w:w="709" w:type="dxa"/>
            <w:tcBorders>
              <w:left w:val="single" w:sz="12" w:space="0" w:color="000000" w:themeColor="text1"/>
              <w:bottom w:val="single" w:sz="36" w:space="0" w:color="1B877F"/>
              <w:right w:val="dashed" w:sz="8" w:space="0" w:color="000000" w:themeColor="text1"/>
            </w:tcBorders>
            <w:shd w:val="clear" w:color="auto" w:fill="F3F3F3"/>
            <w:tcMar>
              <w:top w:w="100" w:type="dxa"/>
              <w:left w:w="100" w:type="dxa"/>
              <w:bottom w:w="100" w:type="dxa"/>
              <w:right w:w="100" w:type="dxa"/>
            </w:tcMar>
          </w:tcPr>
          <w:p w14:paraId="455241EB" w14:textId="77777777" w:rsidR="000768AD" w:rsidRDefault="000768AD" w:rsidP="00385EE6">
            <w:pPr>
              <w:widowControl w:val="0"/>
              <w:spacing w:line="240" w:lineRule="auto"/>
              <w:jc w:val="center"/>
              <w:rPr>
                <w:rFonts w:ascii="Montserrat" w:eastAsia="Montserrat" w:hAnsi="Montserrat" w:cs="Montserrat"/>
                <w:b/>
                <w:bCs/>
                <w:color w:val="FFFFFF"/>
                <w:sz w:val="16"/>
                <w:szCs w:val="16"/>
              </w:rPr>
            </w:pPr>
            <w:r>
              <w:rPr>
                <w:rFonts w:ascii="Montserrat" w:eastAsia="Montserrat" w:hAnsi="Montserrat" w:cs="Montserrat"/>
                <w:b/>
                <w:bCs/>
                <w:sz w:val="16"/>
                <w:szCs w:val="16"/>
              </w:rPr>
              <w:t>da</w:t>
            </w:r>
          </w:p>
        </w:tc>
        <w:tc>
          <w:tcPr>
            <w:tcW w:w="644" w:type="dxa"/>
            <w:tcBorders>
              <w:left w:val="dashed" w:sz="8" w:space="0" w:color="000000" w:themeColor="text1"/>
              <w:bottom w:val="single" w:sz="36" w:space="0" w:color="1B877F"/>
            </w:tcBorders>
            <w:shd w:val="clear" w:color="auto" w:fill="F3F3F3"/>
            <w:tcMar>
              <w:top w:w="100" w:type="dxa"/>
              <w:left w:w="100" w:type="dxa"/>
              <w:bottom w:w="100" w:type="dxa"/>
              <w:right w:w="100" w:type="dxa"/>
            </w:tcMar>
          </w:tcPr>
          <w:p w14:paraId="7FB7AB6F" w14:textId="77777777" w:rsidR="000768AD" w:rsidRDefault="000768AD" w:rsidP="00385EE6">
            <w:pPr>
              <w:widowControl w:val="0"/>
              <w:spacing w:line="240" w:lineRule="auto"/>
              <w:jc w:val="center"/>
              <w:rPr>
                <w:rFonts w:ascii="Montserrat" w:eastAsia="Montserrat" w:hAnsi="Montserrat" w:cs="Montserrat"/>
                <w:b/>
                <w:bCs/>
                <w:color w:val="FFFFFF"/>
                <w:sz w:val="16"/>
                <w:szCs w:val="16"/>
                <w:lang w:val="es-ES"/>
              </w:rPr>
            </w:pPr>
            <w:proofErr w:type="spellStart"/>
            <w:r w:rsidRPr="22657B0E">
              <w:rPr>
                <w:rFonts w:ascii="Montserrat" w:eastAsia="Montserrat" w:hAnsi="Montserrat" w:cs="Montserrat"/>
                <w:b/>
                <w:bCs/>
                <w:sz w:val="16"/>
                <w:szCs w:val="16"/>
                <w:lang w:val="es-ES"/>
              </w:rPr>
              <w:t>Nu</w:t>
            </w:r>
            <w:proofErr w:type="spellEnd"/>
          </w:p>
        </w:tc>
      </w:tr>
    </w:tbl>
    <w:p w14:paraId="3B013513" w14:textId="77777777" w:rsidR="000768AD" w:rsidRDefault="000768AD" w:rsidP="000768AD"/>
    <w:p w14:paraId="77E4A13E" w14:textId="77777777" w:rsidR="000768AD" w:rsidRDefault="000768AD" w:rsidP="000768AD">
      <w:pPr>
        <w:pStyle w:val="Heading2"/>
        <w:keepNext w:val="0"/>
        <w:keepLines w:val="0"/>
        <w:rPr>
          <w:rFonts w:ascii="Montserrat Light" w:eastAsia="Montserrat Light" w:hAnsi="Montserrat Light" w:cs="Montserrat Light"/>
          <w:color w:val="434343"/>
          <w:sz w:val="44"/>
          <w:szCs w:val="44"/>
        </w:rPr>
      </w:pPr>
      <w:r w:rsidRPr="7E7C0FD5">
        <w:rPr>
          <w:rFonts w:ascii="Montserrat Light" w:eastAsia="Montserrat Light" w:hAnsi="Montserrat Light" w:cs="Montserrat Light"/>
          <w:b w:val="0"/>
          <w:bCs w:val="0"/>
          <w:color w:val="434343"/>
          <w:sz w:val="44"/>
          <w:szCs w:val="44"/>
          <w:lang w:val="es"/>
        </w:rPr>
        <w:lastRenderedPageBreak/>
        <w:t>MICROGRANT APPLICATION ELIGIBILITY TEMPLATE</w:t>
      </w:r>
    </w:p>
    <w:p w14:paraId="190AC9FA" w14:textId="77777777" w:rsidR="000768AD" w:rsidRDefault="000768AD" w:rsidP="000768AD">
      <w:pPr>
        <w:rPr>
          <w:rFonts w:ascii="Montserrat" w:eastAsia="Montserrat" w:hAnsi="Montserrat" w:cs="Montserrat"/>
          <w:color w:val="434343"/>
          <w:sz w:val="24"/>
          <w:szCs w:val="24"/>
        </w:rPr>
      </w:pPr>
    </w:p>
    <w:p w14:paraId="4DF33870" w14:textId="77777777" w:rsidR="000768AD" w:rsidRDefault="000768AD" w:rsidP="000768AD">
      <w:pPr>
        <w:jc w:val="both"/>
        <w:rPr>
          <w:rFonts w:ascii="Montserrat" w:eastAsia="Montserrat" w:hAnsi="Montserrat" w:cs="Montserrat"/>
          <w:color w:val="434343"/>
          <w:sz w:val="24"/>
          <w:szCs w:val="24"/>
        </w:rPr>
      </w:pPr>
    </w:p>
    <w:p w14:paraId="06C8F882" w14:textId="77777777" w:rsidR="000768AD" w:rsidRDefault="000768AD" w:rsidP="000768AD">
      <w:pPr>
        <w:spacing w:after="160"/>
        <w:rPr>
          <w:rFonts w:ascii="Montserrat" w:eastAsia="Montserrat" w:hAnsi="Montserrat" w:cs="Montserrat"/>
          <w:color w:val="434343"/>
          <w:sz w:val="24"/>
          <w:szCs w:val="24"/>
        </w:rPr>
      </w:pPr>
      <w:r w:rsidRPr="7E7C0FD5">
        <w:rPr>
          <w:rFonts w:ascii="Montserrat" w:eastAsia="Montserrat" w:hAnsi="Montserrat" w:cs="Montserrat"/>
          <w:b/>
          <w:bCs/>
          <w:i/>
          <w:iCs/>
          <w:color w:val="434343"/>
          <w:sz w:val="24"/>
          <w:szCs w:val="24"/>
          <w:lang w:val="es-ES"/>
        </w:rPr>
        <w:t>Purpose</w:t>
      </w:r>
      <w:r w:rsidRPr="7E7C0FD5">
        <w:rPr>
          <w:rFonts w:ascii="Montserrat" w:eastAsia="Montserrat" w:hAnsi="Montserrat" w:cs="Montserrat"/>
          <w:i/>
          <w:iCs/>
          <w:color w:val="434343"/>
          <w:sz w:val="24"/>
          <w:szCs w:val="24"/>
          <w:lang w:val="es-ES"/>
        </w:rPr>
        <w:t xml:space="preserve">: The </w:t>
      </w:r>
      <w:proofErr w:type="spellStart"/>
      <w:r w:rsidRPr="7E7C0FD5">
        <w:rPr>
          <w:rFonts w:ascii="Montserrat" w:eastAsia="Montserrat" w:hAnsi="Montserrat" w:cs="Montserrat"/>
          <w:i/>
          <w:iCs/>
          <w:color w:val="434343"/>
          <w:sz w:val="24"/>
          <w:szCs w:val="24"/>
          <w:lang w:val="es-ES"/>
        </w:rPr>
        <w:t>following</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template</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must</w:t>
      </w:r>
      <w:proofErr w:type="spellEnd"/>
      <w:r w:rsidRPr="7E7C0FD5">
        <w:rPr>
          <w:rFonts w:ascii="Montserrat" w:eastAsia="Montserrat" w:hAnsi="Montserrat" w:cs="Montserrat"/>
          <w:i/>
          <w:iCs/>
          <w:color w:val="434343"/>
          <w:sz w:val="24"/>
          <w:szCs w:val="24"/>
          <w:lang w:val="es-ES"/>
        </w:rPr>
        <w:t xml:space="preserve"> be </w:t>
      </w:r>
      <w:proofErr w:type="spellStart"/>
      <w:r w:rsidRPr="7E7C0FD5">
        <w:rPr>
          <w:rFonts w:ascii="Montserrat" w:eastAsia="Montserrat" w:hAnsi="Montserrat" w:cs="Montserrat"/>
          <w:i/>
          <w:iCs/>
          <w:color w:val="434343"/>
          <w:sz w:val="24"/>
          <w:szCs w:val="24"/>
          <w:lang w:val="es-ES"/>
        </w:rPr>
        <w:t>used</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by</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city</w:t>
      </w:r>
      <w:proofErr w:type="spellEnd"/>
      <w:r w:rsidRPr="7E7C0FD5">
        <w:rPr>
          <w:rFonts w:ascii="Montserrat" w:eastAsia="Montserrat" w:hAnsi="Montserrat" w:cs="Montserrat"/>
          <w:i/>
          <w:iCs/>
          <w:color w:val="434343"/>
          <w:sz w:val="24"/>
          <w:szCs w:val="24"/>
          <w:lang w:val="es-ES"/>
        </w:rPr>
        <w:t xml:space="preserve"> staff </w:t>
      </w:r>
      <w:proofErr w:type="spellStart"/>
      <w:r w:rsidRPr="7E7C0FD5">
        <w:rPr>
          <w:rFonts w:ascii="Montserrat" w:eastAsia="Montserrat" w:hAnsi="Montserrat" w:cs="Montserrat"/>
          <w:i/>
          <w:iCs/>
          <w:color w:val="434343"/>
          <w:sz w:val="24"/>
          <w:szCs w:val="24"/>
          <w:lang w:val="es-ES"/>
        </w:rPr>
        <w:t>to</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select</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microgrant</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applications</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that</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meet</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minimum</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requirements</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to</w:t>
      </w:r>
      <w:proofErr w:type="spellEnd"/>
      <w:r w:rsidRPr="7E7C0FD5">
        <w:rPr>
          <w:rFonts w:ascii="Montserrat" w:eastAsia="Montserrat" w:hAnsi="Montserrat" w:cs="Montserrat"/>
          <w:i/>
          <w:iCs/>
          <w:color w:val="434343"/>
          <w:sz w:val="24"/>
          <w:szCs w:val="24"/>
          <w:lang w:val="es-ES"/>
        </w:rPr>
        <w:t xml:space="preserve"> be </w:t>
      </w:r>
      <w:proofErr w:type="spellStart"/>
      <w:r w:rsidRPr="7E7C0FD5">
        <w:rPr>
          <w:rFonts w:ascii="Montserrat" w:eastAsia="Montserrat" w:hAnsi="Montserrat" w:cs="Montserrat"/>
          <w:i/>
          <w:iCs/>
          <w:color w:val="434343"/>
          <w:sz w:val="24"/>
          <w:szCs w:val="24"/>
          <w:lang w:val="es-ES"/>
        </w:rPr>
        <w:t>advanced</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to</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the</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Selection</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Committee</w:t>
      </w:r>
      <w:proofErr w:type="spellEnd"/>
      <w:r w:rsidRPr="7E7C0FD5">
        <w:rPr>
          <w:rFonts w:ascii="Montserrat" w:eastAsia="Montserrat" w:hAnsi="Montserrat" w:cs="Montserrat"/>
          <w:i/>
          <w:iCs/>
          <w:color w:val="434343"/>
          <w:sz w:val="24"/>
          <w:szCs w:val="24"/>
          <w:lang w:val="es-ES"/>
        </w:rPr>
        <w:t xml:space="preserve">. </w:t>
      </w:r>
    </w:p>
    <w:p w14:paraId="66F24234" w14:textId="77777777" w:rsidR="000768AD" w:rsidRDefault="000768AD" w:rsidP="000768AD">
      <w:pPr>
        <w:rPr>
          <w:rFonts w:ascii="Montserrat" w:eastAsia="Montserrat" w:hAnsi="Montserrat" w:cs="Montserrat"/>
          <w:color w:val="434343"/>
          <w:sz w:val="24"/>
          <w:szCs w:val="24"/>
        </w:rPr>
      </w:pPr>
      <w:r w:rsidRPr="7E7C0FD5">
        <w:rPr>
          <w:rFonts w:ascii="Montserrat" w:eastAsia="Montserrat" w:hAnsi="Montserrat" w:cs="Montserrat"/>
          <w:b/>
          <w:bCs/>
          <w:i/>
          <w:iCs/>
          <w:color w:val="434343"/>
          <w:sz w:val="24"/>
          <w:szCs w:val="24"/>
          <w:lang w:val="es-ES"/>
        </w:rPr>
        <w:t>Note</w:t>
      </w:r>
      <w:r w:rsidRPr="7E7C0FD5">
        <w:rPr>
          <w:rFonts w:ascii="Montserrat" w:eastAsia="Montserrat" w:hAnsi="Montserrat" w:cs="Montserrat"/>
          <w:i/>
          <w:iCs/>
          <w:color w:val="434343"/>
          <w:sz w:val="24"/>
          <w:szCs w:val="24"/>
          <w:lang w:val="es-ES"/>
        </w:rPr>
        <w:t xml:space="preserve">: For </w:t>
      </w:r>
      <w:proofErr w:type="spellStart"/>
      <w:r w:rsidRPr="7E7C0FD5">
        <w:rPr>
          <w:rFonts w:ascii="Montserrat" w:eastAsia="Montserrat" w:hAnsi="Montserrat" w:cs="Montserrat"/>
          <w:i/>
          <w:iCs/>
          <w:color w:val="434343"/>
          <w:sz w:val="24"/>
          <w:szCs w:val="24"/>
          <w:lang w:val="es-ES"/>
        </w:rPr>
        <w:t>the</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purpose</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of</w:t>
      </w:r>
      <w:proofErr w:type="spellEnd"/>
      <w:r w:rsidRPr="7E7C0FD5">
        <w:rPr>
          <w:rFonts w:ascii="Montserrat" w:eastAsia="Montserrat" w:hAnsi="Montserrat" w:cs="Montserrat"/>
          <w:i/>
          <w:iCs/>
          <w:color w:val="434343"/>
          <w:sz w:val="24"/>
          <w:szCs w:val="24"/>
          <w:lang w:val="es-ES"/>
        </w:rPr>
        <w:t xml:space="preserve"> future </w:t>
      </w:r>
      <w:proofErr w:type="spellStart"/>
      <w:r w:rsidRPr="7E7C0FD5">
        <w:rPr>
          <w:rFonts w:ascii="Montserrat" w:eastAsia="Montserrat" w:hAnsi="Montserrat" w:cs="Montserrat"/>
          <w:i/>
          <w:iCs/>
          <w:color w:val="434343"/>
          <w:sz w:val="24"/>
          <w:szCs w:val="24"/>
          <w:lang w:val="es-ES"/>
        </w:rPr>
        <w:t>grant</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reporting</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please</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keep</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track</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of</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the</w:t>
      </w:r>
      <w:proofErr w:type="spellEnd"/>
      <w:r w:rsidRPr="7E7C0FD5">
        <w:rPr>
          <w:rFonts w:ascii="Montserrat" w:eastAsia="Montserrat" w:hAnsi="Montserrat" w:cs="Montserrat"/>
          <w:i/>
          <w:iCs/>
          <w:color w:val="434343"/>
          <w:sz w:val="24"/>
          <w:szCs w:val="24"/>
          <w:lang w:val="es-ES"/>
        </w:rPr>
        <w:t xml:space="preserve"> total </w:t>
      </w:r>
      <w:proofErr w:type="spellStart"/>
      <w:r w:rsidRPr="7E7C0FD5">
        <w:rPr>
          <w:rFonts w:ascii="Montserrat" w:eastAsia="Montserrat" w:hAnsi="Montserrat" w:cs="Montserrat"/>
          <w:i/>
          <w:iCs/>
          <w:color w:val="434343"/>
          <w:sz w:val="24"/>
          <w:szCs w:val="24"/>
          <w:lang w:val="es-ES"/>
        </w:rPr>
        <w:t>number</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of</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applications</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received</w:t>
      </w:r>
      <w:proofErr w:type="spellEnd"/>
      <w:r w:rsidRPr="7E7C0FD5">
        <w:rPr>
          <w:rFonts w:ascii="Montserrat" w:eastAsia="Montserrat" w:hAnsi="Montserrat" w:cs="Montserrat"/>
          <w:i/>
          <w:iCs/>
          <w:color w:val="434343"/>
          <w:sz w:val="24"/>
          <w:szCs w:val="24"/>
          <w:lang w:val="es-ES"/>
        </w:rPr>
        <w:t xml:space="preserve"> and </w:t>
      </w:r>
      <w:proofErr w:type="spellStart"/>
      <w:r w:rsidRPr="7E7C0FD5">
        <w:rPr>
          <w:rFonts w:ascii="Montserrat" w:eastAsia="Montserrat" w:hAnsi="Montserrat" w:cs="Montserrat"/>
          <w:i/>
          <w:iCs/>
          <w:color w:val="434343"/>
          <w:sz w:val="24"/>
          <w:szCs w:val="24"/>
          <w:lang w:val="es-ES"/>
        </w:rPr>
        <w:t>the</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number</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of</w:t>
      </w:r>
      <w:proofErr w:type="spellEnd"/>
      <w:r w:rsidRPr="7E7C0FD5">
        <w:rPr>
          <w:rFonts w:ascii="Montserrat" w:eastAsia="Montserrat" w:hAnsi="Montserrat" w:cs="Montserrat"/>
          <w:i/>
          <w:iCs/>
          <w:color w:val="434343"/>
          <w:sz w:val="24"/>
          <w:szCs w:val="24"/>
          <w:lang w:val="es-ES"/>
        </w:rPr>
        <w:t xml:space="preserve"> eligible </w:t>
      </w:r>
      <w:proofErr w:type="spellStart"/>
      <w:r w:rsidRPr="7E7C0FD5">
        <w:rPr>
          <w:rFonts w:ascii="Montserrat" w:eastAsia="Montserrat" w:hAnsi="Montserrat" w:cs="Montserrat"/>
          <w:i/>
          <w:iCs/>
          <w:color w:val="434343"/>
          <w:sz w:val="24"/>
          <w:szCs w:val="24"/>
          <w:lang w:val="es-ES"/>
        </w:rPr>
        <w:t>applications</w:t>
      </w:r>
      <w:proofErr w:type="spellEnd"/>
      <w:r w:rsidRPr="7E7C0FD5">
        <w:rPr>
          <w:rFonts w:ascii="Montserrat" w:eastAsia="Montserrat" w:hAnsi="Montserrat" w:cs="Montserrat"/>
          <w:i/>
          <w:iCs/>
          <w:color w:val="434343"/>
          <w:sz w:val="24"/>
          <w:szCs w:val="24"/>
          <w:lang w:val="es-ES"/>
        </w:rPr>
        <w:t>.</w:t>
      </w:r>
    </w:p>
    <w:p w14:paraId="76E2C0D2" w14:textId="77777777" w:rsidR="000768AD" w:rsidRDefault="000768AD" w:rsidP="000768AD">
      <w:pPr>
        <w:pStyle w:val="Heading1"/>
        <w:keepNext w:val="0"/>
        <w:keepLines w:val="0"/>
        <w:spacing w:before="480"/>
        <w:rPr>
          <w:rFonts w:ascii="Montserrat" w:eastAsia="Montserrat" w:hAnsi="Montserrat" w:cs="Montserrat"/>
          <w:color w:val="1B877F"/>
          <w:sz w:val="34"/>
          <w:szCs w:val="34"/>
        </w:rPr>
      </w:pPr>
      <w:r w:rsidRPr="7E7C0FD5">
        <w:rPr>
          <w:rFonts w:ascii="Montserrat" w:eastAsia="Montserrat" w:hAnsi="Montserrat" w:cs="Montserrat"/>
          <w:color w:val="1B877F"/>
          <w:sz w:val="34"/>
          <w:szCs w:val="34"/>
          <w:lang w:val="es-ES"/>
        </w:rPr>
        <w:t xml:space="preserve">How </w:t>
      </w:r>
      <w:proofErr w:type="spellStart"/>
      <w:r w:rsidRPr="7E7C0FD5">
        <w:rPr>
          <w:rFonts w:ascii="Montserrat" w:eastAsia="Montserrat" w:hAnsi="Montserrat" w:cs="Montserrat"/>
          <w:color w:val="1B877F"/>
          <w:sz w:val="34"/>
          <w:szCs w:val="34"/>
          <w:lang w:val="es-ES"/>
        </w:rPr>
        <w:t>This</w:t>
      </w:r>
      <w:proofErr w:type="spellEnd"/>
      <w:r w:rsidRPr="7E7C0FD5">
        <w:rPr>
          <w:rFonts w:ascii="Montserrat" w:eastAsia="Montserrat" w:hAnsi="Montserrat" w:cs="Montserrat"/>
          <w:color w:val="1B877F"/>
          <w:sz w:val="34"/>
          <w:szCs w:val="34"/>
          <w:lang w:val="es-ES"/>
        </w:rPr>
        <w:t xml:space="preserve"> </w:t>
      </w:r>
      <w:proofErr w:type="spellStart"/>
      <w:r w:rsidRPr="7E7C0FD5">
        <w:rPr>
          <w:rFonts w:ascii="Montserrat" w:eastAsia="Montserrat" w:hAnsi="Montserrat" w:cs="Montserrat"/>
          <w:color w:val="1B877F"/>
          <w:sz w:val="34"/>
          <w:szCs w:val="34"/>
          <w:lang w:val="es-ES"/>
        </w:rPr>
        <w:t>Template</w:t>
      </w:r>
      <w:proofErr w:type="spellEnd"/>
      <w:r w:rsidRPr="7E7C0FD5">
        <w:rPr>
          <w:rFonts w:ascii="Montserrat" w:eastAsia="Montserrat" w:hAnsi="Montserrat" w:cs="Montserrat"/>
          <w:color w:val="1B877F"/>
          <w:sz w:val="34"/>
          <w:szCs w:val="34"/>
          <w:lang w:val="es-ES"/>
        </w:rPr>
        <w:t xml:space="preserve"> Works</w:t>
      </w:r>
    </w:p>
    <w:p w14:paraId="740C22C2" w14:textId="77777777" w:rsidR="000768AD" w:rsidRDefault="000768AD" w:rsidP="000768AD">
      <w:pPr>
        <w:rPr>
          <w:rFonts w:ascii="Montserrat" w:eastAsia="Montserrat" w:hAnsi="Montserrat" w:cs="Montserrat"/>
          <w:color w:val="434343"/>
          <w:sz w:val="24"/>
          <w:szCs w:val="24"/>
        </w:rPr>
      </w:pPr>
    </w:p>
    <w:p w14:paraId="109E7107" w14:textId="77777777" w:rsidR="000768AD" w:rsidRDefault="000768AD" w:rsidP="000768AD">
      <w:pPr>
        <w:rPr>
          <w:rFonts w:ascii="Montserrat" w:eastAsia="Montserrat" w:hAnsi="Montserrat" w:cs="Montserrat"/>
          <w:color w:val="434343"/>
          <w:sz w:val="24"/>
          <w:szCs w:val="24"/>
        </w:rPr>
      </w:pPr>
      <w:proofErr w:type="spellStart"/>
      <w:r w:rsidRPr="7E7C0FD5">
        <w:rPr>
          <w:rFonts w:ascii="Montserrat" w:eastAsia="Montserrat" w:hAnsi="Montserrat" w:cs="Montserrat"/>
          <w:color w:val="434343"/>
          <w:sz w:val="24"/>
          <w:szCs w:val="24"/>
          <w:lang w:val="es-ES"/>
        </w:rPr>
        <w:t>On</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the</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following</w:t>
      </w:r>
      <w:proofErr w:type="spellEnd"/>
      <w:r w:rsidRPr="7E7C0FD5">
        <w:rPr>
          <w:rFonts w:ascii="Montserrat" w:eastAsia="Montserrat" w:hAnsi="Montserrat" w:cs="Montserrat"/>
          <w:color w:val="434343"/>
          <w:sz w:val="24"/>
          <w:szCs w:val="24"/>
          <w:lang w:val="es-ES"/>
        </w:rPr>
        <w:t xml:space="preserve"> page, </w:t>
      </w:r>
      <w:proofErr w:type="spellStart"/>
      <w:r w:rsidRPr="7E7C0FD5">
        <w:rPr>
          <w:rFonts w:ascii="Montserrat" w:eastAsia="Montserrat" w:hAnsi="Montserrat" w:cs="Montserrat"/>
          <w:color w:val="434343"/>
          <w:sz w:val="24"/>
          <w:szCs w:val="24"/>
          <w:lang w:val="es-ES"/>
        </w:rPr>
        <w:t>you</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will</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see</w:t>
      </w:r>
      <w:proofErr w:type="spellEnd"/>
      <w:r w:rsidRPr="7E7C0FD5">
        <w:rPr>
          <w:rFonts w:ascii="Montserrat" w:eastAsia="Montserrat" w:hAnsi="Montserrat" w:cs="Montserrat"/>
          <w:color w:val="434343"/>
          <w:sz w:val="24"/>
          <w:szCs w:val="24"/>
          <w:lang w:val="es-ES"/>
        </w:rPr>
        <w:t xml:space="preserve"> a </w:t>
      </w:r>
      <w:proofErr w:type="spellStart"/>
      <w:r w:rsidRPr="7E7C0FD5">
        <w:rPr>
          <w:rFonts w:ascii="Montserrat" w:eastAsia="Montserrat" w:hAnsi="Montserrat" w:cs="Montserrat"/>
          <w:color w:val="434343"/>
          <w:sz w:val="24"/>
          <w:szCs w:val="24"/>
          <w:lang w:val="es-ES"/>
        </w:rPr>
        <w:t>list</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of</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nine</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questions</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To</w:t>
      </w:r>
      <w:proofErr w:type="spellEnd"/>
      <w:r w:rsidRPr="7E7C0FD5">
        <w:rPr>
          <w:rFonts w:ascii="Montserrat" w:eastAsia="Montserrat" w:hAnsi="Montserrat" w:cs="Montserrat"/>
          <w:color w:val="434343"/>
          <w:sz w:val="24"/>
          <w:szCs w:val="24"/>
          <w:lang w:val="es-ES"/>
        </w:rPr>
        <w:t xml:space="preserve"> determine </w:t>
      </w:r>
      <w:proofErr w:type="spellStart"/>
      <w:r w:rsidRPr="7E7C0FD5">
        <w:rPr>
          <w:rFonts w:ascii="Montserrat" w:eastAsia="Montserrat" w:hAnsi="Montserrat" w:cs="Montserrat"/>
          <w:color w:val="434343"/>
          <w:sz w:val="24"/>
          <w:szCs w:val="24"/>
          <w:lang w:val="es-ES"/>
        </w:rPr>
        <w:t>if</w:t>
      </w:r>
      <w:proofErr w:type="spellEnd"/>
      <w:r w:rsidRPr="7E7C0FD5">
        <w:rPr>
          <w:rFonts w:ascii="Montserrat" w:eastAsia="Montserrat" w:hAnsi="Montserrat" w:cs="Montserrat"/>
          <w:color w:val="434343"/>
          <w:sz w:val="24"/>
          <w:szCs w:val="24"/>
          <w:lang w:val="es-ES"/>
        </w:rPr>
        <w:t xml:space="preserve"> a </w:t>
      </w:r>
      <w:proofErr w:type="spellStart"/>
      <w:r w:rsidRPr="7E7C0FD5">
        <w:rPr>
          <w:rFonts w:ascii="Montserrat" w:eastAsia="Montserrat" w:hAnsi="Montserrat" w:cs="Montserrat"/>
          <w:color w:val="434343"/>
          <w:sz w:val="24"/>
          <w:szCs w:val="24"/>
          <w:lang w:val="es-ES"/>
        </w:rPr>
        <w:t>project</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meets</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the</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minimum</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eligibility</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requirements</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for</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the</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Youth</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Climate</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Action</w:t>
      </w:r>
      <w:proofErr w:type="spellEnd"/>
      <w:r w:rsidRPr="7E7C0FD5">
        <w:rPr>
          <w:rFonts w:ascii="Montserrat" w:eastAsia="Montserrat" w:hAnsi="Montserrat" w:cs="Montserrat"/>
          <w:color w:val="434343"/>
          <w:sz w:val="24"/>
          <w:szCs w:val="24"/>
          <w:lang w:val="es-ES"/>
        </w:rPr>
        <w:t xml:space="preserve"> Fund, </w:t>
      </w:r>
      <w:proofErr w:type="spellStart"/>
      <w:r w:rsidRPr="7E7C0FD5">
        <w:rPr>
          <w:rFonts w:ascii="Montserrat" w:eastAsia="Montserrat" w:hAnsi="Montserrat" w:cs="Montserrat"/>
          <w:color w:val="434343"/>
          <w:sz w:val="24"/>
          <w:szCs w:val="24"/>
          <w:lang w:val="es-ES"/>
        </w:rPr>
        <w:t>you</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must</w:t>
      </w:r>
      <w:proofErr w:type="spellEnd"/>
      <w:r w:rsidRPr="7E7C0FD5">
        <w:rPr>
          <w:rFonts w:ascii="Montserrat" w:eastAsia="Montserrat" w:hAnsi="Montserrat" w:cs="Montserrat"/>
          <w:color w:val="434343"/>
          <w:sz w:val="24"/>
          <w:szCs w:val="24"/>
          <w:lang w:val="es-ES"/>
        </w:rPr>
        <w:t xml:space="preserve"> be </w:t>
      </w:r>
      <w:proofErr w:type="spellStart"/>
      <w:r w:rsidRPr="7E7C0FD5">
        <w:rPr>
          <w:rFonts w:ascii="Montserrat" w:eastAsia="Montserrat" w:hAnsi="Montserrat" w:cs="Montserrat"/>
          <w:color w:val="434343"/>
          <w:sz w:val="24"/>
          <w:szCs w:val="24"/>
          <w:lang w:val="es-ES"/>
        </w:rPr>
        <w:t>able</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to</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answer</w:t>
      </w:r>
      <w:proofErr w:type="spellEnd"/>
      <w:r w:rsidRPr="7E7C0FD5">
        <w:rPr>
          <w:rFonts w:ascii="Montserrat" w:eastAsia="Montserrat" w:hAnsi="Montserrat" w:cs="Montserrat"/>
          <w:color w:val="434343"/>
          <w:sz w:val="24"/>
          <w:szCs w:val="24"/>
          <w:lang w:val="es-ES"/>
        </w:rPr>
        <w:t xml:space="preserve"> </w:t>
      </w:r>
      <w:r w:rsidRPr="7E7C0FD5">
        <w:rPr>
          <w:rFonts w:ascii="Montserrat" w:eastAsia="Montserrat" w:hAnsi="Montserrat" w:cs="Montserrat"/>
          <w:b/>
          <w:bCs/>
          <w:color w:val="434343"/>
          <w:sz w:val="24"/>
          <w:szCs w:val="24"/>
          <w:lang w:val="es-ES"/>
        </w:rPr>
        <w:t>yes</w:t>
      </w:r>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to</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all</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nine</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questions</w:t>
      </w:r>
      <w:proofErr w:type="spellEnd"/>
      <w:r w:rsidRPr="7E7C0FD5">
        <w:rPr>
          <w:rFonts w:ascii="Montserrat" w:eastAsia="Montserrat" w:hAnsi="Montserrat" w:cs="Montserrat"/>
          <w:color w:val="434343"/>
          <w:sz w:val="24"/>
          <w:szCs w:val="24"/>
          <w:lang w:val="es-ES"/>
        </w:rPr>
        <w:t xml:space="preserve">. </w:t>
      </w:r>
    </w:p>
    <w:p w14:paraId="2962D975" w14:textId="77777777" w:rsidR="000768AD" w:rsidRDefault="000768AD" w:rsidP="000768AD">
      <w:pPr>
        <w:rPr>
          <w:rFonts w:ascii="Montserrat" w:eastAsia="Montserrat" w:hAnsi="Montserrat" w:cs="Montserrat"/>
          <w:color w:val="434343"/>
          <w:sz w:val="24"/>
          <w:szCs w:val="24"/>
        </w:rPr>
      </w:pPr>
    </w:p>
    <w:p w14:paraId="503D3505" w14:textId="77777777" w:rsidR="000768AD" w:rsidRDefault="000768AD" w:rsidP="000768AD">
      <w:pPr>
        <w:rPr>
          <w:rFonts w:ascii="Montserrat" w:eastAsia="Montserrat" w:hAnsi="Montserrat" w:cs="Montserrat"/>
          <w:color w:val="434343"/>
          <w:sz w:val="24"/>
          <w:szCs w:val="24"/>
        </w:rPr>
      </w:pPr>
      <w:r w:rsidRPr="7E7C0FD5">
        <w:rPr>
          <w:rFonts w:ascii="Montserrat" w:eastAsia="Montserrat" w:hAnsi="Montserrat" w:cs="Montserrat"/>
          <w:color w:val="434343"/>
          <w:sz w:val="24"/>
          <w:szCs w:val="24"/>
          <w:lang w:val="es-ES"/>
        </w:rPr>
        <w:t xml:space="preserve">The </w:t>
      </w:r>
      <w:proofErr w:type="spellStart"/>
      <w:r w:rsidRPr="7E7C0FD5">
        <w:rPr>
          <w:rFonts w:ascii="Montserrat" w:eastAsia="Montserrat" w:hAnsi="Montserrat" w:cs="Montserrat"/>
          <w:color w:val="434343"/>
          <w:sz w:val="24"/>
          <w:szCs w:val="24"/>
          <w:lang w:val="es-ES"/>
        </w:rPr>
        <w:t>accompanying</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worksheet</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will</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help</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you</w:t>
      </w:r>
      <w:proofErr w:type="spellEnd"/>
      <w:r w:rsidRPr="7E7C0FD5">
        <w:rPr>
          <w:rFonts w:ascii="Montserrat" w:eastAsia="Montserrat" w:hAnsi="Montserrat" w:cs="Montserrat"/>
          <w:color w:val="434343"/>
          <w:sz w:val="24"/>
          <w:szCs w:val="24"/>
          <w:lang w:val="es-ES"/>
        </w:rPr>
        <w:t xml:space="preserve"> determine </w:t>
      </w:r>
      <w:proofErr w:type="spellStart"/>
      <w:r w:rsidRPr="7E7C0FD5">
        <w:rPr>
          <w:rFonts w:ascii="Montserrat" w:eastAsia="Montserrat" w:hAnsi="Montserrat" w:cs="Montserrat"/>
          <w:color w:val="434343"/>
          <w:sz w:val="24"/>
          <w:szCs w:val="24"/>
          <w:lang w:val="es-ES"/>
        </w:rPr>
        <w:t>eligibility</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for</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each</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proposal</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that</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you</w:t>
      </w:r>
      <w:proofErr w:type="spellEnd"/>
      <w:r w:rsidRPr="7E7C0FD5">
        <w:rPr>
          <w:rFonts w:ascii="Montserrat" w:eastAsia="Montserrat" w:hAnsi="Montserrat" w:cs="Montserrat"/>
          <w:color w:val="434343"/>
          <w:sz w:val="24"/>
          <w:szCs w:val="24"/>
          <w:lang w:val="es-ES"/>
        </w:rPr>
        <w:t xml:space="preserve"> </w:t>
      </w:r>
      <w:proofErr w:type="spellStart"/>
      <w:r w:rsidRPr="7E7C0FD5">
        <w:rPr>
          <w:rFonts w:ascii="Montserrat" w:eastAsia="Montserrat" w:hAnsi="Montserrat" w:cs="Montserrat"/>
          <w:color w:val="434343"/>
          <w:sz w:val="24"/>
          <w:szCs w:val="24"/>
          <w:lang w:val="es-ES"/>
        </w:rPr>
        <w:t>receive</w:t>
      </w:r>
      <w:proofErr w:type="spellEnd"/>
      <w:proofErr w:type="gramStart"/>
      <w:r w:rsidRPr="7E7C0FD5">
        <w:rPr>
          <w:rFonts w:ascii="Montserrat" w:eastAsia="Montserrat" w:hAnsi="Montserrat" w:cs="Montserrat"/>
          <w:color w:val="434343"/>
          <w:sz w:val="24"/>
          <w:szCs w:val="24"/>
          <w:lang w:val="es-ES"/>
        </w:rPr>
        <w:t>. .</w:t>
      </w:r>
      <w:proofErr w:type="gramEnd"/>
      <w:r w:rsidRPr="7E7C0FD5">
        <w:rPr>
          <w:rFonts w:ascii="Montserrat" w:eastAsia="Montserrat" w:hAnsi="Montserrat" w:cs="Montserrat"/>
          <w:color w:val="434343"/>
          <w:sz w:val="24"/>
          <w:szCs w:val="24"/>
          <w:lang w:val="es-ES"/>
        </w:rPr>
        <w:t xml:space="preserve"> </w:t>
      </w:r>
    </w:p>
    <w:p w14:paraId="5727E0A6" w14:textId="77777777" w:rsidR="000768AD" w:rsidRDefault="000768AD" w:rsidP="000768AD">
      <w:pPr>
        <w:rPr>
          <w:rFonts w:ascii="Montserrat" w:eastAsia="Montserrat" w:hAnsi="Montserrat" w:cs="Montserrat"/>
          <w:color w:val="434343"/>
          <w:sz w:val="24"/>
          <w:szCs w:val="24"/>
        </w:rPr>
      </w:pPr>
    </w:p>
    <w:p w14:paraId="2FE2265C" w14:textId="77777777" w:rsidR="000768AD" w:rsidRDefault="000768AD" w:rsidP="000768AD">
      <w:pPr>
        <w:rPr>
          <w:rFonts w:ascii="Montserrat" w:eastAsia="Montserrat" w:hAnsi="Montserrat" w:cs="Montserrat"/>
          <w:color w:val="434343"/>
          <w:sz w:val="24"/>
          <w:szCs w:val="24"/>
        </w:rPr>
      </w:pPr>
      <w:r w:rsidRPr="7E7C0FD5">
        <w:rPr>
          <w:rFonts w:ascii="Montserrat" w:eastAsia="Montserrat" w:hAnsi="Montserrat" w:cs="Montserrat"/>
          <w:i/>
          <w:iCs/>
          <w:color w:val="434343"/>
          <w:sz w:val="24"/>
          <w:szCs w:val="24"/>
          <w:lang w:val="es-ES"/>
        </w:rPr>
        <w:t xml:space="preserve">For </w:t>
      </w:r>
      <w:proofErr w:type="spellStart"/>
      <w:r w:rsidRPr="7E7C0FD5">
        <w:rPr>
          <w:rFonts w:ascii="Montserrat" w:eastAsia="Montserrat" w:hAnsi="Montserrat" w:cs="Montserrat"/>
          <w:i/>
          <w:iCs/>
          <w:color w:val="434343"/>
          <w:sz w:val="24"/>
          <w:szCs w:val="24"/>
          <w:lang w:val="es-ES"/>
        </w:rPr>
        <w:t>further</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details</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please</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refer</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to</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the</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What</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is</w:t>
      </w:r>
      <w:proofErr w:type="spellEnd"/>
      <w:r w:rsidRPr="7E7C0FD5">
        <w:rPr>
          <w:rFonts w:ascii="Montserrat" w:eastAsia="Montserrat" w:hAnsi="Montserrat" w:cs="Montserrat"/>
          <w:i/>
          <w:iCs/>
          <w:color w:val="434343"/>
          <w:sz w:val="24"/>
          <w:szCs w:val="24"/>
          <w:lang w:val="es-ES"/>
        </w:rPr>
        <w:t xml:space="preserve"> a </w:t>
      </w:r>
      <w:proofErr w:type="spellStart"/>
      <w:r w:rsidRPr="7E7C0FD5">
        <w:rPr>
          <w:rFonts w:ascii="Montserrat" w:eastAsia="Montserrat" w:hAnsi="Montserrat" w:cs="Montserrat"/>
          <w:i/>
          <w:iCs/>
          <w:color w:val="434343"/>
          <w:sz w:val="24"/>
          <w:szCs w:val="24"/>
          <w:lang w:val="es-ES"/>
        </w:rPr>
        <w:t>Microgrant</w:t>
      </w:r>
      <w:proofErr w:type="spellEnd"/>
      <w:r w:rsidRPr="7E7C0FD5">
        <w:rPr>
          <w:rFonts w:ascii="Montserrat" w:eastAsia="Montserrat" w:hAnsi="Montserrat" w:cs="Montserrat"/>
          <w:i/>
          <w:iCs/>
          <w:color w:val="434343"/>
          <w:sz w:val="24"/>
          <w:szCs w:val="24"/>
          <w:lang w:val="es-ES"/>
        </w:rPr>
        <w:t xml:space="preserve"> Project?”, “Who Can </w:t>
      </w:r>
      <w:proofErr w:type="spellStart"/>
      <w:r w:rsidRPr="7E7C0FD5">
        <w:rPr>
          <w:rFonts w:ascii="Montserrat" w:eastAsia="Montserrat" w:hAnsi="Montserrat" w:cs="Montserrat"/>
          <w:i/>
          <w:iCs/>
          <w:color w:val="434343"/>
          <w:sz w:val="24"/>
          <w:szCs w:val="24"/>
          <w:lang w:val="es-ES"/>
        </w:rPr>
        <w:t>Receive</w:t>
      </w:r>
      <w:proofErr w:type="spellEnd"/>
      <w:r w:rsidRPr="7E7C0FD5">
        <w:rPr>
          <w:rFonts w:ascii="Montserrat" w:eastAsia="Montserrat" w:hAnsi="Montserrat" w:cs="Montserrat"/>
          <w:i/>
          <w:iCs/>
          <w:color w:val="434343"/>
          <w:sz w:val="24"/>
          <w:szCs w:val="24"/>
          <w:lang w:val="es-ES"/>
        </w:rPr>
        <w:t xml:space="preserve"> a </w:t>
      </w:r>
      <w:proofErr w:type="spellStart"/>
      <w:r w:rsidRPr="7E7C0FD5">
        <w:rPr>
          <w:rFonts w:ascii="Montserrat" w:eastAsia="Montserrat" w:hAnsi="Montserrat" w:cs="Montserrat"/>
          <w:i/>
          <w:iCs/>
          <w:color w:val="434343"/>
          <w:sz w:val="24"/>
          <w:szCs w:val="24"/>
          <w:lang w:val="es-ES"/>
        </w:rPr>
        <w:t>Microgrant</w:t>
      </w:r>
      <w:proofErr w:type="spellEnd"/>
      <w:r w:rsidRPr="7E7C0FD5">
        <w:rPr>
          <w:rFonts w:ascii="Montserrat" w:eastAsia="Montserrat" w:hAnsi="Montserrat" w:cs="Montserrat"/>
          <w:i/>
          <w:iCs/>
          <w:color w:val="434343"/>
          <w:sz w:val="24"/>
          <w:szCs w:val="24"/>
          <w:lang w:val="es-ES"/>
        </w:rPr>
        <w:t>?</w:t>
      </w:r>
      <w:proofErr w:type="gramStart"/>
      <w:r w:rsidRPr="7E7C0FD5">
        <w:rPr>
          <w:rFonts w:ascii="Montserrat" w:eastAsia="Montserrat" w:hAnsi="Montserrat" w:cs="Montserrat"/>
          <w:i/>
          <w:iCs/>
          <w:color w:val="434343"/>
          <w:sz w:val="24"/>
          <w:szCs w:val="24"/>
          <w:lang w:val="es-ES"/>
        </w:rPr>
        <w:t>”,  and</w:t>
      </w:r>
      <w:proofErr w:type="gramEnd"/>
      <w:r w:rsidRPr="7E7C0FD5">
        <w:rPr>
          <w:rFonts w:ascii="Montserrat" w:eastAsia="Montserrat" w:hAnsi="Montserrat" w:cs="Montserrat"/>
          <w:i/>
          <w:iCs/>
          <w:color w:val="434343"/>
          <w:sz w:val="24"/>
          <w:szCs w:val="24"/>
          <w:lang w:val="es-ES"/>
        </w:rPr>
        <w:t xml:space="preserve"> “How Do You </w:t>
      </w:r>
      <w:proofErr w:type="spellStart"/>
      <w:r w:rsidRPr="7E7C0FD5">
        <w:rPr>
          <w:rFonts w:ascii="Montserrat" w:eastAsia="Montserrat" w:hAnsi="Montserrat" w:cs="Montserrat"/>
          <w:i/>
          <w:iCs/>
          <w:color w:val="434343"/>
          <w:sz w:val="24"/>
          <w:szCs w:val="24"/>
          <w:lang w:val="es-ES"/>
        </w:rPr>
        <w:t>Select</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Microgrant</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Projects</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sections</w:t>
      </w:r>
      <w:proofErr w:type="spellEnd"/>
      <w:r w:rsidRPr="7E7C0FD5">
        <w:rPr>
          <w:rFonts w:ascii="Montserrat" w:eastAsia="Montserrat" w:hAnsi="Montserrat" w:cs="Montserrat"/>
          <w:i/>
          <w:iCs/>
          <w:color w:val="434343"/>
          <w:sz w:val="24"/>
          <w:szCs w:val="24"/>
          <w:lang w:val="es-ES"/>
        </w:rPr>
        <w:t xml:space="preserve"> in </w:t>
      </w:r>
      <w:proofErr w:type="spellStart"/>
      <w:r w:rsidRPr="7E7C0FD5">
        <w:rPr>
          <w:rFonts w:ascii="Montserrat" w:eastAsia="Montserrat" w:hAnsi="Montserrat" w:cs="Montserrat"/>
          <w:i/>
          <w:iCs/>
          <w:color w:val="434343"/>
          <w:sz w:val="24"/>
          <w:szCs w:val="24"/>
          <w:lang w:val="es-ES"/>
        </w:rPr>
        <w:t>the</w:t>
      </w:r>
      <w:proofErr w:type="spellEnd"/>
      <w:r w:rsidRPr="7E7C0FD5">
        <w:rPr>
          <w:rFonts w:ascii="Montserrat" w:eastAsia="Montserrat" w:hAnsi="Montserrat" w:cs="Montserrat"/>
          <w:i/>
          <w:iCs/>
          <w:color w:val="434343"/>
          <w:sz w:val="24"/>
          <w:szCs w:val="24"/>
          <w:lang w:val="es-ES"/>
        </w:rPr>
        <w:t xml:space="preserve"> </w:t>
      </w:r>
      <w:proofErr w:type="spellStart"/>
      <w:r w:rsidRPr="7E7C0FD5">
        <w:rPr>
          <w:rFonts w:ascii="Montserrat" w:eastAsia="Montserrat" w:hAnsi="Montserrat" w:cs="Montserrat"/>
          <w:i/>
          <w:iCs/>
          <w:color w:val="434343"/>
          <w:sz w:val="24"/>
          <w:szCs w:val="24"/>
          <w:lang w:val="es-ES"/>
        </w:rPr>
        <w:t>Program</w:t>
      </w:r>
      <w:proofErr w:type="spellEnd"/>
      <w:r w:rsidRPr="7E7C0FD5">
        <w:rPr>
          <w:rFonts w:ascii="Montserrat" w:eastAsia="Montserrat" w:hAnsi="Montserrat" w:cs="Montserrat"/>
          <w:i/>
          <w:iCs/>
          <w:color w:val="434343"/>
          <w:sz w:val="24"/>
          <w:szCs w:val="24"/>
          <w:lang w:val="es-ES"/>
        </w:rPr>
        <w:t xml:space="preserve"> Charter.</w:t>
      </w:r>
    </w:p>
    <w:p w14:paraId="11E65A09" w14:textId="77777777" w:rsidR="000768AD" w:rsidRDefault="000768AD" w:rsidP="000768AD">
      <w:pPr>
        <w:rPr>
          <w:rFonts w:ascii="Montserrat" w:eastAsia="Montserrat" w:hAnsi="Montserrat" w:cs="Montserrat"/>
          <w:color w:val="434343"/>
          <w:sz w:val="24"/>
          <w:szCs w:val="24"/>
        </w:rPr>
      </w:pPr>
    </w:p>
    <w:p w14:paraId="4D18D11A" w14:textId="77777777" w:rsidR="000768AD" w:rsidRDefault="000768AD" w:rsidP="000768AD">
      <w:pPr>
        <w:rPr>
          <w:rFonts w:ascii="Montserrat" w:eastAsia="Montserrat" w:hAnsi="Montserrat" w:cs="Montserrat"/>
          <w:color w:val="434343"/>
          <w:sz w:val="24"/>
          <w:szCs w:val="24"/>
        </w:rPr>
      </w:pPr>
    </w:p>
    <w:p w14:paraId="4C1AB760" w14:textId="77777777" w:rsidR="000768AD" w:rsidRDefault="000768AD" w:rsidP="000768AD">
      <w:pPr>
        <w:jc w:val="both"/>
        <w:rPr>
          <w:rFonts w:ascii="Montserrat" w:eastAsia="Montserrat" w:hAnsi="Montserrat" w:cs="Montserrat"/>
          <w:color w:val="1B877F"/>
          <w:sz w:val="24"/>
          <w:szCs w:val="24"/>
        </w:rPr>
      </w:pPr>
    </w:p>
    <w:p w14:paraId="37F9AB0D" w14:textId="77777777" w:rsidR="000768AD" w:rsidRDefault="000768AD" w:rsidP="000768AD">
      <w:pPr>
        <w:jc w:val="both"/>
        <w:rPr>
          <w:rFonts w:ascii="Montserrat" w:eastAsia="Montserrat" w:hAnsi="Montserrat" w:cs="Montserrat"/>
          <w:b/>
          <w:bCs/>
          <w:color w:val="1B877F"/>
          <w:sz w:val="24"/>
          <w:szCs w:val="24"/>
          <w:lang w:val="es-ES"/>
        </w:rPr>
      </w:pPr>
    </w:p>
    <w:p w14:paraId="0023EF03" w14:textId="77777777" w:rsidR="000768AD" w:rsidRDefault="000768AD" w:rsidP="000768AD">
      <w:pPr>
        <w:jc w:val="both"/>
        <w:rPr>
          <w:rFonts w:ascii="Montserrat" w:eastAsia="Montserrat" w:hAnsi="Montserrat" w:cs="Montserrat"/>
          <w:b/>
          <w:bCs/>
          <w:color w:val="1B877F"/>
          <w:sz w:val="24"/>
          <w:szCs w:val="24"/>
          <w:lang w:val="es-ES"/>
        </w:rPr>
      </w:pPr>
    </w:p>
    <w:p w14:paraId="7D94FF08" w14:textId="77777777" w:rsidR="000768AD" w:rsidRDefault="000768AD" w:rsidP="000768AD">
      <w:pPr>
        <w:jc w:val="both"/>
        <w:rPr>
          <w:rFonts w:ascii="Montserrat" w:eastAsia="Montserrat" w:hAnsi="Montserrat" w:cs="Montserrat"/>
          <w:b/>
          <w:bCs/>
          <w:color w:val="1B877F"/>
          <w:sz w:val="24"/>
          <w:szCs w:val="24"/>
          <w:lang w:val="es-ES"/>
        </w:rPr>
      </w:pPr>
    </w:p>
    <w:p w14:paraId="5808D7E8" w14:textId="77777777" w:rsidR="000768AD" w:rsidRDefault="000768AD" w:rsidP="000768AD">
      <w:pPr>
        <w:jc w:val="both"/>
        <w:rPr>
          <w:rFonts w:ascii="Montserrat" w:eastAsia="Montserrat" w:hAnsi="Montserrat" w:cs="Montserrat"/>
          <w:color w:val="1B877F"/>
          <w:sz w:val="24"/>
          <w:szCs w:val="24"/>
        </w:rPr>
      </w:pPr>
      <w:proofErr w:type="spellStart"/>
      <w:r w:rsidRPr="7E7C0FD5">
        <w:rPr>
          <w:rFonts w:ascii="Montserrat" w:eastAsia="Montserrat" w:hAnsi="Montserrat" w:cs="Montserrat"/>
          <w:b/>
          <w:bCs/>
          <w:color w:val="1B877F"/>
          <w:sz w:val="24"/>
          <w:szCs w:val="24"/>
          <w:lang w:val="es-ES"/>
        </w:rPr>
        <w:t>On</w:t>
      </w:r>
      <w:proofErr w:type="spellEnd"/>
      <w:r w:rsidRPr="7E7C0FD5">
        <w:rPr>
          <w:rFonts w:ascii="Montserrat" w:eastAsia="Montserrat" w:hAnsi="Montserrat" w:cs="Montserrat"/>
          <w:b/>
          <w:bCs/>
          <w:color w:val="1B877F"/>
          <w:sz w:val="24"/>
          <w:szCs w:val="24"/>
          <w:lang w:val="es-ES"/>
        </w:rPr>
        <w:t xml:space="preserve"> </w:t>
      </w:r>
      <w:proofErr w:type="spellStart"/>
      <w:r w:rsidRPr="7E7C0FD5">
        <w:rPr>
          <w:rFonts w:ascii="Montserrat" w:eastAsia="Montserrat" w:hAnsi="Montserrat" w:cs="Montserrat"/>
          <w:b/>
          <w:bCs/>
          <w:color w:val="1B877F"/>
          <w:sz w:val="24"/>
          <w:szCs w:val="24"/>
          <w:lang w:val="es-ES"/>
        </w:rPr>
        <w:t>the</w:t>
      </w:r>
      <w:proofErr w:type="spellEnd"/>
      <w:r w:rsidRPr="7E7C0FD5">
        <w:rPr>
          <w:rFonts w:ascii="Montserrat" w:eastAsia="Montserrat" w:hAnsi="Montserrat" w:cs="Montserrat"/>
          <w:b/>
          <w:bCs/>
          <w:color w:val="1B877F"/>
          <w:sz w:val="24"/>
          <w:szCs w:val="24"/>
          <w:lang w:val="es-ES"/>
        </w:rPr>
        <w:t xml:space="preserve"> </w:t>
      </w:r>
      <w:proofErr w:type="spellStart"/>
      <w:r w:rsidRPr="7E7C0FD5">
        <w:rPr>
          <w:rFonts w:ascii="Montserrat" w:eastAsia="Montserrat" w:hAnsi="Montserrat" w:cs="Montserrat"/>
          <w:b/>
          <w:bCs/>
          <w:color w:val="1B877F"/>
          <w:sz w:val="24"/>
          <w:szCs w:val="24"/>
          <w:lang w:val="es-ES"/>
        </w:rPr>
        <w:t>following</w:t>
      </w:r>
      <w:proofErr w:type="spellEnd"/>
      <w:r w:rsidRPr="7E7C0FD5">
        <w:rPr>
          <w:rFonts w:ascii="Montserrat" w:eastAsia="Montserrat" w:hAnsi="Montserrat" w:cs="Montserrat"/>
          <w:b/>
          <w:bCs/>
          <w:color w:val="1B877F"/>
          <w:sz w:val="24"/>
          <w:szCs w:val="24"/>
          <w:lang w:val="es-ES"/>
        </w:rPr>
        <w:t xml:space="preserve"> </w:t>
      </w:r>
      <w:proofErr w:type="spellStart"/>
      <w:r w:rsidRPr="7E7C0FD5">
        <w:rPr>
          <w:rFonts w:ascii="Montserrat" w:eastAsia="Montserrat" w:hAnsi="Montserrat" w:cs="Montserrat"/>
          <w:b/>
          <w:bCs/>
          <w:color w:val="1B877F"/>
          <w:sz w:val="24"/>
          <w:szCs w:val="24"/>
          <w:lang w:val="es-ES"/>
        </w:rPr>
        <w:t>worksheet</w:t>
      </w:r>
      <w:proofErr w:type="spellEnd"/>
      <w:r w:rsidRPr="7E7C0FD5">
        <w:rPr>
          <w:rFonts w:ascii="Montserrat" w:eastAsia="Montserrat" w:hAnsi="Montserrat" w:cs="Montserrat"/>
          <w:b/>
          <w:bCs/>
          <w:color w:val="1B877F"/>
          <w:sz w:val="24"/>
          <w:szCs w:val="24"/>
          <w:lang w:val="es-ES"/>
        </w:rPr>
        <w:t xml:space="preserve">, </w:t>
      </w:r>
      <w:proofErr w:type="spellStart"/>
      <w:r w:rsidRPr="7E7C0FD5">
        <w:rPr>
          <w:rFonts w:ascii="Montserrat" w:eastAsia="Montserrat" w:hAnsi="Montserrat" w:cs="Montserrat"/>
          <w:b/>
          <w:bCs/>
          <w:color w:val="1B877F"/>
          <w:sz w:val="24"/>
          <w:szCs w:val="24"/>
          <w:lang w:val="es-ES"/>
        </w:rPr>
        <w:t>answer</w:t>
      </w:r>
      <w:proofErr w:type="spellEnd"/>
      <w:r w:rsidRPr="7E7C0FD5">
        <w:rPr>
          <w:rFonts w:ascii="Montserrat" w:eastAsia="Montserrat" w:hAnsi="Montserrat" w:cs="Montserrat"/>
          <w:b/>
          <w:bCs/>
          <w:color w:val="1B877F"/>
          <w:sz w:val="24"/>
          <w:szCs w:val="24"/>
          <w:lang w:val="es-ES"/>
        </w:rPr>
        <w:t xml:space="preserve"> yes </w:t>
      </w:r>
      <w:proofErr w:type="spellStart"/>
      <w:r w:rsidRPr="7E7C0FD5">
        <w:rPr>
          <w:rFonts w:ascii="Montserrat" w:eastAsia="Montserrat" w:hAnsi="Montserrat" w:cs="Montserrat"/>
          <w:b/>
          <w:bCs/>
          <w:color w:val="1B877F"/>
          <w:sz w:val="24"/>
          <w:szCs w:val="24"/>
          <w:lang w:val="es-ES"/>
        </w:rPr>
        <w:t>or</w:t>
      </w:r>
      <w:proofErr w:type="spellEnd"/>
      <w:r w:rsidRPr="7E7C0FD5">
        <w:rPr>
          <w:rFonts w:ascii="Montserrat" w:eastAsia="Montserrat" w:hAnsi="Montserrat" w:cs="Montserrat"/>
          <w:b/>
          <w:bCs/>
          <w:color w:val="1B877F"/>
          <w:sz w:val="24"/>
          <w:szCs w:val="24"/>
          <w:lang w:val="es-ES"/>
        </w:rPr>
        <w:t xml:space="preserve"> no </w:t>
      </w:r>
      <w:proofErr w:type="spellStart"/>
      <w:r w:rsidRPr="7E7C0FD5">
        <w:rPr>
          <w:rFonts w:ascii="Montserrat" w:eastAsia="Montserrat" w:hAnsi="Montserrat" w:cs="Montserrat"/>
          <w:b/>
          <w:bCs/>
          <w:color w:val="1B877F"/>
          <w:sz w:val="24"/>
          <w:szCs w:val="24"/>
          <w:lang w:val="es-ES"/>
        </w:rPr>
        <w:t>to</w:t>
      </w:r>
      <w:proofErr w:type="spellEnd"/>
      <w:r w:rsidRPr="7E7C0FD5">
        <w:rPr>
          <w:rFonts w:ascii="Montserrat" w:eastAsia="Montserrat" w:hAnsi="Montserrat" w:cs="Montserrat"/>
          <w:b/>
          <w:bCs/>
          <w:color w:val="1B877F"/>
          <w:sz w:val="24"/>
          <w:szCs w:val="24"/>
          <w:lang w:val="es-ES"/>
        </w:rPr>
        <w:t xml:space="preserve"> </w:t>
      </w:r>
      <w:proofErr w:type="spellStart"/>
      <w:r w:rsidRPr="7E7C0FD5">
        <w:rPr>
          <w:rFonts w:ascii="Montserrat" w:eastAsia="Montserrat" w:hAnsi="Montserrat" w:cs="Montserrat"/>
          <w:b/>
          <w:bCs/>
          <w:color w:val="1B877F"/>
          <w:sz w:val="24"/>
          <w:szCs w:val="24"/>
          <w:lang w:val="es-ES"/>
        </w:rPr>
        <w:t>these</w:t>
      </w:r>
      <w:proofErr w:type="spellEnd"/>
      <w:r w:rsidRPr="7E7C0FD5">
        <w:rPr>
          <w:rFonts w:ascii="Montserrat" w:eastAsia="Montserrat" w:hAnsi="Montserrat" w:cs="Montserrat"/>
          <w:b/>
          <w:bCs/>
          <w:color w:val="1B877F"/>
          <w:sz w:val="24"/>
          <w:szCs w:val="24"/>
          <w:lang w:val="es-ES"/>
        </w:rPr>
        <w:t xml:space="preserve"> </w:t>
      </w:r>
      <w:proofErr w:type="spellStart"/>
      <w:r w:rsidRPr="7E7C0FD5">
        <w:rPr>
          <w:rFonts w:ascii="Montserrat" w:eastAsia="Montserrat" w:hAnsi="Montserrat" w:cs="Montserrat"/>
          <w:b/>
          <w:bCs/>
          <w:color w:val="1B877F"/>
          <w:sz w:val="24"/>
          <w:szCs w:val="24"/>
          <w:lang w:val="es-ES"/>
        </w:rPr>
        <w:t>nine</w:t>
      </w:r>
      <w:proofErr w:type="spellEnd"/>
      <w:r w:rsidRPr="7E7C0FD5">
        <w:rPr>
          <w:rFonts w:ascii="Montserrat" w:eastAsia="Montserrat" w:hAnsi="Montserrat" w:cs="Montserrat"/>
          <w:b/>
          <w:bCs/>
          <w:color w:val="1B877F"/>
          <w:sz w:val="24"/>
          <w:szCs w:val="24"/>
          <w:lang w:val="es-ES"/>
        </w:rPr>
        <w:t xml:space="preserve"> </w:t>
      </w:r>
      <w:proofErr w:type="spellStart"/>
      <w:r w:rsidRPr="7E7C0FD5">
        <w:rPr>
          <w:rFonts w:ascii="Montserrat" w:eastAsia="Montserrat" w:hAnsi="Montserrat" w:cs="Montserrat"/>
          <w:b/>
          <w:bCs/>
          <w:color w:val="1B877F"/>
          <w:sz w:val="24"/>
          <w:szCs w:val="24"/>
          <w:lang w:val="es-ES"/>
        </w:rPr>
        <w:t>questions</w:t>
      </w:r>
      <w:proofErr w:type="spellEnd"/>
      <w:r w:rsidRPr="7E7C0FD5">
        <w:rPr>
          <w:rFonts w:ascii="Montserrat" w:eastAsia="Montserrat" w:hAnsi="Montserrat" w:cs="Montserrat"/>
          <w:b/>
          <w:bCs/>
          <w:color w:val="1B877F"/>
          <w:sz w:val="24"/>
          <w:szCs w:val="24"/>
          <w:lang w:val="es-ES"/>
        </w:rPr>
        <w:t xml:space="preserve"> </w:t>
      </w:r>
      <w:proofErr w:type="spellStart"/>
      <w:r w:rsidRPr="7E7C0FD5">
        <w:rPr>
          <w:rFonts w:ascii="Montserrat" w:eastAsia="Montserrat" w:hAnsi="Montserrat" w:cs="Montserrat"/>
          <w:b/>
          <w:bCs/>
          <w:color w:val="1B877F"/>
          <w:sz w:val="24"/>
          <w:szCs w:val="24"/>
          <w:lang w:val="es-ES"/>
        </w:rPr>
        <w:t>to</w:t>
      </w:r>
      <w:proofErr w:type="spellEnd"/>
      <w:r w:rsidRPr="7E7C0FD5">
        <w:rPr>
          <w:rFonts w:ascii="Montserrat" w:eastAsia="Montserrat" w:hAnsi="Montserrat" w:cs="Montserrat"/>
          <w:b/>
          <w:bCs/>
          <w:color w:val="1B877F"/>
          <w:sz w:val="24"/>
          <w:szCs w:val="24"/>
          <w:lang w:val="es-ES"/>
        </w:rPr>
        <w:t xml:space="preserve"> determine </w:t>
      </w:r>
      <w:proofErr w:type="spellStart"/>
      <w:r w:rsidRPr="7E7C0FD5">
        <w:rPr>
          <w:rFonts w:ascii="Montserrat" w:eastAsia="Montserrat" w:hAnsi="Montserrat" w:cs="Montserrat"/>
          <w:b/>
          <w:bCs/>
          <w:color w:val="1B877F"/>
          <w:sz w:val="24"/>
          <w:szCs w:val="24"/>
          <w:lang w:val="es-ES"/>
        </w:rPr>
        <w:t>project</w:t>
      </w:r>
      <w:proofErr w:type="spellEnd"/>
      <w:r w:rsidRPr="7E7C0FD5">
        <w:rPr>
          <w:rFonts w:ascii="Montserrat" w:eastAsia="Montserrat" w:hAnsi="Montserrat" w:cs="Montserrat"/>
          <w:b/>
          <w:bCs/>
          <w:color w:val="1B877F"/>
          <w:sz w:val="24"/>
          <w:szCs w:val="24"/>
          <w:lang w:val="es-ES"/>
        </w:rPr>
        <w:t xml:space="preserve"> </w:t>
      </w:r>
      <w:proofErr w:type="spellStart"/>
      <w:r w:rsidRPr="7E7C0FD5">
        <w:rPr>
          <w:rFonts w:ascii="Montserrat" w:eastAsia="Montserrat" w:hAnsi="Montserrat" w:cs="Montserrat"/>
          <w:b/>
          <w:bCs/>
          <w:color w:val="1B877F"/>
          <w:sz w:val="24"/>
          <w:szCs w:val="24"/>
          <w:lang w:val="es-ES"/>
        </w:rPr>
        <w:t>eligibility</w:t>
      </w:r>
      <w:proofErr w:type="spellEnd"/>
    </w:p>
    <w:p w14:paraId="1E800947" w14:textId="77777777" w:rsidR="000768AD" w:rsidRDefault="000768AD" w:rsidP="000768AD">
      <w:pPr>
        <w:widowControl w:val="0"/>
        <w:spacing w:line="240" w:lineRule="auto"/>
        <w:rPr>
          <w:rFonts w:ascii="Montserrat" w:eastAsia="Montserrat" w:hAnsi="Montserrat" w:cs="Montserrat"/>
          <w:color w:val="1B877F"/>
        </w:rPr>
      </w:pPr>
      <w:proofErr w:type="spellStart"/>
      <w:r w:rsidRPr="7E7C0FD5">
        <w:rPr>
          <w:rFonts w:ascii="Montserrat" w:eastAsia="Montserrat" w:hAnsi="Montserrat" w:cs="Montserrat"/>
          <w:b/>
          <w:bCs/>
          <w:color w:val="434343"/>
          <w:sz w:val="22"/>
          <w:lang w:val="es-ES"/>
        </w:rPr>
        <w:t>Is</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the</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applicant</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an</w:t>
      </w:r>
      <w:proofErr w:type="spellEnd"/>
      <w:r w:rsidRPr="7E7C0FD5">
        <w:rPr>
          <w:rFonts w:ascii="Montserrat" w:eastAsia="Montserrat" w:hAnsi="Montserrat" w:cs="Montserrat"/>
          <w:b/>
          <w:bCs/>
          <w:color w:val="434343"/>
          <w:sz w:val="22"/>
          <w:lang w:val="es-ES"/>
        </w:rPr>
        <w:t xml:space="preserve"> eligible </w:t>
      </w:r>
      <w:proofErr w:type="spellStart"/>
      <w:r w:rsidRPr="7E7C0FD5">
        <w:rPr>
          <w:rFonts w:ascii="Montserrat" w:eastAsia="Montserrat" w:hAnsi="Montserrat" w:cs="Montserrat"/>
          <w:b/>
          <w:bCs/>
          <w:color w:val="434343"/>
          <w:sz w:val="22"/>
          <w:lang w:val="es-ES"/>
        </w:rPr>
        <w:t>organization</w:t>
      </w:r>
      <w:proofErr w:type="spellEnd"/>
      <w:r w:rsidRPr="7E7C0FD5">
        <w:rPr>
          <w:rFonts w:ascii="Montserrat" w:eastAsia="Montserrat" w:hAnsi="Montserrat" w:cs="Montserrat"/>
          <w:b/>
          <w:bCs/>
          <w:color w:val="434343"/>
          <w:sz w:val="22"/>
          <w:lang w:val="es-ES"/>
        </w:rPr>
        <w:t xml:space="preserve">? </w:t>
      </w:r>
      <w:r w:rsidRPr="7E7C0FD5">
        <w:rPr>
          <w:rFonts w:ascii="Montserrat" w:eastAsia="Montserrat" w:hAnsi="Montserrat" w:cs="Montserrat"/>
          <w:i/>
          <w:iCs/>
          <w:color w:val="1B877F"/>
          <w:sz w:val="22"/>
          <w:lang w:val="es-ES"/>
        </w:rPr>
        <w:t xml:space="preserve">Eligible </w:t>
      </w:r>
      <w:proofErr w:type="spellStart"/>
      <w:r w:rsidRPr="7E7C0FD5">
        <w:rPr>
          <w:rFonts w:ascii="Montserrat" w:eastAsia="Montserrat" w:hAnsi="Montserrat" w:cs="Montserrat"/>
          <w:i/>
          <w:iCs/>
          <w:color w:val="1B877F"/>
          <w:sz w:val="22"/>
          <w:lang w:val="es-ES"/>
        </w:rPr>
        <w:t>organizations</w:t>
      </w:r>
      <w:proofErr w:type="spellEnd"/>
      <w:r w:rsidRPr="7E7C0FD5">
        <w:rPr>
          <w:rFonts w:ascii="Montserrat" w:eastAsia="Montserrat" w:hAnsi="Montserrat" w:cs="Montserrat"/>
          <w:i/>
          <w:iCs/>
          <w:color w:val="1B877F"/>
          <w:sz w:val="22"/>
          <w:lang w:val="es-ES"/>
        </w:rPr>
        <w:t xml:space="preserve"> are </w:t>
      </w:r>
      <w:proofErr w:type="spellStart"/>
      <w:r w:rsidRPr="7E7C0FD5">
        <w:rPr>
          <w:rFonts w:ascii="Montserrat" w:eastAsia="Montserrat" w:hAnsi="Montserrat" w:cs="Montserrat"/>
          <w:i/>
          <w:iCs/>
          <w:color w:val="1B877F"/>
          <w:sz w:val="22"/>
          <w:lang w:val="es-ES"/>
        </w:rPr>
        <w:t>youth</w:t>
      </w:r>
      <w:proofErr w:type="spellEnd"/>
      <w:r w:rsidRPr="7E7C0FD5">
        <w:rPr>
          <w:rFonts w:ascii="Montserrat" w:eastAsia="Montserrat" w:hAnsi="Montserrat" w:cs="Montserrat"/>
          <w:i/>
          <w:iCs/>
          <w:color w:val="1B877F"/>
          <w:sz w:val="22"/>
          <w:lang w:val="es-ES"/>
        </w:rPr>
        <w:t xml:space="preserve">-led </w:t>
      </w:r>
      <w:proofErr w:type="spellStart"/>
      <w:r w:rsidRPr="7E7C0FD5">
        <w:rPr>
          <w:rFonts w:ascii="Montserrat" w:eastAsia="Montserrat" w:hAnsi="Montserrat" w:cs="Montserrat"/>
          <w:i/>
          <w:iCs/>
          <w:color w:val="1B877F"/>
          <w:sz w:val="22"/>
          <w:lang w:val="es-ES"/>
        </w:rPr>
        <w:t>organizations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e.g</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youth</w:t>
      </w:r>
      <w:proofErr w:type="spellEnd"/>
      <w:r w:rsidRPr="7E7C0FD5">
        <w:rPr>
          <w:rFonts w:ascii="Montserrat" w:eastAsia="Montserrat" w:hAnsi="Montserrat" w:cs="Montserrat"/>
          <w:i/>
          <w:iCs/>
          <w:color w:val="1B877F"/>
          <w:sz w:val="22"/>
          <w:lang w:val="es-ES"/>
        </w:rPr>
        <w:t xml:space="preserve"> clubs </w:t>
      </w:r>
      <w:proofErr w:type="spellStart"/>
      <w:r w:rsidRPr="7E7C0FD5">
        <w:rPr>
          <w:rFonts w:ascii="Montserrat" w:eastAsia="Montserrat" w:hAnsi="Montserrat" w:cs="Montserrat"/>
          <w:i/>
          <w:iCs/>
          <w:color w:val="1B877F"/>
          <w:sz w:val="22"/>
          <w:lang w:val="es-ES"/>
        </w:rPr>
        <w:t>or</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groups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youth-serving</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organizations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adult</w:t>
      </w:r>
      <w:proofErr w:type="spellEnd"/>
      <w:r w:rsidRPr="7E7C0FD5">
        <w:rPr>
          <w:rFonts w:ascii="Montserrat" w:eastAsia="Montserrat" w:hAnsi="Montserrat" w:cs="Montserrat"/>
          <w:i/>
          <w:iCs/>
          <w:color w:val="1B877F"/>
          <w:sz w:val="22"/>
          <w:lang w:val="es-ES"/>
        </w:rPr>
        <w:t xml:space="preserve">-led </w:t>
      </w:r>
      <w:proofErr w:type="spellStart"/>
      <w:r w:rsidRPr="7E7C0FD5">
        <w:rPr>
          <w:rFonts w:ascii="Montserrat" w:eastAsia="Montserrat" w:hAnsi="Montserrat" w:cs="Montserrat"/>
          <w:i/>
          <w:iCs/>
          <w:color w:val="1B877F"/>
          <w:sz w:val="22"/>
          <w:lang w:val="es-ES"/>
        </w:rPr>
        <w:t>organizations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that</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support</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young</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people</w:t>
      </w:r>
      <w:proofErr w:type="spellEnd"/>
      <w:r w:rsidRPr="7E7C0FD5">
        <w:rPr>
          <w:rFonts w:ascii="Montserrat" w:eastAsia="Montserrat" w:hAnsi="Montserrat" w:cs="Montserrat"/>
          <w:i/>
          <w:iCs/>
          <w:color w:val="1B877F"/>
          <w:sz w:val="22"/>
          <w:lang w:val="es-ES"/>
        </w:rPr>
        <w:t xml:space="preserve">), and </w:t>
      </w:r>
      <w:proofErr w:type="gramStart"/>
      <w:r w:rsidRPr="7E7C0FD5">
        <w:rPr>
          <w:rFonts w:ascii="Montserrat" w:eastAsia="Montserrat" w:hAnsi="Montserrat" w:cs="Montserrat"/>
          <w:i/>
          <w:iCs/>
          <w:color w:val="1B877F"/>
          <w:sz w:val="22"/>
          <w:lang w:val="es-ES"/>
        </w:rPr>
        <w:t>sponsor</w:t>
      </w:r>
      <w:proofErr w:type="gram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organizations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e.g</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city</w:t>
      </w:r>
      <w:proofErr w:type="spellEnd"/>
      <w:r w:rsidRPr="7E7C0FD5">
        <w:rPr>
          <w:rFonts w:ascii="Montserrat" w:eastAsia="Montserrat" w:hAnsi="Montserrat" w:cs="Montserrat"/>
          <w:i/>
          <w:iCs/>
          <w:color w:val="1B877F"/>
          <w:sz w:val="22"/>
          <w:lang w:val="es-ES"/>
        </w:rPr>
        <w:t xml:space="preserve"> agencies, </w:t>
      </w:r>
      <w:proofErr w:type="spellStart"/>
      <w:r w:rsidRPr="7E7C0FD5">
        <w:rPr>
          <w:rFonts w:ascii="Montserrat" w:eastAsia="Montserrat" w:hAnsi="Montserrat" w:cs="Montserrat"/>
          <w:i/>
          <w:iCs/>
          <w:color w:val="1B877F"/>
          <w:sz w:val="22"/>
          <w:lang w:val="es-ES"/>
        </w:rPr>
        <w:t>educational</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institutions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museums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or</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community</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organizations</w:t>
      </w:r>
      <w:proofErr w:type="spellEnd"/>
      <w:r w:rsidRPr="7E7C0FD5">
        <w:rPr>
          <w:rFonts w:ascii="Montserrat" w:eastAsia="Montserrat" w:hAnsi="Montserrat" w:cs="Montserrat"/>
          <w:i/>
          <w:iCs/>
          <w:color w:val="1B877F"/>
          <w:sz w:val="22"/>
          <w:lang w:val="es-ES"/>
        </w:rPr>
        <w:t>).</w:t>
      </w:r>
    </w:p>
    <w:p w14:paraId="30F0A3EA" w14:textId="77777777" w:rsidR="000768AD" w:rsidRDefault="000768AD" w:rsidP="000768AD">
      <w:pPr>
        <w:widowControl w:val="0"/>
        <w:spacing w:line="240" w:lineRule="auto"/>
        <w:rPr>
          <w:rFonts w:ascii="Montserrat" w:eastAsia="Montserrat" w:hAnsi="Montserrat" w:cs="Montserrat"/>
          <w:color w:val="1B877F"/>
        </w:rPr>
      </w:pPr>
    </w:p>
    <w:p w14:paraId="1ACD078D" w14:textId="77777777" w:rsidR="000768AD" w:rsidRDefault="000768AD" w:rsidP="000768AD">
      <w:pPr>
        <w:widowControl w:val="0"/>
        <w:spacing w:line="240" w:lineRule="auto"/>
        <w:rPr>
          <w:rFonts w:ascii="Montserrat" w:eastAsia="Montserrat" w:hAnsi="Montserrat" w:cs="Montserrat"/>
          <w:color w:val="434343"/>
        </w:rPr>
      </w:pPr>
      <w:r w:rsidRPr="7E7C0FD5">
        <w:rPr>
          <w:rFonts w:ascii="Montserrat" w:eastAsia="Montserrat" w:hAnsi="Montserrat" w:cs="Montserrat"/>
          <w:b/>
          <w:bCs/>
          <w:color w:val="434343"/>
          <w:sz w:val="22"/>
          <w:lang w:val="es-ES"/>
        </w:rPr>
        <w:t xml:space="preserve">Does </w:t>
      </w:r>
      <w:proofErr w:type="spellStart"/>
      <w:r w:rsidRPr="7E7C0FD5">
        <w:rPr>
          <w:rFonts w:ascii="Montserrat" w:eastAsia="Montserrat" w:hAnsi="Montserrat" w:cs="Montserrat"/>
          <w:b/>
          <w:bCs/>
          <w:color w:val="434343"/>
          <w:sz w:val="22"/>
          <w:lang w:val="es-ES"/>
        </w:rPr>
        <w:t>the</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entity</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have</w:t>
      </w:r>
      <w:proofErr w:type="spellEnd"/>
      <w:r w:rsidRPr="7E7C0FD5">
        <w:rPr>
          <w:rFonts w:ascii="Montserrat" w:eastAsia="Montserrat" w:hAnsi="Montserrat" w:cs="Montserrat"/>
          <w:b/>
          <w:bCs/>
          <w:color w:val="434343"/>
          <w:sz w:val="22"/>
          <w:lang w:val="es-ES"/>
        </w:rPr>
        <w:t xml:space="preserve"> formal </w:t>
      </w:r>
      <w:proofErr w:type="spellStart"/>
      <w:r w:rsidRPr="7E7C0FD5">
        <w:rPr>
          <w:rFonts w:ascii="Montserrat" w:eastAsia="Montserrat" w:hAnsi="Montserrat" w:cs="Montserrat"/>
          <w:b/>
          <w:bCs/>
          <w:color w:val="434343"/>
          <w:sz w:val="22"/>
          <w:lang w:val="es-ES"/>
        </w:rPr>
        <w:t>incorporation</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or</w:t>
      </w:r>
      <w:proofErr w:type="spellEnd"/>
      <w:r w:rsidRPr="7E7C0FD5">
        <w:rPr>
          <w:rFonts w:ascii="Montserrat" w:eastAsia="Montserrat" w:hAnsi="Montserrat" w:cs="Montserrat"/>
          <w:b/>
          <w:bCs/>
          <w:color w:val="434343"/>
          <w:sz w:val="22"/>
          <w:lang w:val="es-ES"/>
        </w:rPr>
        <w:t xml:space="preserve"> </w:t>
      </w:r>
      <w:proofErr w:type="gramStart"/>
      <w:r w:rsidRPr="7E7C0FD5">
        <w:rPr>
          <w:rFonts w:ascii="Montserrat" w:eastAsia="Montserrat" w:hAnsi="Montserrat" w:cs="Montserrat"/>
          <w:b/>
          <w:bCs/>
          <w:color w:val="434343"/>
          <w:sz w:val="22"/>
          <w:lang w:val="es-ES"/>
        </w:rPr>
        <w:t>status</w:t>
      </w:r>
      <w:proofErr w:type="gramEnd"/>
      <w:r w:rsidRPr="7E7C0FD5">
        <w:rPr>
          <w:rFonts w:ascii="Montserrat" w:eastAsia="Montserrat" w:hAnsi="Montserrat" w:cs="Montserrat"/>
          <w:b/>
          <w:bCs/>
          <w:color w:val="434343"/>
          <w:sz w:val="22"/>
          <w:lang w:val="es-ES"/>
        </w:rPr>
        <w:t xml:space="preserve">, a </w:t>
      </w:r>
      <w:proofErr w:type="spellStart"/>
      <w:r w:rsidRPr="7E7C0FD5">
        <w:rPr>
          <w:rFonts w:ascii="Montserrat" w:eastAsia="Montserrat" w:hAnsi="Montserrat" w:cs="Montserrat"/>
          <w:b/>
          <w:bCs/>
          <w:color w:val="434343"/>
          <w:sz w:val="22"/>
          <w:lang w:val="es-ES"/>
        </w:rPr>
        <w:t>bank</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account</w:t>
      </w:r>
      <w:proofErr w:type="spellEnd"/>
      <w:r w:rsidRPr="7E7C0FD5">
        <w:rPr>
          <w:rFonts w:ascii="Montserrat" w:eastAsia="Montserrat" w:hAnsi="Montserrat" w:cs="Montserrat"/>
          <w:b/>
          <w:bCs/>
          <w:color w:val="434343"/>
          <w:sz w:val="22"/>
          <w:lang w:val="es-ES"/>
        </w:rPr>
        <w:t xml:space="preserve"> in </w:t>
      </w:r>
      <w:proofErr w:type="spellStart"/>
      <w:r w:rsidRPr="7E7C0FD5">
        <w:rPr>
          <w:rFonts w:ascii="Montserrat" w:eastAsia="Montserrat" w:hAnsi="Montserrat" w:cs="Montserrat"/>
          <w:b/>
          <w:bCs/>
          <w:color w:val="434343"/>
          <w:sz w:val="22"/>
          <w:lang w:val="es-ES"/>
        </w:rPr>
        <w:t>its</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name</w:t>
      </w:r>
      <w:proofErr w:type="spellEnd"/>
      <w:r w:rsidRPr="7E7C0FD5">
        <w:rPr>
          <w:rFonts w:ascii="Montserrat" w:eastAsia="Montserrat" w:hAnsi="Montserrat" w:cs="Montserrat"/>
          <w:b/>
          <w:bCs/>
          <w:color w:val="434343"/>
          <w:sz w:val="22"/>
          <w:lang w:val="es-ES"/>
        </w:rPr>
        <w:t xml:space="preserve">, and </w:t>
      </w:r>
      <w:proofErr w:type="spellStart"/>
      <w:r w:rsidRPr="7E7C0FD5">
        <w:rPr>
          <w:rFonts w:ascii="Montserrat" w:eastAsia="Montserrat" w:hAnsi="Montserrat" w:cs="Montserrat"/>
          <w:b/>
          <w:bCs/>
          <w:color w:val="434343"/>
          <w:sz w:val="22"/>
          <w:lang w:val="es-ES"/>
        </w:rPr>
        <w:t>the</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ability</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to</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manage</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the</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funds</w:t>
      </w:r>
      <w:proofErr w:type="spellEnd"/>
      <w:r w:rsidRPr="7E7C0FD5">
        <w:rPr>
          <w:rFonts w:ascii="Montserrat" w:eastAsia="Montserrat" w:hAnsi="Montserrat" w:cs="Montserrat"/>
          <w:b/>
          <w:bCs/>
          <w:color w:val="434343"/>
          <w:sz w:val="22"/>
          <w:lang w:val="es-ES"/>
        </w:rPr>
        <w:t xml:space="preserve">? </w:t>
      </w:r>
    </w:p>
    <w:p w14:paraId="46A760E6" w14:textId="77777777" w:rsidR="000768AD" w:rsidRDefault="000768AD" w:rsidP="000768AD">
      <w:pPr>
        <w:widowControl w:val="0"/>
        <w:spacing w:line="240" w:lineRule="auto"/>
        <w:rPr>
          <w:rFonts w:ascii="Montserrat" w:eastAsia="Montserrat" w:hAnsi="Montserrat" w:cs="Montserrat"/>
          <w:color w:val="434343"/>
        </w:rPr>
      </w:pPr>
    </w:p>
    <w:p w14:paraId="1E3D25A2" w14:textId="77777777" w:rsidR="000768AD" w:rsidRDefault="000768AD" w:rsidP="000768AD">
      <w:pPr>
        <w:widowControl w:val="0"/>
        <w:spacing w:line="240" w:lineRule="auto"/>
        <w:rPr>
          <w:rFonts w:ascii="Montserrat" w:eastAsia="Montserrat" w:hAnsi="Montserrat" w:cs="Montserrat"/>
          <w:color w:val="1B877F"/>
        </w:rPr>
      </w:pPr>
      <w:proofErr w:type="spellStart"/>
      <w:r w:rsidRPr="7E7C0FD5">
        <w:rPr>
          <w:rFonts w:ascii="Montserrat" w:eastAsia="Montserrat" w:hAnsi="Montserrat" w:cs="Montserrat"/>
          <w:b/>
          <w:bCs/>
          <w:color w:val="434343"/>
          <w:sz w:val="22"/>
          <w:lang w:val="es-ES"/>
        </w:rPr>
        <w:t>Is</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the</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organization</w:t>
      </w:r>
      <w:proofErr w:type="spellEnd"/>
      <w:r w:rsidRPr="7E7C0FD5">
        <w:rPr>
          <w:rFonts w:ascii="Montserrat" w:eastAsia="Montserrat" w:hAnsi="Montserrat" w:cs="Montserrat"/>
          <w:b/>
          <w:bCs/>
          <w:color w:val="434343"/>
          <w:sz w:val="22"/>
          <w:lang w:val="es-ES"/>
        </w:rPr>
        <w:t xml:space="preserve"> a </w:t>
      </w:r>
      <w:proofErr w:type="spellStart"/>
      <w:r w:rsidRPr="7E7C0FD5">
        <w:rPr>
          <w:rFonts w:ascii="Montserrat" w:eastAsia="Montserrat" w:hAnsi="Montserrat" w:cs="Montserrat"/>
          <w:b/>
          <w:bCs/>
          <w:color w:val="434343"/>
          <w:sz w:val="22"/>
          <w:lang w:val="es-ES"/>
        </w:rPr>
        <w:t>recognized</w:t>
      </w:r>
      <w:proofErr w:type="spellEnd"/>
      <w:r w:rsidRPr="7E7C0FD5">
        <w:rPr>
          <w:rFonts w:ascii="Montserrat" w:eastAsia="Montserrat" w:hAnsi="Montserrat" w:cs="Montserrat"/>
          <w:b/>
          <w:bCs/>
          <w:color w:val="434343"/>
          <w:sz w:val="22"/>
          <w:lang w:val="es-ES"/>
        </w:rPr>
        <w:t xml:space="preserve"> non-</w:t>
      </w:r>
      <w:proofErr w:type="spellStart"/>
      <w:r w:rsidRPr="7E7C0FD5">
        <w:rPr>
          <w:rFonts w:ascii="Montserrat" w:eastAsia="Montserrat" w:hAnsi="Montserrat" w:cs="Montserrat"/>
          <w:b/>
          <w:bCs/>
          <w:color w:val="434343"/>
          <w:sz w:val="22"/>
          <w:lang w:val="es-ES"/>
        </w:rPr>
        <w:t>profit</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or</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charitable</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entity</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under</w:t>
      </w:r>
      <w:proofErr w:type="spellEnd"/>
      <w:r w:rsidRPr="7E7C0FD5">
        <w:rPr>
          <w:rFonts w:ascii="Montserrat" w:eastAsia="Montserrat" w:hAnsi="Montserrat" w:cs="Montserrat"/>
          <w:b/>
          <w:bCs/>
          <w:color w:val="434343"/>
          <w:sz w:val="22"/>
          <w:lang w:val="es-ES"/>
        </w:rPr>
        <w:t xml:space="preserve"> local </w:t>
      </w:r>
      <w:proofErr w:type="spellStart"/>
      <w:r w:rsidRPr="7E7C0FD5">
        <w:rPr>
          <w:rFonts w:ascii="Montserrat" w:eastAsia="Montserrat" w:hAnsi="Montserrat" w:cs="Montserrat"/>
          <w:b/>
          <w:bCs/>
          <w:color w:val="434343"/>
          <w:sz w:val="22"/>
          <w:lang w:val="es-ES"/>
        </w:rPr>
        <w:t>laws</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unless</w:t>
      </w:r>
      <w:proofErr w:type="spellEnd"/>
      <w:r w:rsidRPr="7E7C0FD5">
        <w:rPr>
          <w:rFonts w:ascii="Montserrat" w:eastAsia="Montserrat" w:hAnsi="Montserrat" w:cs="Montserrat"/>
          <w:b/>
          <w:bCs/>
          <w:color w:val="434343"/>
          <w:sz w:val="22"/>
          <w:lang w:val="es-ES"/>
        </w:rPr>
        <w:t xml:space="preserve"> a </w:t>
      </w:r>
      <w:proofErr w:type="spellStart"/>
      <w:r w:rsidRPr="7E7C0FD5">
        <w:rPr>
          <w:rFonts w:ascii="Montserrat" w:eastAsia="Montserrat" w:hAnsi="Montserrat" w:cs="Montserrat"/>
          <w:b/>
          <w:bCs/>
          <w:color w:val="434343"/>
          <w:sz w:val="22"/>
          <w:lang w:val="es-ES"/>
        </w:rPr>
        <w:t>public</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entity</w:t>
      </w:r>
      <w:proofErr w:type="spellEnd"/>
      <w:r w:rsidRPr="7E7C0FD5">
        <w:rPr>
          <w:rFonts w:ascii="Montserrat" w:eastAsia="Montserrat" w:hAnsi="Montserrat" w:cs="Montserrat"/>
          <w:b/>
          <w:bCs/>
          <w:color w:val="434343"/>
          <w:sz w:val="22"/>
          <w:lang w:val="es-ES"/>
        </w:rPr>
        <w:t xml:space="preserve">), and </w:t>
      </w:r>
      <w:proofErr w:type="spellStart"/>
      <w:r w:rsidRPr="7E7C0FD5">
        <w:rPr>
          <w:rFonts w:ascii="Montserrat" w:eastAsia="Montserrat" w:hAnsi="Montserrat" w:cs="Montserrat"/>
          <w:b/>
          <w:bCs/>
          <w:color w:val="434343"/>
          <w:sz w:val="22"/>
          <w:lang w:val="es-ES"/>
        </w:rPr>
        <w:t>does</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it</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have</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clear</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charitable</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goals</w:t>
      </w:r>
      <w:proofErr w:type="spellEnd"/>
      <w:r w:rsidRPr="7E7C0FD5">
        <w:rPr>
          <w:rFonts w:ascii="Montserrat" w:eastAsia="Montserrat" w:hAnsi="Montserrat" w:cs="Montserrat"/>
          <w:b/>
          <w:bCs/>
          <w:color w:val="434343"/>
          <w:sz w:val="22"/>
          <w:lang w:val="es-ES"/>
        </w:rPr>
        <w:t xml:space="preserve">? </w:t>
      </w:r>
      <w:r w:rsidRPr="7E7C0FD5">
        <w:rPr>
          <w:rFonts w:ascii="Montserrat" w:eastAsia="Montserrat" w:hAnsi="Montserrat" w:cs="Montserrat"/>
          <w:i/>
          <w:iCs/>
          <w:color w:val="1B877F"/>
          <w:sz w:val="22"/>
          <w:lang w:val="es-ES"/>
        </w:rPr>
        <w:t xml:space="preserve">Private </w:t>
      </w:r>
      <w:proofErr w:type="spellStart"/>
      <w:r w:rsidRPr="7E7C0FD5">
        <w:rPr>
          <w:rFonts w:ascii="Montserrat" w:eastAsia="Montserrat" w:hAnsi="Montserrat" w:cs="Montserrat"/>
          <w:i/>
          <w:iCs/>
          <w:color w:val="1B877F"/>
          <w:sz w:val="22"/>
          <w:lang w:val="es-ES"/>
        </w:rPr>
        <w:t>companies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individuals</w:t>
      </w:r>
      <w:proofErr w:type="spellEnd"/>
      <w:r w:rsidRPr="7E7C0FD5">
        <w:rPr>
          <w:rFonts w:ascii="Montserrat" w:eastAsia="Montserrat" w:hAnsi="Montserrat" w:cs="Montserrat"/>
          <w:i/>
          <w:iCs/>
          <w:color w:val="1B877F"/>
          <w:sz w:val="22"/>
          <w:lang w:val="es-ES"/>
        </w:rPr>
        <w:t xml:space="preserve">, and </w:t>
      </w:r>
      <w:proofErr w:type="spellStart"/>
      <w:r w:rsidRPr="7E7C0FD5">
        <w:rPr>
          <w:rFonts w:ascii="Montserrat" w:eastAsia="Montserrat" w:hAnsi="Montserrat" w:cs="Montserrat"/>
          <w:i/>
          <w:iCs/>
          <w:color w:val="1B877F"/>
          <w:sz w:val="22"/>
          <w:lang w:val="es-ES"/>
        </w:rPr>
        <w:t>organizations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affiliated</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with</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political</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parties</w:t>
      </w:r>
      <w:proofErr w:type="spellEnd"/>
      <w:r w:rsidRPr="7E7C0FD5">
        <w:rPr>
          <w:rFonts w:ascii="Montserrat" w:eastAsia="Montserrat" w:hAnsi="Montserrat" w:cs="Montserrat"/>
          <w:i/>
          <w:iCs/>
          <w:color w:val="1B877F"/>
          <w:sz w:val="22"/>
          <w:lang w:val="es-ES"/>
        </w:rPr>
        <w:t xml:space="preserve"> are </w:t>
      </w:r>
      <w:proofErr w:type="spellStart"/>
      <w:r w:rsidRPr="7E7C0FD5">
        <w:rPr>
          <w:rFonts w:ascii="Montserrat" w:eastAsia="Montserrat" w:hAnsi="Montserrat" w:cs="Montserrat"/>
          <w:i/>
          <w:iCs/>
          <w:color w:val="1B877F"/>
          <w:sz w:val="22"/>
          <w:lang w:val="es-ES"/>
        </w:rPr>
        <w:t>not</w:t>
      </w:r>
      <w:proofErr w:type="spellEnd"/>
      <w:r w:rsidRPr="7E7C0FD5">
        <w:rPr>
          <w:rFonts w:ascii="Montserrat" w:eastAsia="Montserrat" w:hAnsi="Montserrat" w:cs="Montserrat"/>
          <w:i/>
          <w:iCs/>
          <w:color w:val="1B877F"/>
          <w:sz w:val="22"/>
          <w:lang w:val="es-ES"/>
        </w:rPr>
        <w:t xml:space="preserve"> eligible </w:t>
      </w:r>
      <w:proofErr w:type="spellStart"/>
      <w:r w:rsidRPr="7E7C0FD5">
        <w:rPr>
          <w:rFonts w:ascii="Montserrat" w:eastAsia="Montserrat" w:hAnsi="Montserrat" w:cs="Montserrat"/>
          <w:i/>
          <w:iCs/>
          <w:color w:val="1B877F"/>
          <w:sz w:val="22"/>
          <w:lang w:val="es-ES"/>
        </w:rPr>
        <w:t>micrograntees</w:t>
      </w:r>
      <w:proofErr w:type="spellEnd"/>
      <w:r w:rsidRPr="7E7C0FD5">
        <w:rPr>
          <w:rFonts w:ascii="Montserrat" w:eastAsia="Montserrat" w:hAnsi="Montserrat" w:cs="Montserrat"/>
          <w:i/>
          <w:iCs/>
          <w:color w:val="1B877F"/>
          <w:sz w:val="22"/>
          <w:lang w:val="es-ES"/>
        </w:rPr>
        <w:t>.</w:t>
      </w:r>
    </w:p>
    <w:p w14:paraId="2AD975AB" w14:textId="77777777" w:rsidR="000768AD" w:rsidRDefault="000768AD" w:rsidP="000768AD">
      <w:pPr>
        <w:widowControl w:val="0"/>
        <w:spacing w:line="240" w:lineRule="auto"/>
        <w:rPr>
          <w:rFonts w:ascii="Montserrat" w:eastAsia="Montserrat" w:hAnsi="Montserrat" w:cs="Montserrat"/>
          <w:color w:val="1B877F"/>
        </w:rPr>
      </w:pPr>
    </w:p>
    <w:p w14:paraId="7383F556" w14:textId="77777777" w:rsidR="000768AD" w:rsidRDefault="000768AD" w:rsidP="000768AD">
      <w:pPr>
        <w:widowControl w:val="0"/>
        <w:spacing w:after="200" w:line="240" w:lineRule="auto"/>
        <w:rPr>
          <w:rFonts w:ascii="Montserrat" w:eastAsia="Montserrat" w:hAnsi="Montserrat" w:cs="Montserrat"/>
          <w:color w:val="1B877F"/>
        </w:rPr>
      </w:pPr>
      <w:proofErr w:type="spellStart"/>
      <w:r w:rsidRPr="7E7C0FD5">
        <w:rPr>
          <w:rFonts w:ascii="Montserrat" w:eastAsia="Montserrat" w:hAnsi="Montserrat" w:cs="Montserrat"/>
          <w:b/>
          <w:bCs/>
          <w:color w:val="434343"/>
          <w:sz w:val="22"/>
          <w:lang w:val="es-ES"/>
        </w:rPr>
        <w:t>Is</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the</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project</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youth</w:t>
      </w:r>
      <w:proofErr w:type="spellEnd"/>
      <w:r w:rsidRPr="7E7C0FD5">
        <w:rPr>
          <w:rFonts w:ascii="Montserrat" w:eastAsia="Montserrat" w:hAnsi="Montserrat" w:cs="Montserrat"/>
          <w:b/>
          <w:bCs/>
          <w:color w:val="434343"/>
          <w:sz w:val="22"/>
          <w:lang w:val="es-ES"/>
        </w:rPr>
        <w:t xml:space="preserve">-led? </w:t>
      </w:r>
      <w:r w:rsidRPr="7E7C0FD5">
        <w:rPr>
          <w:rFonts w:ascii="Montserrat" w:eastAsia="Montserrat" w:hAnsi="Montserrat" w:cs="Montserrat"/>
          <w:i/>
          <w:iCs/>
          <w:color w:val="1B877F"/>
          <w:sz w:val="22"/>
          <w:lang w:val="es-ES"/>
        </w:rPr>
        <w:t xml:space="preserve">Even </w:t>
      </w:r>
      <w:proofErr w:type="spellStart"/>
      <w:r w:rsidRPr="7E7C0FD5">
        <w:rPr>
          <w:rFonts w:ascii="Montserrat" w:eastAsia="Montserrat" w:hAnsi="Montserrat" w:cs="Montserrat"/>
          <w:i/>
          <w:iCs/>
          <w:color w:val="1B877F"/>
          <w:sz w:val="22"/>
          <w:lang w:val="es-ES"/>
        </w:rPr>
        <w:t>when</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projects</w:t>
      </w:r>
      <w:proofErr w:type="spellEnd"/>
      <w:r w:rsidRPr="7E7C0FD5">
        <w:rPr>
          <w:rFonts w:ascii="Montserrat" w:eastAsia="Montserrat" w:hAnsi="Montserrat" w:cs="Montserrat"/>
          <w:i/>
          <w:iCs/>
          <w:color w:val="1B877F"/>
          <w:sz w:val="22"/>
          <w:lang w:val="es-ES"/>
        </w:rPr>
        <w:t xml:space="preserve"> are </w:t>
      </w:r>
      <w:proofErr w:type="spellStart"/>
      <w:r w:rsidRPr="7E7C0FD5">
        <w:rPr>
          <w:rFonts w:ascii="Montserrat" w:eastAsia="Montserrat" w:hAnsi="Montserrat" w:cs="Montserrat"/>
          <w:i/>
          <w:iCs/>
          <w:color w:val="1B877F"/>
          <w:sz w:val="22"/>
          <w:lang w:val="es-ES"/>
        </w:rPr>
        <w:t>administered</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by</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youth-serving</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or</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other</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organizations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the</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projects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must</w:t>
      </w:r>
      <w:proofErr w:type="spellEnd"/>
      <w:r w:rsidRPr="7E7C0FD5">
        <w:rPr>
          <w:rFonts w:ascii="Montserrat" w:eastAsia="Montserrat" w:hAnsi="Montserrat" w:cs="Montserrat"/>
          <w:i/>
          <w:iCs/>
          <w:color w:val="1B877F"/>
          <w:sz w:val="22"/>
          <w:lang w:val="es-ES"/>
        </w:rPr>
        <w:t xml:space="preserve"> be </w:t>
      </w:r>
      <w:proofErr w:type="spellStart"/>
      <w:r w:rsidRPr="7E7C0FD5">
        <w:rPr>
          <w:rFonts w:ascii="Montserrat" w:eastAsia="Montserrat" w:hAnsi="Montserrat" w:cs="Montserrat"/>
          <w:i/>
          <w:iCs/>
          <w:color w:val="1B877F"/>
          <w:sz w:val="22"/>
          <w:lang w:val="es-ES"/>
        </w:rPr>
        <w:t>proposed</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designed</w:t>
      </w:r>
      <w:proofErr w:type="spellEnd"/>
      <w:r w:rsidRPr="7E7C0FD5">
        <w:rPr>
          <w:rFonts w:ascii="Montserrat" w:eastAsia="Montserrat" w:hAnsi="Montserrat" w:cs="Montserrat"/>
          <w:i/>
          <w:iCs/>
          <w:color w:val="1B877F"/>
          <w:sz w:val="22"/>
          <w:lang w:val="es-ES"/>
        </w:rPr>
        <w:t xml:space="preserve">, and led </w:t>
      </w:r>
      <w:proofErr w:type="spellStart"/>
      <w:r w:rsidRPr="7E7C0FD5">
        <w:rPr>
          <w:rFonts w:ascii="Montserrat" w:eastAsia="Montserrat" w:hAnsi="Montserrat" w:cs="Montserrat"/>
          <w:i/>
          <w:iCs/>
          <w:color w:val="1B877F"/>
          <w:sz w:val="22"/>
          <w:lang w:val="es-ES"/>
        </w:rPr>
        <w:t>by</w:t>
      </w:r>
      <w:proofErr w:type="spellEnd"/>
      <w:r w:rsidRPr="7E7C0FD5">
        <w:rPr>
          <w:rFonts w:ascii="Montserrat" w:eastAsia="Montserrat" w:hAnsi="Montserrat" w:cs="Montserrat"/>
          <w:i/>
          <w:iCs/>
          <w:color w:val="1B877F"/>
          <w:sz w:val="22"/>
          <w:lang w:val="es-ES"/>
        </w:rPr>
        <w:t xml:space="preserve"> at </w:t>
      </w:r>
      <w:proofErr w:type="spellStart"/>
      <w:r w:rsidRPr="7E7C0FD5">
        <w:rPr>
          <w:rFonts w:ascii="Montserrat" w:eastAsia="Montserrat" w:hAnsi="Montserrat" w:cs="Montserrat"/>
          <w:i/>
          <w:iCs/>
          <w:color w:val="1B877F"/>
          <w:sz w:val="22"/>
          <w:lang w:val="es-ES"/>
        </w:rPr>
        <w:t>least</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two</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individuals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aged</w:t>
      </w:r>
      <w:proofErr w:type="spellEnd"/>
      <w:r w:rsidRPr="7E7C0FD5">
        <w:rPr>
          <w:rFonts w:ascii="Montserrat" w:eastAsia="Montserrat" w:hAnsi="Montserrat" w:cs="Montserrat"/>
          <w:i/>
          <w:iCs/>
          <w:color w:val="1B877F"/>
          <w:sz w:val="22"/>
          <w:lang w:val="es-ES"/>
        </w:rPr>
        <w:t xml:space="preserve"> 15 </w:t>
      </w:r>
      <w:proofErr w:type="spellStart"/>
      <w:r w:rsidRPr="7E7C0FD5">
        <w:rPr>
          <w:rFonts w:ascii="Montserrat" w:eastAsia="Montserrat" w:hAnsi="Montserrat" w:cs="Montserrat"/>
          <w:i/>
          <w:iCs/>
          <w:color w:val="1B877F"/>
          <w:sz w:val="22"/>
          <w:lang w:val="es-ES"/>
        </w:rPr>
        <w:t>to</w:t>
      </w:r>
      <w:proofErr w:type="spellEnd"/>
      <w:r w:rsidRPr="7E7C0FD5">
        <w:rPr>
          <w:rFonts w:ascii="Montserrat" w:eastAsia="Montserrat" w:hAnsi="Montserrat" w:cs="Montserrat"/>
          <w:i/>
          <w:iCs/>
          <w:color w:val="1B877F"/>
          <w:sz w:val="22"/>
          <w:lang w:val="es-ES"/>
        </w:rPr>
        <w:t xml:space="preserve"> 24 </w:t>
      </w:r>
      <w:proofErr w:type="spellStart"/>
      <w:r w:rsidRPr="7E7C0FD5">
        <w:rPr>
          <w:rFonts w:ascii="Montserrat" w:eastAsia="Montserrat" w:hAnsi="Montserrat" w:cs="Montserrat"/>
          <w:i/>
          <w:iCs/>
          <w:color w:val="1B877F"/>
          <w:sz w:val="22"/>
          <w:lang w:val="es-ES"/>
        </w:rPr>
        <w:t>who</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actively</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participate</w:t>
      </w:r>
      <w:proofErr w:type="spellEnd"/>
      <w:r w:rsidRPr="7E7C0FD5">
        <w:rPr>
          <w:rFonts w:ascii="Montserrat" w:eastAsia="Montserrat" w:hAnsi="Montserrat" w:cs="Montserrat"/>
          <w:i/>
          <w:iCs/>
          <w:color w:val="1B877F"/>
          <w:sz w:val="22"/>
          <w:lang w:val="es-ES"/>
        </w:rPr>
        <w:t xml:space="preserve"> in </w:t>
      </w:r>
      <w:proofErr w:type="spellStart"/>
      <w:r w:rsidRPr="7E7C0FD5">
        <w:rPr>
          <w:rFonts w:ascii="Montserrat" w:eastAsia="Montserrat" w:hAnsi="Montserrat" w:cs="Montserrat"/>
          <w:i/>
          <w:iCs/>
          <w:color w:val="1B877F"/>
          <w:sz w:val="22"/>
          <w:lang w:val="es-ES"/>
        </w:rPr>
        <w:t>decision-making</w:t>
      </w:r>
      <w:proofErr w:type="spellEnd"/>
      <w:r w:rsidRPr="7E7C0FD5">
        <w:rPr>
          <w:rFonts w:ascii="Montserrat" w:eastAsia="Montserrat" w:hAnsi="Montserrat" w:cs="Montserrat"/>
          <w:i/>
          <w:iCs/>
          <w:color w:val="1B877F"/>
          <w:sz w:val="22"/>
          <w:lang w:val="es-ES"/>
        </w:rPr>
        <w:t xml:space="preserve"> and </w:t>
      </w:r>
      <w:proofErr w:type="spellStart"/>
      <w:r w:rsidRPr="7E7C0FD5">
        <w:rPr>
          <w:rFonts w:ascii="Montserrat" w:eastAsia="Montserrat" w:hAnsi="Montserrat" w:cs="Montserrat"/>
          <w:i/>
          <w:iCs/>
          <w:color w:val="1B877F"/>
          <w:sz w:val="22"/>
          <w:lang w:val="es-ES"/>
        </w:rPr>
        <w:t>oversight</w:t>
      </w:r>
      <w:proofErr w:type="spellEnd"/>
      <w:r w:rsidRPr="7E7C0FD5">
        <w:rPr>
          <w:rFonts w:ascii="Montserrat" w:eastAsia="Montserrat" w:hAnsi="Montserrat" w:cs="Montserrat"/>
          <w:i/>
          <w:iCs/>
          <w:color w:val="1B877F"/>
          <w:sz w:val="22"/>
          <w:lang w:val="es-ES"/>
        </w:rPr>
        <w:t>.</w:t>
      </w:r>
    </w:p>
    <w:p w14:paraId="2867EABE" w14:textId="77777777" w:rsidR="000768AD" w:rsidRDefault="000768AD" w:rsidP="000768AD">
      <w:pPr>
        <w:widowControl w:val="0"/>
        <w:spacing w:after="200" w:line="240" w:lineRule="auto"/>
        <w:rPr>
          <w:rFonts w:ascii="Montserrat" w:eastAsia="Montserrat" w:hAnsi="Montserrat" w:cs="Montserrat"/>
          <w:color w:val="434343"/>
        </w:rPr>
      </w:pPr>
      <w:proofErr w:type="spellStart"/>
      <w:r w:rsidRPr="7E7C0FD5">
        <w:rPr>
          <w:rFonts w:ascii="Montserrat" w:eastAsia="Montserrat" w:hAnsi="Montserrat" w:cs="Montserrat"/>
          <w:b/>
          <w:bCs/>
          <w:color w:val="434343"/>
          <w:sz w:val="22"/>
          <w:lang w:val="es-ES"/>
        </w:rPr>
        <w:t>Is</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the</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project</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aligned</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with</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the</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city’s</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climate</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action</w:t>
      </w:r>
      <w:proofErr w:type="spellEnd"/>
      <w:r w:rsidRPr="7E7C0FD5">
        <w:rPr>
          <w:rFonts w:ascii="Montserrat" w:eastAsia="Montserrat" w:hAnsi="Montserrat" w:cs="Montserrat"/>
          <w:b/>
          <w:bCs/>
          <w:color w:val="434343"/>
          <w:sz w:val="22"/>
          <w:lang w:val="es-ES"/>
        </w:rPr>
        <w:t xml:space="preserve"> plan </w:t>
      </w:r>
      <w:proofErr w:type="spellStart"/>
      <w:r w:rsidRPr="7E7C0FD5">
        <w:rPr>
          <w:rFonts w:ascii="Montserrat" w:eastAsia="Montserrat" w:hAnsi="Montserrat" w:cs="Montserrat"/>
          <w:b/>
          <w:bCs/>
          <w:color w:val="434343"/>
          <w:sz w:val="22"/>
          <w:lang w:val="es-ES"/>
        </w:rPr>
        <w:t>or</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priorities</w:t>
      </w:r>
      <w:proofErr w:type="spellEnd"/>
      <w:r w:rsidRPr="7E7C0FD5">
        <w:rPr>
          <w:rFonts w:ascii="Montserrat" w:eastAsia="Montserrat" w:hAnsi="Montserrat" w:cs="Montserrat"/>
          <w:b/>
          <w:bCs/>
          <w:color w:val="434343"/>
          <w:sz w:val="22"/>
          <w:lang w:val="es-ES"/>
        </w:rPr>
        <w:t>?</w:t>
      </w:r>
    </w:p>
    <w:p w14:paraId="35A5304C" w14:textId="77777777" w:rsidR="000768AD" w:rsidRDefault="000768AD" w:rsidP="000768AD">
      <w:pPr>
        <w:widowControl w:val="0"/>
        <w:spacing w:line="240" w:lineRule="auto"/>
        <w:rPr>
          <w:rFonts w:ascii="Montserrat" w:eastAsia="Montserrat" w:hAnsi="Montserrat" w:cs="Montserrat"/>
          <w:color w:val="434343"/>
        </w:rPr>
      </w:pPr>
      <w:r w:rsidRPr="7E7C0FD5">
        <w:rPr>
          <w:rFonts w:ascii="Montserrat" w:eastAsia="Montserrat" w:hAnsi="Montserrat" w:cs="Montserrat"/>
          <w:b/>
          <w:bCs/>
          <w:color w:val="434343"/>
          <w:sz w:val="22"/>
          <w:lang w:val="es-ES"/>
        </w:rPr>
        <w:t xml:space="preserve">Will </w:t>
      </w:r>
      <w:proofErr w:type="spellStart"/>
      <w:r w:rsidRPr="7E7C0FD5">
        <w:rPr>
          <w:rFonts w:ascii="Montserrat" w:eastAsia="Montserrat" w:hAnsi="Montserrat" w:cs="Montserrat"/>
          <w:b/>
          <w:bCs/>
          <w:color w:val="434343"/>
          <w:sz w:val="22"/>
          <w:lang w:val="es-ES"/>
        </w:rPr>
        <w:t>the</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project</w:t>
      </w:r>
      <w:proofErr w:type="spellEnd"/>
      <w:r w:rsidRPr="7E7C0FD5">
        <w:rPr>
          <w:rFonts w:ascii="Montserrat" w:eastAsia="Montserrat" w:hAnsi="Montserrat" w:cs="Montserrat"/>
          <w:b/>
          <w:bCs/>
          <w:color w:val="434343"/>
          <w:sz w:val="22"/>
          <w:lang w:val="es-ES"/>
        </w:rPr>
        <w:t xml:space="preserve"> be </w:t>
      </w:r>
      <w:proofErr w:type="spellStart"/>
      <w:r w:rsidRPr="7E7C0FD5">
        <w:rPr>
          <w:rFonts w:ascii="Montserrat" w:eastAsia="Montserrat" w:hAnsi="Montserrat" w:cs="Montserrat"/>
          <w:b/>
          <w:bCs/>
          <w:color w:val="434343"/>
          <w:sz w:val="22"/>
          <w:lang w:val="es-ES"/>
        </w:rPr>
        <w:t>completed</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by</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Thursday</w:t>
      </w:r>
      <w:proofErr w:type="spellEnd"/>
      <w:r w:rsidRPr="7E7C0FD5">
        <w:rPr>
          <w:rFonts w:ascii="Montserrat" w:eastAsia="Montserrat" w:hAnsi="Montserrat" w:cs="Montserrat"/>
          <w:b/>
          <w:bCs/>
          <w:color w:val="434343"/>
          <w:sz w:val="22"/>
          <w:lang w:val="es-ES"/>
        </w:rPr>
        <w:t>, April 15, 2027?</w:t>
      </w:r>
    </w:p>
    <w:p w14:paraId="1D3AB312" w14:textId="77777777" w:rsidR="000768AD" w:rsidRDefault="000768AD" w:rsidP="000768AD">
      <w:pPr>
        <w:widowControl w:val="0"/>
        <w:spacing w:line="240" w:lineRule="auto"/>
        <w:rPr>
          <w:rFonts w:ascii="Montserrat" w:eastAsia="Montserrat" w:hAnsi="Montserrat" w:cs="Montserrat"/>
          <w:color w:val="434343"/>
        </w:rPr>
      </w:pPr>
    </w:p>
    <w:p w14:paraId="6FF47CBF" w14:textId="77777777" w:rsidR="000768AD" w:rsidRDefault="000768AD" w:rsidP="000768AD">
      <w:pPr>
        <w:widowControl w:val="0"/>
        <w:spacing w:line="240" w:lineRule="auto"/>
        <w:rPr>
          <w:rFonts w:ascii="Montserrat" w:eastAsia="Montserrat" w:hAnsi="Montserrat" w:cs="Montserrat"/>
          <w:color w:val="434343"/>
        </w:rPr>
      </w:pPr>
      <w:r w:rsidRPr="7E7C0FD5">
        <w:rPr>
          <w:rFonts w:ascii="Montserrat" w:eastAsia="Montserrat" w:hAnsi="Montserrat" w:cs="Montserrat"/>
          <w:b/>
          <w:bCs/>
          <w:color w:val="434343"/>
          <w:sz w:val="22"/>
          <w:lang w:val="es-ES"/>
        </w:rPr>
        <w:t xml:space="preserve">Does </w:t>
      </w:r>
      <w:proofErr w:type="spellStart"/>
      <w:r w:rsidRPr="7E7C0FD5">
        <w:rPr>
          <w:rFonts w:ascii="Montserrat" w:eastAsia="Montserrat" w:hAnsi="Montserrat" w:cs="Montserrat"/>
          <w:b/>
          <w:bCs/>
          <w:color w:val="434343"/>
          <w:sz w:val="22"/>
          <w:lang w:val="es-ES"/>
        </w:rPr>
        <w:t>the</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application</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include</w:t>
      </w:r>
      <w:proofErr w:type="spellEnd"/>
      <w:r w:rsidRPr="7E7C0FD5">
        <w:rPr>
          <w:rFonts w:ascii="Montserrat" w:eastAsia="Montserrat" w:hAnsi="Montserrat" w:cs="Montserrat"/>
          <w:b/>
          <w:bCs/>
          <w:color w:val="434343"/>
          <w:sz w:val="22"/>
          <w:lang w:val="es-ES"/>
        </w:rPr>
        <w:t xml:space="preserve"> a simple </w:t>
      </w:r>
      <w:proofErr w:type="spellStart"/>
      <w:r w:rsidRPr="7E7C0FD5">
        <w:rPr>
          <w:rFonts w:ascii="Montserrat" w:eastAsia="Montserrat" w:hAnsi="Montserrat" w:cs="Montserrat"/>
          <w:b/>
          <w:bCs/>
          <w:color w:val="434343"/>
          <w:sz w:val="22"/>
          <w:lang w:val="es-ES"/>
        </w:rPr>
        <w:t>budget</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showing</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how</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funds</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will</w:t>
      </w:r>
      <w:proofErr w:type="spellEnd"/>
      <w:r w:rsidRPr="7E7C0FD5">
        <w:rPr>
          <w:rFonts w:ascii="Montserrat" w:eastAsia="Montserrat" w:hAnsi="Montserrat" w:cs="Montserrat"/>
          <w:b/>
          <w:bCs/>
          <w:color w:val="434343"/>
          <w:sz w:val="22"/>
          <w:lang w:val="es-ES"/>
        </w:rPr>
        <w:t xml:space="preserve"> be </w:t>
      </w:r>
      <w:proofErr w:type="spellStart"/>
      <w:r w:rsidRPr="7E7C0FD5">
        <w:rPr>
          <w:rFonts w:ascii="Montserrat" w:eastAsia="Montserrat" w:hAnsi="Montserrat" w:cs="Montserrat"/>
          <w:b/>
          <w:bCs/>
          <w:color w:val="434343"/>
          <w:sz w:val="22"/>
          <w:lang w:val="es-ES"/>
        </w:rPr>
        <w:t>used</w:t>
      </w:r>
      <w:proofErr w:type="spellEnd"/>
      <w:r w:rsidRPr="7E7C0FD5">
        <w:rPr>
          <w:rFonts w:ascii="Montserrat" w:eastAsia="Montserrat" w:hAnsi="Montserrat" w:cs="Montserrat"/>
          <w:b/>
          <w:bCs/>
          <w:color w:val="434343"/>
          <w:sz w:val="22"/>
          <w:lang w:val="es-ES"/>
        </w:rPr>
        <w:t>?</w:t>
      </w:r>
    </w:p>
    <w:p w14:paraId="1162A8F8" w14:textId="77777777" w:rsidR="000768AD" w:rsidRDefault="000768AD" w:rsidP="000768AD">
      <w:pPr>
        <w:widowControl w:val="0"/>
        <w:spacing w:line="240" w:lineRule="auto"/>
        <w:rPr>
          <w:rFonts w:ascii="Montserrat" w:eastAsia="Montserrat" w:hAnsi="Montserrat" w:cs="Montserrat"/>
          <w:color w:val="434343"/>
        </w:rPr>
      </w:pPr>
    </w:p>
    <w:p w14:paraId="10F8F60F" w14:textId="77777777" w:rsidR="000768AD" w:rsidRDefault="000768AD" w:rsidP="000768AD">
      <w:pPr>
        <w:widowControl w:val="0"/>
        <w:spacing w:line="240" w:lineRule="auto"/>
        <w:rPr>
          <w:rFonts w:ascii="Montserrat" w:eastAsia="Montserrat" w:hAnsi="Montserrat" w:cs="Montserrat"/>
          <w:color w:val="1B877F"/>
        </w:rPr>
      </w:pPr>
      <w:proofErr w:type="gramStart"/>
      <w:r w:rsidRPr="7E7C0FD5">
        <w:rPr>
          <w:rFonts w:ascii="Montserrat" w:eastAsia="Montserrat" w:hAnsi="Montserrat" w:cs="Montserrat"/>
          <w:b/>
          <w:bCs/>
          <w:color w:val="434343"/>
          <w:sz w:val="22"/>
          <w:lang w:val="es-ES"/>
        </w:rPr>
        <w:t xml:space="preserve">Are </w:t>
      </w:r>
      <w:proofErr w:type="spellStart"/>
      <w:r w:rsidRPr="7E7C0FD5">
        <w:rPr>
          <w:rFonts w:ascii="Montserrat" w:eastAsia="Montserrat" w:hAnsi="Montserrat" w:cs="Montserrat"/>
          <w:b/>
          <w:bCs/>
          <w:color w:val="434343"/>
          <w:sz w:val="22"/>
          <w:lang w:val="es-ES"/>
        </w:rPr>
        <w:t>all</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of</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the</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costs</w:t>
      </w:r>
      <w:proofErr w:type="spellEnd"/>
      <w:r w:rsidRPr="7E7C0FD5">
        <w:rPr>
          <w:rFonts w:ascii="Montserrat" w:eastAsia="Montserrat" w:hAnsi="Montserrat" w:cs="Montserrat"/>
          <w:b/>
          <w:bCs/>
          <w:color w:val="434343"/>
          <w:sz w:val="22"/>
          <w:lang w:val="es-ES"/>
        </w:rPr>
        <w:t xml:space="preserve"> eligible?</w:t>
      </w:r>
      <w:proofErr w:type="gram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i/>
          <w:iCs/>
          <w:color w:val="1B877F"/>
          <w:sz w:val="22"/>
          <w:lang w:val="es-ES"/>
        </w:rPr>
        <w:t>Ineligible</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costs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include</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Services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covered</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by</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existing</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city</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initiatives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rent</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or</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utilities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lobbying</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or</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voter-registration</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efforts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commercial</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activities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payments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to</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government</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officials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nonprofit</w:t>
      </w:r>
      <w:proofErr w:type="spellEnd"/>
      <w:r w:rsidRPr="7E7C0FD5">
        <w:rPr>
          <w:rFonts w:ascii="Montserrat" w:eastAsia="Montserrat" w:hAnsi="Montserrat" w:cs="Montserrat"/>
          <w:i/>
          <w:iCs/>
          <w:color w:val="1B877F"/>
          <w:sz w:val="22"/>
          <w:lang w:val="es-ES"/>
        </w:rPr>
        <w:t xml:space="preserve">/NGO </w:t>
      </w:r>
      <w:proofErr w:type="spellStart"/>
      <w:r w:rsidRPr="7E7C0FD5">
        <w:rPr>
          <w:rFonts w:ascii="Montserrat" w:eastAsia="Montserrat" w:hAnsi="Montserrat" w:cs="Montserrat"/>
          <w:i/>
          <w:iCs/>
          <w:color w:val="1B877F"/>
          <w:sz w:val="22"/>
          <w:lang w:val="es-ES"/>
        </w:rPr>
        <w:t>incorporation</w:t>
      </w:r>
      <w:proofErr w:type="spellEnd"/>
      <w:r w:rsidRPr="7E7C0FD5">
        <w:rPr>
          <w:rFonts w:ascii="Montserrat" w:eastAsia="Montserrat" w:hAnsi="Montserrat" w:cs="Montserrat"/>
          <w:i/>
          <w:iCs/>
          <w:color w:val="1B877F"/>
          <w:sz w:val="22"/>
          <w:lang w:val="es-ES"/>
        </w:rPr>
        <w:t xml:space="preserve"> fees; speaker </w:t>
      </w:r>
      <w:proofErr w:type="spellStart"/>
      <w:r w:rsidRPr="7E7C0FD5">
        <w:rPr>
          <w:rFonts w:ascii="Montserrat" w:eastAsia="Montserrat" w:hAnsi="Montserrat" w:cs="Montserrat"/>
          <w:i/>
          <w:iCs/>
          <w:color w:val="1B877F"/>
          <w:sz w:val="22"/>
          <w:lang w:val="es-ES"/>
        </w:rPr>
        <w:t>honorariums</w:t>
      </w:r>
      <w:proofErr w:type="spellEnd"/>
      <w:r w:rsidRPr="7E7C0FD5">
        <w:rPr>
          <w:rFonts w:ascii="Montserrat" w:eastAsia="Montserrat" w:hAnsi="Montserrat" w:cs="Montserrat"/>
          <w:i/>
          <w:iCs/>
          <w:color w:val="1B877F"/>
          <w:sz w:val="22"/>
          <w:lang w:val="es-ES"/>
        </w:rPr>
        <w:t xml:space="preserve"> and speaker fees; </w:t>
      </w:r>
      <w:proofErr w:type="spellStart"/>
      <w:r w:rsidRPr="7E7C0FD5">
        <w:rPr>
          <w:rFonts w:ascii="Montserrat" w:eastAsia="Montserrat" w:hAnsi="Montserrat" w:cs="Montserrat"/>
          <w:i/>
          <w:iCs/>
          <w:color w:val="1B877F"/>
          <w:sz w:val="22"/>
          <w:lang w:val="es-ES"/>
        </w:rPr>
        <w:t>scholarships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direct</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support</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to</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individuals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or</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families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partisan</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political</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organizations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political</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campaigns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fundraisers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or</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projects</w:t>
      </w:r>
      <w:proofErr w:type="spellEnd"/>
      <w:r w:rsidRPr="7E7C0FD5">
        <w:rPr>
          <w:rFonts w:ascii="Montserrat" w:eastAsia="Montserrat" w:hAnsi="Montserrat" w:cs="Montserrat"/>
          <w:i/>
          <w:iCs/>
          <w:color w:val="1B877F"/>
          <w:sz w:val="22"/>
          <w:lang w:val="es-ES"/>
        </w:rPr>
        <w:t xml:space="preserve">; capital </w:t>
      </w:r>
      <w:proofErr w:type="spellStart"/>
      <w:r w:rsidRPr="7E7C0FD5">
        <w:rPr>
          <w:rFonts w:ascii="Montserrat" w:eastAsia="Montserrat" w:hAnsi="Montserrat" w:cs="Montserrat"/>
          <w:i/>
          <w:iCs/>
          <w:color w:val="1B877F"/>
          <w:sz w:val="22"/>
          <w:lang w:val="es-ES"/>
        </w:rPr>
        <w:t>campaigns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endowments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or</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endowed</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chairs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events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or</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fundraisers</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not</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related</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to</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youth</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climate</w:t>
      </w:r>
      <w:proofErr w:type="spellEnd"/>
      <w:r w:rsidRPr="7E7C0FD5">
        <w:rPr>
          <w:rFonts w:ascii="Montserrat" w:eastAsia="Montserrat" w:hAnsi="Montserrat" w:cs="Montserrat"/>
          <w:i/>
          <w:iCs/>
          <w:color w:val="1B877F"/>
          <w:sz w:val="22"/>
          <w:lang w:val="es-ES"/>
        </w:rPr>
        <w:t xml:space="preserve"> </w:t>
      </w:r>
      <w:proofErr w:type="spellStart"/>
      <w:r w:rsidRPr="7E7C0FD5">
        <w:rPr>
          <w:rFonts w:ascii="Montserrat" w:eastAsia="Montserrat" w:hAnsi="Montserrat" w:cs="Montserrat"/>
          <w:i/>
          <w:iCs/>
          <w:color w:val="1B877F"/>
          <w:sz w:val="22"/>
          <w:lang w:val="es-ES"/>
        </w:rPr>
        <w:t>action</w:t>
      </w:r>
      <w:proofErr w:type="spellEnd"/>
      <w:r w:rsidRPr="7E7C0FD5">
        <w:rPr>
          <w:rFonts w:ascii="Montserrat" w:eastAsia="Montserrat" w:hAnsi="Montserrat" w:cs="Montserrat"/>
          <w:i/>
          <w:iCs/>
          <w:color w:val="1B877F"/>
          <w:sz w:val="22"/>
          <w:lang w:val="es-ES"/>
        </w:rPr>
        <w:t>.</w:t>
      </w:r>
    </w:p>
    <w:p w14:paraId="3A044743" w14:textId="77777777" w:rsidR="000768AD" w:rsidRDefault="000768AD" w:rsidP="000768AD">
      <w:pPr>
        <w:widowControl w:val="0"/>
        <w:spacing w:line="240" w:lineRule="auto"/>
        <w:rPr>
          <w:rFonts w:ascii="Montserrat" w:eastAsia="Montserrat" w:hAnsi="Montserrat" w:cs="Montserrat"/>
          <w:color w:val="1B877F"/>
        </w:rPr>
      </w:pPr>
    </w:p>
    <w:p w14:paraId="512E9674" w14:textId="77777777" w:rsidR="000768AD" w:rsidRDefault="000768AD" w:rsidP="000768AD">
      <w:pPr>
        <w:widowControl w:val="0"/>
        <w:spacing w:line="240" w:lineRule="auto"/>
        <w:rPr>
          <w:rFonts w:ascii="Montserrat" w:eastAsia="Montserrat" w:hAnsi="Montserrat" w:cs="Montserrat"/>
          <w:color w:val="434343"/>
        </w:rPr>
      </w:pPr>
      <w:r w:rsidRPr="7E7C0FD5">
        <w:rPr>
          <w:rFonts w:ascii="Montserrat" w:eastAsia="Montserrat" w:hAnsi="Montserrat" w:cs="Montserrat"/>
          <w:b/>
          <w:bCs/>
          <w:color w:val="434343"/>
          <w:sz w:val="22"/>
          <w:lang w:val="es-ES"/>
        </w:rPr>
        <w:t xml:space="preserve">Do </w:t>
      </w:r>
      <w:proofErr w:type="spellStart"/>
      <w:r w:rsidRPr="7E7C0FD5">
        <w:rPr>
          <w:rFonts w:ascii="Montserrat" w:eastAsia="Montserrat" w:hAnsi="Montserrat" w:cs="Montserrat"/>
          <w:b/>
          <w:bCs/>
          <w:color w:val="434343"/>
          <w:sz w:val="22"/>
          <w:lang w:val="es-ES"/>
        </w:rPr>
        <w:t>equipment</w:t>
      </w:r>
      <w:proofErr w:type="spellEnd"/>
      <w:r w:rsidRPr="7E7C0FD5">
        <w:rPr>
          <w:rFonts w:ascii="Montserrat" w:eastAsia="Montserrat" w:hAnsi="Montserrat" w:cs="Montserrat"/>
          <w:b/>
          <w:bCs/>
          <w:color w:val="434343"/>
          <w:sz w:val="22"/>
          <w:lang w:val="es-ES"/>
        </w:rPr>
        <w:t xml:space="preserve"> and capital </w:t>
      </w:r>
      <w:proofErr w:type="spellStart"/>
      <w:r w:rsidRPr="7E7C0FD5">
        <w:rPr>
          <w:rFonts w:ascii="Montserrat" w:eastAsia="Montserrat" w:hAnsi="Montserrat" w:cs="Montserrat"/>
          <w:b/>
          <w:bCs/>
          <w:color w:val="434343"/>
          <w:sz w:val="22"/>
          <w:lang w:val="es-ES"/>
        </w:rPr>
        <w:t>investment</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for</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infrastructure</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improvements</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represent</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less</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than</w:t>
      </w:r>
      <w:proofErr w:type="spellEnd"/>
      <w:r w:rsidRPr="7E7C0FD5">
        <w:rPr>
          <w:rFonts w:ascii="Montserrat" w:eastAsia="Montserrat" w:hAnsi="Montserrat" w:cs="Montserrat"/>
          <w:b/>
          <w:bCs/>
          <w:color w:val="434343"/>
          <w:sz w:val="22"/>
          <w:lang w:val="es-ES"/>
        </w:rPr>
        <w:t xml:space="preserve"> 50% </w:t>
      </w:r>
      <w:proofErr w:type="spellStart"/>
      <w:r w:rsidRPr="7E7C0FD5">
        <w:rPr>
          <w:rFonts w:ascii="Montserrat" w:eastAsia="Montserrat" w:hAnsi="Montserrat" w:cs="Montserrat"/>
          <w:b/>
          <w:bCs/>
          <w:color w:val="434343"/>
          <w:sz w:val="22"/>
          <w:lang w:val="es-ES"/>
        </w:rPr>
        <w:t>of</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the</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project’s</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microgrant</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budget</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Please</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consult</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the</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Program</w:t>
      </w:r>
      <w:proofErr w:type="spellEnd"/>
      <w:r w:rsidRPr="7E7C0FD5">
        <w:rPr>
          <w:rFonts w:ascii="Montserrat" w:eastAsia="Montserrat" w:hAnsi="Montserrat" w:cs="Montserrat"/>
          <w:b/>
          <w:bCs/>
          <w:color w:val="434343"/>
          <w:sz w:val="22"/>
          <w:lang w:val="es-ES"/>
        </w:rPr>
        <w:t xml:space="preserve"> Charter </w:t>
      </w:r>
      <w:proofErr w:type="spellStart"/>
      <w:r w:rsidRPr="7E7C0FD5">
        <w:rPr>
          <w:rFonts w:ascii="Montserrat" w:eastAsia="Montserrat" w:hAnsi="Montserrat" w:cs="Montserrat"/>
          <w:b/>
          <w:bCs/>
          <w:color w:val="434343"/>
          <w:sz w:val="22"/>
          <w:lang w:val="es-ES"/>
        </w:rPr>
        <w:t>for</w:t>
      </w:r>
      <w:proofErr w:type="spellEnd"/>
      <w:r w:rsidRPr="7E7C0FD5">
        <w:rPr>
          <w:rFonts w:ascii="Montserrat" w:eastAsia="Montserrat" w:hAnsi="Montserrat" w:cs="Montserrat"/>
          <w:b/>
          <w:bCs/>
          <w:color w:val="434343"/>
          <w:sz w:val="22"/>
          <w:lang w:val="es-ES"/>
        </w:rPr>
        <w:t xml:space="preserve"> more </w:t>
      </w:r>
      <w:proofErr w:type="spellStart"/>
      <w:r w:rsidRPr="7E7C0FD5">
        <w:rPr>
          <w:rFonts w:ascii="Montserrat" w:eastAsia="Montserrat" w:hAnsi="Montserrat" w:cs="Montserrat"/>
          <w:b/>
          <w:bCs/>
          <w:color w:val="434343"/>
          <w:sz w:val="22"/>
          <w:lang w:val="es-ES"/>
        </w:rPr>
        <w:t>detailed</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definitions</w:t>
      </w:r>
      <w:proofErr w:type="spellEnd"/>
      <w:r w:rsidRPr="7E7C0FD5">
        <w:rPr>
          <w:rFonts w:ascii="Montserrat" w:eastAsia="Montserrat" w:hAnsi="Montserrat" w:cs="Montserrat"/>
          <w:b/>
          <w:bCs/>
          <w:color w:val="434343"/>
          <w:sz w:val="22"/>
          <w:lang w:val="es-ES"/>
        </w:rPr>
        <w:t xml:space="preserve"> </w:t>
      </w:r>
      <w:proofErr w:type="spellStart"/>
      <w:r w:rsidRPr="7E7C0FD5">
        <w:rPr>
          <w:rFonts w:ascii="Montserrat" w:eastAsia="Montserrat" w:hAnsi="Montserrat" w:cs="Montserrat"/>
          <w:b/>
          <w:bCs/>
          <w:color w:val="434343"/>
          <w:sz w:val="22"/>
          <w:lang w:val="es-ES"/>
        </w:rPr>
        <w:t>of</w:t>
      </w:r>
      <w:proofErr w:type="spellEnd"/>
      <w:r w:rsidRPr="7E7C0FD5">
        <w:rPr>
          <w:rFonts w:ascii="Montserrat" w:eastAsia="Montserrat" w:hAnsi="Montserrat" w:cs="Montserrat"/>
          <w:b/>
          <w:bCs/>
          <w:color w:val="434343"/>
          <w:sz w:val="22"/>
          <w:lang w:val="es-ES"/>
        </w:rPr>
        <w:t xml:space="preserve"> eligible </w:t>
      </w:r>
      <w:proofErr w:type="spellStart"/>
      <w:r w:rsidRPr="7E7C0FD5">
        <w:rPr>
          <w:rFonts w:ascii="Montserrat" w:eastAsia="Montserrat" w:hAnsi="Montserrat" w:cs="Montserrat"/>
          <w:b/>
          <w:bCs/>
          <w:color w:val="434343"/>
          <w:sz w:val="22"/>
          <w:lang w:val="es-ES"/>
        </w:rPr>
        <w:t>costs</w:t>
      </w:r>
      <w:proofErr w:type="spellEnd"/>
      <w:r w:rsidRPr="7E7C0FD5">
        <w:rPr>
          <w:rFonts w:ascii="Montserrat" w:eastAsia="Montserrat" w:hAnsi="Montserrat" w:cs="Montserrat"/>
          <w:b/>
          <w:bCs/>
          <w:color w:val="434343"/>
          <w:sz w:val="22"/>
          <w:lang w:val="es-ES"/>
        </w:rPr>
        <w:t>)?</w:t>
      </w:r>
    </w:p>
    <w:p w14:paraId="034EB410" w14:textId="77777777" w:rsidR="000768AD" w:rsidRDefault="000768AD" w:rsidP="000768AD">
      <w:pPr>
        <w:jc w:val="both"/>
        <w:rPr>
          <w:rFonts w:ascii="Montserrat" w:eastAsia="Montserrat" w:hAnsi="Montserrat" w:cs="Montserrat"/>
          <w:color w:val="1B877F"/>
          <w:sz w:val="24"/>
          <w:szCs w:val="24"/>
        </w:rPr>
      </w:pPr>
    </w:p>
    <w:p w14:paraId="7D5E8E12" w14:textId="77777777" w:rsidR="000768AD" w:rsidRDefault="000768AD" w:rsidP="000768AD">
      <w:pPr>
        <w:jc w:val="both"/>
        <w:rPr>
          <w:rFonts w:ascii="Montserrat" w:eastAsia="Montserrat" w:hAnsi="Montserrat" w:cs="Montserrat"/>
          <w:color w:val="1B877F"/>
          <w:sz w:val="24"/>
          <w:szCs w:val="24"/>
        </w:rPr>
      </w:pPr>
    </w:p>
    <w:p w14:paraId="2F7D3497" w14:textId="77777777" w:rsidR="000768AD" w:rsidRDefault="000768AD" w:rsidP="000768AD">
      <w:pPr>
        <w:jc w:val="both"/>
        <w:rPr>
          <w:rFonts w:ascii="Montserrat" w:eastAsia="Montserrat" w:hAnsi="Montserrat" w:cs="Montserrat"/>
          <w:color w:val="1B877F"/>
          <w:sz w:val="24"/>
          <w:szCs w:val="24"/>
        </w:rPr>
      </w:pPr>
      <w:proofErr w:type="spellStart"/>
      <w:r w:rsidRPr="7E7C0FD5">
        <w:rPr>
          <w:rFonts w:ascii="Montserrat" w:eastAsia="Montserrat" w:hAnsi="Montserrat" w:cs="Montserrat"/>
          <w:b/>
          <w:bCs/>
          <w:color w:val="1B877F"/>
          <w:sz w:val="24"/>
          <w:szCs w:val="24"/>
          <w:lang w:val="es-ES"/>
        </w:rPr>
        <w:t>Reviewer’s</w:t>
      </w:r>
      <w:proofErr w:type="spellEnd"/>
      <w:r w:rsidRPr="7E7C0FD5">
        <w:rPr>
          <w:rFonts w:ascii="Montserrat" w:eastAsia="Montserrat" w:hAnsi="Montserrat" w:cs="Montserrat"/>
          <w:b/>
          <w:bCs/>
          <w:color w:val="1B877F"/>
          <w:sz w:val="24"/>
          <w:szCs w:val="24"/>
          <w:lang w:val="es-ES"/>
        </w:rPr>
        <w:t xml:space="preserve"> Name: __________________________________</w:t>
      </w:r>
    </w:p>
    <w:p w14:paraId="71574C8F" w14:textId="77777777" w:rsidR="000768AD" w:rsidRDefault="000768AD" w:rsidP="000768AD">
      <w:pPr>
        <w:jc w:val="both"/>
        <w:rPr>
          <w:rFonts w:ascii="Montserrat" w:eastAsia="Montserrat" w:hAnsi="Montserrat" w:cs="Montserrat"/>
          <w:color w:val="1B877F"/>
          <w:sz w:val="24"/>
          <w:szCs w:val="24"/>
        </w:rPr>
      </w:pPr>
    </w:p>
    <w:tbl>
      <w:tblPr>
        <w:tblStyle w:val="TableGrid"/>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000" w:firstRow="0" w:lastRow="0" w:firstColumn="0" w:lastColumn="0" w:noHBand="0" w:noVBand="0"/>
      </w:tblPr>
      <w:tblGrid>
        <w:gridCol w:w="2567"/>
        <w:gridCol w:w="626"/>
        <w:gridCol w:w="609"/>
        <w:gridCol w:w="626"/>
        <w:gridCol w:w="617"/>
        <w:gridCol w:w="612"/>
        <w:gridCol w:w="581"/>
        <w:gridCol w:w="575"/>
        <w:gridCol w:w="560"/>
        <w:gridCol w:w="591"/>
        <w:gridCol w:w="569"/>
        <w:gridCol w:w="600"/>
        <w:gridCol w:w="575"/>
        <w:gridCol w:w="605"/>
        <w:gridCol w:w="577"/>
        <w:gridCol w:w="575"/>
        <w:gridCol w:w="560"/>
        <w:gridCol w:w="609"/>
        <w:gridCol w:w="578"/>
        <w:gridCol w:w="603"/>
        <w:gridCol w:w="578"/>
      </w:tblGrid>
      <w:tr w:rsidR="000768AD" w14:paraId="443B4B2A" w14:textId="77777777" w:rsidTr="00B3428F">
        <w:trPr>
          <w:trHeight w:val="330"/>
        </w:trPr>
        <w:tc>
          <w:tcPr>
            <w:tcW w:w="267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B877F"/>
            <w:tcMar>
              <w:top w:w="90" w:type="dxa"/>
              <w:left w:w="90" w:type="dxa"/>
              <w:bottom w:w="90" w:type="dxa"/>
              <w:right w:w="90" w:type="dxa"/>
            </w:tcMar>
          </w:tcPr>
          <w:p w14:paraId="3D2103A2" w14:textId="77777777" w:rsidR="000768AD" w:rsidRDefault="000768AD" w:rsidP="00385EE6">
            <w:pPr>
              <w:widowControl w:val="0"/>
              <w:rPr>
                <w:rFonts w:ascii="Montserrat" w:eastAsia="Montserrat" w:hAnsi="Montserrat" w:cs="Montserrat"/>
                <w:color w:val="FFFFFF" w:themeColor="background1"/>
                <w:sz w:val="14"/>
                <w:szCs w:val="14"/>
              </w:rPr>
            </w:pPr>
            <w:r w:rsidRPr="7E7C0FD5">
              <w:rPr>
                <w:rFonts w:ascii="Montserrat" w:eastAsia="Montserrat" w:hAnsi="Montserrat" w:cs="Montserrat"/>
                <w:b/>
                <w:bCs/>
                <w:color w:val="FFFFFF" w:themeColor="background1"/>
                <w:sz w:val="14"/>
                <w:szCs w:val="14"/>
                <w:lang w:val="es-ES"/>
              </w:rPr>
              <w:t xml:space="preserve">Project </w:t>
            </w:r>
            <w:proofErr w:type="spellStart"/>
            <w:r w:rsidRPr="7E7C0FD5">
              <w:rPr>
                <w:rFonts w:ascii="Montserrat" w:eastAsia="Montserrat" w:hAnsi="Montserrat" w:cs="Montserrat"/>
                <w:b/>
                <w:bCs/>
                <w:color w:val="FFFFFF" w:themeColor="background1"/>
                <w:sz w:val="14"/>
                <w:szCs w:val="14"/>
                <w:lang w:val="es-ES"/>
              </w:rPr>
              <w:t>name</w:t>
            </w:r>
            <w:proofErr w:type="spellEnd"/>
          </w:p>
        </w:tc>
        <w:tc>
          <w:tcPr>
            <w:tcW w:w="123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B877F"/>
            <w:tcMar>
              <w:top w:w="90" w:type="dxa"/>
              <w:left w:w="90" w:type="dxa"/>
              <w:bottom w:w="90" w:type="dxa"/>
              <w:right w:w="90" w:type="dxa"/>
            </w:tcMar>
          </w:tcPr>
          <w:p w14:paraId="36953718" w14:textId="77777777" w:rsidR="000768AD" w:rsidRDefault="000768AD" w:rsidP="00385EE6">
            <w:pPr>
              <w:widowControl w:val="0"/>
              <w:rPr>
                <w:rFonts w:ascii="Montserrat" w:eastAsia="Montserrat" w:hAnsi="Montserrat" w:cs="Montserrat"/>
                <w:color w:val="FFFFFF" w:themeColor="background1"/>
                <w:sz w:val="14"/>
                <w:szCs w:val="14"/>
              </w:rPr>
            </w:pPr>
            <w:proofErr w:type="gramStart"/>
            <w:r w:rsidRPr="7E7C0FD5">
              <w:rPr>
                <w:rFonts w:ascii="Montserrat" w:eastAsia="Montserrat" w:hAnsi="Montserrat" w:cs="Montserrat"/>
                <w:b/>
                <w:bCs/>
                <w:color w:val="FFFFFF" w:themeColor="background1"/>
                <w:sz w:val="14"/>
                <w:szCs w:val="14"/>
                <w:lang w:val="es-ES"/>
              </w:rPr>
              <w:t xml:space="preserve">Eligible </w:t>
            </w:r>
            <w:proofErr w:type="spellStart"/>
            <w:r w:rsidRPr="7E7C0FD5">
              <w:rPr>
                <w:rFonts w:ascii="Montserrat" w:eastAsia="Montserrat" w:hAnsi="Montserrat" w:cs="Montserrat"/>
                <w:b/>
                <w:bCs/>
                <w:color w:val="FFFFFF" w:themeColor="background1"/>
                <w:sz w:val="14"/>
                <w:szCs w:val="14"/>
                <w:lang w:val="es-ES"/>
              </w:rPr>
              <w:t>organization</w:t>
            </w:r>
            <w:proofErr w:type="spellEnd"/>
            <w:r w:rsidRPr="7E7C0FD5">
              <w:rPr>
                <w:rFonts w:ascii="Montserrat" w:eastAsia="Montserrat" w:hAnsi="Montserrat" w:cs="Montserrat"/>
                <w:b/>
                <w:bCs/>
                <w:color w:val="FFFFFF" w:themeColor="background1"/>
                <w:sz w:val="14"/>
                <w:szCs w:val="14"/>
                <w:lang w:val="es-ES"/>
              </w:rPr>
              <w:t>?</w:t>
            </w:r>
            <w:proofErr w:type="gramEnd"/>
          </w:p>
        </w:tc>
        <w:tc>
          <w:tcPr>
            <w:tcW w:w="124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B877F"/>
            <w:tcMar>
              <w:top w:w="90" w:type="dxa"/>
              <w:left w:w="90" w:type="dxa"/>
              <w:bottom w:w="90" w:type="dxa"/>
              <w:right w:w="90" w:type="dxa"/>
            </w:tcMar>
          </w:tcPr>
          <w:p w14:paraId="156F5403" w14:textId="77777777" w:rsidR="000768AD" w:rsidRDefault="000768AD" w:rsidP="00385EE6">
            <w:pPr>
              <w:widowControl w:val="0"/>
              <w:rPr>
                <w:rFonts w:ascii="Montserrat" w:eastAsia="Montserrat" w:hAnsi="Montserrat" w:cs="Montserrat"/>
                <w:color w:val="FFFFFF" w:themeColor="background1"/>
                <w:sz w:val="14"/>
                <w:szCs w:val="14"/>
              </w:rPr>
            </w:pPr>
            <w:proofErr w:type="gramStart"/>
            <w:r w:rsidRPr="7E7C0FD5">
              <w:rPr>
                <w:rFonts w:ascii="Montserrat" w:eastAsia="Montserrat" w:hAnsi="Montserrat" w:cs="Montserrat"/>
                <w:b/>
                <w:bCs/>
                <w:color w:val="FFFFFF" w:themeColor="background1"/>
                <w:sz w:val="14"/>
                <w:szCs w:val="14"/>
                <w:lang w:val="es-ES"/>
              </w:rPr>
              <w:t xml:space="preserve">Formal </w:t>
            </w:r>
            <w:proofErr w:type="spellStart"/>
            <w:r w:rsidRPr="7E7C0FD5">
              <w:rPr>
                <w:rFonts w:ascii="Montserrat" w:eastAsia="Montserrat" w:hAnsi="Montserrat" w:cs="Montserrat"/>
                <w:b/>
                <w:bCs/>
                <w:color w:val="FFFFFF" w:themeColor="background1"/>
                <w:sz w:val="14"/>
                <w:szCs w:val="14"/>
                <w:lang w:val="es-ES"/>
              </w:rPr>
              <w:t>incorporation</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bank</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account</w:t>
            </w:r>
            <w:proofErr w:type="spellEnd"/>
            <w:r w:rsidRPr="7E7C0FD5">
              <w:rPr>
                <w:rFonts w:ascii="Montserrat" w:eastAsia="Montserrat" w:hAnsi="Montserrat" w:cs="Montserrat"/>
                <w:b/>
                <w:bCs/>
                <w:color w:val="FFFFFF" w:themeColor="background1"/>
                <w:sz w:val="14"/>
                <w:szCs w:val="14"/>
                <w:lang w:val="es-ES"/>
              </w:rPr>
              <w:t xml:space="preserve">, and </w:t>
            </w:r>
            <w:proofErr w:type="spellStart"/>
            <w:r w:rsidRPr="7E7C0FD5">
              <w:rPr>
                <w:rFonts w:ascii="Montserrat" w:eastAsia="Montserrat" w:hAnsi="Montserrat" w:cs="Montserrat"/>
                <w:b/>
                <w:bCs/>
                <w:color w:val="FFFFFF" w:themeColor="background1"/>
                <w:sz w:val="14"/>
                <w:szCs w:val="14"/>
                <w:lang w:val="es-ES"/>
              </w:rPr>
              <w:t>the</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ability</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to</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manage</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funds</w:t>
            </w:r>
            <w:proofErr w:type="spellEnd"/>
            <w:r w:rsidRPr="7E7C0FD5">
              <w:rPr>
                <w:rFonts w:ascii="Montserrat" w:eastAsia="Montserrat" w:hAnsi="Montserrat" w:cs="Montserrat"/>
                <w:b/>
                <w:bCs/>
                <w:color w:val="FFFFFF" w:themeColor="background1"/>
                <w:sz w:val="14"/>
                <w:szCs w:val="14"/>
                <w:lang w:val="es-ES"/>
              </w:rPr>
              <w:t>?</w:t>
            </w:r>
            <w:proofErr w:type="gramEnd"/>
          </w:p>
        </w:tc>
        <w:tc>
          <w:tcPr>
            <w:tcW w:w="120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B877F"/>
            <w:tcMar>
              <w:top w:w="90" w:type="dxa"/>
              <w:left w:w="90" w:type="dxa"/>
              <w:bottom w:w="90" w:type="dxa"/>
              <w:right w:w="90" w:type="dxa"/>
            </w:tcMar>
          </w:tcPr>
          <w:p w14:paraId="6AF6A4B8" w14:textId="77777777" w:rsidR="000768AD" w:rsidRDefault="000768AD" w:rsidP="00385EE6">
            <w:pPr>
              <w:widowControl w:val="0"/>
              <w:spacing w:after="200"/>
              <w:rPr>
                <w:rFonts w:ascii="Montserrat" w:eastAsia="Montserrat" w:hAnsi="Montserrat" w:cs="Montserrat"/>
                <w:color w:val="FFFFFF" w:themeColor="background1"/>
                <w:sz w:val="14"/>
                <w:szCs w:val="14"/>
              </w:rPr>
            </w:pPr>
            <w:proofErr w:type="spellStart"/>
            <w:r w:rsidRPr="7E7C0FD5">
              <w:rPr>
                <w:rFonts w:ascii="Montserrat" w:eastAsia="Montserrat" w:hAnsi="Montserrat" w:cs="Montserrat"/>
                <w:b/>
                <w:bCs/>
                <w:color w:val="FFFFFF" w:themeColor="background1"/>
                <w:sz w:val="14"/>
                <w:szCs w:val="14"/>
                <w:lang w:val="es-ES"/>
              </w:rPr>
              <w:t>Recognized</w:t>
            </w:r>
            <w:proofErr w:type="spellEnd"/>
            <w:r w:rsidRPr="7E7C0FD5">
              <w:rPr>
                <w:rFonts w:ascii="Montserrat" w:eastAsia="Montserrat" w:hAnsi="Montserrat" w:cs="Montserrat"/>
                <w:b/>
                <w:bCs/>
                <w:color w:val="FFFFFF" w:themeColor="background1"/>
                <w:sz w:val="14"/>
                <w:szCs w:val="14"/>
                <w:lang w:val="es-ES"/>
              </w:rPr>
              <w:t xml:space="preserve"> non-</w:t>
            </w:r>
            <w:proofErr w:type="spellStart"/>
            <w:r w:rsidRPr="7E7C0FD5">
              <w:rPr>
                <w:rFonts w:ascii="Montserrat" w:eastAsia="Montserrat" w:hAnsi="Montserrat" w:cs="Montserrat"/>
                <w:b/>
                <w:bCs/>
                <w:color w:val="FFFFFF" w:themeColor="background1"/>
                <w:sz w:val="14"/>
                <w:szCs w:val="14"/>
                <w:lang w:val="es-ES"/>
              </w:rPr>
              <w:t>profit</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or</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charitable</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entity</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with</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clear</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charitable</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goals</w:t>
            </w:r>
            <w:proofErr w:type="spellEnd"/>
            <w:r w:rsidRPr="7E7C0FD5">
              <w:rPr>
                <w:rFonts w:ascii="Montserrat" w:eastAsia="Montserrat" w:hAnsi="Montserrat" w:cs="Montserrat"/>
                <w:b/>
                <w:bCs/>
                <w:color w:val="FFFFFF" w:themeColor="background1"/>
                <w:sz w:val="14"/>
                <w:szCs w:val="14"/>
                <w:lang w:val="es-ES"/>
              </w:rPr>
              <w:t>?</w:t>
            </w:r>
          </w:p>
        </w:tc>
        <w:tc>
          <w:tcPr>
            <w:tcW w:w="115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B877F"/>
            <w:tcMar>
              <w:top w:w="90" w:type="dxa"/>
              <w:left w:w="90" w:type="dxa"/>
              <w:bottom w:w="90" w:type="dxa"/>
              <w:right w:w="90" w:type="dxa"/>
            </w:tcMar>
          </w:tcPr>
          <w:p w14:paraId="131A1870" w14:textId="77777777" w:rsidR="000768AD" w:rsidRDefault="000768AD" w:rsidP="00385EE6">
            <w:pPr>
              <w:widowControl w:val="0"/>
              <w:rPr>
                <w:rFonts w:ascii="Montserrat" w:eastAsia="Montserrat" w:hAnsi="Montserrat" w:cs="Montserrat"/>
                <w:color w:val="FFFFFF" w:themeColor="background1"/>
                <w:sz w:val="14"/>
                <w:szCs w:val="14"/>
              </w:rPr>
            </w:pPr>
            <w:proofErr w:type="spellStart"/>
            <w:r w:rsidRPr="7E7C0FD5">
              <w:rPr>
                <w:rFonts w:ascii="Montserrat" w:eastAsia="Montserrat" w:hAnsi="Montserrat" w:cs="Montserrat"/>
                <w:b/>
                <w:bCs/>
                <w:color w:val="FFFFFF" w:themeColor="background1"/>
                <w:sz w:val="14"/>
                <w:szCs w:val="14"/>
                <w:lang w:val="es-ES"/>
              </w:rPr>
              <w:t>Is</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the</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project</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youth</w:t>
            </w:r>
            <w:proofErr w:type="spellEnd"/>
            <w:r w:rsidRPr="7E7C0FD5">
              <w:rPr>
                <w:rFonts w:ascii="Montserrat" w:eastAsia="Montserrat" w:hAnsi="Montserrat" w:cs="Montserrat"/>
                <w:b/>
                <w:bCs/>
                <w:color w:val="FFFFFF" w:themeColor="background1"/>
                <w:sz w:val="14"/>
                <w:szCs w:val="14"/>
                <w:lang w:val="es-ES"/>
              </w:rPr>
              <w:t>-led?</w:t>
            </w:r>
          </w:p>
        </w:tc>
        <w:tc>
          <w:tcPr>
            <w:tcW w:w="117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B877F"/>
            <w:tcMar>
              <w:top w:w="90" w:type="dxa"/>
              <w:left w:w="90" w:type="dxa"/>
              <w:bottom w:w="90" w:type="dxa"/>
              <w:right w:w="90" w:type="dxa"/>
            </w:tcMar>
          </w:tcPr>
          <w:p w14:paraId="6B28423F" w14:textId="77777777" w:rsidR="000768AD" w:rsidRDefault="000768AD" w:rsidP="00385EE6">
            <w:pPr>
              <w:widowControl w:val="0"/>
              <w:rPr>
                <w:rFonts w:ascii="Montserrat" w:eastAsia="Montserrat" w:hAnsi="Montserrat" w:cs="Montserrat"/>
                <w:color w:val="FFFFFF" w:themeColor="background1"/>
                <w:sz w:val="14"/>
                <w:szCs w:val="14"/>
              </w:rPr>
            </w:pPr>
            <w:proofErr w:type="spellStart"/>
            <w:r w:rsidRPr="7E7C0FD5">
              <w:rPr>
                <w:rFonts w:ascii="Montserrat" w:eastAsia="Montserrat" w:hAnsi="Montserrat" w:cs="Montserrat"/>
                <w:b/>
                <w:bCs/>
                <w:color w:val="FFFFFF" w:themeColor="background1"/>
                <w:sz w:val="14"/>
                <w:szCs w:val="14"/>
                <w:lang w:val="es-ES"/>
              </w:rPr>
              <w:t>Is</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the</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project</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aligned</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with</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the</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city’s</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climate</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action</w:t>
            </w:r>
            <w:proofErr w:type="spellEnd"/>
            <w:r w:rsidRPr="7E7C0FD5">
              <w:rPr>
                <w:rFonts w:ascii="Montserrat" w:eastAsia="Montserrat" w:hAnsi="Montserrat" w:cs="Montserrat"/>
                <w:b/>
                <w:bCs/>
                <w:color w:val="FFFFFF" w:themeColor="background1"/>
                <w:sz w:val="14"/>
                <w:szCs w:val="14"/>
                <w:lang w:val="es-ES"/>
              </w:rPr>
              <w:t xml:space="preserve"> plan </w:t>
            </w:r>
            <w:proofErr w:type="spellStart"/>
            <w:r w:rsidRPr="7E7C0FD5">
              <w:rPr>
                <w:rFonts w:ascii="Montserrat" w:eastAsia="Montserrat" w:hAnsi="Montserrat" w:cs="Montserrat"/>
                <w:b/>
                <w:bCs/>
                <w:color w:val="FFFFFF" w:themeColor="background1"/>
                <w:sz w:val="14"/>
                <w:szCs w:val="14"/>
                <w:lang w:val="es-ES"/>
              </w:rPr>
              <w:t>or</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priorities</w:t>
            </w:r>
            <w:proofErr w:type="spellEnd"/>
            <w:r w:rsidRPr="7E7C0FD5">
              <w:rPr>
                <w:rFonts w:ascii="Montserrat" w:eastAsia="Montserrat" w:hAnsi="Montserrat" w:cs="Montserrat"/>
                <w:b/>
                <w:bCs/>
                <w:color w:val="FFFFFF" w:themeColor="background1"/>
                <w:sz w:val="14"/>
                <w:szCs w:val="14"/>
                <w:lang w:val="es-ES"/>
              </w:rPr>
              <w:t>?</w:t>
            </w:r>
          </w:p>
        </w:tc>
        <w:tc>
          <w:tcPr>
            <w:tcW w:w="1186"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B877F"/>
            <w:tcMar>
              <w:top w:w="90" w:type="dxa"/>
              <w:left w:w="90" w:type="dxa"/>
              <w:bottom w:w="90" w:type="dxa"/>
              <w:right w:w="90" w:type="dxa"/>
            </w:tcMar>
          </w:tcPr>
          <w:p w14:paraId="0282689F" w14:textId="77777777" w:rsidR="000768AD" w:rsidRDefault="000768AD" w:rsidP="00385EE6">
            <w:pPr>
              <w:widowControl w:val="0"/>
              <w:rPr>
                <w:rFonts w:ascii="Montserrat" w:eastAsia="Montserrat" w:hAnsi="Montserrat" w:cs="Montserrat"/>
                <w:color w:val="FFFFFF" w:themeColor="background1"/>
                <w:sz w:val="14"/>
                <w:szCs w:val="14"/>
              </w:rPr>
            </w:pPr>
            <w:r w:rsidRPr="7E7C0FD5">
              <w:rPr>
                <w:rFonts w:ascii="Montserrat" w:eastAsia="Montserrat" w:hAnsi="Montserrat" w:cs="Montserrat"/>
                <w:b/>
                <w:bCs/>
                <w:color w:val="FFFFFF" w:themeColor="background1"/>
                <w:sz w:val="14"/>
                <w:szCs w:val="14"/>
                <w:lang w:val="es-ES"/>
              </w:rPr>
              <w:t xml:space="preserve">Will </w:t>
            </w:r>
            <w:proofErr w:type="spellStart"/>
            <w:r w:rsidRPr="7E7C0FD5">
              <w:rPr>
                <w:rFonts w:ascii="Montserrat" w:eastAsia="Montserrat" w:hAnsi="Montserrat" w:cs="Montserrat"/>
                <w:b/>
                <w:bCs/>
                <w:color w:val="FFFFFF" w:themeColor="background1"/>
                <w:sz w:val="14"/>
                <w:szCs w:val="14"/>
                <w:lang w:val="es-ES"/>
              </w:rPr>
              <w:t>the</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project</w:t>
            </w:r>
            <w:proofErr w:type="spellEnd"/>
            <w:r w:rsidRPr="7E7C0FD5">
              <w:rPr>
                <w:rFonts w:ascii="Montserrat" w:eastAsia="Montserrat" w:hAnsi="Montserrat" w:cs="Montserrat"/>
                <w:b/>
                <w:bCs/>
                <w:color w:val="FFFFFF" w:themeColor="background1"/>
                <w:sz w:val="14"/>
                <w:szCs w:val="14"/>
                <w:lang w:val="es-ES"/>
              </w:rPr>
              <w:t xml:space="preserve"> be </w:t>
            </w:r>
            <w:proofErr w:type="spellStart"/>
            <w:r w:rsidRPr="7E7C0FD5">
              <w:rPr>
                <w:rFonts w:ascii="Montserrat" w:eastAsia="Montserrat" w:hAnsi="Montserrat" w:cs="Montserrat"/>
                <w:b/>
                <w:bCs/>
                <w:color w:val="FFFFFF" w:themeColor="background1"/>
                <w:sz w:val="14"/>
                <w:szCs w:val="14"/>
                <w:lang w:val="es-ES"/>
              </w:rPr>
              <w:t>completed</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by</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Thursday</w:t>
            </w:r>
            <w:proofErr w:type="spellEnd"/>
            <w:r w:rsidRPr="7E7C0FD5">
              <w:rPr>
                <w:rFonts w:ascii="Montserrat" w:eastAsia="Montserrat" w:hAnsi="Montserrat" w:cs="Montserrat"/>
                <w:b/>
                <w:bCs/>
                <w:color w:val="FFFFFF" w:themeColor="background1"/>
                <w:sz w:val="14"/>
                <w:szCs w:val="14"/>
                <w:lang w:val="es-ES"/>
              </w:rPr>
              <w:t>, April 15, 2027?</w:t>
            </w:r>
          </w:p>
        </w:tc>
        <w:tc>
          <w:tcPr>
            <w:tcW w:w="119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B877F"/>
            <w:tcMar>
              <w:top w:w="90" w:type="dxa"/>
              <w:left w:w="90" w:type="dxa"/>
              <w:bottom w:w="90" w:type="dxa"/>
              <w:right w:w="90" w:type="dxa"/>
            </w:tcMar>
          </w:tcPr>
          <w:p w14:paraId="5FF44771" w14:textId="77777777" w:rsidR="000768AD" w:rsidRDefault="000768AD" w:rsidP="00385EE6">
            <w:pPr>
              <w:widowControl w:val="0"/>
              <w:rPr>
                <w:rFonts w:ascii="Montserrat" w:eastAsia="Montserrat" w:hAnsi="Montserrat" w:cs="Montserrat"/>
                <w:color w:val="FFFFFF" w:themeColor="background1"/>
                <w:sz w:val="14"/>
                <w:szCs w:val="14"/>
              </w:rPr>
            </w:pPr>
            <w:r w:rsidRPr="7E7C0FD5">
              <w:rPr>
                <w:rFonts w:ascii="Montserrat" w:eastAsia="Montserrat" w:hAnsi="Montserrat" w:cs="Montserrat"/>
                <w:b/>
                <w:bCs/>
                <w:color w:val="FFFFFF" w:themeColor="background1"/>
                <w:sz w:val="14"/>
                <w:szCs w:val="14"/>
                <w:lang w:val="es-ES"/>
              </w:rPr>
              <w:t xml:space="preserve">Does </w:t>
            </w:r>
            <w:proofErr w:type="spellStart"/>
            <w:r w:rsidRPr="7E7C0FD5">
              <w:rPr>
                <w:rFonts w:ascii="Montserrat" w:eastAsia="Montserrat" w:hAnsi="Montserrat" w:cs="Montserrat"/>
                <w:b/>
                <w:bCs/>
                <w:color w:val="FFFFFF" w:themeColor="background1"/>
                <w:sz w:val="14"/>
                <w:szCs w:val="14"/>
                <w:lang w:val="es-ES"/>
              </w:rPr>
              <w:t>the</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application</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include</w:t>
            </w:r>
            <w:proofErr w:type="spellEnd"/>
            <w:r w:rsidRPr="7E7C0FD5">
              <w:rPr>
                <w:rFonts w:ascii="Montserrat" w:eastAsia="Montserrat" w:hAnsi="Montserrat" w:cs="Montserrat"/>
                <w:b/>
                <w:bCs/>
                <w:color w:val="FFFFFF" w:themeColor="background1"/>
                <w:sz w:val="14"/>
                <w:szCs w:val="14"/>
                <w:lang w:val="es-ES"/>
              </w:rPr>
              <w:t xml:space="preserve"> a simple </w:t>
            </w:r>
            <w:proofErr w:type="spellStart"/>
            <w:r w:rsidRPr="7E7C0FD5">
              <w:rPr>
                <w:rFonts w:ascii="Montserrat" w:eastAsia="Montserrat" w:hAnsi="Montserrat" w:cs="Montserrat"/>
                <w:b/>
                <w:bCs/>
                <w:color w:val="FFFFFF" w:themeColor="background1"/>
                <w:sz w:val="14"/>
                <w:szCs w:val="14"/>
                <w:lang w:val="es-ES"/>
              </w:rPr>
              <w:t>budget</w:t>
            </w:r>
            <w:proofErr w:type="spellEnd"/>
            <w:r w:rsidRPr="7E7C0FD5">
              <w:rPr>
                <w:rFonts w:ascii="Montserrat" w:eastAsia="Montserrat" w:hAnsi="Montserrat" w:cs="Montserrat"/>
                <w:b/>
                <w:bCs/>
                <w:color w:val="FFFFFF" w:themeColor="background1"/>
                <w:sz w:val="14"/>
                <w:szCs w:val="14"/>
                <w:lang w:val="es-ES"/>
              </w:rPr>
              <w:t>?</w:t>
            </w:r>
          </w:p>
        </w:tc>
        <w:tc>
          <w:tcPr>
            <w:tcW w:w="115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B877F"/>
            <w:tcMar>
              <w:top w:w="90" w:type="dxa"/>
              <w:left w:w="90" w:type="dxa"/>
              <w:bottom w:w="90" w:type="dxa"/>
              <w:right w:w="90" w:type="dxa"/>
            </w:tcMar>
          </w:tcPr>
          <w:p w14:paraId="3965B649" w14:textId="77777777" w:rsidR="000768AD" w:rsidRDefault="000768AD" w:rsidP="00385EE6">
            <w:pPr>
              <w:widowControl w:val="0"/>
              <w:rPr>
                <w:rFonts w:ascii="Montserrat" w:eastAsia="Montserrat" w:hAnsi="Montserrat" w:cs="Montserrat"/>
                <w:color w:val="FFFFFF" w:themeColor="background1"/>
                <w:sz w:val="14"/>
                <w:szCs w:val="14"/>
              </w:rPr>
            </w:pPr>
            <w:proofErr w:type="gramStart"/>
            <w:r w:rsidRPr="7E7C0FD5">
              <w:rPr>
                <w:rFonts w:ascii="Montserrat" w:eastAsia="Montserrat" w:hAnsi="Montserrat" w:cs="Montserrat"/>
                <w:b/>
                <w:bCs/>
                <w:color w:val="FFFFFF" w:themeColor="background1"/>
                <w:sz w:val="14"/>
                <w:szCs w:val="14"/>
                <w:lang w:val="es-ES"/>
              </w:rPr>
              <w:t xml:space="preserve">Are </w:t>
            </w:r>
            <w:proofErr w:type="spellStart"/>
            <w:r w:rsidRPr="7E7C0FD5">
              <w:rPr>
                <w:rFonts w:ascii="Montserrat" w:eastAsia="Montserrat" w:hAnsi="Montserrat" w:cs="Montserrat"/>
                <w:b/>
                <w:bCs/>
                <w:color w:val="FFFFFF" w:themeColor="background1"/>
                <w:sz w:val="14"/>
                <w:szCs w:val="14"/>
                <w:lang w:val="es-ES"/>
              </w:rPr>
              <w:t>all</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of</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the</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costs</w:t>
            </w:r>
            <w:proofErr w:type="spellEnd"/>
            <w:r w:rsidRPr="7E7C0FD5">
              <w:rPr>
                <w:rFonts w:ascii="Montserrat" w:eastAsia="Montserrat" w:hAnsi="Montserrat" w:cs="Montserrat"/>
                <w:b/>
                <w:bCs/>
                <w:color w:val="FFFFFF" w:themeColor="background1"/>
                <w:sz w:val="14"/>
                <w:szCs w:val="14"/>
                <w:lang w:val="es-ES"/>
              </w:rPr>
              <w:t xml:space="preserve"> eligible?</w:t>
            </w:r>
            <w:proofErr w:type="gramEnd"/>
          </w:p>
        </w:tc>
        <w:tc>
          <w:tcPr>
            <w:tcW w:w="1196"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B877F"/>
            <w:tcMar>
              <w:top w:w="90" w:type="dxa"/>
              <w:left w:w="90" w:type="dxa"/>
              <w:bottom w:w="90" w:type="dxa"/>
              <w:right w:w="90" w:type="dxa"/>
            </w:tcMar>
          </w:tcPr>
          <w:p w14:paraId="0E0EDF25" w14:textId="77777777" w:rsidR="000768AD" w:rsidRDefault="000768AD" w:rsidP="00385EE6">
            <w:pPr>
              <w:widowControl w:val="0"/>
              <w:rPr>
                <w:rFonts w:ascii="Montserrat" w:eastAsia="Montserrat" w:hAnsi="Montserrat" w:cs="Montserrat"/>
                <w:color w:val="FFFFFF" w:themeColor="background1"/>
                <w:sz w:val="14"/>
                <w:szCs w:val="14"/>
              </w:rPr>
            </w:pPr>
            <w:r w:rsidRPr="7E7C0FD5">
              <w:rPr>
                <w:rFonts w:ascii="Montserrat" w:eastAsia="Montserrat" w:hAnsi="Montserrat" w:cs="Montserrat"/>
                <w:b/>
                <w:bCs/>
                <w:color w:val="FFFFFF" w:themeColor="background1"/>
                <w:sz w:val="14"/>
                <w:szCs w:val="14"/>
                <w:lang w:val="es-ES"/>
              </w:rPr>
              <w:t xml:space="preserve">Are </w:t>
            </w:r>
            <w:proofErr w:type="spellStart"/>
            <w:r w:rsidRPr="7E7C0FD5">
              <w:rPr>
                <w:rFonts w:ascii="Montserrat" w:eastAsia="Montserrat" w:hAnsi="Montserrat" w:cs="Montserrat"/>
                <w:b/>
                <w:bCs/>
                <w:color w:val="FFFFFF" w:themeColor="background1"/>
                <w:sz w:val="14"/>
                <w:szCs w:val="14"/>
                <w:lang w:val="es-ES"/>
              </w:rPr>
              <w:t>equipment</w:t>
            </w:r>
            <w:proofErr w:type="spellEnd"/>
            <w:r w:rsidRPr="7E7C0FD5">
              <w:rPr>
                <w:rFonts w:ascii="Montserrat" w:eastAsia="Montserrat" w:hAnsi="Montserrat" w:cs="Montserrat"/>
                <w:b/>
                <w:bCs/>
                <w:color w:val="FFFFFF" w:themeColor="background1"/>
                <w:sz w:val="14"/>
                <w:szCs w:val="14"/>
                <w:lang w:val="es-ES"/>
              </w:rPr>
              <w:t xml:space="preserve"> and capital </w:t>
            </w:r>
            <w:proofErr w:type="spellStart"/>
            <w:r w:rsidRPr="7E7C0FD5">
              <w:rPr>
                <w:rFonts w:ascii="Montserrat" w:eastAsia="Montserrat" w:hAnsi="Montserrat" w:cs="Montserrat"/>
                <w:b/>
                <w:bCs/>
                <w:color w:val="FFFFFF" w:themeColor="background1"/>
                <w:sz w:val="14"/>
                <w:szCs w:val="14"/>
                <w:lang w:val="es-ES"/>
              </w:rPr>
              <w:t>investment</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costs</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less</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than</w:t>
            </w:r>
            <w:proofErr w:type="spellEnd"/>
            <w:r w:rsidRPr="7E7C0FD5">
              <w:rPr>
                <w:rFonts w:ascii="Montserrat" w:eastAsia="Montserrat" w:hAnsi="Montserrat" w:cs="Montserrat"/>
                <w:b/>
                <w:bCs/>
                <w:color w:val="FFFFFF" w:themeColor="background1"/>
                <w:sz w:val="14"/>
                <w:szCs w:val="14"/>
                <w:lang w:val="es-ES"/>
              </w:rPr>
              <w:t xml:space="preserve"> 50% </w:t>
            </w:r>
            <w:proofErr w:type="spellStart"/>
            <w:r w:rsidRPr="7E7C0FD5">
              <w:rPr>
                <w:rFonts w:ascii="Montserrat" w:eastAsia="Montserrat" w:hAnsi="Montserrat" w:cs="Montserrat"/>
                <w:b/>
                <w:bCs/>
                <w:color w:val="FFFFFF" w:themeColor="background1"/>
                <w:sz w:val="14"/>
                <w:szCs w:val="14"/>
                <w:lang w:val="es-ES"/>
              </w:rPr>
              <w:t>of</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the</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budget</w:t>
            </w:r>
            <w:proofErr w:type="spellEnd"/>
            <w:r w:rsidRPr="7E7C0FD5">
              <w:rPr>
                <w:rFonts w:ascii="Montserrat" w:eastAsia="Montserrat" w:hAnsi="Montserrat" w:cs="Montserrat"/>
                <w:b/>
                <w:bCs/>
                <w:color w:val="FFFFFF" w:themeColor="background1"/>
                <w:sz w:val="14"/>
                <w:szCs w:val="14"/>
                <w:lang w:val="es-ES"/>
              </w:rPr>
              <w:t>?</w:t>
            </w:r>
          </w:p>
        </w:tc>
        <w:tc>
          <w:tcPr>
            <w:tcW w:w="119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B877F"/>
            <w:tcMar>
              <w:top w:w="90" w:type="dxa"/>
              <w:left w:w="90" w:type="dxa"/>
              <w:bottom w:w="90" w:type="dxa"/>
              <w:right w:w="90" w:type="dxa"/>
            </w:tcMar>
          </w:tcPr>
          <w:p w14:paraId="6B935300" w14:textId="77777777" w:rsidR="000768AD" w:rsidRDefault="000768AD" w:rsidP="00385EE6">
            <w:pPr>
              <w:widowControl w:val="0"/>
              <w:pBdr>
                <w:top w:val="nil"/>
                <w:left w:val="nil"/>
                <w:bottom w:val="nil"/>
                <w:right w:val="nil"/>
                <w:between w:val="nil"/>
              </w:pBdr>
              <w:rPr>
                <w:rFonts w:ascii="Montserrat" w:eastAsia="Montserrat" w:hAnsi="Montserrat" w:cs="Montserrat"/>
                <w:color w:val="FFFFFF" w:themeColor="background1"/>
                <w:sz w:val="14"/>
                <w:szCs w:val="14"/>
              </w:rPr>
            </w:pPr>
            <w:proofErr w:type="spellStart"/>
            <w:r w:rsidRPr="7E7C0FD5">
              <w:rPr>
                <w:rFonts w:ascii="Montserrat" w:eastAsia="Montserrat" w:hAnsi="Montserrat" w:cs="Montserrat"/>
                <w:b/>
                <w:bCs/>
                <w:color w:val="FFFFFF" w:themeColor="background1"/>
                <w:sz w:val="14"/>
                <w:szCs w:val="14"/>
                <w:lang w:val="es-ES"/>
              </w:rPr>
              <w:t>Is</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this</w:t>
            </w:r>
            <w:proofErr w:type="spellEnd"/>
            <w:r w:rsidRPr="7E7C0FD5">
              <w:rPr>
                <w:rFonts w:ascii="Montserrat" w:eastAsia="Montserrat" w:hAnsi="Montserrat" w:cs="Montserrat"/>
                <w:b/>
                <w:bCs/>
                <w:color w:val="FFFFFF" w:themeColor="background1"/>
                <w:sz w:val="14"/>
                <w:szCs w:val="14"/>
                <w:lang w:val="es-ES"/>
              </w:rPr>
              <w:t xml:space="preserve"> </w:t>
            </w:r>
            <w:proofErr w:type="spellStart"/>
            <w:r w:rsidRPr="7E7C0FD5">
              <w:rPr>
                <w:rFonts w:ascii="Montserrat" w:eastAsia="Montserrat" w:hAnsi="Montserrat" w:cs="Montserrat"/>
                <w:b/>
                <w:bCs/>
                <w:color w:val="FFFFFF" w:themeColor="background1"/>
                <w:sz w:val="14"/>
                <w:szCs w:val="14"/>
                <w:lang w:val="es-ES"/>
              </w:rPr>
              <w:t>project</w:t>
            </w:r>
            <w:proofErr w:type="spellEnd"/>
            <w:r w:rsidRPr="7E7C0FD5">
              <w:rPr>
                <w:rFonts w:ascii="Montserrat" w:eastAsia="Montserrat" w:hAnsi="Montserrat" w:cs="Montserrat"/>
                <w:b/>
                <w:bCs/>
                <w:color w:val="FFFFFF" w:themeColor="background1"/>
                <w:sz w:val="14"/>
                <w:szCs w:val="14"/>
                <w:lang w:val="es-ES"/>
              </w:rPr>
              <w:t xml:space="preserve"> eligible </w:t>
            </w:r>
            <w:proofErr w:type="spellStart"/>
            <w:r w:rsidRPr="7E7C0FD5">
              <w:rPr>
                <w:rFonts w:ascii="Montserrat" w:eastAsia="Montserrat" w:hAnsi="Montserrat" w:cs="Montserrat"/>
                <w:b/>
                <w:bCs/>
                <w:color w:val="FFFFFF" w:themeColor="background1"/>
                <w:sz w:val="14"/>
                <w:szCs w:val="14"/>
                <w:lang w:val="es-ES"/>
              </w:rPr>
              <w:t>for</w:t>
            </w:r>
            <w:proofErr w:type="spellEnd"/>
            <w:r w:rsidRPr="7E7C0FD5">
              <w:rPr>
                <w:rFonts w:ascii="Montserrat" w:eastAsia="Montserrat" w:hAnsi="Montserrat" w:cs="Montserrat"/>
                <w:b/>
                <w:bCs/>
                <w:color w:val="FFFFFF" w:themeColor="background1"/>
                <w:sz w:val="14"/>
                <w:szCs w:val="14"/>
                <w:lang w:val="es-ES"/>
              </w:rPr>
              <w:t xml:space="preserve"> YCAF </w:t>
            </w:r>
            <w:proofErr w:type="spellStart"/>
            <w:r w:rsidRPr="7E7C0FD5">
              <w:rPr>
                <w:rFonts w:ascii="Montserrat" w:eastAsia="Montserrat" w:hAnsi="Montserrat" w:cs="Montserrat"/>
                <w:b/>
                <w:bCs/>
                <w:color w:val="FFFFFF" w:themeColor="background1"/>
                <w:sz w:val="14"/>
                <w:szCs w:val="14"/>
                <w:lang w:val="es-ES"/>
              </w:rPr>
              <w:t>funding</w:t>
            </w:r>
            <w:proofErr w:type="spellEnd"/>
            <w:r w:rsidRPr="7E7C0FD5">
              <w:rPr>
                <w:rFonts w:ascii="Montserrat" w:eastAsia="Montserrat" w:hAnsi="Montserrat" w:cs="Montserrat"/>
                <w:b/>
                <w:bCs/>
                <w:color w:val="FFFFFF" w:themeColor="background1"/>
                <w:sz w:val="14"/>
                <w:szCs w:val="14"/>
                <w:lang w:val="es-ES"/>
              </w:rPr>
              <w:t>?</w:t>
            </w:r>
          </w:p>
          <w:p w14:paraId="0DE4088F" w14:textId="77777777" w:rsidR="000768AD" w:rsidRDefault="000768AD" w:rsidP="00385EE6">
            <w:pPr>
              <w:widowControl w:val="0"/>
              <w:pBdr>
                <w:top w:val="nil"/>
                <w:left w:val="nil"/>
                <w:bottom w:val="nil"/>
                <w:right w:val="nil"/>
                <w:between w:val="nil"/>
              </w:pBdr>
              <w:rPr>
                <w:rFonts w:ascii="Montserrat" w:eastAsia="Montserrat" w:hAnsi="Montserrat" w:cs="Montserrat"/>
                <w:color w:val="FFFFFF" w:themeColor="background1"/>
                <w:sz w:val="14"/>
                <w:szCs w:val="14"/>
              </w:rPr>
            </w:pPr>
          </w:p>
          <w:p w14:paraId="00291C9C" w14:textId="77777777" w:rsidR="000768AD" w:rsidRDefault="000768AD" w:rsidP="00385EE6">
            <w:pPr>
              <w:widowControl w:val="0"/>
              <w:pBdr>
                <w:top w:val="nil"/>
                <w:left w:val="nil"/>
                <w:bottom w:val="nil"/>
                <w:right w:val="nil"/>
                <w:between w:val="nil"/>
              </w:pBdr>
              <w:rPr>
                <w:rFonts w:ascii="Montserrat" w:eastAsia="Montserrat" w:hAnsi="Montserrat" w:cs="Montserrat"/>
                <w:color w:val="FFFFFF" w:themeColor="background1"/>
                <w:sz w:val="14"/>
                <w:szCs w:val="14"/>
              </w:rPr>
            </w:pPr>
            <w:proofErr w:type="gramStart"/>
            <w:r w:rsidRPr="7E7C0FD5">
              <w:rPr>
                <w:rFonts w:ascii="Montserrat" w:eastAsia="Montserrat" w:hAnsi="Montserrat" w:cs="Montserrat"/>
                <w:b/>
                <w:bCs/>
                <w:i/>
                <w:iCs/>
                <w:color w:val="FFFFFF" w:themeColor="background1"/>
                <w:sz w:val="14"/>
                <w:szCs w:val="14"/>
                <w:lang w:val="es-ES"/>
              </w:rPr>
              <w:t xml:space="preserve">Yes </w:t>
            </w:r>
            <w:proofErr w:type="spellStart"/>
            <w:r w:rsidRPr="7E7C0FD5">
              <w:rPr>
                <w:rFonts w:ascii="Montserrat" w:eastAsia="Montserrat" w:hAnsi="Montserrat" w:cs="Montserrat"/>
                <w:b/>
                <w:bCs/>
                <w:i/>
                <w:iCs/>
                <w:color w:val="FFFFFF" w:themeColor="background1"/>
                <w:sz w:val="14"/>
                <w:szCs w:val="14"/>
                <w:lang w:val="es-ES"/>
              </w:rPr>
              <w:t>to</w:t>
            </w:r>
            <w:proofErr w:type="spellEnd"/>
            <w:r w:rsidRPr="7E7C0FD5">
              <w:rPr>
                <w:rFonts w:ascii="Montserrat" w:eastAsia="Montserrat" w:hAnsi="Montserrat" w:cs="Montserrat"/>
                <w:b/>
                <w:bCs/>
                <w:i/>
                <w:iCs/>
                <w:color w:val="FFFFFF" w:themeColor="background1"/>
                <w:sz w:val="14"/>
                <w:szCs w:val="14"/>
                <w:lang w:val="es-ES"/>
              </w:rPr>
              <w:t xml:space="preserve"> </w:t>
            </w:r>
            <w:proofErr w:type="spellStart"/>
            <w:r w:rsidRPr="7E7C0FD5">
              <w:rPr>
                <w:rFonts w:ascii="Montserrat" w:eastAsia="Montserrat" w:hAnsi="Montserrat" w:cs="Montserrat"/>
                <w:b/>
                <w:bCs/>
                <w:i/>
                <w:iCs/>
                <w:color w:val="FFFFFF" w:themeColor="background1"/>
                <w:sz w:val="14"/>
                <w:szCs w:val="14"/>
                <w:lang w:val="es-ES"/>
              </w:rPr>
              <w:t>all</w:t>
            </w:r>
            <w:proofErr w:type="spellEnd"/>
            <w:r w:rsidRPr="7E7C0FD5">
              <w:rPr>
                <w:rFonts w:ascii="Montserrat" w:eastAsia="Montserrat" w:hAnsi="Montserrat" w:cs="Montserrat"/>
                <w:b/>
                <w:bCs/>
                <w:i/>
                <w:iCs/>
                <w:color w:val="FFFFFF" w:themeColor="background1"/>
                <w:sz w:val="14"/>
                <w:szCs w:val="14"/>
                <w:lang w:val="es-ES"/>
              </w:rPr>
              <w:t xml:space="preserve"> </w:t>
            </w:r>
            <w:proofErr w:type="spellStart"/>
            <w:r w:rsidRPr="7E7C0FD5">
              <w:rPr>
                <w:rFonts w:ascii="Montserrat" w:eastAsia="Montserrat" w:hAnsi="Montserrat" w:cs="Montserrat"/>
                <w:b/>
                <w:bCs/>
                <w:i/>
                <w:iCs/>
                <w:color w:val="FFFFFF" w:themeColor="background1"/>
                <w:sz w:val="14"/>
                <w:szCs w:val="14"/>
                <w:lang w:val="es-ES"/>
              </w:rPr>
              <w:t>previous</w:t>
            </w:r>
            <w:proofErr w:type="spellEnd"/>
            <w:r w:rsidRPr="7E7C0FD5">
              <w:rPr>
                <w:rFonts w:ascii="Montserrat" w:eastAsia="Montserrat" w:hAnsi="Montserrat" w:cs="Montserrat"/>
                <w:b/>
                <w:bCs/>
                <w:i/>
                <w:iCs/>
                <w:color w:val="FFFFFF" w:themeColor="background1"/>
                <w:sz w:val="14"/>
                <w:szCs w:val="14"/>
                <w:lang w:val="es-ES"/>
              </w:rPr>
              <w:t xml:space="preserve"> </w:t>
            </w:r>
            <w:proofErr w:type="spellStart"/>
            <w:r w:rsidRPr="7E7C0FD5">
              <w:rPr>
                <w:rFonts w:ascii="Montserrat" w:eastAsia="Montserrat" w:hAnsi="Montserrat" w:cs="Montserrat"/>
                <w:b/>
                <w:bCs/>
                <w:i/>
                <w:iCs/>
                <w:color w:val="FFFFFF" w:themeColor="background1"/>
                <w:sz w:val="14"/>
                <w:szCs w:val="14"/>
                <w:lang w:val="es-ES"/>
              </w:rPr>
              <w:t>questions</w:t>
            </w:r>
            <w:proofErr w:type="spellEnd"/>
            <w:r w:rsidRPr="7E7C0FD5">
              <w:rPr>
                <w:rFonts w:ascii="Montserrat" w:eastAsia="Montserrat" w:hAnsi="Montserrat" w:cs="Montserrat"/>
                <w:b/>
                <w:bCs/>
                <w:i/>
                <w:iCs/>
                <w:color w:val="FFFFFF" w:themeColor="background1"/>
                <w:sz w:val="14"/>
                <w:szCs w:val="14"/>
                <w:lang w:val="es-ES"/>
              </w:rPr>
              <w:t>?</w:t>
            </w:r>
            <w:proofErr w:type="gramEnd"/>
          </w:p>
        </w:tc>
      </w:tr>
      <w:tr w:rsidR="000768AD" w14:paraId="265E0EDB" w14:textId="77777777" w:rsidTr="00B3428F">
        <w:trPr>
          <w:trHeight w:val="360"/>
        </w:trPr>
        <w:tc>
          <w:tcPr>
            <w:tcW w:w="2670" w:type="dxa"/>
            <w:tcBorders>
              <w:top w:val="single" w:sz="8" w:space="0" w:color="000000" w:themeColor="text1"/>
              <w:left w:val="single"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31BF5078" w14:textId="77777777" w:rsidR="000768AD" w:rsidRDefault="000768AD" w:rsidP="00385EE6">
            <w:pPr>
              <w:widowControl w:val="0"/>
              <w:rPr>
                <w:rFonts w:ascii="Montserrat" w:eastAsia="Montserrat" w:hAnsi="Montserrat" w:cs="Montserrat"/>
                <w:color w:val="FFFFFF" w:themeColor="background1"/>
                <w:sz w:val="14"/>
                <w:szCs w:val="14"/>
              </w:rPr>
            </w:pPr>
          </w:p>
        </w:tc>
        <w:tc>
          <w:tcPr>
            <w:tcW w:w="62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137ED507"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611"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03BF2153"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2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566E0DF8"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618"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571AD25C"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14"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3B050982"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7"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4B4AA441"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82"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098C3E43"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69"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643D525A"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9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1F8D2183"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77"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044B57C4"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4"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59729E05"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2"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1D24F8EA"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8"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2E6DED58"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4"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4A37159F"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82"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3E4547A2"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69"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02D9E7A6"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11"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7C987DF4"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5"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0124F1C2"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015B4A1D"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b/>
                <w:bCs/>
                <w:sz w:val="16"/>
                <w:szCs w:val="16"/>
                <w:lang w:val="es"/>
              </w:rPr>
              <w:t>yes</w:t>
            </w:r>
          </w:p>
        </w:tc>
        <w:tc>
          <w:tcPr>
            <w:tcW w:w="586" w:type="dxa"/>
            <w:tcBorders>
              <w:top w:val="single" w:sz="8" w:space="0" w:color="000000" w:themeColor="text1"/>
              <w:left w:val="dashed" w:sz="8" w:space="0" w:color="000000" w:themeColor="text1"/>
              <w:bottom w:val="single" w:sz="36" w:space="0" w:color="1B877F"/>
              <w:right w:val="single" w:sz="8" w:space="0" w:color="000000" w:themeColor="text1"/>
            </w:tcBorders>
            <w:shd w:val="clear" w:color="auto" w:fill="262626" w:themeFill="text1" w:themeFillTint="D9"/>
            <w:tcMar>
              <w:top w:w="90" w:type="dxa"/>
              <w:left w:w="90" w:type="dxa"/>
              <w:bottom w:w="90" w:type="dxa"/>
              <w:right w:w="90" w:type="dxa"/>
            </w:tcMar>
          </w:tcPr>
          <w:p w14:paraId="2636FB93"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b/>
                <w:bCs/>
                <w:sz w:val="16"/>
                <w:szCs w:val="16"/>
                <w:lang w:val="es"/>
              </w:rPr>
              <w:t>no</w:t>
            </w:r>
          </w:p>
        </w:tc>
      </w:tr>
      <w:tr w:rsidR="000768AD" w14:paraId="2DE02D7A" w14:textId="77777777" w:rsidTr="00B3428F">
        <w:trPr>
          <w:trHeight w:val="360"/>
        </w:trPr>
        <w:tc>
          <w:tcPr>
            <w:tcW w:w="2670" w:type="dxa"/>
            <w:tcBorders>
              <w:top w:val="single" w:sz="8" w:space="0" w:color="000000" w:themeColor="text1"/>
              <w:left w:val="single"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016CA797" w14:textId="77777777" w:rsidR="000768AD" w:rsidRDefault="000768AD" w:rsidP="00385EE6">
            <w:pPr>
              <w:widowControl w:val="0"/>
              <w:rPr>
                <w:rFonts w:ascii="Montserrat" w:eastAsia="Montserrat" w:hAnsi="Montserrat" w:cs="Montserrat"/>
                <w:color w:val="FFFFFF" w:themeColor="background1"/>
                <w:sz w:val="14"/>
                <w:szCs w:val="14"/>
              </w:rPr>
            </w:pPr>
          </w:p>
        </w:tc>
        <w:tc>
          <w:tcPr>
            <w:tcW w:w="62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4065F448"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611"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225934A1"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2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5344D03D"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618"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11F5A681"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14"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18015D63"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7"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07684D20"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82"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476373E8"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69"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4D62565C"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9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5097E169"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77"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6DAF58C0"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4"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7AECB542"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2"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65F29A63"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8"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2719BA15"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4"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2104839C"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82"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4539B231"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69"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5175D652"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11"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30ABDD6F"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5"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4C5AB667"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4F146768"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b/>
                <w:bCs/>
                <w:sz w:val="16"/>
                <w:szCs w:val="16"/>
                <w:lang w:val="es"/>
              </w:rPr>
              <w:t>yes</w:t>
            </w:r>
          </w:p>
        </w:tc>
        <w:tc>
          <w:tcPr>
            <w:tcW w:w="586" w:type="dxa"/>
            <w:tcBorders>
              <w:top w:val="single" w:sz="8" w:space="0" w:color="000000" w:themeColor="text1"/>
              <w:left w:val="dashed" w:sz="8" w:space="0" w:color="000000" w:themeColor="text1"/>
              <w:bottom w:val="single" w:sz="36" w:space="0" w:color="1B877F"/>
              <w:right w:val="single" w:sz="8" w:space="0" w:color="000000" w:themeColor="text1"/>
            </w:tcBorders>
            <w:shd w:val="clear" w:color="auto" w:fill="F3F3F3"/>
            <w:tcMar>
              <w:top w:w="90" w:type="dxa"/>
              <w:left w:w="90" w:type="dxa"/>
              <w:bottom w:w="90" w:type="dxa"/>
              <w:right w:w="90" w:type="dxa"/>
            </w:tcMar>
          </w:tcPr>
          <w:p w14:paraId="5CCFE063"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b/>
                <w:bCs/>
                <w:sz w:val="16"/>
                <w:szCs w:val="16"/>
                <w:lang w:val="es"/>
              </w:rPr>
              <w:t>no</w:t>
            </w:r>
          </w:p>
        </w:tc>
      </w:tr>
      <w:tr w:rsidR="000768AD" w14:paraId="150D32F3" w14:textId="77777777" w:rsidTr="00B3428F">
        <w:trPr>
          <w:trHeight w:val="360"/>
        </w:trPr>
        <w:tc>
          <w:tcPr>
            <w:tcW w:w="2670" w:type="dxa"/>
            <w:tcBorders>
              <w:top w:val="single" w:sz="8" w:space="0" w:color="000000" w:themeColor="text1"/>
              <w:left w:val="single"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0C3D704C" w14:textId="77777777" w:rsidR="000768AD" w:rsidRDefault="000768AD" w:rsidP="00385EE6">
            <w:pPr>
              <w:widowControl w:val="0"/>
              <w:rPr>
                <w:rFonts w:ascii="Montserrat" w:eastAsia="Montserrat" w:hAnsi="Montserrat" w:cs="Montserrat"/>
                <w:color w:val="FFFFFF" w:themeColor="background1"/>
                <w:sz w:val="14"/>
                <w:szCs w:val="14"/>
              </w:rPr>
            </w:pPr>
          </w:p>
        </w:tc>
        <w:tc>
          <w:tcPr>
            <w:tcW w:w="62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2C09D852"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611"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10BC8AEC"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2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2C2A3E00"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618"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6B995DAA"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14"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75AB3086"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7"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437188EE"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82"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759EDCDD"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69"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6A8BF249"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9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15DAB8DB"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77"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02F27757"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4"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2AD8E68D"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2"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5E116D90"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8"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5DA522F3"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4"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233AA4DD"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82"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1BD36AEF"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69"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18BA1297"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11"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3567F470"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5"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70192E66"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1115E45C"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b/>
                <w:bCs/>
                <w:sz w:val="16"/>
                <w:szCs w:val="16"/>
                <w:lang w:val="es"/>
              </w:rPr>
              <w:t>yes</w:t>
            </w:r>
          </w:p>
        </w:tc>
        <w:tc>
          <w:tcPr>
            <w:tcW w:w="586" w:type="dxa"/>
            <w:tcBorders>
              <w:top w:val="single" w:sz="8" w:space="0" w:color="000000" w:themeColor="text1"/>
              <w:left w:val="dashed" w:sz="8" w:space="0" w:color="000000" w:themeColor="text1"/>
              <w:bottom w:val="single" w:sz="36" w:space="0" w:color="1B877F"/>
              <w:right w:val="single" w:sz="8" w:space="0" w:color="000000" w:themeColor="text1"/>
            </w:tcBorders>
            <w:shd w:val="clear" w:color="auto" w:fill="262626" w:themeFill="text1" w:themeFillTint="D9"/>
            <w:tcMar>
              <w:top w:w="90" w:type="dxa"/>
              <w:left w:w="90" w:type="dxa"/>
              <w:bottom w:w="90" w:type="dxa"/>
              <w:right w:w="90" w:type="dxa"/>
            </w:tcMar>
          </w:tcPr>
          <w:p w14:paraId="0FE66714"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b/>
                <w:bCs/>
                <w:sz w:val="16"/>
                <w:szCs w:val="16"/>
                <w:lang w:val="es"/>
              </w:rPr>
              <w:t>no</w:t>
            </w:r>
          </w:p>
        </w:tc>
      </w:tr>
      <w:tr w:rsidR="000768AD" w14:paraId="60794295" w14:textId="77777777" w:rsidTr="00B3428F">
        <w:trPr>
          <w:trHeight w:val="360"/>
        </w:trPr>
        <w:tc>
          <w:tcPr>
            <w:tcW w:w="2670" w:type="dxa"/>
            <w:tcBorders>
              <w:top w:val="single" w:sz="8" w:space="0" w:color="000000" w:themeColor="text1"/>
              <w:left w:val="single"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36684F19" w14:textId="77777777" w:rsidR="000768AD" w:rsidRDefault="000768AD" w:rsidP="00385EE6">
            <w:pPr>
              <w:widowControl w:val="0"/>
              <w:rPr>
                <w:rFonts w:ascii="Montserrat" w:eastAsia="Montserrat" w:hAnsi="Montserrat" w:cs="Montserrat"/>
                <w:color w:val="FFFFFF" w:themeColor="background1"/>
                <w:sz w:val="14"/>
                <w:szCs w:val="14"/>
              </w:rPr>
            </w:pPr>
          </w:p>
        </w:tc>
        <w:tc>
          <w:tcPr>
            <w:tcW w:w="62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5AAF3C1C"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611"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0FA1E9B2"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2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518F1E3D"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618"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7A87FC6C"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14"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4DEBBB83"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7"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6785693A"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82"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0422D1B5"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69"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46D3B4FE"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9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42D33C81"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77"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3CC4FE99"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4"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6C681656"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2"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702DCA84"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8"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27BF0BBD"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4"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673206C8"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82"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053B1E8C"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69"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480F85F3"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11"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169291BF"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5"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0FEE1765"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3C042A59"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b/>
                <w:bCs/>
                <w:sz w:val="16"/>
                <w:szCs w:val="16"/>
                <w:lang w:val="es"/>
              </w:rPr>
              <w:t>yes</w:t>
            </w:r>
          </w:p>
        </w:tc>
        <w:tc>
          <w:tcPr>
            <w:tcW w:w="586" w:type="dxa"/>
            <w:tcBorders>
              <w:top w:val="single" w:sz="8" w:space="0" w:color="000000" w:themeColor="text1"/>
              <w:left w:val="dashed" w:sz="8" w:space="0" w:color="000000" w:themeColor="text1"/>
              <w:bottom w:val="single" w:sz="36" w:space="0" w:color="1B877F"/>
              <w:right w:val="single" w:sz="8" w:space="0" w:color="000000" w:themeColor="text1"/>
            </w:tcBorders>
            <w:shd w:val="clear" w:color="auto" w:fill="F3F3F3"/>
            <w:tcMar>
              <w:top w:w="90" w:type="dxa"/>
              <w:left w:w="90" w:type="dxa"/>
              <w:bottom w:w="90" w:type="dxa"/>
              <w:right w:w="90" w:type="dxa"/>
            </w:tcMar>
          </w:tcPr>
          <w:p w14:paraId="06D97C11"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b/>
                <w:bCs/>
                <w:sz w:val="16"/>
                <w:szCs w:val="16"/>
                <w:lang w:val="es"/>
              </w:rPr>
              <w:t>no</w:t>
            </w:r>
          </w:p>
        </w:tc>
      </w:tr>
      <w:tr w:rsidR="000768AD" w14:paraId="0B6E6F89" w14:textId="77777777" w:rsidTr="00B3428F">
        <w:trPr>
          <w:trHeight w:val="360"/>
        </w:trPr>
        <w:tc>
          <w:tcPr>
            <w:tcW w:w="2670" w:type="dxa"/>
            <w:tcBorders>
              <w:top w:val="single" w:sz="8" w:space="0" w:color="000000" w:themeColor="text1"/>
              <w:left w:val="single"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26FC46FD" w14:textId="77777777" w:rsidR="000768AD" w:rsidRDefault="000768AD" w:rsidP="00385EE6">
            <w:pPr>
              <w:widowControl w:val="0"/>
              <w:rPr>
                <w:rFonts w:ascii="Montserrat" w:eastAsia="Montserrat" w:hAnsi="Montserrat" w:cs="Montserrat"/>
                <w:color w:val="FFFFFF" w:themeColor="background1"/>
                <w:sz w:val="14"/>
                <w:szCs w:val="14"/>
              </w:rPr>
            </w:pPr>
          </w:p>
        </w:tc>
        <w:tc>
          <w:tcPr>
            <w:tcW w:w="62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373C313A"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611"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1B394554"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2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7F257763"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618"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5B6202EE"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14"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5A1748F0"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7"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4A560F48"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82"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62950CCE"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69"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0B1917E7"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9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5CB69CF5"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77"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64B04B01"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4"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5A3A43B2"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2"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0843F7CE"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8"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32866225"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4"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686FE3C8"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82"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27824E4B"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69"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4D025688"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11"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6DBE7D97"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5"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3FE4F00F"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4CDA3FFF"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b/>
                <w:bCs/>
                <w:sz w:val="16"/>
                <w:szCs w:val="16"/>
                <w:lang w:val="es"/>
              </w:rPr>
              <w:t>yes</w:t>
            </w:r>
          </w:p>
        </w:tc>
        <w:tc>
          <w:tcPr>
            <w:tcW w:w="586" w:type="dxa"/>
            <w:tcBorders>
              <w:top w:val="single" w:sz="8" w:space="0" w:color="000000" w:themeColor="text1"/>
              <w:left w:val="dashed" w:sz="8" w:space="0" w:color="000000" w:themeColor="text1"/>
              <w:bottom w:val="single" w:sz="36" w:space="0" w:color="1B877F"/>
              <w:right w:val="single" w:sz="8" w:space="0" w:color="000000" w:themeColor="text1"/>
            </w:tcBorders>
            <w:shd w:val="clear" w:color="auto" w:fill="262626" w:themeFill="text1" w:themeFillTint="D9"/>
            <w:tcMar>
              <w:top w:w="90" w:type="dxa"/>
              <w:left w:w="90" w:type="dxa"/>
              <w:bottom w:w="90" w:type="dxa"/>
              <w:right w:w="90" w:type="dxa"/>
            </w:tcMar>
          </w:tcPr>
          <w:p w14:paraId="6BD5FD97"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b/>
                <w:bCs/>
                <w:sz w:val="16"/>
                <w:szCs w:val="16"/>
                <w:lang w:val="es"/>
              </w:rPr>
              <w:t>no</w:t>
            </w:r>
          </w:p>
        </w:tc>
      </w:tr>
      <w:tr w:rsidR="000768AD" w14:paraId="2E02599F" w14:textId="77777777" w:rsidTr="00B3428F">
        <w:trPr>
          <w:trHeight w:val="360"/>
        </w:trPr>
        <w:tc>
          <w:tcPr>
            <w:tcW w:w="2670" w:type="dxa"/>
            <w:tcBorders>
              <w:top w:val="single" w:sz="8" w:space="0" w:color="000000" w:themeColor="text1"/>
              <w:left w:val="single"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26B9A0FB" w14:textId="77777777" w:rsidR="000768AD" w:rsidRDefault="000768AD" w:rsidP="00385EE6">
            <w:pPr>
              <w:widowControl w:val="0"/>
              <w:rPr>
                <w:rFonts w:ascii="Montserrat" w:eastAsia="Montserrat" w:hAnsi="Montserrat" w:cs="Montserrat"/>
                <w:color w:val="FFFFFF" w:themeColor="background1"/>
                <w:sz w:val="14"/>
                <w:szCs w:val="14"/>
              </w:rPr>
            </w:pPr>
          </w:p>
        </w:tc>
        <w:tc>
          <w:tcPr>
            <w:tcW w:w="62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3A61783A"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611"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484E2801"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2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79618D85"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618"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2E7F1B62"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14"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5D4A4003"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7"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0486A2E3"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82"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3C23923E"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69"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3BAE1BB5"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9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2169B7A9"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77"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6FB79E1E"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4"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7239C8ED"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2"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2DDE18D2"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8"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3C6AF958"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4"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6EEC82A0"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82"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025C3648"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69"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269B08E7"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11"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24B147DC"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5"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401E8768"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6E3D7B5E"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b/>
                <w:bCs/>
                <w:sz w:val="16"/>
                <w:szCs w:val="16"/>
                <w:lang w:val="es"/>
              </w:rPr>
              <w:t>yes</w:t>
            </w:r>
          </w:p>
        </w:tc>
        <w:tc>
          <w:tcPr>
            <w:tcW w:w="586" w:type="dxa"/>
            <w:tcBorders>
              <w:top w:val="single" w:sz="8" w:space="0" w:color="000000" w:themeColor="text1"/>
              <w:left w:val="dashed" w:sz="8" w:space="0" w:color="000000" w:themeColor="text1"/>
              <w:bottom w:val="single" w:sz="36" w:space="0" w:color="1B877F"/>
              <w:right w:val="single" w:sz="8" w:space="0" w:color="000000" w:themeColor="text1"/>
            </w:tcBorders>
            <w:shd w:val="clear" w:color="auto" w:fill="F3F3F3"/>
            <w:tcMar>
              <w:top w:w="90" w:type="dxa"/>
              <w:left w:w="90" w:type="dxa"/>
              <w:bottom w:w="90" w:type="dxa"/>
              <w:right w:w="90" w:type="dxa"/>
            </w:tcMar>
          </w:tcPr>
          <w:p w14:paraId="47B2B624"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b/>
                <w:bCs/>
                <w:sz w:val="16"/>
                <w:szCs w:val="16"/>
                <w:lang w:val="es"/>
              </w:rPr>
              <w:t>no</w:t>
            </w:r>
          </w:p>
        </w:tc>
      </w:tr>
      <w:tr w:rsidR="000768AD" w14:paraId="1DEDFAD0" w14:textId="77777777" w:rsidTr="00B3428F">
        <w:trPr>
          <w:trHeight w:val="360"/>
        </w:trPr>
        <w:tc>
          <w:tcPr>
            <w:tcW w:w="2670" w:type="dxa"/>
            <w:tcBorders>
              <w:top w:val="single" w:sz="8" w:space="0" w:color="000000" w:themeColor="text1"/>
              <w:left w:val="single"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2B34FABC" w14:textId="77777777" w:rsidR="000768AD" w:rsidRDefault="000768AD" w:rsidP="00385EE6">
            <w:pPr>
              <w:widowControl w:val="0"/>
              <w:rPr>
                <w:rFonts w:ascii="Montserrat" w:eastAsia="Montserrat" w:hAnsi="Montserrat" w:cs="Montserrat"/>
                <w:color w:val="FFFFFF" w:themeColor="background1"/>
                <w:sz w:val="14"/>
                <w:szCs w:val="14"/>
              </w:rPr>
            </w:pPr>
          </w:p>
        </w:tc>
        <w:tc>
          <w:tcPr>
            <w:tcW w:w="62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2A83CD33"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611"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1D63DB45"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2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1ADFB352"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618"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12EF0EAF"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14"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78130465"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7"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0C9C9912"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82"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6EA8FD1C"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69"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64031681"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9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65832C1A"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77"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743FC818"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4"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4DEC3B13"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2"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7AA33991"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8"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62E45E91"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4"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6E0CDA48"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82"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7E1EF4CA"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69"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04A1D44F"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11"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4F5A95F8"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5"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61381891"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40136BD6"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b/>
                <w:bCs/>
                <w:sz w:val="16"/>
                <w:szCs w:val="16"/>
                <w:lang w:val="es"/>
              </w:rPr>
              <w:t>yes</w:t>
            </w:r>
          </w:p>
        </w:tc>
        <w:tc>
          <w:tcPr>
            <w:tcW w:w="586" w:type="dxa"/>
            <w:tcBorders>
              <w:top w:val="single" w:sz="8" w:space="0" w:color="000000" w:themeColor="text1"/>
              <w:left w:val="dashed" w:sz="8" w:space="0" w:color="000000" w:themeColor="text1"/>
              <w:bottom w:val="single" w:sz="36" w:space="0" w:color="1B877F"/>
              <w:right w:val="single" w:sz="8" w:space="0" w:color="000000" w:themeColor="text1"/>
            </w:tcBorders>
            <w:shd w:val="clear" w:color="auto" w:fill="262626" w:themeFill="text1" w:themeFillTint="D9"/>
            <w:tcMar>
              <w:top w:w="90" w:type="dxa"/>
              <w:left w:w="90" w:type="dxa"/>
              <w:bottom w:w="90" w:type="dxa"/>
              <w:right w:w="90" w:type="dxa"/>
            </w:tcMar>
          </w:tcPr>
          <w:p w14:paraId="441CBF91"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b/>
                <w:bCs/>
                <w:sz w:val="16"/>
                <w:szCs w:val="16"/>
                <w:lang w:val="es"/>
              </w:rPr>
              <w:t>no</w:t>
            </w:r>
          </w:p>
        </w:tc>
      </w:tr>
      <w:tr w:rsidR="000768AD" w14:paraId="47501D39" w14:textId="77777777" w:rsidTr="00B3428F">
        <w:trPr>
          <w:trHeight w:val="360"/>
        </w:trPr>
        <w:tc>
          <w:tcPr>
            <w:tcW w:w="2670" w:type="dxa"/>
            <w:tcBorders>
              <w:top w:val="single" w:sz="8" w:space="0" w:color="000000" w:themeColor="text1"/>
              <w:left w:val="single"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4DBBCEEF" w14:textId="77777777" w:rsidR="000768AD" w:rsidRDefault="000768AD" w:rsidP="00385EE6">
            <w:pPr>
              <w:widowControl w:val="0"/>
              <w:rPr>
                <w:rFonts w:ascii="Montserrat" w:eastAsia="Montserrat" w:hAnsi="Montserrat" w:cs="Montserrat"/>
                <w:color w:val="FFFFFF" w:themeColor="background1"/>
                <w:sz w:val="14"/>
                <w:szCs w:val="14"/>
              </w:rPr>
            </w:pPr>
          </w:p>
        </w:tc>
        <w:tc>
          <w:tcPr>
            <w:tcW w:w="62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38FE8AB4"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611"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181BFA1A"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2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045681B4"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618"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05BA8A18"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14"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60507AEE"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7"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0A88EFDB"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82"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42664D8B"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69"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69B9B50B"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9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14636840"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77"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44A31F63"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4"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40F80563"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2"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05F37A70"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8"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68ACDB80"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4"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4A6D9BE9"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82"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6A030E63"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69"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124BD684"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11"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027144AC"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5"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F3F3F3"/>
            <w:tcMar>
              <w:top w:w="90" w:type="dxa"/>
              <w:left w:w="90" w:type="dxa"/>
              <w:bottom w:w="90" w:type="dxa"/>
              <w:right w:w="90" w:type="dxa"/>
            </w:tcMar>
          </w:tcPr>
          <w:p w14:paraId="4E642F3C"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F3F3F3"/>
            <w:tcMar>
              <w:top w:w="90" w:type="dxa"/>
              <w:left w:w="90" w:type="dxa"/>
              <w:bottom w:w="90" w:type="dxa"/>
              <w:right w:w="90" w:type="dxa"/>
            </w:tcMar>
          </w:tcPr>
          <w:p w14:paraId="7474E5D7"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b/>
                <w:bCs/>
                <w:sz w:val="16"/>
                <w:szCs w:val="16"/>
                <w:lang w:val="es"/>
              </w:rPr>
              <w:t>yes</w:t>
            </w:r>
          </w:p>
        </w:tc>
        <w:tc>
          <w:tcPr>
            <w:tcW w:w="586" w:type="dxa"/>
            <w:tcBorders>
              <w:top w:val="single" w:sz="8" w:space="0" w:color="000000" w:themeColor="text1"/>
              <w:left w:val="dashed" w:sz="8" w:space="0" w:color="000000" w:themeColor="text1"/>
              <w:bottom w:val="single" w:sz="36" w:space="0" w:color="1B877F"/>
              <w:right w:val="single" w:sz="8" w:space="0" w:color="000000" w:themeColor="text1"/>
            </w:tcBorders>
            <w:shd w:val="clear" w:color="auto" w:fill="F3F3F3"/>
            <w:tcMar>
              <w:top w:w="90" w:type="dxa"/>
              <w:left w:w="90" w:type="dxa"/>
              <w:bottom w:w="90" w:type="dxa"/>
              <w:right w:w="90" w:type="dxa"/>
            </w:tcMar>
          </w:tcPr>
          <w:p w14:paraId="43A2602B"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b/>
                <w:bCs/>
                <w:sz w:val="16"/>
                <w:szCs w:val="16"/>
                <w:lang w:val="es"/>
              </w:rPr>
              <w:t>no</w:t>
            </w:r>
          </w:p>
        </w:tc>
      </w:tr>
      <w:tr w:rsidR="000768AD" w14:paraId="2EB6D711" w14:textId="77777777" w:rsidTr="00B3428F">
        <w:trPr>
          <w:trHeight w:val="360"/>
        </w:trPr>
        <w:tc>
          <w:tcPr>
            <w:tcW w:w="2670" w:type="dxa"/>
            <w:tcBorders>
              <w:top w:val="single" w:sz="8" w:space="0" w:color="000000" w:themeColor="text1"/>
              <w:left w:val="single"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677DF81C" w14:textId="77777777" w:rsidR="000768AD" w:rsidRDefault="000768AD" w:rsidP="00385EE6">
            <w:pPr>
              <w:widowControl w:val="0"/>
              <w:rPr>
                <w:rFonts w:ascii="Montserrat" w:eastAsia="Montserrat" w:hAnsi="Montserrat" w:cs="Montserrat"/>
                <w:color w:val="FFFFFF" w:themeColor="background1"/>
                <w:sz w:val="14"/>
                <w:szCs w:val="14"/>
              </w:rPr>
            </w:pPr>
          </w:p>
        </w:tc>
        <w:tc>
          <w:tcPr>
            <w:tcW w:w="62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66A4334B"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611"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4450BE61"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2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68A46BEC"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618"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06CD3107"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14"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08DE896D"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7"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5C4AD0B2"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82"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3D351C0C"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69"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3981DAF7"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9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45BA1111"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77"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0E2DA321"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4"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07D7D653"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2"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7E45DD81"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8"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594F9646"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4"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5D44D15F"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582"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34211077"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69"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73816EBB"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11"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47820367"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yes</w:t>
            </w:r>
          </w:p>
        </w:tc>
        <w:tc>
          <w:tcPr>
            <w:tcW w:w="585" w:type="dxa"/>
            <w:tcBorders>
              <w:top w:val="single" w:sz="8" w:space="0" w:color="000000" w:themeColor="text1"/>
              <w:left w:val="dashed" w:sz="8" w:space="0" w:color="000000" w:themeColor="text1"/>
              <w:bottom w:val="single" w:sz="36" w:space="0" w:color="1B877F"/>
              <w:right w:val="single" w:sz="12" w:space="0" w:color="000000" w:themeColor="text1"/>
            </w:tcBorders>
            <w:shd w:val="clear" w:color="auto" w:fill="262626" w:themeFill="text1" w:themeFillTint="D9"/>
            <w:tcMar>
              <w:top w:w="90" w:type="dxa"/>
              <w:left w:w="90" w:type="dxa"/>
              <w:bottom w:w="90" w:type="dxa"/>
              <w:right w:w="90" w:type="dxa"/>
            </w:tcMar>
          </w:tcPr>
          <w:p w14:paraId="61C96FD7"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sz w:val="16"/>
                <w:szCs w:val="16"/>
                <w:lang w:val="es"/>
              </w:rPr>
              <w:t>no</w:t>
            </w:r>
          </w:p>
        </w:tc>
        <w:tc>
          <w:tcPr>
            <w:tcW w:w="606" w:type="dxa"/>
            <w:tcBorders>
              <w:top w:val="single" w:sz="8" w:space="0" w:color="000000" w:themeColor="text1"/>
              <w:left w:val="single" w:sz="12" w:space="0" w:color="000000" w:themeColor="text1"/>
              <w:bottom w:val="single" w:sz="36" w:space="0" w:color="1B877F"/>
              <w:right w:val="dashed" w:sz="8" w:space="0" w:color="000000" w:themeColor="text1"/>
            </w:tcBorders>
            <w:shd w:val="clear" w:color="auto" w:fill="262626" w:themeFill="text1" w:themeFillTint="D9"/>
            <w:tcMar>
              <w:top w:w="90" w:type="dxa"/>
              <w:left w:w="90" w:type="dxa"/>
              <w:bottom w:w="90" w:type="dxa"/>
              <w:right w:w="90" w:type="dxa"/>
            </w:tcMar>
          </w:tcPr>
          <w:p w14:paraId="07D47AC1"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b/>
                <w:bCs/>
                <w:sz w:val="16"/>
                <w:szCs w:val="16"/>
                <w:lang w:val="es"/>
              </w:rPr>
              <w:t>yes</w:t>
            </w:r>
          </w:p>
        </w:tc>
        <w:tc>
          <w:tcPr>
            <w:tcW w:w="586" w:type="dxa"/>
            <w:tcBorders>
              <w:top w:val="single" w:sz="8" w:space="0" w:color="000000" w:themeColor="text1"/>
              <w:left w:val="dashed" w:sz="8" w:space="0" w:color="000000" w:themeColor="text1"/>
              <w:bottom w:val="single" w:sz="36" w:space="0" w:color="1B877F"/>
              <w:right w:val="single" w:sz="8" w:space="0" w:color="000000" w:themeColor="text1"/>
            </w:tcBorders>
            <w:shd w:val="clear" w:color="auto" w:fill="262626" w:themeFill="text1" w:themeFillTint="D9"/>
            <w:tcMar>
              <w:top w:w="90" w:type="dxa"/>
              <w:left w:w="90" w:type="dxa"/>
              <w:bottom w:w="90" w:type="dxa"/>
              <w:right w:w="90" w:type="dxa"/>
            </w:tcMar>
          </w:tcPr>
          <w:p w14:paraId="7D75E3F3" w14:textId="77777777" w:rsidR="000768AD" w:rsidRDefault="000768AD" w:rsidP="00385EE6">
            <w:pPr>
              <w:widowControl w:val="0"/>
              <w:jc w:val="center"/>
              <w:rPr>
                <w:rFonts w:ascii="Montserrat" w:eastAsia="Montserrat" w:hAnsi="Montserrat" w:cs="Montserrat"/>
                <w:sz w:val="16"/>
                <w:szCs w:val="16"/>
              </w:rPr>
            </w:pPr>
            <w:r w:rsidRPr="7E7C0FD5">
              <w:rPr>
                <w:rFonts w:ascii="Montserrat" w:eastAsia="Montserrat" w:hAnsi="Montserrat" w:cs="Montserrat"/>
                <w:b/>
                <w:bCs/>
                <w:sz w:val="16"/>
                <w:szCs w:val="16"/>
                <w:lang w:val="es"/>
              </w:rPr>
              <w:t>no</w:t>
            </w:r>
          </w:p>
        </w:tc>
      </w:tr>
    </w:tbl>
    <w:p w14:paraId="21ACB68B" w14:textId="77777777" w:rsidR="000768AD" w:rsidRDefault="000768AD" w:rsidP="000768AD">
      <w:pPr>
        <w:jc w:val="both"/>
        <w:rPr>
          <w:rFonts w:ascii="Montserrat" w:eastAsia="Montserrat" w:hAnsi="Montserrat" w:cs="Montserrat"/>
        </w:rPr>
      </w:pPr>
    </w:p>
    <w:p w14:paraId="7182C46A" w14:textId="19747116" w:rsidR="00B3428F" w:rsidRDefault="00CB7076" w:rsidP="00B3428F">
      <w:r>
        <w:rPr>
          <w:rFonts w:ascii="Times New Roman" w:eastAsia="Times New Roman" w:hAnsi="Times New Roman" w:cs="Times New Roman"/>
          <w:noProof/>
          <w:color w:val="000000" w:themeColor="text1"/>
          <w:sz w:val="22"/>
        </w:rPr>
        <w:lastRenderedPageBreak/>
        <w:drawing>
          <wp:anchor distT="0" distB="0" distL="114300" distR="114300" simplePos="0" relativeHeight="251657216" behindDoc="0" locked="0" layoutInCell="1" allowOverlap="1" wp14:anchorId="1D83D06F" wp14:editId="17D3AE01">
            <wp:simplePos x="0" y="0"/>
            <wp:positionH relativeFrom="column">
              <wp:posOffset>7157085</wp:posOffset>
            </wp:positionH>
            <wp:positionV relativeFrom="paragraph">
              <wp:posOffset>87630</wp:posOffset>
            </wp:positionV>
            <wp:extent cx="1950720" cy="920750"/>
            <wp:effectExtent l="0" t="0" r="0" b="0"/>
            <wp:wrapThrough wrapText="bothSides">
              <wp:wrapPolygon edited="0">
                <wp:start x="20883" y="0"/>
                <wp:lineTo x="3586" y="447"/>
                <wp:lineTo x="211" y="1788"/>
                <wp:lineTo x="633" y="19663"/>
                <wp:lineTo x="5484" y="21004"/>
                <wp:lineTo x="20883" y="21004"/>
                <wp:lineTo x="21305" y="21004"/>
                <wp:lineTo x="21305" y="0"/>
                <wp:lineTo x="20883" y="0"/>
              </wp:wrapPolygon>
            </wp:wrapThrough>
            <wp:docPr id="1640711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50720" cy="920750"/>
                    </a:xfrm>
                    <a:prstGeom prst="rect">
                      <a:avLst/>
                    </a:prstGeom>
                    <a:noFill/>
                  </pic:spPr>
                </pic:pic>
              </a:graphicData>
            </a:graphic>
            <wp14:sizeRelH relativeFrom="page">
              <wp14:pctWidth>0</wp14:pctWidth>
            </wp14:sizeRelH>
            <wp14:sizeRelV relativeFrom="page">
              <wp14:pctHeight>0</wp14:pctHeight>
            </wp14:sizeRelV>
          </wp:anchor>
        </w:drawing>
      </w:r>
    </w:p>
    <w:p w14:paraId="5F511E74" w14:textId="53706235" w:rsidR="00B3428F" w:rsidRPr="00537C37" w:rsidRDefault="00B3428F" w:rsidP="00B3428F">
      <w:pPr>
        <w:pStyle w:val="Heading1"/>
        <w:spacing w:line="360" w:lineRule="auto"/>
        <w:rPr>
          <w:rFonts w:ascii="Times New Roman" w:eastAsia="Times New Roman" w:hAnsi="Times New Roman" w:cs="Times New Roman"/>
          <w:color w:val="000000" w:themeColor="text1"/>
          <w:sz w:val="22"/>
          <w:szCs w:val="22"/>
        </w:rPr>
      </w:pPr>
      <w:r w:rsidRPr="00537C37">
        <w:rPr>
          <w:rFonts w:ascii="Times New Roman" w:eastAsia="Times New Roman" w:hAnsi="Times New Roman" w:cs="Times New Roman"/>
          <w:color w:val="000000" w:themeColor="text1"/>
          <w:sz w:val="22"/>
          <w:szCs w:val="22"/>
        </w:rPr>
        <w:t xml:space="preserve">ANEXA </w:t>
      </w:r>
      <w:r>
        <w:rPr>
          <w:rFonts w:ascii="Times New Roman" w:eastAsia="Times New Roman" w:hAnsi="Times New Roman" w:cs="Times New Roman"/>
          <w:color w:val="000000" w:themeColor="text1"/>
          <w:sz w:val="22"/>
          <w:szCs w:val="22"/>
        </w:rPr>
        <w:t>5</w:t>
      </w:r>
      <w:r w:rsidRPr="00537C37">
        <w:rPr>
          <w:rFonts w:ascii="Times New Roman" w:eastAsia="Times New Roman" w:hAnsi="Times New Roman" w:cs="Times New Roman"/>
          <w:color w:val="000000" w:themeColor="text1"/>
          <w:sz w:val="22"/>
          <w:szCs w:val="22"/>
        </w:rPr>
        <w:t xml:space="preserve"> la </w:t>
      </w:r>
      <w:proofErr w:type="spellStart"/>
      <w:r w:rsidRPr="00537C37">
        <w:rPr>
          <w:rFonts w:ascii="Times New Roman" w:eastAsia="Times New Roman" w:hAnsi="Times New Roman" w:cs="Times New Roman"/>
          <w:color w:val="000000" w:themeColor="text1"/>
          <w:sz w:val="22"/>
          <w:szCs w:val="22"/>
        </w:rPr>
        <w:t>Regulamentul</w:t>
      </w:r>
      <w:proofErr w:type="spellEnd"/>
      <w:r w:rsidRPr="00537C37">
        <w:rPr>
          <w:rFonts w:ascii="Times New Roman" w:eastAsia="Times New Roman" w:hAnsi="Times New Roman" w:cs="Times New Roman"/>
          <w:color w:val="000000" w:themeColor="text1"/>
          <w:sz w:val="22"/>
          <w:szCs w:val="22"/>
        </w:rPr>
        <w:t xml:space="preserve"> </w:t>
      </w:r>
      <w:proofErr w:type="spellStart"/>
      <w:r w:rsidRPr="00537C37">
        <w:rPr>
          <w:rFonts w:ascii="Times New Roman" w:eastAsia="Times New Roman" w:hAnsi="Times New Roman" w:cs="Times New Roman"/>
          <w:color w:val="000000" w:themeColor="text1"/>
          <w:sz w:val="22"/>
          <w:szCs w:val="22"/>
        </w:rPr>
        <w:t>privind</w:t>
      </w:r>
      <w:proofErr w:type="spellEnd"/>
      <w:r w:rsidRPr="00537C37">
        <w:rPr>
          <w:rFonts w:ascii="Times New Roman" w:eastAsia="Times New Roman" w:hAnsi="Times New Roman" w:cs="Times New Roman"/>
          <w:color w:val="000000" w:themeColor="text1"/>
          <w:sz w:val="22"/>
          <w:szCs w:val="22"/>
        </w:rPr>
        <w:t xml:space="preserve"> </w:t>
      </w:r>
      <w:proofErr w:type="spellStart"/>
      <w:r w:rsidRPr="00537C37">
        <w:rPr>
          <w:rFonts w:ascii="Times New Roman" w:eastAsia="Times New Roman" w:hAnsi="Times New Roman" w:cs="Times New Roman"/>
          <w:color w:val="000000" w:themeColor="text1"/>
          <w:sz w:val="22"/>
          <w:szCs w:val="22"/>
        </w:rPr>
        <w:t>desfășurarea</w:t>
      </w:r>
      <w:proofErr w:type="spellEnd"/>
      <w:r w:rsidRPr="00537C37">
        <w:rPr>
          <w:rFonts w:ascii="Times New Roman" w:eastAsia="Times New Roman" w:hAnsi="Times New Roman" w:cs="Times New Roman"/>
          <w:color w:val="000000" w:themeColor="text1"/>
          <w:sz w:val="22"/>
          <w:szCs w:val="22"/>
        </w:rPr>
        <w:t xml:space="preserve"> </w:t>
      </w:r>
      <w:r w:rsidRPr="00537C37">
        <w:rPr>
          <w:rFonts w:ascii="Times New Roman" w:eastAsia="Times New Roman" w:hAnsi="Times New Roman" w:cs="Times New Roman"/>
          <w:color w:val="000000" w:themeColor="text1"/>
          <w:sz w:val="22"/>
          <w:szCs w:val="22"/>
        </w:rPr>
        <w:br/>
      </w:r>
      <w:proofErr w:type="spellStart"/>
      <w:r w:rsidRPr="00537C37">
        <w:rPr>
          <w:rFonts w:ascii="Times New Roman" w:eastAsia="Times New Roman" w:hAnsi="Times New Roman" w:cs="Times New Roman"/>
          <w:color w:val="000000" w:themeColor="text1"/>
          <w:sz w:val="22"/>
          <w:szCs w:val="22"/>
        </w:rPr>
        <w:t>Programului</w:t>
      </w:r>
      <w:proofErr w:type="spellEnd"/>
      <w:r w:rsidRPr="00537C37">
        <w:rPr>
          <w:rFonts w:ascii="Times New Roman" w:eastAsia="Times New Roman" w:hAnsi="Times New Roman" w:cs="Times New Roman"/>
          <w:color w:val="000000" w:themeColor="text1"/>
          <w:sz w:val="22"/>
          <w:szCs w:val="22"/>
        </w:rPr>
        <w:t xml:space="preserve"> Youth Climate Action Fund </w:t>
      </w:r>
      <w:r>
        <w:rPr>
          <w:rFonts w:ascii="Times New Roman" w:eastAsia="Times New Roman" w:hAnsi="Times New Roman" w:cs="Times New Roman"/>
          <w:color w:val="000000" w:themeColor="text1"/>
          <w:sz w:val="22"/>
          <w:szCs w:val="22"/>
        </w:rPr>
        <w:t>–</w:t>
      </w:r>
      <w:r w:rsidRPr="00537C37">
        <w:rPr>
          <w:rFonts w:ascii="Times New Roman" w:eastAsia="Times New Roman" w:hAnsi="Times New Roman" w:cs="Times New Roman"/>
          <w:color w:val="000000" w:themeColor="text1"/>
          <w:sz w:val="22"/>
          <w:szCs w:val="22"/>
        </w:rPr>
        <w:t xml:space="preserve"> Bloomberg Philanthropies</w:t>
      </w:r>
      <w:r w:rsidRPr="00537C37">
        <w:rPr>
          <w:rFonts w:ascii="Times New Roman" w:eastAsia="Times New Roman" w:hAnsi="Times New Roman" w:cs="Times New Roman"/>
          <w:color w:val="000000" w:themeColor="text1"/>
          <w:sz w:val="22"/>
          <w:szCs w:val="22"/>
        </w:rPr>
        <w:br/>
      </w:r>
      <w:proofErr w:type="spellStart"/>
      <w:r w:rsidRPr="00537C37">
        <w:rPr>
          <w:rFonts w:ascii="Times New Roman" w:eastAsia="Times New Roman" w:hAnsi="Times New Roman" w:cs="Times New Roman"/>
          <w:color w:val="000000" w:themeColor="text1"/>
          <w:sz w:val="22"/>
          <w:szCs w:val="22"/>
        </w:rPr>
        <w:t>în</w:t>
      </w:r>
      <w:proofErr w:type="spellEnd"/>
      <w:r w:rsidRPr="00537C37">
        <w:rPr>
          <w:rFonts w:ascii="Times New Roman" w:eastAsia="Times New Roman" w:hAnsi="Times New Roman" w:cs="Times New Roman"/>
          <w:color w:val="000000" w:themeColor="text1"/>
          <w:sz w:val="22"/>
          <w:szCs w:val="22"/>
        </w:rPr>
        <w:t xml:space="preserve"> </w:t>
      </w:r>
      <w:proofErr w:type="spellStart"/>
      <w:r w:rsidRPr="00537C37">
        <w:rPr>
          <w:rFonts w:ascii="Times New Roman" w:eastAsia="Times New Roman" w:hAnsi="Times New Roman" w:cs="Times New Roman"/>
          <w:color w:val="000000" w:themeColor="text1"/>
          <w:sz w:val="22"/>
          <w:szCs w:val="22"/>
        </w:rPr>
        <w:t>Municipiul</w:t>
      </w:r>
      <w:proofErr w:type="spellEnd"/>
      <w:r w:rsidRPr="00537C37">
        <w:rPr>
          <w:rFonts w:ascii="Times New Roman" w:eastAsia="Times New Roman" w:hAnsi="Times New Roman" w:cs="Times New Roman"/>
          <w:color w:val="000000" w:themeColor="text1"/>
          <w:sz w:val="22"/>
          <w:szCs w:val="22"/>
        </w:rPr>
        <w:t xml:space="preserve"> </w:t>
      </w:r>
      <w:proofErr w:type="spellStart"/>
      <w:r w:rsidRPr="00537C37">
        <w:rPr>
          <w:rFonts w:ascii="Times New Roman" w:eastAsia="Times New Roman" w:hAnsi="Times New Roman" w:cs="Times New Roman"/>
          <w:color w:val="000000" w:themeColor="text1"/>
          <w:sz w:val="22"/>
          <w:szCs w:val="22"/>
        </w:rPr>
        <w:t>Timișoara</w:t>
      </w:r>
      <w:proofErr w:type="spellEnd"/>
      <w:r w:rsidRPr="00537C37">
        <w:rPr>
          <w:rFonts w:ascii="Times New Roman" w:eastAsia="Times New Roman" w:hAnsi="Times New Roman" w:cs="Times New Roman"/>
          <w:color w:val="000000" w:themeColor="text1"/>
          <w:sz w:val="22"/>
          <w:szCs w:val="22"/>
        </w:rPr>
        <w:t xml:space="preserve">, Runda 1: 2026-2027, HCL nr. </w:t>
      </w:r>
      <w:r>
        <w:rPr>
          <w:rFonts w:ascii="Times New Roman" w:eastAsia="Times New Roman" w:hAnsi="Times New Roman" w:cs="Times New Roman"/>
          <w:color w:val="000000" w:themeColor="text1"/>
          <w:sz w:val="22"/>
          <w:szCs w:val="22"/>
        </w:rPr>
        <w:t>…</w:t>
      </w:r>
      <w:r w:rsidRPr="00537C37">
        <w:rPr>
          <w:rFonts w:ascii="Times New Roman" w:eastAsia="Times New Roman" w:hAnsi="Times New Roman" w:cs="Times New Roman"/>
          <w:color w:val="000000" w:themeColor="text1"/>
          <w:sz w:val="22"/>
          <w:szCs w:val="22"/>
        </w:rPr>
        <w:t>.../</w:t>
      </w:r>
      <w:r>
        <w:rPr>
          <w:rFonts w:ascii="Times New Roman" w:eastAsia="Times New Roman" w:hAnsi="Times New Roman" w:cs="Times New Roman"/>
          <w:color w:val="000000" w:themeColor="text1"/>
          <w:sz w:val="22"/>
          <w:szCs w:val="22"/>
        </w:rPr>
        <w:t>…</w:t>
      </w:r>
      <w:r w:rsidRPr="00537C37">
        <w:rPr>
          <w:rFonts w:ascii="Times New Roman" w:eastAsia="Times New Roman" w:hAnsi="Times New Roman" w:cs="Times New Roman"/>
          <w:color w:val="000000" w:themeColor="text1"/>
          <w:sz w:val="22"/>
          <w:szCs w:val="22"/>
        </w:rPr>
        <w:t>.............</w:t>
      </w:r>
    </w:p>
    <w:p w14:paraId="25780B85" w14:textId="52DFC2F0" w:rsidR="00B3428F" w:rsidRDefault="00B3428F" w:rsidP="00B3428F">
      <w:pPr>
        <w:pStyle w:val="Heading2"/>
        <w:jc w:val="center"/>
        <w:rPr>
          <w:rFonts w:ascii="Montserrat Light" w:eastAsia="Montserrat Light" w:hAnsi="Montserrat Light" w:cs="Montserrat Light"/>
          <w:color w:val="434343"/>
          <w:sz w:val="44"/>
          <w:szCs w:val="44"/>
          <w:lang w:val="es-ES"/>
        </w:rPr>
      </w:pPr>
      <w:r w:rsidRPr="2D7C8844">
        <w:rPr>
          <w:rFonts w:ascii="Montserrat Light" w:eastAsia="Montserrat Light" w:hAnsi="Montserrat Light" w:cs="Montserrat Light"/>
          <w:color w:val="434343"/>
          <w:sz w:val="44"/>
          <w:szCs w:val="44"/>
          <w:lang w:val="es-ES"/>
        </w:rPr>
        <w:t>Formular de evaluare</w:t>
      </w:r>
      <w:r w:rsidRPr="004335B4">
        <w:rPr>
          <w:rFonts w:ascii="Montserrat Light" w:eastAsia="Montserrat Light" w:hAnsi="Montserrat Light" w:cs="Montserrat Light"/>
          <w:color w:val="434343"/>
          <w:sz w:val="44"/>
          <w:szCs w:val="44"/>
          <w:lang w:val="es-ES"/>
        </w:rPr>
        <w:t xml:space="preserve"> a </w:t>
      </w:r>
      <w:proofErr w:type="spellStart"/>
      <w:r w:rsidRPr="004335B4">
        <w:rPr>
          <w:rFonts w:ascii="Montserrat Light" w:eastAsia="Montserrat Light" w:hAnsi="Montserrat Light" w:cs="Montserrat Light"/>
          <w:color w:val="434343"/>
          <w:sz w:val="44"/>
          <w:szCs w:val="44"/>
          <w:lang w:val="es-ES"/>
        </w:rPr>
        <w:t>cererii</w:t>
      </w:r>
      <w:proofErr w:type="spellEnd"/>
      <w:r w:rsidRPr="004335B4">
        <w:rPr>
          <w:rFonts w:ascii="Montserrat Light" w:eastAsia="Montserrat Light" w:hAnsi="Montserrat Light" w:cs="Montserrat Light"/>
          <w:color w:val="434343"/>
          <w:sz w:val="44"/>
          <w:szCs w:val="44"/>
          <w:lang w:val="es-ES"/>
        </w:rPr>
        <w:t xml:space="preserve"> de </w:t>
      </w:r>
      <w:proofErr w:type="spellStart"/>
      <w:r w:rsidRPr="004335B4">
        <w:rPr>
          <w:rFonts w:ascii="Montserrat Light" w:eastAsia="Montserrat Light" w:hAnsi="Montserrat Light" w:cs="Montserrat Light"/>
          <w:color w:val="434343"/>
          <w:sz w:val="44"/>
          <w:szCs w:val="44"/>
          <w:lang w:val="es-ES"/>
        </w:rPr>
        <w:t>finanțare</w:t>
      </w:r>
      <w:proofErr w:type="spellEnd"/>
    </w:p>
    <w:p w14:paraId="095EB6E6" w14:textId="77777777" w:rsidR="00B3428F" w:rsidRPr="00B3428F" w:rsidRDefault="00B3428F" w:rsidP="00B3428F">
      <w:pPr>
        <w:rPr>
          <w:rFonts w:ascii="Montserrat" w:eastAsia="Montserrat" w:hAnsi="Montserrat" w:cs="Montserrat"/>
          <w:color w:val="434343"/>
          <w:sz w:val="24"/>
          <w:szCs w:val="24"/>
          <w:lang w:val="fr-FR"/>
        </w:rPr>
      </w:pPr>
    </w:p>
    <w:p w14:paraId="119B5745" w14:textId="77777777" w:rsidR="00B3428F" w:rsidRDefault="00B3428F" w:rsidP="00B3428F">
      <w:pPr>
        <w:rPr>
          <w:rFonts w:ascii="Montserrat" w:eastAsia="Montserrat" w:hAnsi="Montserrat" w:cs="Montserrat"/>
          <w:b/>
          <w:bCs/>
          <w:color w:val="1B877F"/>
          <w:sz w:val="24"/>
          <w:szCs w:val="24"/>
          <w:lang w:val="es-ES"/>
        </w:rPr>
      </w:pPr>
      <w:r w:rsidRPr="424BACA2">
        <w:rPr>
          <w:rFonts w:ascii="Montserrat" w:eastAsia="Montserrat" w:hAnsi="Montserrat" w:cs="Montserrat"/>
          <w:b/>
          <w:bCs/>
          <w:color w:val="1B877F"/>
          <w:sz w:val="24"/>
          <w:szCs w:val="24"/>
          <w:lang w:val="es-ES"/>
        </w:rPr>
        <w:t xml:space="preserve">Cum </w:t>
      </w:r>
      <w:proofErr w:type="spellStart"/>
      <w:r w:rsidRPr="424BACA2">
        <w:rPr>
          <w:rFonts w:ascii="Montserrat" w:eastAsia="Montserrat" w:hAnsi="Montserrat" w:cs="Montserrat"/>
          <w:b/>
          <w:bCs/>
          <w:color w:val="1B877F"/>
          <w:sz w:val="24"/>
          <w:szCs w:val="24"/>
          <w:lang w:val="es-ES"/>
        </w:rPr>
        <w:t>să</w:t>
      </w:r>
      <w:proofErr w:type="spellEnd"/>
      <w:r w:rsidRPr="424BACA2">
        <w:rPr>
          <w:rFonts w:ascii="Montserrat" w:eastAsia="Montserrat" w:hAnsi="Montserrat" w:cs="Montserrat"/>
          <w:b/>
          <w:bCs/>
          <w:color w:val="1B877F"/>
          <w:sz w:val="24"/>
          <w:szCs w:val="24"/>
          <w:lang w:val="es-ES"/>
        </w:rPr>
        <w:t xml:space="preserve"> </w:t>
      </w:r>
      <w:proofErr w:type="spellStart"/>
      <w:r w:rsidRPr="424BACA2">
        <w:rPr>
          <w:rFonts w:ascii="Montserrat" w:eastAsia="Montserrat" w:hAnsi="Montserrat" w:cs="Montserrat"/>
          <w:b/>
          <w:bCs/>
          <w:color w:val="1B877F"/>
          <w:sz w:val="24"/>
          <w:szCs w:val="24"/>
          <w:lang w:val="es-ES"/>
        </w:rPr>
        <w:t>notezi</w:t>
      </w:r>
      <w:proofErr w:type="spellEnd"/>
      <w:r w:rsidRPr="424BACA2">
        <w:rPr>
          <w:rFonts w:ascii="Montserrat" w:eastAsia="Montserrat" w:hAnsi="Montserrat" w:cs="Montserrat"/>
          <w:b/>
          <w:bCs/>
          <w:color w:val="1B877F"/>
          <w:sz w:val="24"/>
          <w:szCs w:val="24"/>
          <w:lang w:val="es-ES"/>
        </w:rPr>
        <w:t xml:space="preserve"> </w:t>
      </w:r>
      <w:proofErr w:type="spellStart"/>
      <w:r w:rsidRPr="424BACA2">
        <w:rPr>
          <w:rFonts w:ascii="Montserrat" w:eastAsia="Montserrat" w:hAnsi="Montserrat" w:cs="Montserrat"/>
          <w:b/>
          <w:bCs/>
          <w:color w:val="1B877F"/>
          <w:sz w:val="24"/>
          <w:szCs w:val="24"/>
          <w:lang w:val="es-ES"/>
        </w:rPr>
        <w:t>proiectele</w:t>
      </w:r>
      <w:proofErr w:type="spellEnd"/>
      <w:r w:rsidRPr="424BACA2">
        <w:rPr>
          <w:rFonts w:ascii="Montserrat" w:eastAsia="Montserrat" w:hAnsi="Montserrat" w:cs="Montserrat"/>
          <w:b/>
          <w:bCs/>
          <w:color w:val="1B877F"/>
          <w:sz w:val="24"/>
          <w:szCs w:val="24"/>
          <w:lang w:val="es-ES"/>
        </w:rPr>
        <w:t xml:space="preserve"> primite: Un </w:t>
      </w:r>
      <w:proofErr w:type="spellStart"/>
      <w:r w:rsidRPr="424BACA2">
        <w:rPr>
          <w:rFonts w:ascii="Montserrat" w:eastAsia="Montserrat" w:hAnsi="Montserrat" w:cs="Montserrat"/>
          <w:b/>
          <w:bCs/>
          <w:color w:val="1B877F"/>
          <w:sz w:val="24"/>
          <w:szCs w:val="24"/>
          <w:lang w:val="es-ES"/>
        </w:rPr>
        <w:t>ghid</w:t>
      </w:r>
      <w:proofErr w:type="spellEnd"/>
      <w:r w:rsidRPr="424BACA2">
        <w:rPr>
          <w:rFonts w:ascii="Montserrat" w:eastAsia="Montserrat" w:hAnsi="Montserrat" w:cs="Montserrat"/>
          <w:b/>
          <w:bCs/>
          <w:color w:val="1B877F"/>
          <w:sz w:val="24"/>
          <w:szCs w:val="24"/>
          <w:lang w:val="es-ES"/>
        </w:rPr>
        <w:t xml:space="preserve"> de </w:t>
      </w:r>
      <w:proofErr w:type="spellStart"/>
      <w:r w:rsidRPr="424BACA2">
        <w:rPr>
          <w:rFonts w:ascii="Montserrat" w:eastAsia="Montserrat" w:hAnsi="Montserrat" w:cs="Montserrat"/>
          <w:b/>
          <w:bCs/>
          <w:color w:val="1B877F"/>
          <w:sz w:val="24"/>
          <w:szCs w:val="24"/>
          <w:lang w:val="es-ES"/>
        </w:rPr>
        <w:t>referință</w:t>
      </w:r>
      <w:proofErr w:type="spellEnd"/>
      <w:r w:rsidRPr="424BACA2">
        <w:rPr>
          <w:rFonts w:ascii="Montserrat" w:eastAsia="Montserrat" w:hAnsi="Montserrat" w:cs="Montserrat"/>
          <w:b/>
          <w:bCs/>
          <w:color w:val="1B877F"/>
          <w:sz w:val="24"/>
          <w:szCs w:val="24"/>
          <w:lang w:val="es-ES"/>
        </w:rPr>
        <w:t xml:space="preserve"> </w:t>
      </w:r>
      <w:proofErr w:type="spellStart"/>
      <w:r w:rsidRPr="424BACA2">
        <w:rPr>
          <w:rFonts w:ascii="Montserrat" w:eastAsia="Montserrat" w:hAnsi="Montserrat" w:cs="Montserrat"/>
          <w:b/>
          <w:bCs/>
          <w:color w:val="1B877F"/>
          <w:sz w:val="24"/>
          <w:szCs w:val="24"/>
          <w:lang w:val="es-ES"/>
        </w:rPr>
        <w:t>pentru</w:t>
      </w:r>
      <w:proofErr w:type="spellEnd"/>
      <w:r w:rsidRPr="424BACA2">
        <w:rPr>
          <w:rFonts w:ascii="Montserrat" w:eastAsia="Montserrat" w:hAnsi="Montserrat" w:cs="Montserrat"/>
          <w:b/>
          <w:bCs/>
          <w:color w:val="1B877F"/>
          <w:sz w:val="24"/>
          <w:szCs w:val="24"/>
          <w:lang w:val="es-ES"/>
        </w:rPr>
        <w:t xml:space="preserve"> </w:t>
      </w:r>
      <w:proofErr w:type="spellStart"/>
      <w:r w:rsidRPr="424BACA2">
        <w:rPr>
          <w:rFonts w:ascii="Montserrat" w:eastAsia="Montserrat" w:hAnsi="Montserrat" w:cs="Montserrat"/>
          <w:b/>
          <w:bCs/>
          <w:color w:val="1B877F"/>
          <w:sz w:val="24"/>
          <w:szCs w:val="24"/>
          <w:lang w:val="es-ES"/>
        </w:rPr>
        <w:t>membrii</w:t>
      </w:r>
      <w:proofErr w:type="spellEnd"/>
      <w:r w:rsidRPr="424BACA2">
        <w:rPr>
          <w:rFonts w:ascii="Montserrat" w:eastAsia="Montserrat" w:hAnsi="Montserrat" w:cs="Montserrat"/>
          <w:b/>
          <w:bCs/>
          <w:color w:val="1B877F"/>
          <w:sz w:val="24"/>
          <w:szCs w:val="24"/>
          <w:lang w:val="es-ES"/>
        </w:rPr>
        <w:t xml:space="preserve"> </w:t>
      </w:r>
      <w:proofErr w:type="spellStart"/>
      <w:r w:rsidRPr="424BACA2">
        <w:rPr>
          <w:rFonts w:ascii="Montserrat" w:eastAsia="Montserrat" w:hAnsi="Montserrat" w:cs="Montserrat"/>
          <w:b/>
          <w:bCs/>
          <w:color w:val="1B877F"/>
          <w:sz w:val="24"/>
          <w:szCs w:val="24"/>
          <w:lang w:val="es-ES"/>
        </w:rPr>
        <w:t>comisiei</w:t>
      </w:r>
      <w:proofErr w:type="spellEnd"/>
      <w:r w:rsidRPr="424BACA2">
        <w:rPr>
          <w:rFonts w:ascii="Montserrat" w:eastAsia="Montserrat" w:hAnsi="Montserrat" w:cs="Montserrat"/>
          <w:b/>
          <w:bCs/>
          <w:color w:val="1B877F"/>
          <w:sz w:val="24"/>
          <w:szCs w:val="24"/>
          <w:lang w:val="es-ES"/>
        </w:rPr>
        <w:t xml:space="preserve"> de </w:t>
      </w:r>
      <w:proofErr w:type="spellStart"/>
      <w:r w:rsidRPr="424BACA2">
        <w:rPr>
          <w:rFonts w:ascii="Montserrat" w:eastAsia="Montserrat" w:hAnsi="Montserrat" w:cs="Montserrat"/>
          <w:b/>
          <w:bCs/>
          <w:color w:val="1B877F"/>
          <w:sz w:val="24"/>
          <w:szCs w:val="24"/>
          <w:lang w:val="es-ES"/>
        </w:rPr>
        <w:t>selecție</w:t>
      </w:r>
      <w:proofErr w:type="spellEnd"/>
    </w:p>
    <w:tbl>
      <w:tblPr>
        <w:tblW w:w="139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95"/>
        <w:gridCol w:w="10380"/>
        <w:gridCol w:w="1530"/>
      </w:tblGrid>
      <w:tr w:rsidR="00B3428F" w14:paraId="39E24760" w14:textId="77777777" w:rsidTr="00385EE6">
        <w:tc>
          <w:tcPr>
            <w:tcW w:w="1995" w:type="dxa"/>
            <w:shd w:val="clear" w:color="auto" w:fill="1B877F"/>
            <w:tcMar>
              <w:top w:w="100" w:type="dxa"/>
              <w:left w:w="100" w:type="dxa"/>
              <w:bottom w:w="100" w:type="dxa"/>
              <w:right w:w="100" w:type="dxa"/>
            </w:tcMar>
          </w:tcPr>
          <w:p w14:paraId="0F6FB102" w14:textId="77777777" w:rsidR="00B3428F" w:rsidRDefault="00B3428F" w:rsidP="00385EE6">
            <w:pPr>
              <w:widowControl w:val="0"/>
              <w:pBdr>
                <w:top w:val="nil"/>
                <w:left w:val="nil"/>
                <w:bottom w:val="nil"/>
                <w:right w:val="nil"/>
                <w:between w:val="nil"/>
              </w:pBdr>
              <w:spacing w:line="240" w:lineRule="auto"/>
              <w:jc w:val="center"/>
              <w:rPr>
                <w:rFonts w:ascii="Montserrat" w:eastAsia="Montserrat" w:hAnsi="Montserrat" w:cs="Montserrat"/>
                <w:b/>
                <w:bCs/>
                <w:color w:val="FFFFFF"/>
                <w:sz w:val="24"/>
                <w:szCs w:val="24"/>
                <w:lang w:val="es-ES"/>
              </w:rPr>
            </w:pPr>
            <w:proofErr w:type="spellStart"/>
            <w:r w:rsidRPr="2D7C8844">
              <w:rPr>
                <w:rFonts w:ascii="Montserrat" w:eastAsia="Montserrat" w:hAnsi="Montserrat" w:cs="Montserrat"/>
                <w:b/>
                <w:bCs/>
                <w:color w:val="FFFFFF" w:themeColor="background1"/>
                <w:sz w:val="24"/>
                <w:szCs w:val="24"/>
                <w:lang w:val="es-ES"/>
              </w:rPr>
              <w:t>Criterii</w:t>
            </w:r>
            <w:proofErr w:type="spellEnd"/>
          </w:p>
        </w:tc>
        <w:tc>
          <w:tcPr>
            <w:tcW w:w="10380" w:type="dxa"/>
            <w:shd w:val="clear" w:color="auto" w:fill="1B877F"/>
            <w:tcMar>
              <w:top w:w="100" w:type="dxa"/>
              <w:left w:w="100" w:type="dxa"/>
              <w:bottom w:w="100" w:type="dxa"/>
              <w:right w:w="100" w:type="dxa"/>
            </w:tcMar>
          </w:tcPr>
          <w:p w14:paraId="4AE66361" w14:textId="77777777" w:rsidR="00B3428F" w:rsidRDefault="00B3428F" w:rsidP="00385EE6">
            <w:pPr>
              <w:widowControl w:val="0"/>
              <w:pBdr>
                <w:top w:val="nil"/>
                <w:left w:val="nil"/>
                <w:bottom w:val="nil"/>
                <w:right w:val="nil"/>
                <w:between w:val="nil"/>
              </w:pBdr>
              <w:spacing w:line="240" w:lineRule="auto"/>
              <w:jc w:val="center"/>
              <w:rPr>
                <w:rFonts w:ascii="Montserrat" w:eastAsia="Montserrat" w:hAnsi="Montserrat" w:cs="Montserrat"/>
                <w:b/>
                <w:bCs/>
                <w:color w:val="FFFFFF"/>
                <w:sz w:val="24"/>
                <w:szCs w:val="24"/>
                <w:lang w:val="es-ES"/>
              </w:rPr>
            </w:pPr>
            <w:proofErr w:type="spellStart"/>
            <w:r w:rsidRPr="2D7C8844">
              <w:rPr>
                <w:rFonts w:ascii="Montserrat" w:eastAsia="Montserrat" w:hAnsi="Montserrat" w:cs="Montserrat"/>
                <w:b/>
                <w:bCs/>
                <w:color w:val="FFFFFF" w:themeColor="background1"/>
                <w:sz w:val="24"/>
                <w:szCs w:val="24"/>
                <w:lang w:val="es-ES"/>
              </w:rPr>
              <w:t>Punctaj</w:t>
            </w:r>
            <w:proofErr w:type="spellEnd"/>
          </w:p>
          <w:p w14:paraId="037F6F49" w14:textId="77777777" w:rsidR="00B3428F" w:rsidRDefault="00B3428F" w:rsidP="00385EE6">
            <w:pPr>
              <w:widowControl w:val="0"/>
              <w:pBdr>
                <w:top w:val="nil"/>
                <w:left w:val="nil"/>
                <w:bottom w:val="nil"/>
                <w:right w:val="nil"/>
                <w:between w:val="nil"/>
              </w:pBdr>
              <w:spacing w:line="240" w:lineRule="auto"/>
              <w:jc w:val="center"/>
              <w:rPr>
                <w:rFonts w:ascii="Montserrat" w:eastAsia="Montserrat" w:hAnsi="Montserrat" w:cs="Montserrat"/>
                <w:b/>
                <w:bCs/>
                <w:color w:val="FFFFFF"/>
                <w:sz w:val="24"/>
                <w:szCs w:val="24"/>
                <w:lang w:val="es-ES"/>
              </w:rPr>
            </w:pPr>
            <w:proofErr w:type="spellStart"/>
            <w:r w:rsidRPr="2D7C8844">
              <w:rPr>
                <w:rFonts w:ascii="Montserrat" w:eastAsia="Montserrat" w:hAnsi="Montserrat" w:cs="Montserrat"/>
                <w:b/>
                <w:bCs/>
                <w:color w:val="FFFFFF" w:themeColor="background1"/>
                <w:sz w:val="24"/>
                <w:szCs w:val="24"/>
                <w:lang w:val="es-ES"/>
              </w:rPr>
              <w:t>Detalii</w:t>
            </w:r>
            <w:proofErr w:type="spellEnd"/>
          </w:p>
        </w:tc>
        <w:tc>
          <w:tcPr>
            <w:tcW w:w="1530" w:type="dxa"/>
            <w:shd w:val="clear" w:color="auto" w:fill="1B877F"/>
            <w:tcMar>
              <w:top w:w="100" w:type="dxa"/>
              <w:left w:w="100" w:type="dxa"/>
              <w:bottom w:w="100" w:type="dxa"/>
              <w:right w:w="100" w:type="dxa"/>
            </w:tcMar>
          </w:tcPr>
          <w:p w14:paraId="4ADCFE57" w14:textId="77777777" w:rsidR="00B3428F" w:rsidRDefault="00B3428F" w:rsidP="00385EE6">
            <w:pPr>
              <w:widowControl w:val="0"/>
              <w:pBdr>
                <w:top w:val="nil"/>
                <w:left w:val="nil"/>
                <w:bottom w:val="nil"/>
                <w:right w:val="nil"/>
                <w:between w:val="nil"/>
              </w:pBdr>
              <w:spacing w:line="240" w:lineRule="auto"/>
              <w:jc w:val="center"/>
              <w:rPr>
                <w:rFonts w:ascii="Montserrat" w:eastAsia="Montserrat" w:hAnsi="Montserrat" w:cs="Montserrat"/>
                <w:b/>
                <w:bCs/>
                <w:color w:val="FFFFFF"/>
                <w:sz w:val="24"/>
                <w:szCs w:val="24"/>
              </w:rPr>
            </w:pPr>
            <w:r>
              <w:rPr>
                <w:rFonts w:ascii="Montserrat" w:eastAsia="Montserrat" w:hAnsi="Montserrat" w:cs="Montserrat"/>
                <w:b/>
                <w:bCs/>
                <w:color w:val="FFFFFF"/>
                <w:sz w:val="24"/>
                <w:szCs w:val="24"/>
              </w:rPr>
              <w:t xml:space="preserve">Maxim </w:t>
            </w:r>
          </w:p>
          <w:p w14:paraId="1B1619A3" w14:textId="77777777" w:rsidR="00B3428F" w:rsidRDefault="00B3428F" w:rsidP="00385EE6">
            <w:pPr>
              <w:widowControl w:val="0"/>
              <w:pBdr>
                <w:top w:val="nil"/>
                <w:left w:val="nil"/>
                <w:bottom w:val="nil"/>
                <w:right w:val="nil"/>
                <w:between w:val="nil"/>
              </w:pBdr>
              <w:spacing w:line="240" w:lineRule="auto"/>
              <w:jc w:val="center"/>
              <w:rPr>
                <w:rFonts w:ascii="Montserrat" w:eastAsia="Montserrat" w:hAnsi="Montserrat" w:cs="Montserrat"/>
                <w:b/>
                <w:bCs/>
                <w:color w:val="FFFFFF"/>
                <w:sz w:val="24"/>
                <w:szCs w:val="24"/>
                <w:lang w:val="es-ES"/>
              </w:rPr>
            </w:pPr>
            <w:proofErr w:type="spellStart"/>
            <w:r w:rsidRPr="2D7C8844">
              <w:rPr>
                <w:rFonts w:ascii="Montserrat" w:eastAsia="Montserrat" w:hAnsi="Montserrat" w:cs="Montserrat"/>
                <w:b/>
                <w:bCs/>
                <w:color w:val="FFFFFF" w:themeColor="background1"/>
                <w:sz w:val="24"/>
                <w:szCs w:val="24"/>
                <w:lang w:val="es-ES"/>
              </w:rPr>
              <w:t>Puncte</w:t>
            </w:r>
            <w:proofErr w:type="spellEnd"/>
          </w:p>
        </w:tc>
      </w:tr>
      <w:tr w:rsidR="00B3428F" w14:paraId="4C039DC7" w14:textId="77777777" w:rsidTr="00385EE6">
        <w:tc>
          <w:tcPr>
            <w:tcW w:w="1995" w:type="dxa"/>
            <w:tcMar>
              <w:top w:w="100" w:type="dxa"/>
              <w:left w:w="100" w:type="dxa"/>
              <w:bottom w:w="100" w:type="dxa"/>
              <w:right w:w="100" w:type="dxa"/>
            </w:tcMar>
          </w:tcPr>
          <w:p w14:paraId="38D8FA74" w14:textId="77777777" w:rsidR="00B3428F" w:rsidRDefault="00B3428F" w:rsidP="00385EE6">
            <w:pPr>
              <w:rPr>
                <w:rFonts w:ascii="Montserrat" w:eastAsia="Montserrat" w:hAnsi="Montserrat" w:cs="Montserrat"/>
                <w:b/>
                <w:bCs/>
                <w:color w:val="434343"/>
                <w:lang w:val="es-ES"/>
              </w:rPr>
            </w:pPr>
            <w:proofErr w:type="spellStart"/>
            <w:r w:rsidRPr="2D7C8844">
              <w:rPr>
                <w:rFonts w:ascii="Montserrat" w:eastAsia="Montserrat" w:hAnsi="Montserrat" w:cs="Montserrat"/>
                <w:b/>
                <w:bCs/>
                <w:color w:val="434343"/>
                <w:lang w:val="es-ES"/>
              </w:rPr>
              <w:t>Relevanță</w:t>
            </w:r>
            <w:proofErr w:type="spellEnd"/>
            <w:r w:rsidRPr="2D7C8844">
              <w:rPr>
                <w:rFonts w:ascii="Montserrat" w:eastAsia="Montserrat" w:hAnsi="Montserrat" w:cs="Montserrat"/>
                <w:b/>
                <w:bCs/>
                <w:color w:val="434343"/>
                <w:lang w:val="es-ES"/>
              </w:rPr>
              <w:t xml:space="preserve"> </w:t>
            </w:r>
            <w:proofErr w:type="spellStart"/>
            <w:r w:rsidRPr="2D7C8844">
              <w:rPr>
                <w:rFonts w:ascii="Montserrat" w:eastAsia="Montserrat" w:hAnsi="Montserrat" w:cs="Montserrat"/>
                <w:b/>
                <w:bCs/>
                <w:color w:val="434343"/>
                <w:lang w:val="es-ES"/>
              </w:rPr>
              <w:t>pentru</w:t>
            </w:r>
            <w:proofErr w:type="spellEnd"/>
            <w:r w:rsidRPr="2D7C8844">
              <w:rPr>
                <w:rFonts w:ascii="Montserrat" w:eastAsia="Montserrat" w:hAnsi="Montserrat" w:cs="Montserrat"/>
                <w:b/>
                <w:bCs/>
                <w:color w:val="434343"/>
                <w:lang w:val="es-ES"/>
              </w:rPr>
              <w:t xml:space="preserve"> </w:t>
            </w:r>
            <w:proofErr w:type="spellStart"/>
            <w:r w:rsidRPr="2D7C8844">
              <w:rPr>
                <w:rFonts w:ascii="Montserrat" w:eastAsia="Montserrat" w:hAnsi="Montserrat" w:cs="Montserrat"/>
                <w:b/>
                <w:bCs/>
                <w:color w:val="434343"/>
                <w:lang w:val="es-ES"/>
              </w:rPr>
              <w:t>prioritățile</w:t>
            </w:r>
            <w:proofErr w:type="spellEnd"/>
            <w:r w:rsidRPr="2D7C8844">
              <w:rPr>
                <w:rFonts w:ascii="Montserrat" w:eastAsia="Montserrat" w:hAnsi="Montserrat" w:cs="Montserrat"/>
                <w:b/>
                <w:bCs/>
                <w:color w:val="434343"/>
                <w:lang w:val="es-ES"/>
              </w:rPr>
              <w:t xml:space="preserve"> </w:t>
            </w:r>
            <w:proofErr w:type="spellStart"/>
            <w:r w:rsidRPr="2D7C8844">
              <w:rPr>
                <w:rFonts w:ascii="Montserrat" w:eastAsia="Montserrat" w:hAnsi="Montserrat" w:cs="Montserrat"/>
                <w:b/>
                <w:bCs/>
                <w:color w:val="434343"/>
                <w:lang w:val="es-ES"/>
              </w:rPr>
              <w:t>programului</w:t>
            </w:r>
            <w:proofErr w:type="spellEnd"/>
          </w:p>
        </w:tc>
        <w:tc>
          <w:tcPr>
            <w:tcW w:w="10380" w:type="dxa"/>
            <w:tcMar>
              <w:top w:w="100" w:type="dxa"/>
              <w:left w:w="100" w:type="dxa"/>
              <w:bottom w:w="100" w:type="dxa"/>
              <w:right w:w="100" w:type="dxa"/>
            </w:tcMar>
          </w:tcPr>
          <w:p w14:paraId="770D000A" w14:textId="77777777" w:rsidR="00B3428F" w:rsidRDefault="00B3428F" w:rsidP="00385EE6">
            <w:pPr>
              <w:rPr>
                <w:rFonts w:ascii="Montserrat" w:eastAsia="Montserrat" w:hAnsi="Montserrat" w:cs="Montserrat"/>
                <w:color w:val="434343"/>
                <w:lang w:val="es-ES"/>
              </w:rPr>
            </w:pPr>
            <w:r w:rsidRPr="004335B4">
              <w:rPr>
                <w:rFonts w:ascii="Montserrat" w:eastAsia="Montserrat" w:hAnsi="Montserrat" w:cs="Montserrat"/>
                <w:b/>
                <w:bCs/>
                <w:color w:val="434343"/>
                <w:lang w:val="es-ES"/>
              </w:rPr>
              <w:t>0–5</w:t>
            </w:r>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Nu</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abordează</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direct</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prioritățile</w:t>
            </w:r>
            <w:proofErr w:type="spellEnd"/>
            <w:r w:rsidRPr="004335B4">
              <w:rPr>
                <w:rFonts w:ascii="Montserrat" w:eastAsia="Montserrat" w:hAnsi="Montserrat" w:cs="Montserrat"/>
                <w:color w:val="434343"/>
                <w:lang w:val="es-ES"/>
              </w:rPr>
              <w:t xml:space="preserve"> climatice ale </w:t>
            </w:r>
            <w:proofErr w:type="spellStart"/>
            <w:r w:rsidRPr="004335B4">
              <w:rPr>
                <w:rFonts w:ascii="Montserrat" w:eastAsia="Montserrat" w:hAnsi="Montserrat" w:cs="Montserrat"/>
                <w:color w:val="434343"/>
                <w:lang w:val="es-ES"/>
              </w:rPr>
              <w:t>orașului</w:t>
            </w:r>
            <w:proofErr w:type="spellEnd"/>
            <w:r w:rsidRPr="004335B4">
              <w:rPr>
                <w:rFonts w:ascii="Montserrat" w:eastAsia="Montserrat" w:hAnsi="Montserrat" w:cs="Montserrat"/>
                <w:color w:val="434343"/>
                <w:lang w:val="es-ES"/>
              </w:rPr>
              <w:t>.</w:t>
            </w:r>
          </w:p>
          <w:p w14:paraId="48C77FE9" w14:textId="77777777" w:rsidR="00B3428F" w:rsidRDefault="00B3428F" w:rsidP="00385EE6">
            <w:pPr>
              <w:rPr>
                <w:rFonts w:ascii="Montserrat" w:eastAsia="Montserrat" w:hAnsi="Montserrat" w:cs="Montserrat"/>
                <w:color w:val="434343"/>
                <w:lang w:val="es-ES"/>
              </w:rPr>
            </w:pPr>
            <w:r w:rsidRPr="6D1E69B6">
              <w:rPr>
                <w:rFonts w:ascii="Montserrat" w:eastAsia="Montserrat" w:hAnsi="Montserrat" w:cs="Montserrat"/>
                <w:b/>
                <w:bCs/>
                <w:color w:val="434343"/>
                <w:lang w:val="es-ES"/>
              </w:rPr>
              <w:t>6–10</w:t>
            </w:r>
            <w:r w:rsidRPr="6D1E69B6">
              <w:rPr>
                <w:rFonts w:ascii="Montserrat" w:eastAsia="Montserrat" w:hAnsi="Montserrat" w:cs="Montserrat"/>
                <w:color w:val="434343"/>
                <w:lang w:val="es-ES"/>
              </w:rPr>
              <w:t xml:space="preserve"> </w:t>
            </w:r>
            <w:proofErr w:type="spellStart"/>
            <w:r w:rsidRPr="6D1E69B6">
              <w:rPr>
                <w:rFonts w:ascii="Montserrat" w:eastAsia="Montserrat" w:hAnsi="Montserrat" w:cs="Montserrat"/>
                <w:color w:val="434343"/>
                <w:lang w:val="es-ES"/>
              </w:rPr>
              <w:t>Abordează</w:t>
            </w:r>
            <w:proofErr w:type="spellEnd"/>
            <w:r w:rsidRPr="6D1E69B6">
              <w:rPr>
                <w:rFonts w:ascii="Montserrat" w:eastAsia="Montserrat" w:hAnsi="Montserrat" w:cs="Montserrat"/>
                <w:color w:val="434343"/>
                <w:lang w:val="es-ES"/>
              </w:rPr>
              <w:t xml:space="preserve"> </w:t>
            </w:r>
            <w:proofErr w:type="spellStart"/>
            <w:r w:rsidRPr="6D1E69B6">
              <w:rPr>
                <w:rFonts w:ascii="Montserrat" w:eastAsia="Montserrat" w:hAnsi="Montserrat" w:cs="Montserrat"/>
                <w:color w:val="434343"/>
                <w:lang w:val="es-ES"/>
              </w:rPr>
              <w:t>prioritățile</w:t>
            </w:r>
            <w:proofErr w:type="spellEnd"/>
            <w:r w:rsidRPr="6D1E69B6">
              <w:rPr>
                <w:rFonts w:ascii="Montserrat" w:eastAsia="Montserrat" w:hAnsi="Montserrat" w:cs="Montserrat"/>
                <w:color w:val="434343"/>
                <w:lang w:val="es-ES"/>
              </w:rPr>
              <w:t xml:space="preserve"> climatice, dar </w:t>
            </w:r>
            <w:proofErr w:type="spellStart"/>
            <w:r w:rsidRPr="6D1E69B6">
              <w:rPr>
                <w:rFonts w:ascii="Montserrat" w:eastAsia="Montserrat" w:hAnsi="Montserrat" w:cs="Montserrat"/>
                <w:color w:val="434343"/>
                <w:lang w:val="es-ES"/>
              </w:rPr>
              <w:t>îi</w:t>
            </w:r>
            <w:proofErr w:type="spellEnd"/>
            <w:r w:rsidRPr="6D1E69B6">
              <w:rPr>
                <w:rFonts w:ascii="Montserrat" w:eastAsia="Montserrat" w:hAnsi="Montserrat" w:cs="Montserrat"/>
                <w:color w:val="434343"/>
                <w:lang w:val="es-ES"/>
              </w:rPr>
              <w:t xml:space="preserve"> </w:t>
            </w:r>
            <w:proofErr w:type="spellStart"/>
            <w:r w:rsidRPr="6D1E69B6">
              <w:rPr>
                <w:rFonts w:ascii="Montserrat" w:eastAsia="Montserrat" w:hAnsi="Montserrat" w:cs="Montserrat"/>
                <w:color w:val="434343"/>
                <w:lang w:val="es-ES"/>
              </w:rPr>
              <w:t>lipsește</w:t>
            </w:r>
            <w:proofErr w:type="spellEnd"/>
            <w:r w:rsidRPr="6D1E69B6">
              <w:rPr>
                <w:rFonts w:ascii="Montserrat" w:eastAsia="Montserrat" w:hAnsi="Montserrat" w:cs="Montserrat"/>
                <w:color w:val="434343"/>
                <w:lang w:val="es-ES"/>
              </w:rPr>
              <w:t xml:space="preserve"> o </w:t>
            </w:r>
            <w:proofErr w:type="spellStart"/>
            <w:r w:rsidRPr="6D1E69B6">
              <w:rPr>
                <w:rFonts w:ascii="Montserrat" w:eastAsia="Montserrat" w:hAnsi="Montserrat" w:cs="Montserrat"/>
                <w:color w:val="434343"/>
                <w:lang w:val="es-ES"/>
              </w:rPr>
              <w:t>direcție</w:t>
            </w:r>
            <w:proofErr w:type="spellEnd"/>
            <w:r w:rsidRPr="6D1E69B6">
              <w:rPr>
                <w:rFonts w:ascii="Montserrat" w:eastAsia="Montserrat" w:hAnsi="Montserrat" w:cs="Montserrat"/>
                <w:color w:val="434343"/>
                <w:lang w:val="es-ES"/>
              </w:rPr>
              <w:t xml:space="preserve"> </w:t>
            </w:r>
            <w:proofErr w:type="spellStart"/>
            <w:r w:rsidRPr="6D1E69B6">
              <w:rPr>
                <w:rFonts w:ascii="Montserrat" w:eastAsia="Montserrat" w:hAnsi="Montserrat" w:cs="Montserrat"/>
                <w:color w:val="434343"/>
                <w:lang w:val="es-ES"/>
              </w:rPr>
              <w:t>clară</w:t>
            </w:r>
            <w:proofErr w:type="spellEnd"/>
            <w:r w:rsidRPr="6D1E69B6">
              <w:rPr>
                <w:rFonts w:ascii="Montserrat" w:eastAsia="Montserrat" w:hAnsi="Montserrat" w:cs="Montserrat"/>
                <w:color w:val="434343"/>
                <w:lang w:val="es-ES"/>
              </w:rPr>
              <w:t>.</w:t>
            </w:r>
          </w:p>
          <w:p w14:paraId="2882E649" w14:textId="77777777" w:rsidR="00B3428F" w:rsidRDefault="00B3428F" w:rsidP="00385EE6">
            <w:pPr>
              <w:rPr>
                <w:rFonts w:ascii="Montserrat" w:eastAsia="Montserrat" w:hAnsi="Montserrat" w:cs="Montserrat"/>
                <w:color w:val="434343"/>
                <w:lang w:val="es-ES"/>
              </w:rPr>
            </w:pPr>
            <w:r w:rsidRPr="6D1E69B6">
              <w:rPr>
                <w:rFonts w:ascii="Montserrat" w:eastAsia="Montserrat" w:hAnsi="Montserrat" w:cs="Montserrat"/>
                <w:b/>
                <w:bCs/>
                <w:color w:val="434343"/>
                <w:lang w:val="es-ES"/>
              </w:rPr>
              <w:t>11–20</w:t>
            </w:r>
            <w:r w:rsidRPr="6D1E69B6">
              <w:rPr>
                <w:rFonts w:ascii="Montserrat" w:eastAsia="Montserrat" w:hAnsi="Montserrat" w:cs="Montserrat"/>
                <w:color w:val="434343"/>
                <w:lang w:val="es-ES"/>
              </w:rPr>
              <w:t xml:space="preserve"> </w:t>
            </w:r>
            <w:proofErr w:type="spellStart"/>
            <w:r w:rsidRPr="6D1E69B6">
              <w:rPr>
                <w:rFonts w:ascii="Montserrat" w:eastAsia="Montserrat" w:hAnsi="Montserrat" w:cs="Montserrat"/>
                <w:color w:val="434343"/>
                <w:lang w:val="es-ES"/>
              </w:rPr>
              <w:t>Abordează</w:t>
            </w:r>
            <w:proofErr w:type="spellEnd"/>
            <w:r w:rsidRPr="6D1E69B6">
              <w:rPr>
                <w:rFonts w:ascii="Montserrat" w:eastAsia="Montserrat" w:hAnsi="Montserrat" w:cs="Montserrat"/>
                <w:color w:val="434343"/>
                <w:lang w:val="es-ES"/>
              </w:rPr>
              <w:t xml:space="preserve"> </w:t>
            </w:r>
            <w:proofErr w:type="spellStart"/>
            <w:r w:rsidRPr="6D1E69B6">
              <w:rPr>
                <w:rFonts w:ascii="Montserrat" w:eastAsia="Montserrat" w:hAnsi="Montserrat" w:cs="Montserrat"/>
                <w:color w:val="434343"/>
                <w:lang w:val="es-ES"/>
              </w:rPr>
              <w:t>direct</w:t>
            </w:r>
            <w:proofErr w:type="spellEnd"/>
            <w:r w:rsidRPr="6D1E69B6">
              <w:rPr>
                <w:rFonts w:ascii="Montserrat" w:eastAsia="Montserrat" w:hAnsi="Montserrat" w:cs="Montserrat"/>
                <w:color w:val="434343"/>
                <w:lang w:val="es-ES"/>
              </w:rPr>
              <w:t xml:space="preserve"> </w:t>
            </w:r>
            <w:proofErr w:type="spellStart"/>
            <w:r w:rsidRPr="6D1E69B6">
              <w:rPr>
                <w:rFonts w:ascii="Montserrat" w:eastAsia="Montserrat" w:hAnsi="Montserrat" w:cs="Montserrat"/>
                <w:color w:val="434343"/>
                <w:lang w:val="es-ES"/>
              </w:rPr>
              <w:t>prioritățile</w:t>
            </w:r>
            <w:proofErr w:type="spellEnd"/>
            <w:r w:rsidRPr="6D1E69B6">
              <w:rPr>
                <w:rFonts w:ascii="Montserrat" w:eastAsia="Montserrat" w:hAnsi="Montserrat" w:cs="Montserrat"/>
                <w:color w:val="434343"/>
                <w:lang w:val="es-ES"/>
              </w:rPr>
              <w:t xml:space="preserve"> climatice </w:t>
            </w:r>
            <w:proofErr w:type="spellStart"/>
            <w:r w:rsidRPr="6D1E69B6">
              <w:rPr>
                <w:rFonts w:ascii="Montserrat" w:eastAsia="Montserrat" w:hAnsi="Montserrat" w:cs="Montserrat"/>
                <w:color w:val="434343"/>
                <w:lang w:val="es-ES"/>
              </w:rPr>
              <w:t>cu</w:t>
            </w:r>
            <w:proofErr w:type="spellEnd"/>
            <w:r w:rsidRPr="6D1E69B6">
              <w:rPr>
                <w:rFonts w:ascii="Montserrat" w:eastAsia="Montserrat" w:hAnsi="Montserrat" w:cs="Montserrat"/>
                <w:color w:val="434343"/>
                <w:lang w:val="es-ES"/>
              </w:rPr>
              <w:t xml:space="preserve"> o </w:t>
            </w:r>
            <w:proofErr w:type="spellStart"/>
            <w:r w:rsidRPr="6D1E69B6">
              <w:rPr>
                <w:rFonts w:ascii="Montserrat" w:eastAsia="Montserrat" w:hAnsi="Montserrat" w:cs="Montserrat"/>
                <w:color w:val="434343"/>
                <w:lang w:val="es-ES"/>
              </w:rPr>
              <w:t>direcție</w:t>
            </w:r>
            <w:proofErr w:type="spellEnd"/>
            <w:r w:rsidRPr="6D1E69B6">
              <w:rPr>
                <w:rFonts w:ascii="Montserrat" w:eastAsia="Montserrat" w:hAnsi="Montserrat" w:cs="Montserrat"/>
                <w:color w:val="434343"/>
                <w:lang w:val="es-ES"/>
              </w:rPr>
              <w:t xml:space="preserve"> </w:t>
            </w:r>
            <w:proofErr w:type="spellStart"/>
            <w:r w:rsidRPr="6D1E69B6">
              <w:rPr>
                <w:rFonts w:ascii="Montserrat" w:eastAsia="Montserrat" w:hAnsi="Montserrat" w:cs="Montserrat"/>
                <w:color w:val="434343"/>
                <w:lang w:val="es-ES"/>
              </w:rPr>
              <w:t>clară</w:t>
            </w:r>
            <w:proofErr w:type="spellEnd"/>
            <w:r w:rsidRPr="6D1E69B6">
              <w:rPr>
                <w:rFonts w:ascii="Montserrat" w:eastAsia="Montserrat" w:hAnsi="Montserrat" w:cs="Montserrat"/>
                <w:color w:val="434343"/>
                <w:lang w:val="es-ES"/>
              </w:rPr>
              <w:t>.</w:t>
            </w:r>
          </w:p>
          <w:p w14:paraId="40C953CA" w14:textId="77777777" w:rsidR="00B3428F" w:rsidRDefault="00B3428F" w:rsidP="00385EE6">
            <w:pPr>
              <w:rPr>
                <w:rFonts w:ascii="Montserrat" w:eastAsia="Montserrat" w:hAnsi="Montserrat" w:cs="Montserrat"/>
                <w:color w:val="434343"/>
                <w:lang w:val="es-ES"/>
              </w:rPr>
            </w:pPr>
          </w:p>
        </w:tc>
        <w:tc>
          <w:tcPr>
            <w:tcW w:w="1530" w:type="dxa"/>
            <w:tcMar>
              <w:top w:w="100" w:type="dxa"/>
              <w:left w:w="100" w:type="dxa"/>
              <w:bottom w:w="100" w:type="dxa"/>
              <w:right w:w="100" w:type="dxa"/>
            </w:tcMar>
          </w:tcPr>
          <w:p w14:paraId="06A03AFD" w14:textId="77777777" w:rsidR="00B3428F" w:rsidRDefault="00B3428F" w:rsidP="00385EE6">
            <w:pPr>
              <w:widowControl w:val="0"/>
              <w:pBdr>
                <w:top w:val="nil"/>
                <w:left w:val="nil"/>
                <w:bottom w:val="nil"/>
                <w:right w:val="nil"/>
                <w:between w:val="nil"/>
              </w:pBdr>
              <w:spacing w:line="240" w:lineRule="auto"/>
              <w:rPr>
                <w:rFonts w:ascii="Montserrat" w:eastAsia="Montserrat" w:hAnsi="Montserrat" w:cs="Montserrat"/>
                <w:b/>
                <w:bCs/>
                <w:color w:val="434343"/>
              </w:rPr>
            </w:pPr>
            <w:r>
              <w:rPr>
                <w:rFonts w:ascii="Montserrat" w:eastAsia="Montserrat" w:hAnsi="Montserrat" w:cs="Montserrat"/>
                <w:b/>
                <w:bCs/>
                <w:color w:val="434343"/>
              </w:rPr>
              <w:t>20</w:t>
            </w:r>
          </w:p>
        </w:tc>
      </w:tr>
      <w:tr w:rsidR="00B3428F" w14:paraId="1D1234B2" w14:textId="77777777" w:rsidTr="00385EE6">
        <w:tc>
          <w:tcPr>
            <w:tcW w:w="1995" w:type="dxa"/>
            <w:tcMar>
              <w:top w:w="100" w:type="dxa"/>
              <w:left w:w="100" w:type="dxa"/>
              <w:bottom w:w="100" w:type="dxa"/>
              <w:right w:w="100" w:type="dxa"/>
            </w:tcMar>
          </w:tcPr>
          <w:p w14:paraId="41C8B907" w14:textId="77777777" w:rsidR="00B3428F" w:rsidRDefault="00B3428F" w:rsidP="00385EE6">
            <w:pPr>
              <w:rPr>
                <w:rFonts w:ascii="Montserrat" w:eastAsia="Montserrat" w:hAnsi="Montserrat" w:cs="Montserrat"/>
                <w:color w:val="434343"/>
                <w:lang w:val="es-ES"/>
              </w:rPr>
            </w:pPr>
            <w:proofErr w:type="spellStart"/>
            <w:r w:rsidRPr="2D7C8844">
              <w:rPr>
                <w:rFonts w:ascii="Montserrat" w:eastAsia="Montserrat" w:hAnsi="Montserrat" w:cs="Montserrat"/>
                <w:b/>
                <w:bCs/>
                <w:color w:val="434343"/>
                <w:lang w:val="es-ES"/>
              </w:rPr>
              <w:t>Gradul</w:t>
            </w:r>
            <w:proofErr w:type="spellEnd"/>
            <w:r w:rsidRPr="2D7C8844">
              <w:rPr>
                <w:rFonts w:ascii="Montserrat" w:eastAsia="Montserrat" w:hAnsi="Montserrat" w:cs="Montserrat"/>
                <w:b/>
                <w:bCs/>
                <w:color w:val="434343"/>
                <w:lang w:val="es-ES"/>
              </w:rPr>
              <w:t xml:space="preserve"> de implicare al </w:t>
            </w:r>
            <w:proofErr w:type="spellStart"/>
            <w:r w:rsidRPr="2D7C8844">
              <w:rPr>
                <w:rFonts w:ascii="Montserrat" w:eastAsia="Montserrat" w:hAnsi="Montserrat" w:cs="Montserrat"/>
                <w:b/>
                <w:bCs/>
                <w:color w:val="434343"/>
                <w:lang w:val="es-ES"/>
              </w:rPr>
              <w:t>tinerilor</w:t>
            </w:r>
            <w:proofErr w:type="spellEnd"/>
          </w:p>
        </w:tc>
        <w:tc>
          <w:tcPr>
            <w:tcW w:w="10380" w:type="dxa"/>
            <w:tcMar>
              <w:top w:w="100" w:type="dxa"/>
              <w:left w:w="100" w:type="dxa"/>
              <w:bottom w:w="100" w:type="dxa"/>
              <w:right w:w="100" w:type="dxa"/>
            </w:tcMar>
          </w:tcPr>
          <w:p w14:paraId="4C6F244C" w14:textId="77777777" w:rsidR="00B3428F" w:rsidRDefault="00B3428F" w:rsidP="00385EE6">
            <w:pPr>
              <w:rPr>
                <w:rFonts w:ascii="Montserrat" w:eastAsia="Montserrat" w:hAnsi="Montserrat" w:cs="Montserrat"/>
                <w:color w:val="434343"/>
                <w:lang w:val="es-ES"/>
              </w:rPr>
            </w:pPr>
            <w:r w:rsidRPr="2D7C8844">
              <w:rPr>
                <w:rFonts w:ascii="Montserrat" w:eastAsia="Montserrat" w:hAnsi="Montserrat" w:cs="Montserrat"/>
                <w:b/>
                <w:bCs/>
                <w:color w:val="434343"/>
                <w:lang w:val="es-ES"/>
              </w:rPr>
              <w:t xml:space="preserve">0–5 </w:t>
            </w:r>
            <w:proofErr w:type="spellStart"/>
            <w:r w:rsidRPr="2D7C8844">
              <w:rPr>
                <w:rFonts w:ascii="Montserrat" w:eastAsia="Montserrat" w:hAnsi="Montserrat" w:cs="Montserrat"/>
                <w:color w:val="434343"/>
                <w:lang w:val="es-ES"/>
              </w:rPr>
              <w:t>Nu</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explică</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rolul</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tinerilor</w:t>
            </w:r>
            <w:proofErr w:type="spellEnd"/>
            <w:r w:rsidRPr="2D7C8844">
              <w:rPr>
                <w:rFonts w:ascii="Montserrat" w:eastAsia="Montserrat" w:hAnsi="Montserrat" w:cs="Montserrat"/>
                <w:color w:val="434343"/>
                <w:lang w:val="es-ES"/>
              </w:rPr>
              <w:t>.</w:t>
            </w:r>
          </w:p>
          <w:p w14:paraId="5ED060E2" w14:textId="77777777" w:rsidR="00B3428F" w:rsidRDefault="00B3428F" w:rsidP="00385EE6">
            <w:pPr>
              <w:rPr>
                <w:rFonts w:ascii="Montserrat" w:eastAsia="Montserrat" w:hAnsi="Montserrat" w:cs="Montserrat"/>
                <w:color w:val="434343"/>
                <w:lang w:val="es-ES"/>
              </w:rPr>
            </w:pPr>
            <w:r w:rsidRPr="2D7C8844">
              <w:rPr>
                <w:rFonts w:ascii="Montserrat" w:eastAsia="Montserrat" w:hAnsi="Montserrat" w:cs="Montserrat"/>
                <w:b/>
                <w:bCs/>
                <w:color w:val="434343"/>
                <w:lang w:val="es-ES"/>
              </w:rPr>
              <w:t>6–10</w:t>
            </w:r>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Menționează</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tinerii</w:t>
            </w:r>
            <w:proofErr w:type="spellEnd"/>
            <w:r w:rsidRPr="2D7C8844">
              <w:rPr>
                <w:rFonts w:ascii="Montserrat" w:eastAsia="Montserrat" w:hAnsi="Montserrat" w:cs="Montserrat"/>
                <w:color w:val="434343"/>
                <w:lang w:val="es-ES"/>
              </w:rPr>
              <w:t xml:space="preserve">, dar </w:t>
            </w:r>
            <w:proofErr w:type="spellStart"/>
            <w:r w:rsidRPr="2D7C8844">
              <w:rPr>
                <w:rFonts w:ascii="Montserrat" w:eastAsia="Montserrat" w:hAnsi="Montserrat" w:cs="Montserrat"/>
                <w:color w:val="434343"/>
                <w:lang w:val="es-ES"/>
              </w:rPr>
              <w:t>nu</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oferă</w:t>
            </w:r>
            <w:proofErr w:type="spellEnd"/>
            <w:r w:rsidRPr="2D7C8844">
              <w:rPr>
                <w:rFonts w:ascii="Montserrat" w:eastAsia="Montserrat" w:hAnsi="Montserrat" w:cs="Montserrat"/>
                <w:color w:val="434343"/>
                <w:lang w:val="es-ES"/>
              </w:rPr>
              <w:t xml:space="preserve"> o </w:t>
            </w:r>
            <w:proofErr w:type="spellStart"/>
            <w:r w:rsidRPr="2D7C8844">
              <w:rPr>
                <w:rFonts w:ascii="Montserrat" w:eastAsia="Montserrat" w:hAnsi="Montserrat" w:cs="Montserrat"/>
                <w:color w:val="434343"/>
                <w:lang w:val="es-ES"/>
              </w:rPr>
              <w:t>descriere</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clară</w:t>
            </w:r>
            <w:proofErr w:type="spellEnd"/>
            <w:r w:rsidRPr="2D7C8844">
              <w:rPr>
                <w:rFonts w:ascii="Montserrat" w:eastAsia="Montserrat" w:hAnsi="Montserrat" w:cs="Montserrat"/>
                <w:color w:val="434343"/>
                <w:lang w:val="es-ES"/>
              </w:rPr>
              <w:t xml:space="preserve"> a </w:t>
            </w:r>
            <w:proofErr w:type="spellStart"/>
            <w:r w:rsidRPr="2D7C8844">
              <w:rPr>
                <w:rFonts w:ascii="Montserrat" w:eastAsia="Montserrat" w:hAnsi="Montserrat" w:cs="Montserrat"/>
                <w:color w:val="434343"/>
                <w:lang w:val="es-ES"/>
              </w:rPr>
              <w:t>modului</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în</w:t>
            </w:r>
            <w:proofErr w:type="spellEnd"/>
            <w:r w:rsidRPr="2D7C8844">
              <w:rPr>
                <w:rFonts w:ascii="Montserrat" w:eastAsia="Montserrat" w:hAnsi="Montserrat" w:cs="Montserrat"/>
                <w:color w:val="434343"/>
                <w:lang w:val="es-ES"/>
              </w:rPr>
              <w:t xml:space="preserve"> care </w:t>
            </w:r>
            <w:proofErr w:type="spellStart"/>
            <w:r w:rsidRPr="2D7C8844">
              <w:rPr>
                <w:rFonts w:ascii="Montserrat" w:eastAsia="Montserrat" w:hAnsi="Montserrat" w:cs="Montserrat"/>
                <w:color w:val="434343"/>
                <w:lang w:val="es-ES"/>
              </w:rPr>
              <w:t>tinerii</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vor</w:t>
            </w:r>
            <w:proofErr w:type="spellEnd"/>
            <w:r w:rsidRPr="2D7C8844">
              <w:rPr>
                <w:rFonts w:ascii="Montserrat" w:eastAsia="Montserrat" w:hAnsi="Montserrat" w:cs="Montserrat"/>
                <w:color w:val="434343"/>
                <w:lang w:val="es-ES"/>
              </w:rPr>
              <w:t xml:space="preserve"> conduce </w:t>
            </w:r>
            <w:proofErr w:type="spellStart"/>
            <w:r w:rsidRPr="2D7C8844">
              <w:rPr>
                <w:rFonts w:ascii="Montserrat" w:eastAsia="Montserrat" w:hAnsi="Montserrat" w:cs="Montserrat"/>
                <w:color w:val="434343"/>
                <w:lang w:val="es-ES"/>
              </w:rPr>
              <w:t>proiectul</w:t>
            </w:r>
            <w:proofErr w:type="spellEnd"/>
            <w:r w:rsidRPr="2D7C8844">
              <w:rPr>
                <w:rFonts w:ascii="Montserrat" w:eastAsia="Montserrat" w:hAnsi="Montserrat" w:cs="Montserrat"/>
                <w:color w:val="434343"/>
                <w:lang w:val="es-ES"/>
              </w:rPr>
              <w:t>.</w:t>
            </w:r>
          </w:p>
          <w:p w14:paraId="7B219FCE" w14:textId="77777777" w:rsidR="00B3428F" w:rsidRDefault="00B3428F" w:rsidP="00385EE6">
            <w:pPr>
              <w:rPr>
                <w:rFonts w:ascii="Montserrat" w:eastAsia="Montserrat" w:hAnsi="Montserrat" w:cs="Montserrat"/>
                <w:color w:val="434343"/>
                <w:lang w:val="es-ES"/>
              </w:rPr>
            </w:pPr>
            <w:r w:rsidRPr="2D7C8844">
              <w:rPr>
                <w:rFonts w:ascii="Montserrat" w:eastAsia="Montserrat" w:hAnsi="Montserrat" w:cs="Montserrat"/>
                <w:b/>
                <w:bCs/>
                <w:color w:val="434343"/>
                <w:lang w:val="es-ES"/>
              </w:rPr>
              <w:t>11–20</w:t>
            </w:r>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Descrie</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clar</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modul</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în</w:t>
            </w:r>
            <w:proofErr w:type="spellEnd"/>
            <w:r w:rsidRPr="2D7C8844">
              <w:rPr>
                <w:rFonts w:ascii="Montserrat" w:eastAsia="Montserrat" w:hAnsi="Montserrat" w:cs="Montserrat"/>
                <w:color w:val="434343"/>
                <w:lang w:val="es-ES"/>
              </w:rPr>
              <w:t xml:space="preserve"> care </w:t>
            </w:r>
            <w:proofErr w:type="spellStart"/>
            <w:r w:rsidRPr="2D7C8844">
              <w:rPr>
                <w:rFonts w:ascii="Montserrat" w:eastAsia="Montserrat" w:hAnsi="Montserrat" w:cs="Montserrat"/>
                <w:color w:val="434343"/>
                <w:lang w:val="es-ES"/>
              </w:rPr>
              <w:t>tinerii</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vor</w:t>
            </w:r>
            <w:proofErr w:type="spellEnd"/>
            <w:r w:rsidRPr="2D7C8844">
              <w:rPr>
                <w:rFonts w:ascii="Montserrat" w:eastAsia="Montserrat" w:hAnsi="Montserrat" w:cs="Montserrat"/>
                <w:color w:val="434343"/>
                <w:lang w:val="es-ES"/>
              </w:rPr>
              <w:t xml:space="preserve"> conduce </w:t>
            </w:r>
            <w:proofErr w:type="spellStart"/>
            <w:r w:rsidRPr="2D7C8844">
              <w:rPr>
                <w:rFonts w:ascii="Montserrat" w:eastAsia="Montserrat" w:hAnsi="Montserrat" w:cs="Montserrat"/>
                <w:color w:val="434343"/>
                <w:lang w:val="es-ES"/>
              </w:rPr>
              <w:t>proiectul</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inclusiv</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rolurile</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și</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responsabilitățile</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lor</w:t>
            </w:r>
            <w:proofErr w:type="spellEnd"/>
            <w:r w:rsidRPr="2D7C8844">
              <w:rPr>
                <w:rFonts w:ascii="Montserrat" w:eastAsia="Montserrat" w:hAnsi="Montserrat" w:cs="Montserrat"/>
                <w:color w:val="434343"/>
                <w:lang w:val="es-ES"/>
              </w:rPr>
              <w:t>.</w:t>
            </w:r>
          </w:p>
        </w:tc>
        <w:tc>
          <w:tcPr>
            <w:tcW w:w="1530" w:type="dxa"/>
            <w:tcMar>
              <w:top w:w="100" w:type="dxa"/>
              <w:left w:w="100" w:type="dxa"/>
              <w:bottom w:w="100" w:type="dxa"/>
              <w:right w:w="100" w:type="dxa"/>
            </w:tcMar>
          </w:tcPr>
          <w:p w14:paraId="53FC9CA4" w14:textId="77777777" w:rsidR="00B3428F" w:rsidRDefault="00B3428F" w:rsidP="00385EE6">
            <w:pPr>
              <w:widowControl w:val="0"/>
              <w:pBdr>
                <w:top w:val="nil"/>
                <w:left w:val="nil"/>
                <w:bottom w:val="nil"/>
                <w:right w:val="nil"/>
                <w:between w:val="nil"/>
              </w:pBdr>
              <w:spacing w:line="240" w:lineRule="auto"/>
              <w:rPr>
                <w:rFonts w:ascii="Montserrat" w:eastAsia="Montserrat" w:hAnsi="Montserrat" w:cs="Montserrat"/>
                <w:b/>
                <w:bCs/>
                <w:color w:val="434343"/>
              </w:rPr>
            </w:pPr>
            <w:r>
              <w:rPr>
                <w:rFonts w:ascii="Montserrat" w:eastAsia="Montserrat" w:hAnsi="Montserrat" w:cs="Montserrat"/>
                <w:b/>
                <w:bCs/>
                <w:color w:val="434343"/>
              </w:rPr>
              <w:t>20</w:t>
            </w:r>
          </w:p>
        </w:tc>
      </w:tr>
      <w:tr w:rsidR="00B3428F" w14:paraId="3156AC11" w14:textId="77777777" w:rsidTr="00385EE6">
        <w:tc>
          <w:tcPr>
            <w:tcW w:w="1995" w:type="dxa"/>
            <w:tcMar>
              <w:top w:w="100" w:type="dxa"/>
              <w:left w:w="100" w:type="dxa"/>
              <w:bottom w:w="100" w:type="dxa"/>
              <w:right w:w="100" w:type="dxa"/>
            </w:tcMar>
          </w:tcPr>
          <w:p w14:paraId="5E7C4077" w14:textId="77777777" w:rsidR="00B3428F" w:rsidRDefault="00B3428F" w:rsidP="00385EE6">
            <w:pPr>
              <w:rPr>
                <w:rFonts w:ascii="Montserrat" w:eastAsia="Montserrat" w:hAnsi="Montserrat" w:cs="Montserrat"/>
                <w:color w:val="434343"/>
                <w:lang w:val="es-ES"/>
              </w:rPr>
            </w:pPr>
            <w:proofErr w:type="spellStart"/>
            <w:r w:rsidRPr="2D7C8844">
              <w:rPr>
                <w:rFonts w:ascii="Montserrat" w:eastAsia="Montserrat" w:hAnsi="Montserrat" w:cs="Montserrat"/>
                <w:b/>
                <w:bCs/>
                <w:color w:val="434343"/>
                <w:lang w:val="es-ES"/>
              </w:rPr>
              <w:t>Inovație</w:t>
            </w:r>
            <w:proofErr w:type="spellEnd"/>
          </w:p>
        </w:tc>
        <w:tc>
          <w:tcPr>
            <w:tcW w:w="10380" w:type="dxa"/>
            <w:tcMar>
              <w:top w:w="100" w:type="dxa"/>
              <w:left w:w="100" w:type="dxa"/>
              <w:bottom w:w="100" w:type="dxa"/>
              <w:right w:w="100" w:type="dxa"/>
            </w:tcMar>
          </w:tcPr>
          <w:p w14:paraId="5FC21116" w14:textId="77777777" w:rsidR="00B3428F" w:rsidRDefault="00B3428F" w:rsidP="00385EE6">
            <w:pPr>
              <w:rPr>
                <w:rFonts w:ascii="Montserrat" w:eastAsia="Montserrat" w:hAnsi="Montserrat" w:cs="Montserrat"/>
                <w:color w:val="434343"/>
                <w:lang w:val="es-ES"/>
              </w:rPr>
            </w:pPr>
            <w:r w:rsidRPr="004335B4">
              <w:rPr>
                <w:rFonts w:ascii="Montserrat" w:eastAsia="Montserrat" w:hAnsi="Montserrat" w:cs="Montserrat"/>
                <w:b/>
                <w:bCs/>
                <w:color w:val="434343"/>
                <w:lang w:val="es-ES"/>
              </w:rPr>
              <w:t>0–3</w:t>
            </w:r>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Nu</w:t>
            </w:r>
            <w:proofErr w:type="spellEnd"/>
            <w:r w:rsidRPr="004335B4">
              <w:rPr>
                <w:rFonts w:ascii="Montserrat" w:eastAsia="Montserrat" w:hAnsi="Montserrat" w:cs="Montserrat"/>
                <w:color w:val="434343"/>
                <w:lang w:val="es-ES"/>
              </w:rPr>
              <w:t xml:space="preserve"> pare </w:t>
            </w:r>
            <w:proofErr w:type="spellStart"/>
            <w:r w:rsidRPr="004335B4">
              <w:rPr>
                <w:rFonts w:ascii="Montserrat" w:eastAsia="Montserrat" w:hAnsi="Montserrat" w:cs="Montserrat"/>
                <w:color w:val="434343"/>
                <w:lang w:val="es-ES"/>
              </w:rPr>
              <w:t>nou</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sau</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inovativ</w:t>
            </w:r>
            <w:proofErr w:type="spellEnd"/>
            <w:r w:rsidRPr="004335B4">
              <w:rPr>
                <w:rFonts w:ascii="Montserrat" w:eastAsia="Montserrat" w:hAnsi="Montserrat" w:cs="Montserrat"/>
                <w:color w:val="434343"/>
                <w:lang w:val="es-ES"/>
              </w:rPr>
              <w:t>.</w:t>
            </w:r>
          </w:p>
          <w:p w14:paraId="33165C80" w14:textId="77777777" w:rsidR="00B3428F" w:rsidRDefault="00B3428F" w:rsidP="00385EE6">
            <w:pPr>
              <w:rPr>
                <w:rFonts w:ascii="Montserrat" w:eastAsia="Montserrat" w:hAnsi="Montserrat" w:cs="Montserrat"/>
                <w:color w:val="434343"/>
                <w:lang w:val="es-ES"/>
              </w:rPr>
            </w:pPr>
            <w:r w:rsidRPr="004335B4">
              <w:rPr>
                <w:rFonts w:ascii="Montserrat" w:eastAsia="Montserrat" w:hAnsi="Montserrat" w:cs="Montserrat"/>
                <w:b/>
                <w:bCs/>
                <w:color w:val="434343"/>
                <w:lang w:val="es-ES"/>
              </w:rPr>
              <w:t>4-6</w:t>
            </w:r>
            <w:r w:rsidRPr="004335B4">
              <w:rPr>
                <w:rFonts w:ascii="Montserrat" w:eastAsia="Montserrat" w:hAnsi="Montserrat" w:cs="Montserrat"/>
                <w:color w:val="434343"/>
                <w:lang w:val="es-ES"/>
              </w:rPr>
              <w:t xml:space="preserve"> Are </w:t>
            </w:r>
            <w:proofErr w:type="spellStart"/>
            <w:r w:rsidRPr="004335B4">
              <w:rPr>
                <w:rFonts w:ascii="Montserrat" w:eastAsia="Montserrat" w:hAnsi="Montserrat" w:cs="Montserrat"/>
                <w:color w:val="434343"/>
                <w:lang w:val="es-ES"/>
              </w:rPr>
              <w:t>unele</w:t>
            </w:r>
            <w:proofErr w:type="spellEnd"/>
            <w:r w:rsidRPr="004335B4">
              <w:rPr>
                <w:rFonts w:ascii="Montserrat" w:eastAsia="Montserrat" w:hAnsi="Montserrat" w:cs="Montserrat"/>
                <w:color w:val="434343"/>
                <w:lang w:val="es-ES"/>
              </w:rPr>
              <w:t xml:space="preserve"> elemente </w:t>
            </w:r>
            <w:proofErr w:type="spellStart"/>
            <w:r w:rsidRPr="004335B4">
              <w:rPr>
                <w:rFonts w:ascii="Montserrat" w:eastAsia="Montserrat" w:hAnsi="Montserrat" w:cs="Montserrat"/>
                <w:color w:val="434343"/>
                <w:lang w:val="es-ES"/>
              </w:rPr>
              <w:t>noi</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și</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inovative</w:t>
            </w:r>
            <w:proofErr w:type="spellEnd"/>
            <w:r w:rsidRPr="004335B4">
              <w:rPr>
                <w:rFonts w:ascii="Montserrat" w:eastAsia="Montserrat" w:hAnsi="Montserrat" w:cs="Montserrat"/>
                <w:color w:val="434343"/>
                <w:lang w:val="es-ES"/>
              </w:rPr>
              <w:t>.</w:t>
            </w:r>
          </w:p>
          <w:p w14:paraId="7BE7565D" w14:textId="77777777" w:rsidR="00B3428F" w:rsidRDefault="00B3428F" w:rsidP="00385EE6">
            <w:pPr>
              <w:rPr>
                <w:rFonts w:ascii="Montserrat" w:eastAsia="Montserrat" w:hAnsi="Montserrat" w:cs="Montserrat"/>
                <w:color w:val="434343"/>
                <w:lang w:val="es-ES"/>
              </w:rPr>
            </w:pPr>
            <w:r w:rsidRPr="004335B4">
              <w:rPr>
                <w:rFonts w:ascii="Montserrat" w:eastAsia="Montserrat" w:hAnsi="Montserrat" w:cs="Montserrat"/>
                <w:b/>
                <w:bCs/>
                <w:color w:val="434343"/>
                <w:lang w:val="es-ES"/>
              </w:rPr>
              <w:lastRenderedPageBreak/>
              <w:t>7–10</w:t>
            </w:r>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Abordarea</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proiectului</w:t>
            </w:r>
            <w:proofErr w:type="spellEnd"/>
            <w:r w:rsidRPr="004335B4">
              <w:rPr>
                <w:rFonts w:ascii="Montserrat" w:eastAsia="Montserrat" w:hAnsi="Montserrat" w:cs="Montserrat"/>
                <w:color w:val="434343"/>
                <w:lang w:val="es-ES"/>
              </w:rPr>
              <w:t xml:space="preserve"> este </w:t>
            </w:r>
            <w:proofErr w:type="spellStart"/>
            <w:r w:rsidRPr="004335B4">
              <w:rPr>
                <w:rFonts w:ascii="Montserrat" w:eastAsia="Montserrat" w:hAnsi="Montserrat" w:cs="Montserrat"/>
                <w:color w:val="434343"/>
                <w:lang w:val="es-ES"/>
              </w:rPr>
              <w:t>nouă</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și</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inovativă</w:t>
            </w:r>
            <w:proofErr w:type="spellEnd"/>
            <w:r w:rsidRPr="004335B4">
              <w:rPr>
                <w:rFonts w:ascii="Montserrat" w:eastAsia="Montserrat" w:hAnsi="Montserrat" w:cs="Montserrat"/>
                <w:color w:val="434343"/>
                <w:lang w:val="es-ES"/>
              </w:rPr>
              <w:t>.</w:t>
            </w:r>
          </w:p>
        </w:tc>
        <w:tc>
          <w:tcPr>
            <w:tcW w:w="1530" w:type="dxa"/>
            <w:tcMar>
              <w:top w:w="100" w:type="dxa"/>
              <w:left w:w="100" w:type="dxa"/>
              <w:bottom w:w="100" w:type="dxa"/>
              <w:right w:w="100" w:type="dxa"/>
            </w:tcMar>
          </w:tcPr>
          <w:p w14:paraId="74E93301" w14:textId="77777777" w:rsidR="00B3428F" w:rsidRDefault="00B3428F" w:rsidP="00385EE6">
            <w:pPr>
              <w:widowControl w:val="0"/>
              <w:pBdr>
                <w:top w:val="nil"/>
                <w:left w:val="nil"/>
                <w:bottom w:val="nil"/>
                <w:right w:val="nil"/>
                <w:between w:val="nil"/>
              </w:pBdr>
              <w:spacing w:line="240" w:lineRule="auto"/>
              <w:rPr>
                <w:rFonts w:ascii="Montserrat" w:eastAsia="Montserrat" w:hAnsi="Montserrat" w:cs="Montserrat"/>
                <w:b/>
                <w:bCs/>
                <w:color w:val="434343"/>
              </w:rPr>
            </w:pPr>
            <w:r>
              <w:rPr>
                <w:rFonts w:ascii="Montserrat" w:eastAsia="Montserrat" w:hAnsi="Montserrat" w:cs="Montserrat"/>
                <w:b/>
                <w:bCs/>
                <w:color w:val="434343"/>
              </w:rPr>
              <w:lastRenderedPageBreak/>
              <w:t>10</w:t>
            </w:r>
          </w:p>
        </w:tc>
      </w:tr>
      <w:tr w:rsidR="00B3428F" w14:paraId="44F766FE" w14:textId="77777777" w:rsidTr="00385EE6">
        <w:tc>
          <w:tcPr>
            <w:tcW w:w="1995" w:type="dxa"/>
            <w:tcMar>
              <w:top w:w="100" w:type="dxa"/>
              <w:left w:w="100" w:type="dxa"/>
              <w:bottom w:w="100" w:type="dxa"/>
              <w:right w:w="100" w:type="dxa"/>
            </w:tcMar>
          </w:tcPr>
          <w:p w14:paraId="6513E802" w14:textId="77777777" w:rsidR="00B3428F" w:rsidRDefault="00B3428F" w:rsidP="00385EE6">
            <w:pPr>
              <w:rPr>
                <w:rFonts w:ascii="Montserrat" w:eastAsia="Montserrat" w:hAnsi="Montserrat" w:cs="Montserrat"/>
                <w:b/>
                <w:bCs/>
                <w:color w:val="434343"/>
                <w:lang w:val="es-ES"/>
              </w:rPr>
            </w:pPr>
            <w:proofErr w:type="spellStart"/>
            <w:r w:rsidRPr="2D7C8844">
              <w:rPr>
                <w:rFonts w:ascii="Montserrat" w:eastAsia="Montserrat" w:hAnsi="Montserrat" w:cs="Montserrat"/>
                <w:b/>
                <w:bCs/>
                <w:color w:val="434343"/>
                <w:lang w:val="es-ES"/>
              </w:rPr>
              <w:t>Fezabilitate</w:t>
            </w:r>
            <w:proofErr w:type="spellEnd"/>
            <w:r w:rsidRPr="2D7C8844">
              <w:rPr>
                <w:rFonts w:ascii="Montserrat" w:eastAsia="Montserrat" w:hAnsi="Montserrat" w:cs="Montserrat"/>
                <w:b/>
                <w:bCs/>
                <w:color w:val="434343"/>
                <w:lang w:val="es-ES"/>
              </w:rPr>
              <w:t xml:space="preserve"> </w:t>
            </w:r>
            <w:proofErr w:type="spellStart"/>
            <w:r w:rsidRPr="2D7C8844">
              <w:rPr>
                <w:rFonts w:ascii="Montserrat" w:eastAsia="Montserrat" w:hAnsi="Montserrat" w:cs="Montserrat"/>
                <w:b/>
                <w:bCs/>
                <w:color w:val="434343"/>
                <w:lang w:val="es-ES"/>
              </w:rPr>
              <w:t>și</w:t>
            </w:r>
            <w:proofErr w:type="spellEnd"/>
            <w:r w:rsidRPr="2D7C8844">
              <w:rPr>
                <w:rFonts w:ascii="Montserrat" w:eastAsia="Montserrat" w:hAnsi="Montserrat" w:cs="Montserrat"/>
                <w:b/>
                <w:bCs/>
                <w:color w:val="434343"/>
                <w:lang w:val="es-ES"/>
              </w:rPr>
              <w:t xml:space="preserve"> planificare</w:t>
            </w:r>
          </w:p>
          <w:p w14:paraId="47B87AC7" w14:textId="77777777" w:rsidR="00B3428F" w:rsidRDefault="00B3428F" w:rsidP="00385EE6">
            <w:pPr>
              <w:rPr>
                <w:rFonts w:ascii="Montserrat" w:eastAsia="Montserrat" w:hAnsi="Montserrat" w:cs="Montserrat"/>
                <w:b/>
                <w:bCs/>
                <w:color w:val="434343"/>
              </w:rPr>
            </w:pPr>
          </w:p>
        </w:tc>
        <w:tc>
          <w:tcPr>
            <w:tcW w:w="10380" w:type="dxa"/>
            <w:tcMar>
              <w:top w:w="100" w:type="dxa"/>
              <w:left w:w="100" w:type="dxa"/>
              <w:bottom w:w="100" w:type="dxa"/>
              <w:right w:w="100" w:type="dxa"/>
            </w:tcMar>
          </w:tcPr>
          <w:p w14:paraId="0B4B0D45" w14:textId="77777777" w:rsidR="00B3428F" w:rsidRDefault="00B3428F" w:rsidP="00385EE6">
            <w:pPr>
              <w:rPr>
                <w:rFonts w:ascii="Montserrat" w:eastAsia="Montserrat" w:hAnsi="Montserrat" w:cs="Montserrat"/>
                <w:color w:val="434343"/>
                <w:lang w:val="es-ES"/>
              </w:rPr>
            </w:pPr>
            <w:r w:rsidRPr="004335B4">
              <w:rPr>
                <w:rFonts w:ascii="Montserrat" w:eastAsia="Montserrat" w:hAnsi="Montserrat" w:cs="Montserrat"/>
                <w:b/>
                <w:bCs/>
                <w:color w:val="434343"/>
                <w:lang w:val="es-ES"/>
              </w:rPr>
              <w:t>0–5</w:t>
            </w:r>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Nu</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explică</w:t>
            </w:r>
            <w:proofErr w:type="spellEnd"/>
            <w:r w:rsidRPr="004335B4">
              <w:rPr>
                <w:rFonts w:ascii="Montserrat" w:eastAsia="Montserrat" w:hAnsi="Montserrat" w:cs="Montserrat"/>
                <w:color w:val="434343"/>
                <w:lang w:val="es-ES"/>
              </w:rPr>
              <w:t xml:space="preserve"> cum </w:t>
            </w:r>
            <w:proofErr w:type="spellStart"/>
            <w:r w:rsidRPr="004335B4">
              <w:rPr>
                <w:rFonts w:ascii="Montserrat" w:eastAsia="Montserrat" w:hAnsi="Montserrat" w:cs="Montserrat"/>
                <w:color w:val="434343"/>
                <w:lang w:val="es-ES"/>
              </w:rPr>
              <w:t>poate</w:t>
            </w:r>
            <w:proofErr w:type="spellEnd"/>
            <w:r w:rsidRPr="004335B4">
              <w:rPr>
                <w:rFonts w:ascii="Montserrat" w:eastAsia="Montserrat" w:hAnsi="Montserrat" w:cs="Montserrat"/>
                <w:color w:val="434343"/>
                <w:lang w:val="es-ES"/>
              </w:rPr>
              <w:t xml:space="preserve"> fi </w:t>
            </w:r>
            <w:proofErr w:type="spellStart"/>
            <w:r w:rsidRPr="004335B4">
              <w:rPr>
                <w:rFonts w:ascii="Montserrat" w:eastAsia="Montserrat" w:hAnsi="Montserrat" w:cs="Montserrat"/>
                <w:color w:val="434343"/>
                <w:lang w:val="es-ES"/>
              </w:rPr>
              <w:t>implementat</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în</w:t>
            </w:r>
            <w:proofErr w:type="spellEnd"/>
            <w:r w:rsidRPr="004335B4">
              <w:rPr>
                <w:rFonts w:ascii="Montserrat" w:eastAsia="Montserrat" w:hAnsi="Montserrat" w:cs="Montserrat"/>
                <w:color w:val="434343"/>
                <w:lang w:val="es-ES"/>
              </w:rPr>
              <w:t xml:space="preserve"> mod </w:t>
            </w:r>
            <w:proofErr w:type="spellStart"/>
            <w:r w:rsidRPr="004335B4">
              <w:rPr>
                <w:rFonts w:ascii="Montserrat" w:eastAsia="Montserrat" w:hAnsi="Montserrat" w:cs="Montserrat"/>
                <w:color w:val="434343"/>
                <w:lang w:val="es-ES"/>
              </w:rPr>
              <w:t>realist</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proiectul</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până</w:t>
            </w:r>
            <w:proofErr w:type="spellEnd"/>
            <w:r w:rsidRPr="004335B4">
              <w:rPr>
                <w:rFonts w:ascii="Montserrat" w:eastAsia="Montserrat" w:hAnsi="Montserrat" w:cs="Montserrat"/>
                <w:color w:val="434343"/>
                <w:lang w:val="es-ES"/>
              </w:rPr>
              <w:t xml:space="preserve"> la 15 </w:t>
            </w:r>
            <w:proofErr w:type="spellStart"/>
            <w:r w:rsidRPr="004335B4">
              <w:rPr>
                <w:rFonts w:ascii="Montserrat" w:eastAsia="Montserrat" w:hAnsi="Montserrat" w:cs="Montserrat"/>
                <w:color w:val="434343"/>
                <w:lang w:val="es-ES"/>
              </w:rPr>
              <w:t>aprilie</w:t>
            </w:r>
            <w:proofErr w:type="spellEnd"/>
            <w:r w:rsidRPr="004335B4">
              <w:rPr>
                <w:rFonts w:ascii="Montserrat" w:eastAsia="Montserrat" w:hAnsi="Montserrat" w:cs="Montserrat"/>
                <w:color w:val="434343"/>
                <w:lang w:val="es-ES"/>
              </w:rPr>
              <w:t xml:space="preserve"> 2027.</w:t>
            </w:r>
          </w:p>
          <w:p w14:paraId="5948D5E6" w14:textId="77777777" w:rsidR="00B3428F" w:rsidRDefault="00B3428F" w:rsidP="00385EE6">
            <w:pPr>
              <w:rPr>
                <w:rFonts w:ascii="Montserrat" w:eastAsia="Montserrat" w:hAnsi="Montserrat" w:cs="Montserrat"/>
                <w:color w:val="434343"/>
                <w:lang w:val="es-ES"/>
              </w:rPr>
            </w:pPr>
            <w:r w:rsidRPr="004335B4">
              <w:rPr>
                <w:rFonts w:ascii="Montserrat" w:eastAsia="Montserrat" w:hAnsi="Montserrat" w:cs="Montserrat"/>
                <w:b/>
                <w:bCs/>
                <w:color w:val="434343"/>
                <w:lang w:val="es-ES"/>
              </w:rPr>
              <w:t>6–10</w:t>
            </w:r>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Prezintă</w:t>
            </w:r>
            <w:proofErr w:type="spellEnd"/>
            <w:r w:rsidRPr="004335B4">
              <w:rPr>
                <w:rFonts w:ascii="Montserrat" w:eastAsia="Montserrat" w:hAnsi="Montserrat" w:cs="Montserrat"/>
                <w:color w:val="434343"/>
                <w:lang w:val="es-ES"/>
              </w:rPr>
              <w:t xml:space="preserve"> un plan de implementare a </w:t>
            </w:r>
            <w:proofErr w:type="spellStart"/>
            <w:r w:rsidRPr="004335B4">
              <w:rPr>
                <w:rFonts w:ascii="Montserrat" w:eastAsia="Montserrat" w:hAnsi="Montserrat" w:cs="Montserrat"/>
                <w:color w:val="434343"/>
                <w:lang w:val="es-ES"/>
              </w:rPr>
              <w:t>proiectului</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până</w:t>
            </w:r>
            <w:proofErr w:type="spellEnd"/>
            <w:r w:rsidRPr="004335B4">
              <w:rPr>
                <w:rFonts w:ascii="Montserrat" w:eastAsia="Montserrat" w:hAnsi="Montserrat" w:cs="Montserrat"/>
                <w:color w:val="434343"/>
                <w:lang w:val="es-ES"/>
              </w:rPr>
              <w:t xml:space="preserve"> la 15 </w:t>
            </w:r>
            <w:proofErr w:type="spellStart"/>
            <w:r w:rsidRPr="004335B4">
              <w:rPr>
                <w:rFonts w:ascii="Montserrat" w:eastAsia="Montserrat" w:hAnsi="Montserrat" w:cs="Montserrat"/>
                <w:color w:val="434343"/>
                <w:lang w:val="es-ES"/>
              </w:rPr>
              <w:t>aprilie</w:t>
            </w:r>
            <w:proofErr w:type="spellEnd"/>
            <w:r w:rsidRPr="004335B4">
              <w:rPr>
                <w:rFonts w:ascii="Montserrat" w:eastAsia="Montserrat" w:hAnsi="Montserrat" w:cs="Montserrat"/>
                <w:color w:val="434343"/>
                <w:lang w:val="es-ES"/>
              </w:rPr>
              <w:t xml:space="preserve"> 2027, dar </w:t>
            </w:r>
            <w:proofErr w:type="spellStart"/>
            <w:r w:rsidRPr="004335B4">
              <w:rPr>
                <w:rFonts w:ascii="Montserrat" w:eastAsia="Montserrat" w:hAnsi="Montserrat" w:cs="Montserrat"/>
                <w:color w:val="434343"/>
                <w:lang w:val="es-ES"/>
              </w:rPr>
              <w:t>nu</w:t>
            </w:r>
            <w:proofErr w:type="spellEnd"/>
            <w:r w:rsidRPr="004335B4">
              <w:rPr>
                <w:rFonts w:ascii="Montserrat" w:eastAsia="Montserrat" w:hAnsi="Montserrat" w:cs="Montserrat"/>
                <w:color w:val="434343"/>
                <w:lang w:val="es-ES"/>
              </w:rPr>
              <w:t xml:space="preserve"> are o </w:t>
            </w:r>
            <w:proofErr w:type="spellStart"/>
            <w:proofErr w:type="gramStart"/>
            <w:r w:rsidRPr="004335B4">
              <w:rPr>
                <w:rFonts w:ascii="Montserrat" w:eastAsia="Montserrat" w:hAnsi="Montserrat" w:cs="Montserrat"/>
                <w:color w:val="434343"/>
                <w:lang w:val="es-ES"/>
              </w:rPr>
              <w:t>direcție</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clară</w:t>
            </w:r>
            <w:proofErr w:type="spellEnd"/>
            <w:proofErr w:type="gram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sau</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prezintă</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riscuri</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semnificative</w:t>
            </w:r>
            <w:proofErr w:type="spellEnd"/>
            <w:r w:rsidRPr="004335B4">
              <w:rPr>
                <w:rFonts w:ascii="Montserrat" w:eastAsia="Montserrat" w:hAnsi="Montserrat" w:cs="Montserrat"/>
                <w:color w:val="434343"/>
                <w:lang w:val="es-ES"/>
              </w:rPr>
              <w:t xml:space="preserve">. </w:t>
            </w:r>
          </w:p>
          <w:p w14:paraId="5A42BD7B" w14:textId="77777777" w:rsidR="00B3428F" w:rsidRDefault="00B3428F" w:rsidP="00385EE6">
            <w:pPr>
              <w:rPr>
                <w:rFonts w:ascii="Montserrat" w:eastAsia="Montserrat" w:hAnsi="Montserrat" w:cs="Montserrat"/>
                <w:color w:val="434343"/>
                <w:lang w:val="es-ES"/>
              </w:rPr>
            </w:pPr>
            <w:r w:rsidRPr="2D7C8844">
              <w:rPr>
                <w:rFonts w:ascii="Montserrat" w:eastAsia="Montserrat" w:hAnsi="Montserrat" w:cs="Montserrat"/>
                <w:b/>
                <w:bCs/>
                <w:color w:val="434343"/>
                <w:lang w:val="es-ES"/>
              </w:rPr>
              <w:t>11–20</w:t>
            </w:r>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Prezintă</w:t>
            </w:r>
            <w:proofErr w:type="spellEnd"/>
            <w:r w:rsidRPr="2D7C8844">
              <w:rPr>
                <w:rFonts w:ascii="Montserrat" w:eastAsia="Montserrat" w:hAnsi="Montserrat" w:cs="Montserrat"/>
                <w:color w:val="434343"/>
                <w:lang w:val="es-ES"/>
              </w:rPr>
              <w:t xml:space="preserve"> un plan </w:t>
            </w:r>
            <w:proofErr w:type="spellStart"/>
            <w:r w:rsidRPr="2D7C8844">
              <w:rPr>
                <w:rFonts w:ascii="Montserrat" w:eastAsia="Montserrat" w:hAnsi="Montserrat" w:cs="Montserrat"/>
                <w:color w:val="434343"/>
                <w:lang w:val="es-ES"/>
              </w:rPr>
              <w:t>clar</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și</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realist</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pentru</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finalizarea</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proiectului</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până</w:t>
            </w:r>
            <w:proofErr w:type="spellEnd"/>
            <w:r w:rsidRPr="2D7C8844">
              <w:rPr>
                <w:rFonts w:ascii="Montserrat" w:eastAsia="Montserrat" w:hAnsi="Montserrat" w:cs="Montserrat"/>
                <w:color w:val="434343"/>
                <w:lang w:val="es-ES"/>
              </w:rPr>
              <w:t xml:space="preserve"> la 15 </w:t>
            </w:r>
            <w:proofErr w:type="spellStart"/>
            <w:r w:rsidRPr="2D7C8844">
              <w:rPr>
                <w:rFonts w:ascii="Montserrat" w:eastAsia="Montserrat" w:hAnsi="Montserrat" w:cs="Montserrat"/>
                <w:color w:val="434343"/>
                <w:lang w:val="es-ES"/>
              </w:rPr>
              <w:t>aprilie</w:t>
            </w:r>
            <w:proofErr w:type="spellEnd"/>
            <w:r w:rsidRPr="2D7C8844">
              <w:rPr>
                <w:rFonts w:ascii="Montserrat" w:eastAsia="Montserrat" w:hAnsi="Montserrat" w:cs="Montserrat"/>
                <w:color w:val="434343"/>
                <w:lang w:val="es-ES"/>
              </w:rPr>
              <w:t xml:space="preserve"> 2027.</w:t>
            </w:r>
          </w:p>
        </w:tc>
        <w:tc>
          <w:tcPr>
            <w:tcW w:w="1530" w:type="dxa"/>
            <w:tcMar>
              <w:top w:w="100" w:type="dxa"/>
              <w:left w:w="100" w:type="dxa"/>
              <w:bottom w:w="100" w:type="dxa"/>
              <w:right w:w="100" w:type="dxa"/>
            </w:tcMar>
          </w:tcPr>
          <w:p w14:paraId="4D6C0B39" w14:textId="77777777" w:rsidR="00B3428F" w:rsidRDefault="00B3428F" w:rsidP="00385EE6">
            <w:pPr>
              <w:widowControl w:val="0"/>
              <w:pBdr>
                <w:top w:val="nil"/>
                <w:left w:val="nil"/>
                <w:bottom w:val="nil"/>
                <w:right w:val="nil"/>
                <w:between w:val="nil"/>
              </w:pBdr>
              <w:spacing w:line="240" w:lineRule="auto"/>
              <w:rPr>
                <w:rFonts w:ascii="Montserrat" w:eastAsia="Montserrat" w:hAnsi="Montserrat" w:cs="Montserrat"/>
                <w:b/>
                <w:bCs/>
                <w:color w:val="434343"/>
              </w:rPr>
            </w:pPr>
            <w:r>
              <w:rPr>
                <w:rFonts w:ascii="Montserrat" w:eastAsia="Montserrat" w:hAnsi="Montserrat" w:cs="Montserrat"/>
                <w:b/>
                <w:bCs/>
                <w:color w:val="434343"/>
              </w:rPr>
              <w:t>20</w:t>
            </w:r>
          </w:p>
        </w:tc>
      </w:tr>
      <w:tr w:rsidR="00B3428F" w14:paraId="2AE0DBF5" w14:textId="77777777" w:rsidTr="00385EE6">
        <w:tc>
          <w:tcPr>
            <w:tcW w:w="1995" w:type="dxa"/>
            <w:tcMar>
              <w:top w:w="100" w:type="dxa"/>
              <w:left w:w="100" w:type="dxa"/>
              <w:bottom w:w="100" w:type="dxa"/>
              <w:right w:w="100" w:type="dxa"/>
            </w:tcMar>
          </w:tcPr>
          <w:p w14:paraId="6236FD95" w14:textId="77777777" w:rsidR="00B3428F" w:rsidRDefault="00B3428F" w:rsidP="00385EE6">
            <w:pPr>
              <w:rPr>
                <w:rFonts w:ascii="Montserrat" w:eastAsia="Montserrat" w:hAnsi="Montserrat" w:cs="Montserrat"/>
                <w:color w:val="434343"/>
                <w:lang w:val="es-ES"/>
              </w:rPr>
            </w:pPr>
            <w:proofErr w:type="spellStart"/>
            <w:r w:rsidRPr="2D7C8844">
              <w:rPr>
                <w:rFonts w:ascii="Montserrat" w:eastAsia="Montserrat" w:hAnsi="Montserrat" w:cs="Montserrat"/>
                <w:b/>
                <w:bCs/>
                <w:color w:val="434343"/>
                <w:lang w:val="es-ES"/>
              </w:rPr>
              <w:t>Buget</w:t>
            </w:r>
            <w:proofErr w:type="spellEnd"/>
          </w:p>
        </w:tc>
        <w:tc>
          <w:tcPr>
            <w:tcW w:w="10380" w:type="dxa"/>
            <w:tcMar>
              <w:top w:w="100" w:type="dxa"/>
              <w:left w:w="100" w:type="dxa"/>
              <w:bottom w:w="100" w:type="dxa"/>
              <w:right w:w="100" w:type="dxa"/>
            </w:tcMar>
          </w:tcPr>
          <w:p w14:paraId="72AB18C3" w14:textId="77777777" w:rsidR="00B3428F" w:rsidRDefault="00B3428F" w:rsidP="00385EE6">
            <w:pPr>
              <w:rPr>
                <w:rFonts w:ascii="Montserrat" w:eastAsia="Montserrat" w:hAnsi="Montserrat" w:cs="Montserrat"/>
                <w:color w:val="434343"/>
                <w:lang w:val="es-ES"/>
              </w:rPr>
            </w:pPr>
            <w:r w:rsidRPr="004335B4">
              <w:rPr>
                <w:rFonts w:ascii="Montserrat" w:eastAsia="Montserrat" w:hAnsi="Montserrat" w:cs="Montserrat"/>
                <w:b/>
                <w:bCs/>
                <w:color w:val="434343"/>
                <w:lang w:val="es-ES"/>
              </w:rPr>
              <w:t>0–3</w:t>
            </w:r>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Bugetul</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nu</w:t>
            </w:r>
            <w:proofErr w:type="spellEnd"/>
            <w:r w:rsidRPr="004335B4">
              <w:rPr>
                <w:rFonts w:ascii="Montserrat" w:eastAsia="Montserrat" w:hAnsi="Montserrat" w:cs="Montserrat"/>
                <w:color w:val="434343"/>
                <w:lang w:val="es-ES"/>
              </w:rPr>
              <w:t xml:space="preserve"> este </w:t>
            </w:r>
            <w:proofErr w:type="spellStart"/>
            <w:r w:rsidRPr="004335B4">
              <w:rPr>
                <w:rFonts w:ascii="Montserrat" w:eastAsia="Montserrat" w:hAnsi="Montserrat" w:cs="Montserrat"/>
                <w:color w:val="434343"/>
                <w:lang w:val="es-ES"/>
              </w:rPr>
              <w:t>clar</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nu</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există</w:t>
            </w:r>
            <w:proofErr w:type="spellEnd"/>
            <w:r w:rsidRPr="004335B4">
              <w:rPr>
                <w:rFonts w:ascii="Montserrat" w:eastAsia="Montserrat" w:hAnsi="Montserrat" w:cs="Montserrat"/>
                <w:color w:val="434343"/>
                <w:lang w:val="es-ES"/>
              </w:rPr>
              <w:t xml:space="preserve"> o </w:t>
            </w:r>
            <w:proofErr w:type="spellStart"/>
            <w:r w:rsidRPr="004335B4">
              <w:rPr>
                <w:rFonts w:ascii="Montserrat" w:eastAsia="Montserrat" w:hAnsi="Montserrat" w:cs="Montserrat"/>
                <w:color w:val="434343"/>
                <w:lang w:val="es-ES"/>
              </w:rPr>
              <w:t>legătură</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directă</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între</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cheltuielile</w:t>
            </w:r>
            <w:proofErr w:type="spellEnd"/>
            <w:r w:rsidRPr="004335B4">
              <w:rPr>
                <w:rFonts w:ascii="Montserrat" w:eastAsia="Montserrat" w:hAnsi="Montserrat" w:cs="Montserrat"/>
                <w:color w:val="434343"/>
                <w:lang w:val="es-ES"/>
              </w:rPr>
              <w:t xml:space="preserve"> propuse </w:t>
            </w:r>
            <w:proofErr w:type="spellStart"/>
            <w:r w:rsidRPr="004335B4">
              <w:rPr>
                <w:rFonts w:ascii="Montserrat" w:eastAsia="Montserrat" w:hAnsi="Montserrat" w:cs="Montserrat"/>
                <w:color w:val="434343"/>
                <w:lang w:val="es-ES"/>
              </w:rPr>
              <w:t>și</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descrierea</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proiectului</w:t>
            </w:r>
            <w:proofErr w:type="spellEnd"/>
            <w:r w:rsidRPr="004335B4">
              <w:rPr>
                <w:rFonts w:ascii="Montserrat" w:eastAsia="Montserrat" w:hAnsi="Montserrat" w:cs="Montserrat"/>
                <w:color w:val="434343"/>
                <w:lang w:val="es-ES"/>
              </w:rPr>
              <w:t>.</w:t>
            </w:r>
          </w:p>
          <w:p w14:paraId="28E1F6AA" w14:textId="77777777" w:rsidR="00B3428F" w:rsidRDefault="00B3428F" w:rsidP="00385EE6">
            <w:pPr>
              <w:rPr>
                <w:rFonts w:ascii="Montserrat" w:eastAsia="Montserrat" w:hAnsi="Montserrat" w:cs="Montserrat"/>
                <w:color w:val="434343"/>
                <w:lang w:val="es-ES"/>
              </w:rPr>
            </w:pPr>
            <w:r w:rsidRPr="004335B4">
              <w:rPr>
                <w:rFonts w:ascii="Montserrat" w:eastAsia="Montserrat" w:hAnsi="Montserrat" w:cs="Montserrat"/>
                <w:b/>
                <w:bCs/>
                <w:color w:val="434343"/>
                <w:lang w:val="es-ES"/>
              </w:rPr>
              <w:t>4–6</w:t>
            </w:r>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Bugetul</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ridică</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întrebări</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nu</w:t>
            </w:r>
            <w:proofErr w:type="spellEnd"/>
            <w:r w:rsidRPr="004335B4">
              <w:rPr>
                <w:rFonts w:ascii="Montserrat" w:eastAsia="Montserrat" w:hAnsi="Montserrat" w:cs="Montserrat"/>
                <w:color w:val="434343"/>
                <w:lang w:val="es-ES"/>
              </w:rPr>
              <w:t xml:space="preserve"> este </w:t>
            </w:r>
            <w:proofErr w:type="spellStart"/>
            <w:r w:rsidRPr="004335B4">
              <w:rPr>
                <w:rFonts w:ascii="Montserrat" w:eastAsia="Montserrat" w:hAnsi="Montserrat" w:cs="Montserrat"/>
                <w:color w:val="434343"/>
                <w:lang w:val="es-ES"/>
              </w:rPr>
              <w:t>prezentat</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complet</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modul</w:t>
            </w:r>
            <w:proofErr w:type="spellEnd"/>
            <w:r w:rsidRPr="004335B4">
              <w:rPr>
                <w:rFonts w:ascii="Montserrat" w:eastAsia="Montserrat" w:hAnsi="Montserrat" w:cs="Montserrat"/>
                <w:color w:val="434343"/>
                <w:lang w:val="es-ES"/>
              </w:rPr>
              <w:t xml:space="preserve"> de </w:t>
            </w:r>
            <w:proofErr w:type="spellStart"/>
            <w:r w:rsidRPr="004335B4">
              <w:rPr>
                <w:rFonts w:ascii="Montserrat" w:eastAsia="Montserrat" w:hAnsi="Montserrat" w:cs="Montserrat"/>
                <w:color w:val="434343"/>
                <w:lang w:val="es-ES"/>
              </w:rPr>
              <w:t>calcul</w:t>
            </w:r>
            <w:proofErr w:type="spellEnd"/>
            <w:r w:rsidRPr="004335B4">
              <w:rPr>
                <w:rFonts w:ascii="Montserrat" w:eastAsia="Montserrat" w:hAnsi="Montserrat" w:cs="Montserrat"/>
                <w:color w:val="434343"/>
                <w:lang w:val="es-ES"/>
              </w:rPr>
              <w:t xml:space="preserve"> al </w:t>
            </w:r>
            <w:proofErr w:type="spellStart"/>
            <w:r w:rsidRPr="004335B4">
              <w:rPr>
                <w:rFonts w:ascii="Montserrat" w:eastAsia="Montserrat" w:hAnsi="Montserrat" w:cs="Montserrat"/>
                <w:color w:val="434343"/>
                <w:lang w:val="es-ES"/>
              </w:rPr>
              <w:t>cheltuielilor</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și</w:t>
            </w:r>
            <w:proofErr w:type="spellEnd"/>
            <w:r w:rsidRPr="004335B4">
              <w:rPr>
                <w:rFonts w:ascii="Montserrat" w:eastAsia="Montserrat" w:hAnsi="Montserrat" w:cs="Montserrat"/>
                <w:color w:val="434343"/>
                <w:lang w:val="es-ES"/>
              </w:rPr>
              <w:t>/</w:t>
            </w:r>
            <w:proofErr w:type="spellStart"/>
            <w:r w:rsidRPr="004335B4">
              <w:rPr>
                <w:rFonts w:ascii="Montserrat" w:eastAsia="Montserrat" w:hAnsi="Montserrat" w:cs="Montserrat"/>
                <w:color w:val="434343"/>
                <w:lang w:val="es-ES"/>
              </w:rPr>
              <w:t>sau</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nu</w:t>
            </w:r>
            <w:proofErr w:type="spellEnd"/>
            <w:r w:rsidRPr="004335B4">
              <w:rPr>
                <w:rFonts w:ascii="Montserrat" w:eastAsia="Montserrat" w:hAnsi="Montserrat" w:cs="Montserrat"/>
                <w:color w:val="434343"/>
                <w:lang w:val="es-ES"/>
              </w:rPr>
              <w:t xml:space="preserve"> sunt </w:t>
            </w:r>
            <w:proofErr w:type="spellStart"/>
            <w:r w:rsidRPr="004335B4">
              <w:rPr>
                <w:rFonts w:ascii="Montserrat" w:eastAsia="Montserrat" w:hAnsi="Montserrat" w:cs="Montserrat"/>
                <w:color w:val="434343"/>
                <w:lang w:val="es-ES"/>
              </w:rPr>
              <w:t>justificate</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toate</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cheltuielile</w:t>
            </w:r>
            <w:proofErr w:type="spellEnd"/>
          </w:p>
          <w:p w14:paraId="7FC09B1D" w14:textId="77777777" w:rsidR="00B3428F" w:rsidRDefault="00B3428F" w:rsidP="00385EE6">
            <w:pPr>
              <w:rPr>
                <w:rFonts w:ascii="Montserrat" w:eastAsia="Montserrat" w:hAnsi="Montserrat" w:cs="Montserrat"/>
                <w:color w:val="434343"/>
                <w:lang w:val="es-ES"/>
              </w:rPr>
            </w:pPr>
            <w:r w:rsidRPr="004335B4">
              <w:rPr>
                <w:rFonts w:ascii="Montserrat" w:eastAsia="Montserrat" w:hAnsi="Montserrat" w:cs="Montserrat"/>
                <w:b/>
                <w:bCs/>
                <w:color w:val="434343"/>
                <w:lang w:val="es-ES"/>
              </w:rPr>
              <w:t>7-10</w:t>
            </w:r>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Prezintă</w:t>
            </w:r>
            <w:proofErr w:type="spellEnd"/>
            <w:r w:rsidRPr="004335B4">
              <w:rPr>
                <w:rFonts w:ascii="Montserrat" w:eastAsia="Montserrat" w:hAnsi="Montserrat" w:cs="Montserrat"/>
                <w:color w:val="434343"/>
                <w:lang w:val="es-ES"/>
              </w:rPr>
              <w:t xml:space="preserve"> un </w:t>
            </w:r>
            <w:proofErr w:type="spellStart"/>
            <w:r w:rsidRPr="004335B4">
              <w:rPr>
                <w:rFonts w:ascii="Montserrat" w:eastAsia="Montserrat" w:hAnsi="Montserrat" w:cs="Montserrat"/>
                <w:color w:val="434343"/>
                <w:lang w:val="es-ES"/>
              </w:rPr>
              <w:t>buget</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clar</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cheltuielile</w:t>
            </w:r>
            <w:proofErr w:type="spellEnd"/>
            <w:r w:rsidRPr="004335B4">
              <w:rPr>
                <w:rFonts w:ascii="Montserrat" w:eastAsia="Montserrat" w:hAnsi="Montserrat" w:cs="Montserrat"/>
                <w:color w:val="434343"/>
                <w:lang w:val="es-ES"/>
              </w:rPr>
              <w:t xml:space="preserve"> sunt </w:t>
            </w:r>
            <w:proofErr w:type="spellStart"/>
            <w:r w:rsidRPr="004335B4">
              <w:rPr>
                <w:rFonts w:ascii="Montserrat" w:eastAsia="Montserrat" w:hAnsi="Montserrat" w:cs="Montserrat"/>
                <w:color w:val="434343"/>
                <w:lang w:val="es-ES"/>
              </w:rPr>
              <w:t>detaliate</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și</w:t>
            </w:r>
            <w:proofErr w:type="spellEnd"/>
            <w:r w:rsidRPr="004335B4">
              <w:rPr>
                <w:rFonts w:ascii="Montserrat" w:eastAsia="Montserrat" w:hAnsi="Montserrat" w:cs="Montserrat"/>
                <w:color w:val="434343"/>
                <w:lang w:val="es-ES"/>
              </w:rPr>
              <w:t xml:space="preserve"> </w:t>
            </w:r>
            <w:proofErr w:type="spellStart"/>
            <w:r w:rsidRPr="004335B4">
              <w:rPr>
                <w:rFonts w:ascii="Montserrat" w:eastAsia="Montserrat" w:hAnsi="Montserrat" w:cs="Montserrat"/>
                <w:color w:val="434343"/>
                <w:lang w:val="es-ES"/>
              </w:rPr>
              <w:t>justificate</w:t>
            </w:r>
            <w:proofErr w:type="spellEnd"/>
            <w:r w:rsidRPr="004335B4">
              <w:rPr>
                <w:rFonts w:ascii="Montserrat" w:eastAsia="Montserrat" w:hAnsi="Montserrat" w:cs="Montserrat"/>
                <w:color w:val="434343"/>
                <w:lang w:val="es-ES"/>
              </w:rPr>
              <w:t>.</w:t>
            </w:r>
          </w:p>
        </w:tc>
        <w:tc>
          <w:tcPr>
            <w:tcW w:w="1530" w:type="dxa"/>
            <w:tcMar>
              <w:top w:w="100" w:type="dxa"/>
              <w:left w:w="100" w:type="dxa"/>
              <w:bottom w:w="100" w:type="dxa"/>
              <w:right w:w="100" w:type="dxa"/>
            </w:tcMar>
          </w:tcPr>
          <w:p w14:paraId="1B0BB30E" w14:textId="77777777" w:rsidR="00B3428F" w:rsidRDefault="00B3428F" w:rsidP="00385EE6">
            <w:pPr>
              <w:widowControl w:val="0"/>
              <w:pBdr>
                <w:top w:val="nil"/>
                <w:left w:val="nil"/>
                <w:bottom w:val="nil"/>
                <w:right w:val="nil"/>
                <w:between w:val="nil"/>
              </w:pBdr>
              <w:spacing w:line="240" w:lineRule="auto"/>
              <w:rPr>
                <w:rFonts w:ascii="Montserrat" w:eastAsia="Montserrat" w:hAnsi="Montserrat" w:cs="Montserrat"/>
                <w:b/>
                <w:bCs/>
                <w:color w:val="434343"/>
              </w:rPr>
            </w:pPr>
            <w:r>
              <w:rPr>
                <w:rFonts w:ascii="Montserrat" w:eastAsia="Montserrat" w:hAnsi="Montserrat" w:cs="Montserrat"/>
                <w:b/>
                <w:bCs/>
                <w:color w:val="434343"/>
              </w:rPr>
              <w:t>10</w:t>
            </w:r>
          </w:p>
        </w:tc>
      </w:tr>
      <w:tr w:rsidR="00B3428F" w14:paraId="0A90C29C" w14:textId="77777777" w:rsidTr="00385EE6">
        <w:tc>
          <w:tcPr>
            <w:tcW w:w="1995" w:type="dxa"/>
            <w:tcMar>
              <w:top w:w="100" w:type="dxa"/>
              <w:left w:w="100" w:type="dxa"/>
              <w:bottom w:w="100" w:type="dxa"/>
              <w:right w:w="100" w:type="dxa"/>
            </w:tcMar>
          </w:tcPr>
          <w:p w14:paraId="0F62FE81" w14:textId="77777777" w:rsidR="00B3428F" w:rsidRDefault="00B3428F" w:rsidP="00385EE6">
            <w:pPr>
              <w:rPr>
                <w:rFonts w:ascii="Montserrat" w:eastAsia="Montserrat" w:hAnsi="Montserrat" w:cs="Montserrat"/>
                <w:color w:val="434343"/>
                <w:lang w:val="es-ES"/>
              </w:rPr>
            </w:pPr>
            <w:proofErr w:type="spellStart"/>
            <w:r w:rsidRPr="2D7C8844">
              <w:rPr>
                <w:rFonts w:ascii="Montserrat" w:eastAsia="Montserrat" w:hAnsi="Montserrat" w:cs="Montserrat"/>
                <w:b/>
                <w:bCs/>
                <w:color w:val="434343"/>
                <w:lang w:val="es-ES"/>
              </w:rPr>
              <w:t>Impact</w:t>
            </w:r>
            <w:proofErr w:type="spellEnd"/>
          </w:p>
        </w:tc>
        <w:tc>
          <w:tcPr>
            <w:tcW w:w="10380" w:type="dxa"/>
            <w:tcMar>
              <w:top w:w="100" w:type="dxa"/>
              <w:left w:w="100" w:type="dxa"/>
              <w:bottom w:w="100" w:type="dxa"/>
              <w:right w:w="100" w:type="dxa"/>
            </w:tcMar>
          </w:tcPr>
          <w:p w14:paraId="63CA4CB0" w14:textId="77777777" w:rsidR="00B3428F" w:rsidRDefault="00B3428F" w:rsidP="00385EE6">
            <w:pPr>
              <w:rPr>
                <w:rFonts w:ascii="Montserrat" w:eastAsia="Montserrat" w:hAnsi="Montserrat" w:cs="Montserrat"/>
                <w:color w:val="434343"/>
                <w:lang w:val="es-ES"/>
              </w:rPr>
            </w:pPr>
            <w:r w:rsidRPr="2D7C8844">
              <w:rPr>
                <w:rFonts w:ascii="Montserrat" w:eastAsia="Montserrat" w:hAnsi="Montserrat" w:cs="Montserrat"/>
                <w:b/>
                <w:bCs/>
                <w:color w:val="434343"/>
                <w:lang w:val="es-ES"/>
              </w:rPr>
              <w:t>0–5</w:t>
            </w:r>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Lipsește</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explicația</w:t>
            </w:r>
            <w:proofErr w:type="spellEnd"/>
            <w:r w:rsidRPr="2D7C8844">
              <w:rPr>
                <w:rFonts w:ascii="Montserrat" w:eastAsia="Montserrat" w:hAnsi="Montserrat" w:cs="Montserrat"/>
                <w:color w:val="434343"/>
                <w:lang w:val="es-ES"/>
              </w:rPr>
              <w:t xml:space="preserve"> despre </w:t>
            </w:r>
            <w:proofErr w:type="spellStart"/>
            <w:r w:rsidRPr="2D7C8844">
              <w:rPr>
                <w:rFonts w:ascii="Montserrat" w:eastAsia="Montserrat" w:hAnsi="Montserrat" w:cs="Montserrat"/>
                <w:color w:val="434343"/>
                <w:lang w:val="es-ES"/>
              </w:rPr>
              <w:t>impact</w:t>
            </w:r>
            <w:proofErr w:type="spellEnd"/>
            <w:r w:rsidRPr="2D7C8844">
              <w:rPr>
                <w:rFonts w:ascii="Montserrat" w:eastAsia="Montserrat" w:hAnsi="Montserrat" w:cs="Montserrat"/>
                <w:color w:val="434343"/>
                <w:lang w:val="es-ES"/>
              </w:rPr>
              <w:t>.</w:t>
            </w:r>
          </w:p>
          <w:p w14:paraId="62ECF41F" w14:textId="77777777" w:rsidR="00B3428F" w:rsidRDefault="00B3428F" w:rsidP="00385EE6">
            <w:pPr>
              <w:rPr>
                <w:rFonts w:ascii="Montserrat" w:eastAsia="Montserrat" w:hAnsi="Montserrat" w:cs="Montserrat"/>
                <w:color w:val="434343"/>
                <w:lang w:val="es-ES"/>
              </w:rPr>
            </w:pPr>
            <w:r w:rsidRPr="6D1E69B6">
              <w:rPr>
                <w:rFonts w:ascii="Montserrat" w:eastAsia="Montserrat" w:hAnsi="Montserrat" w:cs="Montserrat"/>
                <w:b/>
                <w:bCs/>
                <w:color w:val="434343"/>
                <w:lang w:val="es-ES"/>
              </w:rPr>
              <w:t>6–10</w:t>
            </w:r>
            <w:r w:rsidRPr="6D1E69B6">
              <w:rPr>
                <w:rFonts w:ascii="Montserrat" w:eastAsia="Montserrat" w:hAnsi="Montserrat" w:cs="Montserrat"/>
                <w:color w:val="434343"/>
                <w:lang w:val="es-ES"/>
              </w:rPr>
              <w:t xml:space="preserve"> </w:t>
            </w:r>
            <w:proofErr w:type="spellStart"/>
            <w:r w:rsidRPr="6D1E69B6">
              <w:rPr>
                <w:rFonts w:ascii="Montserrat" w:eastAsia="Montserrat" w:hAnsi="Montserrat" w:cs="Montserrat"/>
                <w:color w:val="434343"/>
                <w:lang w:val="es-ES"/>
              </w:rPr>
              <w:t>Abordează</w:t>
            </w:r>
            <w:proofErr w:type="spellEnd"/>
            <w:r w:rsidRPr="6D1E69B6">
              <w:rPr>
                <w:rFonts w:ascii="Montserrat" w:eastAsia="Montserrat" w:hAnsi="Montserrat" w:cs="Montserrat"/>
                <w:color w:val="434343"/>
                <w:lang w:val="es-ES"/>
              </w:rPr>
              <w:t xml:space="preserve"> </w:t>
            </w:r>
            <w:proofErr w:type="spellStart"/>
            <w:r w:rsidRPr="6D1E69B6">
              <w:rPr>
                <w:rFonts w:ascii="Montserrat" w:eastAsia="Montserrat" w:hAnsi="Montserrat" w:cs="Montserrat"/>
                <w:color w:val="434343"/>
                <w:lang w:val="es-ES"/>
              </w:rPr>
              <w:t>impactul</w:t>
            </w:r>
            <w:proofErr w:type="spellEnd"/>
            <w:r w:rsidRPr="6D1E69B6">
              <w:rPr>
                <w:rFonts w:ascii="Montserrat" w:eastAsia="Montserrat" w:hAnsi="Montserrat" w:cs="Montserrat"/>
                <w:color w:val="434343"/>
                <w:lang w:val="es-ES"/>
              </w:rPr>
              <w:t xml:space="preserve">, dar </w:t>
            </w:r>
            <w:proofErr w:type="spellStart"/>
            <w:r w:rsidRPr="6D1E69B6">
              <w:rPr>
                <w:rFonts w:ascii="Montserrat" w:eastAsia="Montserrat" w:hAnsi="Montserrat" w:cs="Montserrat"/>
                <w:color w:val="434343"/>
                <w:lang w:val="es-ES"/>
              </w:rPr>
              <w:t>îi</w:t>
            </w:r>
            <w:proofErr w:type="spellEnd"/>
            <w:r w:rsidRPr="6D1E69B6">
              <w:rPr>
                <w:rFonts w:ascii="Montserrat" w:eastAsia="Montserrat" w:hAnsi="Montserrat" w:cs="Montserrat"/>
                <w:color w:val="434343"/>
                <w:lang w:val="es-ES"/>
              </w:rPr>
              <w:t xml:space="preserve"> </w:t>
            </w:r>
            <w:proofErr w:type="spellStart"/>
            <w:r w:rsidRPr="6D1E69B6">
              <w:rPr>
                <w:rFonts w:ascii="Montserrat" w:eastAsia="Montserrat" w:hAnsi="Montserrat" w:cs="Montserrat"/>
                <w:color w:val="434343"/>
                <w:lang w:val="es-ES"/>
              </w:rPr>
              <w:t>lipsește</w:t>
            </w:r>
            <w:proofErr w:type="spellEnd"/>
            <w:r w:rsidRPr="6D1E69B6">
              <w:rPr>
                <w:rFonts w:ascii="Montserrat" w:eastAsia="Montserrat" w:hAnsi="Montserrat" w:cs="Montserrat"/>
                <w:color w:val="434343"/>
                <w:lang w:val="es-ES"/>
              </w:rPr>
              <w:t xml:space="preserve"> o </w:t>
            </w:r>
            <w:proofErr w:type="spellStart"/>
            <w:r w:rsidRPr="6D1E69B6">
              <w:rPr>
                <w:rFonts w:ascii="Montserrat" w:eastAsia="Montserrat" w:hAnsi="Montserrat" w:cs="Montserrat"/>
                <w:color w:val="434343"/>
                <w:lang w:val="es-ES"/>
              </w:rPr>
              <w:t>explicație</w:t>
            </w:r>
            <w:proofErr w:type="spellEnd"/>
            <w:r w:rsidRPr="6D1E69B6">
              <w:rPr>
                <w:rFonts w:ascii="Montserrat" w:eastAsia="Montserrat" w:hAnsi="Montserrat" w:cs="Montserrat"/>
                <w:color w:val="434343"/>
                <w:lang w:val="es-ES"/>
              </w:rPr>
              <w:t xml:space="preserve"> </w:t>
            </w:r>
            <w:proofErr w:type="spellStart"/>
            <w:r w:rsidRPr="6D1E69B6">
              <w:rPr>
                <w:rFonts w:ascii="Montserrat" w:eastAsia="Montserrat" w:hAnsi="Montserrat" w:cs="Montserrat"/>
                <w:color w:val="434343"/>
                <w:lang w:val="es-ES"/>
              </w:rPr>
              <w:t>clară</w:t>
            </w:r>
            <w:proofErr w:type="spellEnd"/>
            <w:r w:rsidRPr="6D1E69B6">
              <w:rPr>
                <w:rFonts w:ascii="Montserrat" w:eastAsia="Montserrat" w:hAnsi="Montserrat" w:cs="Montserrat"/>
                <w:color w:val="434343"/>
                <w:lang w:val="es-ES"/>
              </w:rPr>
              <w:t>.</w:t>
            </w:r>
          </w:p>
          <w:p w14:paraId="375E3097" w14:textId="77777777" w:rsidR="00B3428F" w:rsidRDefault="00B3428F" w:rsidP="00385EE6">
            <w:pPr>
              <w:rPr>
                <w:rFonts w:ascii="Montserrat" w:eastAsia="Montserrat" w:hAnsi="Montserrat" w:cs="Montserrat"/>
                <w:color w:val="434343"/>
                <w:lang w:val="es-ES"/>
              </w:rPr>
            </w:pPr>
            <w:r w:rsidRPr="2D7C8844">
              <w:rPr>
                <w:rFonts w:ascii="Montserrat" w:eastAsia="Montserrat" w:hAnsi="Montserrat" w:cs="Montserrat"/>
                <w:b/>
                <w:bCs/>
                <w:color w:val="434343"/>
                <w:lang w:val="es-ES"/>
              </w:rPr>
              <w:t>11–20</w:t>
            </w:r>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Explicație</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clară</w:t>
            </w:r>
            <w:proofErr w:type="spellEnd"/>
            <w:r w:rsidRPr="2D7C8844">
              <w:rPr>
                <w:rFonts w:ascii="Montserrat" w:eastAsia="Montserrat" w:hAnsi="Montserrat" w:cs="Montserrat"/>
                <w:color w:val="434343"/>
                <w:lang w:val="es-ES"/>
              </w:rPr>
              <w:t xml:space="preserve"> a </w:t>
            </w:r>
            <w:proofErr w:type="spellStart"/>
            <w:r w:rsidRPr="2D7C8844">
              <w:rPr>
                <w:rFonts w:ascii="Montserrat" w:eastAsia="Montserrat" w:hAnsi="Montserrat" w:cs="Montserrat"/>
                <w:color w:val="434343"/>
                <w:lang w:val="es-ES"/>
              </w:rPr>
              <w:t>impactului</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Include</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cel</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puțin</w:t>
            </w:r>
            <w:proofErr w:type="spellEnd"/>
            <w:r w:rsidRPr="2D7C8844">
              <w:rPr>
                <w:rFonts w:ascii="Montserrat" w:eastAsia="Montserrat" w:hAnsi="Montserrat" w:cs="Montserrat"/>
                <w:color w:val="434343"/>
                <w:lang w:val="es-ES"/>
              </w:rPr>
              <w:t xml:space="preserve"> un </w:t>
            </w:r>
            <w:proofErr w:type="spellStart"/>
            <w:r w:rsidRPr="2D7C8844">
              <w:rPr>
                <w:rFonts w:ascii="Montserrat" w:eastAsia="Montserrat" w:hAnsi="Montserrat" w:cs="Montserrat"/>
                <w:color w:val="434343"/>
                <w:lang w:val="es-ES"/>
              </w:rPr>
              <w:t>rezultat</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obținut</w:t>
            </w:r>
            <w:proofErr w:type="spellEnd"/>
            <w:r w:rsidRPr="2D7C8844">
              <w:rPr>
                <w:rFonts w:ascii="Montserrat" w:eastAsia="Montserrat" w:hAnsi="Montserrat" w:cs="Montserrat"/>
                <w:color w:val="434343"/>
                <w:lang w:val="es-ES"/>
              </w:rPr>
              <w:t>/</w:t>
            </w:r>
            <w:proofErr w:type="spellStart"/>
            <w:r w:rsidRPr="2D7C8844">
              <w:rPr>
                <w:rFonts w:ascii="Montserrat" w:eastAsia="Montserrat" w:hAnsi="Montserrat" w:cs="Montserrat"/>
                <w:color w:val="434343"/>
                <w:lang w:val="es-ES"/>
              </w:rPr>
              <w:t>efect</w:t>
            </w:r>
            <w:proofErr w:type="spellEnd"/>
            <w:r w:rsidRPr="2D7C8844">
              <w:rPr>
                <w:rFonts w:ascii="Montserrat" w:eastAsia="Montserrat" w:hAnsi="Montserrat" w:cs="Montserrat"/>
                <w:color w:val="434343"/>
                <w:lang w:val="es-ES"/>
              </w:rPr>
              <w:t>/</w:t>
            </w:r>
            <w:proofErr w:type="spellStart"/>
            <w:r w:rsidRPr="2D7C8844">
              <w:rPr>
                <w:rFonts w:ascii="Montserrat" w:eastAsia="Montserrat" w:hAnsi="Montserrat" w:cs="Montserrat"/>
                <w:color w:val="434343"/>
                <w:lang w:val="es-ES"/>
              </w:rPr>
              <w:t>impact</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outcome</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și</w:t>
            </w:r>
            <w:proofErr w:type="spellEnd"/>
            <w:r w:rsidRPr="2D7C8844">
              <w:rPr>
                <w:rFonts w:ascii="Montserrat" w:eastAsia="Montserrat" w:hAnsi="Montserrat" w:cs="Montserrat"/>
                <w:color w:val="434343"/>
                <w:lang w:val="es-ES"/>
              </w:rPr>
              <w:t xml:space="preserve"> un </w:t>
            </w:r>
            <w:proofErr w:type="spellStart"/>
            <w:r w:rsidRPr="2D7C8844">
              <w:rPr>
                <w:rFonts w:ascii="Montserrat" w:eastAsia="Montserrat" w:hAnsi="Montserrat" w:cs="Montserrat"/>
                <w:color w:val="434343"/>
                <w:lang w:val="es-ES"/>
              </w:rPr>
              <w:t>rezultat</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direct</w:t>
            </w:r>
            <w:proofErr w:type="spellEnd"/>
            <w:r w:rsidRPr="2D7C8844">
              <w:rPr>
                <w:rFonts w:ascii="Montserrat" w:eastAsia="Montserrat" w:hAnsi="Montserrat" w:cs="Montserrat"/>
                <w:color w:val="434343"/>
                <w:lang w:val="es-ES"/>
              </w:rPr>
              <w:t xml:space="preserve"> </w:t>
            </w:r>
            <w:proofErr w:type="spellStart"/>
            <w:r w:rsidRPr="2D7C8844">
              <w:rPr>
                <w:rFonts w:ascii="Montserrat" w:eastAsia="Montserrat" w:hAnsi="Montserrat" w:cs="Montserrat"/>
                <w:color w:val="434343"/>
                <w:lang w:val="es-ES"/>
              </w:rPr>
              <w:t>produs</w:t>
            </w:r>
            <w:proofErr w:type="spellEnd"/>
            <w:r w:rsidRPr="2D7C8844">
              <w:rPr>
                <w:rFonts w:ascii="Montserrat" w:eastAsia="Montserrat" w:hAnsi="Montserrat" w:cs="Montserrat"/>
                <w:color w:val="434343"/>
                <w:lang w:val="es-ES"/>
              </w:rPr>
              <w:t>/</w:t>
            </w:r>
            <w:proofErr w:type="spellStart"/>
            <w:r w:rsidRPr="2D7C8844">
              <w:rPr>
                <w:rFonts w:ascii="Montserrat" w:eastAsia="Montserrat" w:hAnsi="Montserrat" w:cs="Montserrat"/>
                <w:color w:val="434343"/>
                <w:lang w:val="es-ES"/>
              </w:rPr>
              <w:t>generat</w:t>
            </w:r>
            <w:proofErr w:type="spellEnd"/>
            <w:r w:rsidRPr="2D7C8844">
              <w:rPr>
                <w:rFonts w:ascii="Montserrat" w:eastAsia="Montserrat" w:hAnsi="Montserrat" w:cs="Montserrat"/>
                <w:color w:val="434343"/>
                <w:lang w:val="es-ES"/>
              </w:rPr>
              <w:t xml:space="preserve"> (output), </w:t>
            </w:r>
            <w:proofErr w:type="spellStart"/>
            <w:r w:rsidRPr="2D7C8844">
              <w:rPr>
                <w:rFonts w:ascii="Montserrat" w:eastAsia="Montserrat" w:hAnsi="Montserrat" w:cs="Montserrat"/>
                <w:color w:val="434343"/>
                <w:lang w:val="es-ES"/>
              </w:rPr>
              <w:t>măsurabile</w:t>
            </w:r>
            <w:proofErr w:type="spellEnd"/>
            <w:r w:rsidRPr="680F84A9">
              <w:rPr>
                <w:rFonts w:ascii="Montserrat" w:eastAsia="Montserrat" w:hAnsi="Montserrat" w:cs="Montserrat"/>
                <w:color w:val="434343"/>
                <w:lang w:val="es-ES"/>
              </w:rPr>
              <w:t>.</w:t>
            </w:r>
          </w:p>
        </w:tc>
        <w:tc>
          <w:tcPr>
            <w:tcW w:w="1530" w:type="dxa"/>
            <w:tcMar>
              <w:top w:w="100" w:type="dxa"/>
              <w:left w:w="100" w:type="dxa"/>
              <w:bottom w:w="100" w:type="dxa"/>
              <w:right w:w="100" w:type="dxa"/>
            </w:tcMar>
          </w:tcPr>
          <w:p w14:paraId="337AD6D7" w14:textId="77777777" w:rsidR="00B3428F" w:rsidRDefault="00B3428F" w:rsidP="00385EE6">
            <w:pPr>
              <w:widowControl w:val="0"/>
              <w:pBdr>
                <w:top w:val="nil"/>
                <w:left w:val="nil"/>
                <w:bottom w:val="nil"/>
                <w:right w:val="nil"/>
                <w:between w:val="nil"/>
              </w:pBdr>
              <w:spacing w:line="240" w:lineRule="auto"/>
              <w:rPr>
                <w:rFonts w:ascii="Montserrat" w:eastAsia="Montserrat" w:hAnsi="Montserrat" w:cs="Montserrat"/>
                <w:b/>
                <w:bCs/>
                <w:color w:val="434343"/>
              </w:rPr>
            </w:pPr>
            <w:r>
              <w:rPr>
                <w:rFonts w:ascii="Montserrat" w:eastAsia="Montserrat" w:hAnsi="Montserrat" w:cs="Montserrat"/>
                <w:b/>
                <w:bCs/>
                <w:color w:val="434343"/>
              </w:rPr>
              <w:t>20</w:t>
            </w:r>
          </w:p>
        </w:tc>
      </w:tr>
    </w:tbl>
    <w:p w14:paraId="6E869F9A" w14:textId="77777777" w:rsidR="00B3428F" w:rsidRDefault="00B3428F" w:rsidP="00B3428F">
      <w:pPr>
        <w:rPr>
          <w:rFonts w:ascii="Montserrat" w:eastAsia="Montserrat" w:hAnsi="Montserrat" w:cs="Montserrat"/>
          <w:b/>
          <w:bCs/>
          <w:color w:val="1B877F"/>
          <w:sz w:val="24"/>
          <w:szCs w:val="24"/>
        </w:rPr>
      </w:pPr>
      <w:r>
        <w:br w:type="page"/>
      </w:r>
    </w:p>
    <w:p w14:paraId="3DA5DB58" w14:textId="77777777" w:rsidR="00B3428F" w:rsidRDefault="00B3428F" w:rsidP="00B3428F">
      <w:pPr>
        <w:rPr>
          <w:rFonts w:ascii="Montserrat SemiBold" w:eastAsia="Montserrat SemiBold" w:hAnsi="Montserrat SemiBold" w:cs="Montserrat SemiBold"/>
          <w:color w:val="434343"/>
          <w:sz w:val="24"/>
          <w:szCs w:val="24"/>
          <w:lang w:val="es-ES"/>
        </w:rPr>
      </w:pPr>
      <w:proofErr w:type="spellStart"/>
      <w:r w:rsidRPr="424BACA2">
        <w:rPr>
          <w:rFonts w:ascii="Montserrat" w:eastAsia="Montserrat" w:hAnsi="Montserrat" w:cs="Montserrat"/>
          <w:b/>
          <w:bCs/>
          <w:color w:val="1B877F"/>
          <w:sz w:val="24"/>
          <w:szCs w:val="24"/>
          <w:lang w:val="es-ES"/>
        </w:rPr>
        <w:lastRenderedPageBreak/>
        <w:t>Fișa</w:t>
      </w:r>
      <w:proofErr w:type="spellEnd"/>
      <w:r w:rsidRPr="424BACA2">
        <w:rPr>
          <w:rFonts w:ascii="Montserrat" w:eastAsia="Montserrat" w:hAnsi="Montserrat" w:cs="Montserrat"/>
          <w:b/>
          <w:bCs/>
          <w:color w:val="1B877F"/>
          <w:sz w:val="24"/>
          <w:szCs w:val="24"/>
          <w:lang w:val="es-ES"/>
        </w:rPr>
        <w:t xml:space="preserve"> de evaluare a </w:t>
      </w:r>
      <w:proofErr w:type="spellStart"/>
      <w:r w:rsidRPr="424BACA2">
        <w:rPr>
          <w:rFonts w:ascii="Montserrat" w:eastAsia="Montserrat" w:hAnsi="Montserrat" w:cs="Montserrat"/>
          <w:b/>
          <w:bCs/>
          <w:color w:val="1B877F"/>
          <w:sz w:val="24"/>
          <w:szCs w:val="24"/>
          <w:lang w:val="es-ES"/>
        </w:rPr>
        <w:t>propunerilor</w:t>
      </w:r>
      <w:proofErr w:type="spellEnd"/>
    </w:p>
    <w:p w14:paraId="1EDC9750" w14:textId="77777777" w:rsidR="00B3428F" w:rsidRDefault="00B3428F" w:rsidP="00B3428F">
      <w:pPr>
        <w:rPr>
          <w:rFonts w:ascii="Montserrat SemiBold" w:eastAsia="Montserrat SemiBold" w:hAnsi="Montserrat SemiBold" w:cs="Montserrat SemiBold"/>
          <w:color w:val="434343"/>
          <w:sz w:val="24"/>
          <w:szCs w:val="24"/>
          <w:lang w:val="es-ES"/>
        </w:rPr>
      </w:pPr>
      <w:proofErr w:type="spellStart"/>
      <w:r w:rsidRPr="2D7C8844">
        <w:rPr>
          <w:rFonts w:ascii="Montserrat SemiBold" w:eastAsia="Montserrat SemiBold" w:hAnsi="Montserrat SemiBold" w:cs="Montserrat SemiBold"/>
          <w:color w:val="434343"/>
          <w:sz w:val="24"/>
          <w:szCs w:val="24"/>
          <w:lang w:val="es-ES"/>
        </w:rPr>
        <w:t>Numele</w:t>
      </w:r>
      <w:proofErr w:type="spellEnd"/>
      <w:r w:rsidRPr="2D7C8844">
        <w:rPr>
          <w:rFonts w:ascii="Montserrat SemiBold" w:eastAsia="Montserrat SemiBold" w:hAnsi="Montserrat SemiBold" w:cs="Montserrat SemiBold"/>
          <w:color w:val="434343"/>
          <w:sz w:val="24"/>
          <w:szCs w:val="24"/>
          <w:lang w:val="es-ES"/>
        </w:rPr>
        <w:t xml:space="preserve"> </w:t>
      </w:r>
      <w:proofErr w:type="spellStart"/>
      <w:r w:rsidRPr="2D7C8844">
        <w:rPr>
          <w:rFonts w:ascii="Montserrat SemiBold" w:eastAsia="Montserrat SemiBold" w:hAnsi="Montserrat SemiBold" w:cs="Montserrat SemiBold"/>
          <w:color w:val="434343"/>
          <w:sz w:val="24"/>
          <w:szCs w:val="24"/>
          <w:lang w:val="es-ES"/>
        </w:rPr>
        <w:t>recenzorului</w:t>
      </w:r>
      <w:proofErr w:type="spellEnd"/>
      <w:r w:rsidRPr="2D7C8844">
        <w:rPr>
          <w:rFonts w:ascii="Montserrat SemiBold" w:eastAsia="Montserrat SemiBold" w:hAnsi="Montserrat SemiBold" w:cs="Montserrat SemiBold"/>
          <w:color w:val="434343"/>
          <w:sz w:val="24"/>
          <w:szCs w:val="24"/>
          <w:lang w:val="es-ES"/>
        </w:rPr>
        <w:t>:</w:t>
      </w:r>
    </w:p>
    <w:p w14:paraId="0FA59176" w14:textId="77777777" w:rsidR="00B3428F" w:rsidRDefault="00B3428F" w:rsidP="00B3428F">
      <w:pPr>
        <w:rPr>
          <w:rFonts w:ascii="Montserrat SemiBold" w:eastAsia="Montserrat SemiBold" w:hAnsi="Montserrat SemiBold" w:cs="Montserrat SemiBold"/>
          <w:color w:val="434343"/>
          <w:sz w:val="24"/>
          <w:szCs w:val="24"/>
        </w:rPr>
      </w:pPr>
      <w:r>
        <w:rPr>
          <w:rFonts w:ascii="Montserrat SemiBold" w:eastAsia="Montserrat SemiBold" w:hAnsi="Montserrat SemiBold" w:cs="Montserrat SemiBold"/>
          <w:color w:val="434343"/>
          <w:sz w:val="24"/>
          <w:szCs w:val="24"/>
        </w:rPr>
        <w:t xml:space="preserve">Data:         </w:t>
      </w:r>
    </w:p>
    <w:p w14:paraId="5DCA1496" w14:textId="77777777" w:rsidR="00B3428F" w:rsidRDefault="00B3428F" w:rsidP="00B3428F">
      <w:pPr>
        <w:rPr>
          <w:rFonts w:ascii="Montserrat SemiBold" w:eastAsia="Montserrat SemiBold" w:hAnsi="Montserrat SemiBold" w:cs="Montserrat SemiBold"/>
          <w:color w:val="434343"/>
          <w:sz w:val="24"/>
          <w:szCs w:val="24"/>
        </w:rPr>
      </w:pPr>
    </w:p>
    <w:tbl>
      <w:tblPr>
        <w:tblW w:w="1392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3030"/>
        <w:gridCol w:w="1605"/>
        <w:gridCol w:w="1515"/>
        <w:gridCol w:w="1470"/>
        <w:gridCol w:w="1620"/>
        <w:gridCol w:w="1395"/>
        <w:gridCol w:w="1545"/>
        <w:gridCol w:w="1740"/>
      </w:tblGrid>
      <w:tr w:rsidR="00B3428F" w14:paraId="57F44B1A" w14:textId="77777777" w:rsidTr="00385EE6">
        <w:tc>
          <w:tcPr>
            <w:tcW w:w="3030" w:type="dxa"/>
            <w:shd w:val="clear" w:color="auto" w:fill="1B877F"/>
            <w:tcMar>
              <w:top w:w="100" w:type="dxa"/>
              <w:left w:w="100" w:type="dxa"/>
              <w:bottom w:w="100" w:type="dxa"/>
              <w:right w:w="100" w:type="dxa"/>
            </w:tcMar>
          </w:tcPr>
          <w:p w14:paraId="2C84AB97" w14:textId="77777777" w:rsidR="00B3428F" w:rsidRDefault="00B3428F" w:rsidP="00385EE6">
            <w:pPr>
              <w:rPr>
                <w:rFonts w:ascii="Montserrat" w:eastAsia="Montserrat" w:hAnsi="Montserrat" w:cs="Montserrat"/>
                <w:b/>
                <w:bCs/>
                <w:color w:val="FFFFFF"/>
                <w:lang w:val="es-ES"/>
              </w:rPr>
            </w:pPr>
            <w:proofErr w:type="spellStart"/>
            <w:r w:rsidRPr="2D7C8844">
              <w:rPr>
                <w:rFonts w:ascii="Montserrat" w:eastAsia="Montserrat" w:hAnsi="Montserrat" w:cs="Montserrat"/>
                <w:b/>
                <w:bCs/>
                <w:color w:val="FFFFFF" w:themeColor="background1"/>
                <w:lang w:val="es-ES"/>
              </w:rPr>
              <w:t>Nume</w:t>
            </w:r>
            <w:proofErr w:type="spellEnd"/>
            <w:r w:rsidRPr="2D7C8844">
              <w:rPr>
                <w:rFonts w:ascii="Montserrat" w:eastAsia="Montserrat" w:hAnsi="Montserrat" w:cs="Montserrat"/>
                <w:b/>
                <w:bCs/>
                <w:color w:val="FFFFFF" w:themeColor="background1"/>
                <w:lang w:val="es-ES"/>
              </w:rPr>
              <w:t xml:space="preserve"> </w:t>
            </w:r>
            <w:proofErr w:type="spellStart"/>
            <w:r w:rsidRPr="2D7C8844">
              <w:rPr>
                <w:rFonts w:ascii="Montserrat" w:eastAsia="Montserrat" w:hAnsi="Montserrat" w:cs="Montserrat"/>
                <w:b/>
                <w:bCs/>
                <w:color w:val="FFFFFF" w:themeColor="background1"/>
                <w:lang w:val="es-ES"/>
              </w:rPr>
              <w:t>proiect</w:t>
            </w:r>
            <w:proofErr w:type="spellEnd"/>
          </w:p>
        </w:tc>
        <w:tc>
          <w:tcPr>
            <w:tcW w:w="1605" w:type="dxa"/>
            <w:shd w:val="clear" w:color="auto" w:fill="1B877F"/>
            <w:tcMar>
              <w:top w:w="100" w:type="dxa"/>
              <w:left w:w="100" w:type="dxa"/>
              <w:bottom w:w="100" w:type="dxa"/>
              <w:right w:w="100" w:type="dxa"/>
            </w:tcMar>
          </w:tcPr>
          <w:p w14:paraId="78B78550" w14:textId="77777777" w:rsidR="00B3428F" w:rsidRDefault="00B3428F" w:rsidP="00385EE6">
            <w:pPr>
              <w:rPr>
                <w:rFonts w:ascii="Montserrat" w:eastAsia="Montserrat" w:hAnsi="Montserrat" w:cs="Montserrat"/>
                <w:b/>
                <w:bCs/>
                <w:color w:val="FFFFFF" w:themeColor="background1"/>
                <w:lang w:val="es-ES"/>
              </w:rPr>
            </w:pPr>
            <w:proofErr w:type="spellStart"/>
            <w:r w:rsidRPr="424BACA2">
              <w:rPr>
                <w:rFonts w:ascii="Montserrat" w:eastAsia="Montserrat" w:hAnsi="Montserrat" w:cs="Montserrat"/>
                <w:b/>
                <w:bCs/>
                <w:color w:val="FFFFFF" w:themeColor="background1"/>
                <w:lang w:val="es-ES"/>
              </w:rPr>
              <w:t>Relevanță</w:t>
            </w:r>
            <w:proofErr w:type="spellEnd"/>
            <w:r w:rsidRPr="424BACA2">
              <w:rPr>
                <w:rFonts w:ascii="Montserrat" w:eastAsia="Montserrat" w:hAnsi="Montserrat" w:cs="Montserrat"/>
                <w:b/>
                <w:bCs/>
                <w:color w:val="FFFFFF" w:themeColor="background1"/>
                <w:lang w:val="es-ES"/>
              </w:rPr>
              <w:t xml:space="preserve"> </w:t>
            </w:r>
            <w:proofErr w:type="spellStart"/>
            <w:r w:rsidRPr="424BACA2">
              <w:rPr>
                <w:rFonts w:ascii="Montserrat" w:eastAsia="Montserrat" w:hAnsi="Montserrat" w:cs="Montserrat"/>
                <w:b/>
                <w:bCs/>
                <w:color w:val="FFFFFF" w:themeColor="background1"/>
                <w:lang w:val="es-ES"/>
              </w:rPr>
              <w:t>pentru</w:t>
            </w:r>
            <w:proofErr w:type="spellEnd"/>
            <w:r w:rsidRPr="424BACA2">
              <w:rPr>
                <w:rFonts w:ascii="Montserrat" w:eastAsia="Montserrat" w:hAnsi="Montserrat" w:cs="Montserrat"/>
                <w:b/>
                <w:bCs/>
                <w:color w:val="FFFFFF" w:themeColor="background1"/>
                <w:lang w:val="es-ES"/>
              </w:rPr>
              <w:t xml:space="preserve"> </w:t>
            </w:r>
            <w:proofErr w:type="spellStart"/>
            <w:r w:rsidRPr="424BACA2">
              <w:rPr>
                <w:rFonts w:ascii="Montserrat" w:eastAsia="Montserrat" w:hAnsi="Montserrat" w:cs="Montserrat"/>
                <w:b/>
                <w:bCs/>
                <w:color w:val="FFFFFF" w:themeColor="background1"/>
                <w:lang w:val="es-ES"/>
              </w:rPr>
              <w:t>planurile</w:t>
            </w:r>
            <w:proofErr w:type="spellEnd"/>
            <w:r w:rsidRPr="424BACA2">
              <w:rPr>
                <w:rFonts w:ascii="Montserrat" w:eastAsia="Montserrat" w:hAnsi="Montserrat" w:cs="Montserrat"/>
                <w:b/>
                <w:bCs/>
                <w:color w:val="FFFFFF" w:themeColor="background1"/>
                <w:lang w:val="es-ES"/>
              </w:rPr>
              <w:t xml:space="preserve"> </w:t>
            </w:r>
            <w:proofErr w:type="spellStart"/>
            <w:r w:rsidRPr="424BACA2">
              <w:rPr>
                <w:rFonts w:ascii="Montserrat" w:eastAsia="Montserrat" w:hAnsi="Montserrat" w:cs="Montserrat"/>
                <w:b/>
                <w:bCs/>
                <w:color w:val="FFFFFF" w:themeColor="background1"/>
                <w:lang w:val="es-ES"/>
              </w:rPr>
              <w:t>locale</w:t>
            </w:r>
            <w:proofErr w:type="spellEnd"/>
            <w:r w:rsidRPr="424BACA2">
              <w:rPr>
                <w:rFonts w:ascii="Montserrat" w:eastAsia="Montserrat" w:hAnsi="Montserrat" w:cs="Montserrat"/>
                <w:b/>
                <w:bCs/>
                <w:color w:val="FFFFFF" w:themeColor="background1"/>
                <w:lang w:val="es-ES"/>
              </w:rPr>
              <w:t xml:space="preserve"> de </w:t>
            </w:r>
            <w:proofErr w:type="spellStart"/>
            <w:r w:rsidRPr="424BACA2">
              <w:rPr>
                <w:rFonts w:ascii="Montserrat" w:eastAsia="Montserrat" w:hAnsi="Montserrat" w:cs="Montserrat"/>
                <w:b/>
                <w:bCs/>
                <w:color w:val="FFFFFF" w:themeColor="background1"/>
                <w:lang w:val="es-ES"/>
              </w:rPr>
              <w:t>acțiune</w:t>
            </w:r>
            <w:proofErr w:type="spellEnd"/>
            <w:r w:rsidRPr="424BACA2">
              <w:rPr>
                <w:rFonts w:ascii="Montserrat" w:eastAsia="Montserrat" w:hAnsi="Montserrat" w:cs="Montserrat"/>
                <w:b/>
                <w:bCs/>
                <w:color w:val="FFFFFF" w:themeColor="background1"/>
                <w:lang w:val="es-ES"/>
              </w:rPr>
              <w:t xml:space="preserve"> </w:t>
            </w:r>
            <w:proofErr w:type="spellStart"/>
            <w:r w:rsidRPr="424BACA2">
              <w:rPr>
                <w:rFonts w:ascii="Montserrat" w:eastAsia="Montserrat" w:hAnsi="Montserrat" w:cs="Montserrat"/>
                <w:b/>
                <w:bCs/>
                <w:color w:val="FFFFFF" w:themeColor="background1"/>
                <w:lang w:val="es-ES"/>
              </w:rPr>
              <w:t>pentru</w:t>
            </w:r>
            <w:proofErr w:type="spellEnd"/>
            <w:r w:rsidRPr="424BACA2">
              <w:rPr>
                <w:rFonts w:ascii="Montserrat" w:eastAsia="Montserrat" w:hAnsi="Montserrat" w:cs="Montserrat"/>
                <w:b/>
                <w:bCs/>
                <w:color w:val="FFFFFF" w:themeColor="background1"/>
                <w:lang w:val="es-ES"/>
              </w:rPr>
              <w:t xml:space="preserve"> </w:t>
            </w:r>
            <w:proofErr w:type="spellStart"/>
            <w:r w:rsidRPr="424BACA2">
              <w:rPr>
                <w:rFonts w:ascii="Montserrat" w:eastAsia="Montserrat" w:hAnsi="Montserrat" w:cs="Montserrat"/>
                <w:b/>
                <w:bCs/>
                <w:color w:val="FFFFFF" w:themeColor="background1"/>
                <w:lang w:val="es-ES"/>
              </w:rPr>
              <w:t>climă</w:t>
            </w:r>
            <w:proofErr w:type="spellEnd"/>
            <w:r w:rsidRPr="424BACA2">
              <w:rPr>
                <w:rFonts w:ascii="Montserrat" w:eastAsia="Montserrat" w:hAnsi="Montserrat" w:cs="Montserrat"/>
                <w:b/>
                <w:bCs/>
                <w:color w:val="FFFFFF" w:themeColor="background1"/>
                <w:lang w:val="es-ES"/>
              </w:rPr>
              <w:t xml:space="preserve"> </w:t>
            </w:r>
            <w:proofErr w:type="spellStart"/>
            <w:r w:rsidRPr="424BACA2">
              <w:rPr>
                <w:rFonts w:ascii="Montserrat" w:eastAsia="Montserrat" w:hAnsi="Montserrat" w:cs="Montserrat"/>
                <w:b/>
                <w:bCs/>
                <w:color w:val="FFFFFF" w:themeColor="background1"/>
                <w:lang w:val="es-ES"/>
              </w:rPr>
              <w:t>și</w:t>
            </w:r>
            <w:proofErr w:type="spellEnd"/>
            <w:r w:rsidRPr="424BACA2">
              <w:rPr>
                <w:rFonts w:ascii="Montserrat" w:eastAsia="Montserrat" w:hAnsi="Montserrat" w:cs="Montserrat"/>
                <w:b/>
                <w:bCs/>
                <w:color w:val="FFFFFF" w:themeColor="background1"/>
                <w:lang w:val="es-ES"/>
              </w:rPr>
              <w:t xml:space="preserve"> </w:t>
            </w:r>
            <w:proofErr w:type="spellStart"/>
            <w:r w:rsidRPr="424BACA2">
              <w:rPr>
                <w:rFonts w:ascii="Montserrat" w:eastAsia="Montserrat" w:hAnsi="Montserrat" w:cs="Montserrat"/>
                <w:b/>
                <w:bCs/>
                <w:color w:val="FFFFFF" w:themeColor="background1"/>
                <w:lang w:val="es-ES"/>
              </w:rPr>
              <w:t>mediu</w:t>
            </w:r>
            <w:proofErr w:type="spellEnd"/>
          </w:p>
          <w:p w14:paraId="33823683" w14:textId="77777777" w:rsidR="00B3428F" w:rsidRDefault="00B3428F" w:rsidP="00385EE6">
            <w:pPr>
              <w:rPr>
                <w:rFonts w:ascii="Montserrat" w:eastAsia="Montserrat" w:hAnsi="Montserrat" w:cs="Montserrat"/>
                <w:b/>
                <w:bCs/>
                <w:color w:val="FFFFFF"/>
                <w:lang w:val="es-ES"/>
              </w:rPr>
            </w:pPr>
            <w:r w:rsidRPr="424BACA2">
              <w:rPr>
                <w:rFonts w:ascii="Montserrat" w:eastAsia="Montserrat" w:hAnsi="Montserrat" w:cs="Montserrat"/>
                <w:b/>
                <w:bCs/>
                <w:color w:val="FFFFFF" w:themeColor="background1"/>
                <w:lang w:val="es-ES"/>
              </w:rPr>
              <w:t xml:space="preserve">0-20 </w:t>
            </w:r>
            <w:proofErr w:type="spellStart"/>
            <w:r w:rsidRPr="424BACA2">
              <w:rPr>
                <w:rFonts w:ascii="Montserrat" w:eastAsia="Montserrat" w:hAnsi="Montserrat" w:cs="Montserrat"/>
                <w:b/>
                <w:bCs/>
                <w:color w:val="FFFFFF" w:themeColor="background1"/>
                <w:lang w:val="es-ES"/>
              </w:rPr>
              <w:t>puncte</w:t>
            </w:r>
            <w:proofErr w:type="spellEnd"/>
          </w:p>
        </w:tc>
        <w:tc>
          <w:tcPr>
            <w:tcW w:w="1515" w:type="dxa"/>
            <w:shd w:val="clear" w:color="auto" w:fill="1B877F"/>
            <w:tcMar>
              <w:top w:w="100" w:type="dxa"/>
              <w:left w:w="100" w:type="dxa"/>
              <w:bottom w:w="100" w:type="dxa"/>
              <w:right w:w="100" w:type="dxa"/>
            </w:tcMar>
          </w:tcPr>
          <w:p w14:paraId="25722186" w14:textId="77777777" w:rsidR="00B3428F" w:rsidRDefault="00B3428F" w:rsidP="00385EE6">
            <w:proofErr w:type="spellStart"/>
            <w:r w:rsidRPr="424BACA2">
              <w:rPr>
                <w:rFonts w:ascii="Montserrat" w:eastAsia="Montserrat" w:hAnsi="Montserrat" w:cs="Montserrat"/>
                <w:b/>
                <w:bCs/>
                <w:color w:val="FFFFFF" w:themeColor="background1"/>
                <w:lang w:val="es-ES"/>
              </w:rPr>
              <w:t>Rolul</w:t>
            </w:r>
            <w:proofErr w:type="spellEnd"/>
            <w:r w:rsidRPr="424BACA2">
              <w:rPr>
                <w:rFonts w:ascii="Montserrat" w:eastAsia="Montserrat" w:hAnsi="Montserrat" w:cs="Montserrat"/>
                <w:b/>
                <w:bCs/>
                <w:color w:val="FFFFFF" w:themeColor="background1"/>
                <w:lang w:val="es-ES"/>
              </w:rPr>
              <w:t xml:space="preserve"> </w:t>
            </w:r>
            <w:proofErr w:type="spellStart"/>
            <w:r w:rsidRPr="424BACA2">
              <w:rPr>
                <w:rFonts w:ascii="Montserrat" w:eastAsia="Montserrat" w:hAnsi="Montserrat" w:cs="Montserrat"/>
                <w:b/>
                <w:bCs/>
                <w:color w:val="FFFFFF" w:themeColor="background1"/>
                <w:lang w:val="es-ES"/>
              </w:rPr>
              <w:t>tinerilor</w:t>
            </w:r>
            <w:proofErr w:type="spellEnd"/>
          </w:p>
          <w:p w14:paraId="267CD4AB" w14:textId="77777777" w:rsidR="00B3428F" w:rsidRDefault="00B3428F" w:rsidP="00385EE6">
            <w:pPr>
              <w:rPr>
                <w:rFonts w:ascii="Montserrat" w:eastAsia="Montserrat" w:hAnsi="Montserrat" w:cs="Montserrat"/>
                <w:b/>
                <w:bCs/>
                <w:color w:val="FFFFFF" w:themeColor="background1"/>
                <w:lang w:val="es-ES"/>
              </w:rPr>
            </w:pPr>
          </w:p>
          <w:p w14:paraId="1DF7666F" w14:textId="77777777" w:rsidR="00B3428F" w:rsidRDefault="00B3428F" w:rsidP="00385EE6">
            <w:pPr>
              <w:rPr>
                <w:rFonts w:ascii="Montserrat" w:eastAsia="Montserrat" w:hAnsi="Montserrat" w:cs="Montserrat"/>
                <w:b/>
                <w:bCs/>
                <w:color w:val="FFFFFF"/>
                <w:lang w:val="es-ES"/>
              </w:rPr>
            </w:pPr>
            <w:r w:rsidRPr="2D7C8844">
              <w:rPr>
                <w:rFonts w:ascii="Montserrat" w:eastAsia="Montserrat" w:hAnsi="Montserrat" w:cs="Montserrat"/>
                <w:b/>
                <w:bCs/>
                <w:color w:val="FFFFFF" w:themeColor="background1"/>
                <w:lang w:val="es-ES"/>
              </w:rPr>
              <w:t xml:space="preserve">0-20 </w:t>
            </w:r>
            <w:proofErr w:type="spellStart"/>
            <w:r w:rsidRPr="2D7C8844">
              <w:rPr>
                <w:rFonts w:ascii="Montserrat" w:eastAsia="Montserrat" w:hAnsi="Montserrat" w:cs="Montserrat"/>
                <w:b/>
                <w:bCs/>
                <w:color w:val="FFFFFF" w:themeColor="background1"/>
                <w:lang w:val="es-ES"/>
              </w:rPr>
              <w:t>puncte</w:t>
            </w:r>
            <w:proofErr w:type="spellEnd"/>
          </w:p>
        </w:tc>
        <w:tc>
          <w:tcPr>
            <w:tcW w:w="1470" w:type="dxa"/>
            <w:shd w:val="clear" w:color="auto" w:fill="1B877F"/>
            <w:tcMar>
              <w:top w:w="100" w:type="dxa"/>
              <w:left w:w="100" w:type="dxa"/>
              <w:bottom w:w="100" w:type="dxa"/>
              <w:right w:w="100" w:type="dxa"/>
            </w:tcMar>
          </w:tcPr>
          <w:p w14:paraId="372180A6" w14:textId="77777777" w:rsidR="00B3428F" w:rsidRDefault="00B3428F" w:rsidP="00385EE6">
            <w:pPr>
              <w:rPr>
                <w:rFonts w:ascii="Montserrat" w:eastAsia="Montserrat" w:hAnsi="Montserrat" w:cs="Montserrat"/>
                <w:b/>
                <w:bCs/>
                <w:color w:val="FFFFFF"/>
                <w:lang w:val="es-ES"/>
              </w:rPr>
            </w:pPr>
            <w:proofErr w:type="spellStart"/>
            <w:r w:rsidRPr="2D7C8844">
              <w:rPr>
                <w:rFonts w:ascii="Montserrat" w:eastAsia="Montserrat" w:hAnsi="Montserrat" w:cs="Montserrat"/>
                <w:b/>
                <w:bCs/>
                <w:color w:val="FFFFFF" w:themeColor="background1"/>
                <w:lang w:val="es-ES"/>
              </w:rPr>
              <w:t>Inovație</w:t>
            </w:r>
            <w:proofErr w:type="spellEnd"/>
          </w:p>
          <w:p w14:paraId="1B512F5B" w14:textId="77777777" w:rsidR="00B3428F" w:rsidRDefault="00B3428F" w:rsidP="00385EE6">
            <w:pPr>
              <w:rPr>
                <w:rFonts w:ascii="Montserrat" w:eastAsia="Montserrat" w:hAnsi="Montserrat" w:cs="Montserrat"/>
                <w:b/>
                <w:bCs/>
                <w:color w:val="FFFFFF"/>
              </w:rPr>
            </w:pPr>
          </w:p>
          <w:p w14:paraId="149281BD" w14:textId="77777777" w:rsidR="00B3428F" w:rsidRDefault="00B3428F" w:rsidP="00385EE6">
            <w:pPr>
              <w:rPr>
                <w:rFonts w:ascii="Montserrat" w:eastAsia="Montserrat" w:hAnsi="Montserrat" w:cs="Montserrat"/>
                <w:b/>
                <w:bCs/>
                <w:color w:val="FFFFFF"/>
                <w:lang w:val="es-ES"/>
              </w:rPr>
            </w:pPr>
            <w:r w:rsidRPr="2D7C8844">
              <w:rPr>
                <w:rFonts w:ascii="Montserrat" w:eastAsia="Montserrat" w:hAnsi="Montserrat" w:cs="Montserrat"/>
                <w:b/>
                <w:bCs/>
                <w:color w:val="FFFFFF" w:themeColor="background1"/>
                <w:lang w:val="es-ES"/>
              </w:rPr>
              <w:t xml:space="preserve">0-10 </w:t>
            </w:r>
            <w:proofErr w:type="spellStart"/>
            <w:r w:rsidRPr="2D7C8844">
              <w:rPr>
                <w:rFonts w:ascii="Montserrat" w:eastAsia="Montserrat" w:hAnsi="Montserrat" w:cs="Montserrat"/>
                <w:b/>
                <w:bCs/>
                <w:color w:val="FFFFFF" w:themeColor="background1"/>
                <w:lang w:val="es-ES"/>
              </w:rPr>
              <w:t>puncte</w:t>
            </w:r>
            <w:proofErr w:type="spellEnd"/>
          </w:p>
        </w:tc>
        <w:tc>
          <w:tcPr>
            <w:tcW w:w="1620" w:type="dxa"/>
            <w:shd w:val="clear" w:color="auto" w:fill="1B877F"/>
            <w:tcMar>
              <w:top w:w="100" w:type="dxa"/>
              <w:left w:w="100" w:type="dxa"/>
              <w:bottom w:w="100" w:type="dxa"/>
              <w:right w:w="100" w:type="dxa"/>
            </w:tcMar>
          </w:tcPr>
          <w:p w14:paraId="5387F4AB" w14:textId="77777777" w:rsidR="00B3428F" w:rsidRDefault="00B3428F" w:rsidP="00385EE6">
            <w:pPr>
              <w:rPr>
                <w:rFonts w:ascii="Montserrat" w:eastAsia="Montserrat" w:hAnsi="Montserrat" w:cs="Montserrat"/>
                <w:b/>
                <w:bCs/>
                <w:color w:val="FFFFFF"/>
                <w:lang w:val="es-ES"/>
              </w:rPr>
            </w:pPr>
            <w:proofErr w:type="spellStart"/>
            <w:r w:rsidRPr="2D7C8844">
              <w:rPr>
                <w:rFonts w:ascii="Montserrat" w:eastAsia="Montserrat" w:hAnsi="Montserrat" w:cs="Montserrat"/>
                <w:b/>
                <w:bCs/>
                <w:color w:val="FFFFFF" w:themeColor="background1"/>
                <w:lang w:val="es-ES"/>
              </w:rPr>
              <w:t>Fezabilitate</w:t>
            </w:r>
            <w:proofErr w:type="spellEnd"/>
            <w:r w:rsidRPr="2D7C8844">
              <w:rPr>
                <w:rFonts w:ascii="Montserrat" w:eastAsia="Montserrat" w:hAnsi="Montserrat" w:cs="Montserrat"/>
                <w:b/>
                <w:bCs/>
                <w:color w:val="FFFFFF" w:themeColor="background1"/>
                <w:lang w:val="es-ES"/>
              </w:rPr>
              <w:t xml:space="preserve"> </w:t>
            </w:r>
            <w:proofErr w:type="spellStart"/>
            <w:r w:rsidRPr="2D7C8844">
              <w:rPr>
                <w:rFonts w:ascii="Montserrat" w:eastAsia="Montserrat" w:hAnsi="Montserrat" w:cs="Montserrat"/>
                <w:b/>
                <w:bCs/>
                <w:color w:val="FFFFFF" w:themeColor="background1"/>
                <w:lang w:val="es-ES"/>
              </w:rPr>
              <w:t>și</w:t>
            </w:r>
            <w:proofErr w:type="spellEnd"/>
            <w:r w:rsidRPr="2D7C8844">
              <w:rPr>
                <w:rFonts w:ascii="Montserrat" w:eastAsia="Montserrat" w:hAnsi="Montserrat" w:cs="Montserrat"/>
                <w:b/>
                <w:bCs/>
                <w:color w:val="FFFFFF" w:themeColor="background1"/>
                <w:lang w:val="es-ES"/>
              </w:rPr>
              <w:t xml:space="preserve"> planificare</w:t>
            </w:r>
          </w:p>
          <w:p w14:paraId="21C22920" w14:textId="77777777" w:rsidR="00B3428F" w:rsidRDefault="00B3428F" w:rsidP="00385EE6">
            <w:pPr>
              <w:rPr>
                <w:rFonts w:ascii="Montserrat" w:eastAsia="Montserrat" w:hAnsi="Montserrat" w:cs="Montserrat"/>
                <w:b/>
                <w:bCs/>
                <w:color w:val="FFFFFF"/>
              </w:rPr>
            </w:pPr>
          </w:p>
          <w:p w14:paraId="30B084C5" w14:textId="77777777" w:rsidR="00B3428F" w:rsidRDefault="00B3428F" w:rsidP="00385EE6">
            <w:pPr>
              <w:rPr>
                <w:rFonts w:ascii="Montserrat" w:eastAsia="Montserrat" w:hAnsi="Montserrat" w:cs="Montserrat"/>
                <w:b/>
                <w:bCs/>
                <w:color w:val="FFFFFF"/>
                <w:lang w:val="es-ES"/>
              </w:rPr>
            </w:pPr>
            <w:r w:rsidRPr="2D7C8844">
              <w:rPr>
                <w:rFonts w:ascii="Montserrat" w:eastAsia="Montserrat" w:hAnsi="Montserrat" w:cs="Montserrat"/>
                <w:b/>
                <w:bCs/>
                <w:color w:val="FFFFFF" w:themeColor="background1"/>
                <w:lang w:val="es-ES"/>
              </w:rPr>
              <w:t xml:space="preserve">0-20 </w:t>
            </w:r>
            <w:proofErr w:type="spellStart"/>
            <w:r w:rsidRPr="2D7C8844">
              <w:rPr>
                <w:rFonts w:ascii="Montserrat" w:eastAsia="Montserrat" w:hAnsi="Montserrat" w:cs="Montserrat"/>
                <w:b/>
                <w:bCs/>
                <w:color w:val="FFFFFF" w:themeColor="background1"/>
                <w:lang w:val="es-ES"/>
              </w:rPr>
              <w:t>puncte</w:t>
            </w:r>
            <w:proofErr w:type="spellEnd"/>
          </w:p>
        </w:tc>
        <w:tc>
          <w:tcPr>
            <w:tcW w:w="1395" w:type="dxa"/>
            <w:shd w:val="clear" w:color="auto" w:fill="1B877F"/>
            <w:tcMar>
              <w:top w:w="100" w:type="dxa"/>
              <w:left w:w="100" w:type="dxa"/>
              <w:bottom w:w="100" w:type="dxa"/>
              <w:right w:w="100" w:type="dxa"/>
            </w:tcMar>
          </w:tcPr>
          <w:p w14:paraId="7EE252BA" w14:textId="77777777" w:rsidR="00B3428F" w:rsidRDefault="00B3428F" w:rsidP="00385EE6">
            <w:pPr>
              <w:rPr>
                <w:rFonts w:ascii="Montserrat" w:eastAsia="Montserrat" w:hAnsi="Montserrat" w:cs="Montserrat"/>
                <w:b/>
                <w:bCs/>
                <w:color w:val="FFFFFF"/>
                <w:lang w:val="es-ES"/>
              </w:rPr>
            </w:pPr>
            <w:proofErr w:type="spellStart"/>
            <w:r w:rsidRPr="2D7C8844">
              <w:rPr>
                <w:rFonts w:ascii="Montserrat" w:eastAsia="Montserrat" w:hAnsi="Montserrat" w:cs="Montserrat"/>
                <w:b/>
                <w:bCs/>
                <w:color w:val="FFFFFF"/>
                <w:lang w:val="es-ES"/>
              </w:rPr>
              <w:t>Buget</w:t>
            </w:r>
            <w:proofErr w:type="spellEnd"/>
          </w:p>
          <w:p w14:paraId="4B8CAF9E" w14:textId="77777777" w:rsidR="00B3428F" w:rsidRDefault="00B3428F" w:rsidP="00385EE6">
            <w:pPr>
              <w:rPr>
                <w:rFonts w:ascii="Montserrat" w:eastAsia="Montserrat" w:hAnsi="Montserrat" w:cs="Montserrat"/>
                <w:b/>
                <w:bCs/>
                <w:color w:val="FFFFFF"/>
              </w:rPr>
            </w:pPr>
          </w:p>
          <w:p w14:paraId="6F3A1896" w14:textId="77777777" w:rsidR="00B3428F" w:rsidRDefault="00B3428F" w:rsidP="00385EE6">
            <w:pPr>
              <w:rPr>
                <w:rFonts w:ascii="Montserrat" w:eastAsia="Montserrat" w:hAnsi="Montserrat" w:cs="Montserrat"/>
                <w:b/>
                <w:bCs/>
                <w:color w:val="FFFFFF"/>
                <w:lang w:val="es-ES"/>
              </w:rPr>
            </w:pPr>
            <w:r w:rsidRPr="2D7C8844">
              <w:rPr>
                <w:rFonts w:ascii="Montserrat" w:eastAsia="Montserrat" w:hAnsi="Montserrat" w:cs="Montserrat"/>
                <w:b/>
                <w:bCs/>
                <w:color w:val="FFFFFF" w:themeColor="background1"/>
                <w:lang w:val="es-ES"/>
              </w:rPr>
              <w:t xml:space="preserve">0-10 </w:t>
            </w:r>
            <w:proofErr w:type="spellStart"/>
            <w:r w:rsidRPr="2D7C8844">
              <w:rPr>
                <w:rFonts w:ascii="Montserrat" w:eastAsia="Montserrat" w:hAnsi="Montserrat" w:cs="Montserrat"/>
                <w:b/>
                <w:bCs/>
                <w:color w:val="FFFFFF" w:themeColor="background1"/>
                <w:lang w:val="es-ES"/>
              </w:rPr>
              <w:t>puncte</w:t>
            </w:r>
            <w:proofErr w:type="spellEnd"/>
          </w:p>
        </w:tc>
        <w:tc>
          <w:tcPr>
            <w:tcW w:w="1545" w:type="dxa"/>
            <w:shd w:val="clear" w:color="auto" w:fill="1B877F"/>
            <w:tcMar>
              <w:top w:w="100" w:type="dxa"/>
              <w:left w:w="100" w:type="dxa"/>
              <w:bottom w:w="100" w:type="dxa"/>
              <w:right w:w="100" w:type="dxa"/>
            </w:tcMar>
          </w:tcPr>
          <w:p w14:paraId="22CE2AAE" w14:textId="77777777" w:rsidR="00B3428F" w:rsidRDefault="00B3428F" w:rsidP="00385EE6">
            <w:pPr>
              <w:rPr>
                <w:rFonts w:ascii="Montserrat" w:eastAsia="Montserrat" w:hAnsi="Montserrat" w:cs="Montserrat"/>
                <w:b/>
                <w:bCs/>
                <w:color w:val="FFFFFF"/>
                <w:lang w:val="es-ES"/>
              </w:rPr>
            </w:pPr>
            <w:proofErr w:type="spellStart"/>
            <w:r w:rsidRPr="2D7C8844">
              <w:rPr>
                <w:rFonts w:ascii="Montserrat" w:eastAsia="Montserrat" w:hAnsi="Montserrat" w:cs="Montserrat"/>
                <w:b/>
                <w:bCs/>
                <w:color w:val="FFFFFF" w:themeColor="background1"/>
                <w:lang w:val="es-ES"/>
              </w:rPr>
              <w:t>Impact</w:t>
            </w:r>
            <w:proofErr w:type="spellEnd"/>
          </w:p>
          <w:p w14:paraId="5A48162C" w14:textId="77777777" w:rsidR="00B3428F" w:rsidRDefault="00B3428F" w:rsidP="00385EE6">
            <w:pPr>
              <w:rPr>
                <w:rFonts w:ascii="Montserrat" w:eastAsia="Montserrat" w:hAnsi="Montserrat" w:cs="Montserrat"/>
                <w:b/>
                <w:bCs/>
                <w:color w:val="FFFFFF"/>
              </w:rPr>
            </w:pPr>
          </w:p>
          <w:p w14:paraId="1A878255" w14:textId="77777777" w:rsidR="00B3428F" w:rsidRDefault="00B3428F" w:rsidP="00385EE6">
            <w:pPr>
              <w:rPr>
                <w:rFonts w:ascii="Montserrat" w:eastAsia="Montserrat" w:hAnsi="Montserrat" w:cs="Montserrat"/>
                <w:b/>
                <w:bCs/>
                <w:color w:val="FFFFFF"/>
                <w:lang w:val="es-ES"/>
              </w:rPr>
            </w:pPr>
            <w:r w:rsidRPr="2D7C8844">
              <w:rPr>
                <w:rFonts w:ascii="Montserrat" w:eastAsia="Montserrat" w:hAnsi="Montserrat" w:cs="Montserrat"/>
                <w:b/>
                <w:bCs/>
                <w:color w:val="FFFFFF" w:themeColor="background1"/>
                <w:lang w:val="es-ES"/>
              </w:rPr>
              <w:t xml:space="preserve">0-20 </w:t>
            </w:r>
            <w:proofErr w:type="spellStart"/>
            <w:r w:rsidRPr="2D7C8844">
              <w:rPr>
                <w:rFonts w:ascii="Montserrat" w:eastAsia="Montserrat" w:hAnsi="Montserrat" w:cs="Montserrat"/>
                <w:b/>
                <w:bCs/>
                <w:color w:val="FFFFFF" w:themeColor="background1"/>
                <w:lang w:val="es-ES"/>
              </w:rPr>
              <w:t>puncte</w:t>
            </w:r>
            <w:proofErr w:type="spellEnd"/>
          </w:p>
        </w:tc>
        <w:tc>
          <w:tcPr>
            <w:tcW w:w="1740" w:type="dxa"/>
            <w:shd w:val="clear" w:color="auto" w:fill="1B877F"/>
            <w:tcMar>
              <w:top w:w="100" w:type="dxa"/>
              <w:left w:w="100" w:type="dxa"/>
              <w:bottom w:w="100" w:type="dxa"/>
              <w:right w:w="100" w:type="dxa"/>
            </w:tcMar>
          </w:tcPr>
          <w:p w14:paraId="5B9FC361"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FFFFFF"/>
              </w:rPr>
            </w:pPr>
            <w:r>
              <w:rPr>
                <w:rFonts w:ascii="Montserrat SemiBold" w:eastAsia="Montserrat SemiBold" w:hAnsi="Montserrat SemiBold" w:cs="Montserrat SemiBold"/>
                <w:color w:val="FFFFFF"/>
              </w:rPr>
              <w:t>Scor total</w:t>
            </w:r>
          </w:p>
          <w:p w14:paraId="1B174B8A"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FFFFFF"/>
              </w:rPr>
            </w:pPr>
          </w:p>
          <w:p w14:paraId="67B9A4CD"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FFFFFF"/>
                <w:lang w:val="es-ES"/>
              </w:rPr>
            </w:pPr>
            <w:r w:rsidRPr="2D7C8844">
              <w:rPr>
                <w:rFonts w:ascii="Montserrat SemiBold" w:eastAsia="Montserrat SemiBold" w:hAnsi="Montserrat SemiBold" w:cs="Montserrat SemiBold"/>
                <w:color w:val="FFFFFF" w:themeColor="background1"/>
                <w:lang w:val="es-ES"/>
              </w:rPr>
              <w:t xml:space="preserve">0-100 </w:t>
            </w:r>
            <w:proofErr w:type="spellStart"/>
            <w:r w:rsidRPr="2D7C8844">
              <w:rPr>
                <w:rFonts w:ascii="Montserrat SemiBold" w:eastAsia="Montserrat SemiBold" w:hAnsi="Montserrat SemiBold" w:cs="Montserrat SemiBold"/>
                <w:color w:val="FFFFFF" w:themeColor="background1"/>
                <w:lang w:val="es-ES"/>
              </w:rPr>
              <w:t>puncte</w:t>
            </w:r>
            <w:proofErr w:type="spellEnd"/>
          </w:p>
        </w:tc>
      </w:tr>
      <w:tr w:rsidR="00B3428F" w14:paraId="1C5765E8" w14:textId="77777777" w:rsidTr="00385EE6">
        <w:tc>
          <w:tcPr>
            <w:tcW w:w="3030" w:type="dxa"/>
            <w:tcMar>
              <w:top w:w="100" w:type="dxa"/>
              <w:left w:w="100" w:type="dxa"/>
              <w:bottom w:w="100" w:type="dxa"/>
              <w:right w:w="100" w:type="dxa"/>
            </w:tcMar>
          </w:tcPr>
          <w:p w14:paraId="51F1FD3C"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605" w:type="dxa"/>
            <w:tcMar>
              <w:top w:w="100" w:type="dxa"/>
              <w:left w:w="100" w:type="dxa"/>
              <w:bottom w:w="100" w:type="dxa"/>
              <w:right w:w="100" w:type="dxa"/>
            </w:tcMar>
          </w:tcPr>
          <w:p w14:paraId="4B8CCA00"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515" w:type="dxa"/>
            <w:tcMar>
              <w:top w:w="100" w:type="dxa"/>
              <w:left w:w="100" w:type="dxa"/>
              <w:bottom w:w="100" w:type="dxa"/>
              <w:right w:w="100" w:type="dxa"/>
            </w:tcMar>
          </w:tcPr>
          <w:p w14:paraId="732E4EB8"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470" w:type="dxa"/>
            <w:tcMar>
              <w:top w:w="100" w:type="dxa"/>
              <w:left w:w="100" w:type="dxa"/>
              <w:bottom w:w="100" w:type="dxa"/>
              <w:right w:w="100" w:type="dxa"/>
            </w:tcMar>
          </w:tcPr>
          <w:p w14:paraId="528ED830"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620" w:type="dxa"/>
            <w:tcMar>
              <w:top w:w="100" w:type="dxa"/>
              <w:left w:w="100" w:type="dxa"/>
              <w:bottom w:w="100" w:type="dxa"/>
              <w:right w:w="100" w:type="dxa"/>
            </w:tcMar>
          </w:tcPr>
          <w:p w14:paraId="4D088047"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395" w:type="dxa"/>
            <w:tcMar>
              <w:top w:w="100" w:type="dxa"/>
              <w:left w:w="100" w:type="dxa"/>
              <w:bottom w:w="100" w:type="dxa"/>
              <w:right w:w="100" w:type="dxa"/>
            </w:tcMar>
          </w:tcPr>
          <w:p w14:paraId="5A2E11A3"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545" w:type="dxa"/>
            <w:tcMar>
              <w:top w:w="100" w:type="dxa"/>
              <w:left w:w="100" w:type="dxa"/>
              <w:bottom w:w="100" w:type="dxa"/>
              <w:right w:w="100" w:type="dxa"/>
            </w:tcMar>
          </w:tcPr>
          <w:p w14:paraId="34677EFF"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740" w:type="dxa"/>
            <w:tcMar>
              <w:top w:w="100" w:type="dxa"/>
              <w:left w:w="100" w:type="dxa"/>
              <w:bottom w:w="100" w:type="dxa"/>
              <w:right w:w="100" w:type="dxa"/>
            </w:tcMar>
          </w:tcPr>
          <w:p w14:paraId="017FBBE1"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r>
      <w:tr w:rsidR="00B3428F" w14:paraId="04543379" w14:textId="77777777" w:rsidTr="00385EE6">
        <w:tc>
          <w:tcPr>
            <w:tcW w:w="3030" w:type="dxa"/>
            <w:tcMar>
              <w:top w:w="100" w:type="dxa"/>
              <w:left w:w="100" w:type="dxa"/>
              <w:bottom w:w="100" w:type="dxa"/>
              <w:right w:w="100" w:type="dxa"/>
            </w:tcMar>
          </w:tcPr>
          <w:p w14:paraId="5FED2D7A"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605" w:type="dxa"/>
            <w:tcMar>
              <w:top w:w="100" w:type="dxa"/>
              <w:left w:w="100" w:type="dxa"/>
              <w:bottom w:w="100" w:type="dxa"/>
              <w:right w:w="100" w:type="dxa"/>
            </w:tcMar>
          </w:tcPr>
          <w:p w14:paraId="28F68F81"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515" w:type="dxa"/>
            <w:tcMar>
              <w:top w:w="100" w:type="dxa"/>
              <w:left w:w="100" w:type="dxa"/>
              <w:bottom w:w="100" w:type="dxa"/>
              <w:right w:w="100" w:type="dxa"/>
            </w:tcMar>
          </w:tcPr>
          <w:p w14:paraId="15EC127F"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470" w:type="dxa"/>
            <w:tcMar>
              <w:top w:w="100" w:type="dxa"/>
              <w:left w:w="100" w:type="dxa"/>
              <w:bottom w:w="100" w:type="dxa"/>
              <w:right w:w="100" w:type="dxa"/>
            </w:tcMar>
          </w:tcPr>
          <w:p w14:paraId="1C8E4251"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620" w:type="dxa"/>
            <w:tcMar>
              <w:top w:w="100" w:type="dxa"/>
              <w:left w:w="100" w:type="dxa"/>
              <w:bottom w:w="100" w:type="dxa"/>
              <w:right w:w="100" w:type="dxa"/>
            </w:tcMar>
          </w:tcPr>
          <w:p w14:paraId="1892EF66"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395" w:type="dxa"/>
            <w:tcMar>
              <w:top w:w="100" w:type="dxa"/>
              <w:left w:w="100" w:type="dxa"/>
              <w:bottom w:w="100" w:type="dxa"/>
              <w:right w:w="100" w:type="dxa"/>
            </w:tcMar>
          </w:tcPr>
          <w:p w14:paraId="57F6EAF4"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545" w:type="dxa"/>
            <w:tcMar>
              <w:top w:w="100" w:type="dxa"/>
              <w:left w:w="100" w:type="dxa"/>
              <w:bottom w:w="100" w:type="dxa"/>
              <w:right w:w="100" w:type="dxa"/>
            </w:tcMar>
          </w:tcPr>
          <w:p w14:paraId="36A076BF"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740" w:type="dxa"/>
            <w:tcMar>
              <w:top w:w="100" w:type="dxa"/>
              <w:left w:w="100" w:type="dxa"/>
              <w:bottom w:w="100" w:type="dxa"/>
              <w:right w:w="100" w:type="dxa"/>
            </w:tcMar>
          </w:tcPr>
          <w:p w14:paraId="44F84AA3"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r>
      <w:tr w:rsidR="00B3428F" w14:paraId="51D7391D" w14:textId="77777777" w:rsidTr="00385EE6">
        <w:tc>
          <w:tcPr>
            <w:tcW w:w="3030" w:type="dxa"/>
            <w:tcMar>
              <w:top w:w="100" w:type="dxa"/>
              <w:left w:w="100" w:type="dxa"/>
              <w:bottom w:w="100" w:type="dxa"/>
              <w:right w:w="100" w:type="dxa"/>
            </w:tcMar>
          </w:tcPr>
          <w:p w14:paraId="2D475DC8"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605" w:type="dxa"/>
            <w:tcMar>
              <w:top w:w="100" w:type="dxa"/>
              <w:left w:w="100" w:type="dxa"/>
              <w:bottom w:w="100" w:type="dxa"/>
              <w:right w:w="100" w:type="dxa"/>
            </w:tcMar>
          </w:tcPr>
          <w:p w14:paraId="25E59DAC"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515" w:type="dxa"/>
            <w:tcMar>
              <w:top w:w="100" w:type="dxa"/>
              <w:left w:w="100" w:type="dxa"/>
              <w:bottom w:w="100" w:type="dxa"/>
              <w:right w:w="100" w:type="dxa"/>
            </w:tcMar>
          </w:tcPr>
          <w:p w14:paraId="74DE850E"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470" w:type="dxa"/>
            <w:tcMar>
              <w:top w:w="100" w:type="dxa"/>
              <w:left w:w="100" w:type="dxa"/>
              <w:bottom w:w="100" w:type="dxa"/>
              <w:right w:w="100" w:type="dxa"/>
            </w:tcMar>
          </w:tcPr>
          <w:p w14:paraId="17A3656C"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620" w:type="dxa"/>
            <w:tcMar>
              <w:top w:w="100" w:type="dxa"/>
              <w:left w:w="100" w:type="dxa"/>
              <w:bottom w:w="100" w:type="dxa"/>
              <w:right w:w="100" w:type="dxa"/>
            </w:tcMar>
          </w:tcPr>
          <w:p w14:paraId="7276931C"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395" w:type="dxa"/>
            <w:tcMar>
              <w:top w:w="100" w:type="dxa"/>
              <w:left w:w="100" w:type="dxa"/>
              <w:bottom w:w="100" w:type="dxa"/>
              <w:right w:w="100" w:type="dxa"/>
            </w:tcMar>
          </w:tcPr>
          <w:p w14:paraId="49F67FD3"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545" w:type="dxa"/>
            <w:tcMar>
              <w:top w:w="100" w:type="dxa"/>
              <w:left w:w="100" w:type="dxa"/>
              <w:bottom w:w="100" w:type="dxa"/>
              <w:right w:w="100" w:type="dxa"/>
            </w:tcMar>
          </w:tcPr>
          <w:p w14:paraId="109295CD"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740" w:type="dxa"/>
            <w:tcMar>
              <w:top w:w="100" w:type="dxa"/>
              <w:left w:w="100" w:type="dxa"/>
              <w:bottom w:w="100" w:type="dxa"/>
              <w:right w:w="100" w:type="dxa"/>
            </w:tcMar>
          </w:tcPr>
          <w:p w14:paraId="62898C46"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r>
      <w:tr w:rsidR="00B3428F" w14:paraId="5C52A273" w14:textId="77777777" w:rsidTr="00385EE6">
        <w:tc>
          <w:tcPr>
            <w:tcW w:w="3030" w:type="dxa"/>
            <w:tcMar>
              <w:top w:w="100" w:type="dxa"/>
              <w:left w:w="100" w:type="dxa"/>
              <w:bottom w:w="100" w:type="dxa"/>
              <w:right w:w="100" w:type="dxa"/>
            </w:tcMar>
          </w:tcPr>
          <w:p w14:paraId="48B6E5A7"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605" w:type="dxa"/>
            <w:tcMar>
              <w:top w:w="100" w:type="dxa"/>
              <w:left w:w="100" w:type="dxa"/>
              <w:bottom w:w="100" w:type="dxa"/>
              <w:right w:w="100" w:type="dxa"/>
            </w:tcMar>
          </w:tcPr>
          <w:p w14:paraId="2B950286"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515" w:type="dxa"/>
            <w:tcMar>
              <w:top w:w="100" w:type="dxa"/>
              <w:left w:w="100" w:type="dxa"/>
              <w:bottom w:w="100" w:type="dxa"/>
              <w:right w:w="100" w:type="dxa"/>
            </w:tcMar>
          </w:tcPr>
          <w:p w14:paraId="0E8E93C4"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470" w:type="dxa"/>
            <w:tcMar>
              <w:top w:w="100" w:type="dxa"/>
              <w:left w:w="100" w:type="dxa"/>
              <w:bottom w:w="100" w:type="dxa"/>
              <w:right w:w="100" w:type="dxa"/>
            </w:tcMar>
          </w:tcPr>
          <w:p w14:paraId="0EC78BD1"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620" w:type="dxa"/>
            <w:tcMar>
              <w:top w:w="100" w:type="dxa"/>
              <w:left w:w="100" w:type="dxa"/>
              <w:bottom w:w="100" w:type="dxa"/>
              <w:right w:w="100" w:type="dxa"/>
            </w:tcMar>
          </w:tcPr>
          <w:p w14:paraId="184B7A97"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395" w:type="dxa"/>
            <w:tcMar>
              <w:top w:w="100" w:type="dxa"/>
              <w:left w:w="100" w:type="dxa"/>
              <w:bottom w:w="100" w:type="dxa"/>
              <w:right w:w="100" w:type="dxa"/>
            </w:tcMar>
          </w:tcPr>
          <w:p w14:paraId="22AAA609"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545" w:type="dxa"/>
            <w:tcMar>
              <w:top w:w="100" w:type="dxa"/>
              <w:left w:w="100" w:type="dxa"/>
              <w:bottom w:w="100" w:type="dxa"/>
              <w:right w:w="100" w:type="dxa"/>
            </w:tcMar>
          </w:tcPr>
          <w:p w14:paraId="07B05D12"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740" w:type="dxa"/>
            <w:tcMar>
              <w:top w:w="100" w:type="dxa"/>
              <w:left w:w="100" w:type="dxa"/>
              <w:bottom w:w="100" w:type="dxa"/>
              <w:right w:w="100" w:type="dxa"/>
            </w:tcMar>
          </w:tcPr>
          <w:p w14:paraId="13EF3F0D"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r>
      <w:tr w:rsidR="00B3428F" w14:paraId="103D810A" w14:textId="77777777" w:rsidTr="00385EE6">
        <w:tc>
          <w:tcPr>
            <w:tcW w:w="3030" w:type="dxa"/>
            <w:tcMar>
              <w:top w:w="100" w:type="dxa"/>
              <w:left w:w="100" w:type="dxa"/>
              <w:bottom w:w="100" w:type="dxa"/>
              <w:right w:w="100" w:type="dxa"/>
            </w:tcMar>
          </w:tcPr>
          <w:p w14:paraId="692EEF9D"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605" w:type="dxa"/>
            <w:tcMar>
              <w:top w:w="100" w:type="dxa"/>
              <w:left w:w="100" w:type="dxa"/>
              <w:bottom w:w="100" w:type="dxa"/>
              <w:right w:w="100" w:type="dxa"/>
            </w:tcMar>
          </w:tcPr>
          <w:p w14:paraId="48AB5212"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515" w:type="dxa"/>
            <w:tcMar>
              <w:top w:w="100" w:type="dxa"/>
              <w:left w:w="100" w:type="dxa"/>
              <w:bottom w:w="100" w:type="dxa"/>
              <w:right w:w="100" w:type="dxa"/>
            </w:tcMar>
          </w:tcPr>
          <w:p w14:paraId="6F7855ED"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470" w:type="dxa"/>
            <w:tcMar>
              <w:top w:w="100" w:type="dxa"/>
              <w:left w:w="100" w:type="dxa"/>
              <w:bottom w:w="100" w:type="dxa"/>
              <w:right w:w="100" w:type="dxa"/>
            </w:tcMar>
          </w:tcPr>
          <w:p w14:paraId="768559AF"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620" w:type="dxa"/>
            <w:tcMar>
              <w:top w:w="100" w:type="dxa"/>
              <w:left w:w="100" w:type="dxa"/>
              <w:bottom w:w="100" w:type="dxa"/>
              <w:right w:w="100" w:type="dxa"/>
            </w:tcMar>
          </w:tcPr>
          <w:p w14:paraId="74CE80B0"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395" w:type="dxa"/>
            <w:tcMar>
              <w:top w:w="100" w:type="dxa"/>
              <w:left w:w="100" w:type="dxa"/>
              <w:bottom w:w="100" w:type="dxa"/>
              <w:right w:w="100" w:type="dxa"/>
            </w:tcMar>
          </w:tcPr>
          <w:p w14:paraId="312BD25B"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545" w:type="dxa"/>
            <w:tcMar>
              <w:top w:w="100" w:type="dxa"/>
              <w:left w:w="100" w:type="dxa"/>
              <w:bottom w:w="100" w:type="dxa"/>
              <w:right w:w="100" w:type="dxa"/>
            </w:tcMar>
          </w:tcPr>
          <w:p w14:paraId="7931AE9E"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740" w:type="dxa"/>
            <w:tcMar>
              <w:top w:w="100" w:type="dxa"/>
              <w:left w:w="100" w:type="dxa"/>
              <w:bottom w:w="100" w:type="dxa"/>
              <w:right w:w="100" w:type="dxa"/>
            </w:tcMar>
          </w:tcPr>
          <w:p w14:paraId="0204E122"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r>
      <w:tr w:rsidR="00B3428F" w14:paraId="02B1FEF1" w14:textId="77777777" w:rsidTr="00385EE6">
        <w:tc>
          <w:tcPr>
            <w:tcW w:w="3030" w:type="dxa"/>
            <w:tcMar>
              <w:top w:w="100" w:type="dxa"/>
              <w:left w:w="100" w:type="dxa"/>
              <w:bottom w:w="100" w:type="dxa"/>
              <w:right w:w="100" w:type="dxa"/>
            </w:tcMar>
          </w:tcPr>
          <w:p w14:paraId="228C0C24"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605" w:type="dxa"/>
            <w:tcMar>
              <w:top w:w="100" w:type="dxa"/>
              <w:left w:w="100" w:type="dxa"/>
              <w:bottom w:w="100" w:type="dxa"/>
              <w:right w:w="100" w:type="dxa"/>
            </w:tcMar>
          </w:tcPr>
          <w:p w14:paraId="71BA91B3"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515" w:type="dxa"/>
            <w:tcMar>
              <w:top w:w="100" w:type="dxa"/>
              <w:left w:w="100" w:type="dxa"/>
              <w:bottom w:w="100" w:type="dxa"/>
              <w:right w:w="100" w:type="dxa"/>
            </w:tcMar>
          </w:tcPr>
          <w:p w14:paraId="1D746AF4"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470" w:type="dxa"/>
            <w:tcMar>
              <w:top w:w="100" w:type="dxa"/>
              <w:left w:w="100" w:type="dxa"/>
              <w:bottom w:w="100" w:type="dxa"/>
              <w:right w:w="100" w:type="dxa"/>
            </w:tcMar>
          </w:tcPr>
          <w:p w14:paraId="1637CDE9"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620" w:type="dxa"/>
            <w:tcMar>
              <w:top w:w="100" w:type="dxa"/>
              <w:left w:w="100" w:type="dxa"/>
              <w:bottom w:w="100" w:type="dxa"/>
              <w:right w:w="100" w:type="dxa"/>
            </w:tcMar>
          </w:tcPr>
          <w:p w14:paraId="75E3311E"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395" w:type="dxa"/>
            <w:tcMar>
              <w:top w:w="100" w:type="dxa"/>
              <w:left w:w="100" w:type="dxa"/>
              <w:bottom w:w="100" w:type="dxa"/>
              <w:right w:w="100" w:type="dxa"/>
            </w:tcMar>
          </w:tcPr>
          <w:p w14:paraId="27E0450F"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545" w:type="dxa"/>
            <w:tcMar>
              <w:top w:w="100" w:type="dxa"/>
              <w:left w:w="100" w:type="dxa"/>
              <w:bottom w:w="100" w:type="dxa"/>
              <w:right w:w="100" w:type="dxa"/>
            </w:tcMar>
          </w:tcPr>
          <w:p w14:paraId="61C61F59"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c>
          <w:tcPr>
            <w:tcW w:w="1740" w:type="dxa"/>
            <w:tcMar>
              <w:top w:w="100" w:type="dxa"/>
              <w:left w:w="100" w:type="dxa"/>
              <w:bottom w:w="100" w:type="dxa"/>
              <w:right w:w="100" w:type="dxa"/>
            </w:tcMar>
          </w:tcPr>
          <w:p w14:paraId="08AD7D71" w14:textId="77777777" w:rsidR="00B3428F" w:rsidRDefault="00B3428F" w:rsidP="00385EE6">
            <w:pPr>
              <w:widowControl w:val="0"/>
              <w:pBdr>
                <w:top w:val="nil"/>
                <w:left w:val="nil"/>
                <w:bottom w:val="nil"/>
                <w:right w:val="nil"/>
                <w:between w:val="nil"/>
              </w:pBdr>
              <w:spacing w:line="240" w:lineRule="auto"/>
              <w:rPr>
                <w:rFonts w:ascii="Montserrat SemiBold" w:eastAsia="Montserrat SemiBold" w:hAnsi="Montserrat SemiBold" w:cs="Montserrat SemiBold"/>
                <w:color w:val="434343"/>
                <w:sz w:val="24"/>
                <w:szCs w:val="24"/>
              </w:rPr>
            </w:pPr>
          </w:p>
        </w:tc>
      </w:tr>
    </w:tbl>
    <w:p w14:paraId="60866346" w14:textId="25ED591C" w:rsidR="00B3428F" w:rsidRDefault="00B3428F" w:rsidP="005E1C75">
      <w:pPr>
        <w:spacing w:after="200" w:line="276" w:lineRule="auto"/>
        <w:rPr>
          <w:rFonts w:asciiTheme="majorHAnsi" w:eastAsiaTheme="majorEastAsia" w:hAnsiTheme="majorHAnsi" w:cstheme="majorBidi"/>
          <w:b/>
          <w:bCs/>
          <w:color w:val="00636A"/>
          <w:sz w:val="24"/>
          <w:szCs w:val="26"/>
        </w:rPr>
      </w:pPr>
    </w:p>
    <w:p w14:paraId="273118F3" w14:textId="77777777" w:rsidR="005E1C75" w:rsidRDefault="005E1C75" w:rsidP="005E1C75">
      <w:pPr>
        <w:spacing w:after="200" w:line="276" w:lineRule="auto"/>
        <w:rPr>
          <w:rFonts w:asciiTheme="majorHAnsi" w:eastAsiaTheme="majorEastAsia" w:hAnsiTheme="majorHAnsi" w:cstheme="majorBidi"/>
          <w:b/>
          <w:bCs/>
          <w:color w:val="00636A"/>
          <w:sz w:val="24"/>
          <w:szCs w:val="26"/>
        </w:rPr>
        <w:sectPr w:rsidR="005E1C75" w:rsidSect="00A434F9">
          <w:headerReference w:type="default" r:id="rId31"/>
          <w:footerReference w:type="default" r:id="rId32"/>
          <w:pgSz w:w="16834" w:h="11909" w:orient="landscape"/>
          <w:pgMar w:top="720" w:right="720" w:bottom="720" w:left="1701" w:header="431" w:footer="431" w:gutter="0"/>
          <w:pgNumType w:start="1"/>
          <w:cols w:space="720"/>
        </w:sectPr>
      </w:pPr>
    </w:p>
    <w:p w14:paraId="4F9914F7" w14:textId="77777777" w:rsidR="005E1C75" w:rsidRDefault="005E1C75" w:rsidP="005E1C75">
      <w:pPr>
        <w:tabs>
          <w:tab w:val="left" w:pos="1320"/>
        </w:tabs>
        <w:rPr>
          <w:rFonts w:asciiTheme="majorHAnsi" w:eastAsiaTheme="majorEastAsia" w:hAnsiTheme="majorHAnsi" w:cstheme="majorBidi"/>
          <w:b/>
          <w:bCs/>
          <w:color w:val="00636A"/>
          <w:sz w:val="24"/>
          <w:szCs w:val="26"/>
        </w:rPr>
      </w:pPr>
    </w:p>
    <w:p w14:paraId="53E879DB" w14:textId="77777777" w:rsidR="00651778" w:rsidRDefault="00651778" w:rsidP="00651778">
      <w:pPr>
        <w:rPr>
          <w:rFonts w:asciiTheme="majorHAnsi" w:eastAsiaTheme="majorEastAsia" w:hAnsiTheme="majorHAnsi" w:cstheme="majorBidi"/>
          <w:b/>
          <w:bCs/>
          <w:color w:val="00636A"/>
          <w:sz w:val="24"/>
          <w:szCs w:val="26"/>
        </w:rPr>
      </w:pPr>
    </w:p>
    <w:p w14:paraId="7CCA1CB7" w14:textId="77777777" w:rsidR="00651778" w:rsidRPr="000D4FDC" w:rsidRDefault="00651778" w:rsidP="00651778">
      <w:pPr>
        <w:pStyle w:val="Title"/>
        <w:pBdr>
          <w:bottom w:val="none" w:sz="0" w:space="0" w:color="000000"/>
        </w:pBdr>
        <w:spacing w:line="360" w:lineRule="auto"/>
        <w:rPr>
          <w:rFonts w:ascii="Montserrat" w:eastAsia="Times New Roman" w:hAnsi="Montserrat" w:cs="Times New Roman"/>
          <w:bCs/>
          <w:color w:val="auto"/>
          <w:sz w:val="20"/>
          <w:szCs w:val="20"/>
          <w:lang w:val="ro-RO"/>
        </w:rPr>
      </w:pPr>
      <w:r w:rsidRPr="000D4FDC">
        <w:rPr>
          <w:rFonts w:ascii="Montserrat" w:eastAsia="Arial" w:hAnsi="Montserrat" w:cs="Arial"/>
          <w:bCs/>
          <w:sz w:val="20"/>
          <w:szCs w:val="20"/>
          <w:lang w:val="ro-RO"/>
        </w:rPr>
        <w:t xml:space="preserve">ANEXA </w:t>
      </w:r>
      <w:r>
        <w:rPr>
          <w:rFonts w:ascii="Montserrat" w:eastAsia="Arial" w:hAnsi="Montserrat" w:cs="Arial"/>
          <w:bCs/>
          <w:sz w:val="20"/>
          <w:szCs w:val="20"/>
          <w:lang w:val="ro-RO"/>
        </w:rPr>
        <w:t>6</w:t>
      </w:r>
      <w:r w:rsidRPr="000D4FDC">
        <w:rPr>
          <w:rFonts w:ascii="Montserrat" w:eastAsia="Arial" w:hAnsi="Montserrat" w:cs="Arial"/>
          <w:bCs/>
          <w:sz w:val="20"/>
          <w:szCs w:val="20"/>
          <w:lang w:val="ro-RO"/>
        </w:rPr>
        <w:t xml:space="preserve">  </w:t>
      </w:r>
      <w:r w:rsidRPr="000D4FDC">
        <w:rPr>
          <w:rFonts w:ascii="Montserrat" w:hAnsi="Montserrat"/>
          <w:bCs/>
          <w:sz w:val="20"/>
          <w:szCs w:val="20"/>
          <w:lang w:val="ro-RO"/>
        </w:rPr>
        <w:t xml:space="preserve">la Regulamentul </w:t>
      </w:r>
      <w:r w:rsidRPr="000D4FDC">
        <w:rPr>
          <w:rFonts w:ascii="Montserrat" w:eastAsia="Times New Roman" w:hAnsi="Montserrat" w:cs="Times New Roman"/>
          <w:bCs/>
          <w:color w:val="auto"/>
          <w:sz w:val="20"/>
          <w:szCs w:val="20"/>
          <w:lang w:val="ro-RO"/>
        </w:rPr>
        <w:t xml:space="preserve">privind desfășurarea Programului Youth </w:t>
      </w:r>
    </w:p>
    <w:p w14:paraId="70BCA2A5" w14:textId="77777777" w:rsidR="00651778" w:rsidRPr="000D4FDC" w:rsidRDefault="00651778" w:rsidP="00651778">
      <w:pPr>
        <w:pStyle w:val="Title"/>
        <w:pBdr>
          <w:bottom w:val="none" w:sz="0" w:space="0" w:color="000000"/>
        </w:pBdr>
        <w:spacing w:line="360" w:lineRule="auto"/>
        <w:rPr>
          <w:rFonts w:ascii="Montserrat" w:eastAsia="Arial" w:hAnsi="Montserrat" w:cs="Arial"/>
          <w:bCs/>
          <w:sz w:val="20"/>
          <w:szCs w:val="20"/>
          <w:lang w:val="ro-RO"/>
        </w:rPr>
      </w:pPr>
      <w:r w:rsidRPr="000D4FDC">
        <w:rPr>
          <w:rFonts w:ascii="Montserrat" w:eastAsia="Times New Roman" w:hAnsi="Montserrat" w:cs="Times New Roman"/>
          <w:bCs/>
          <w:color w:val="auto"/>
          <w:sz w:val="20"/>
          <w:szCs w:val="20"/>
          <w:lang w:val="ro-RO"/>
        </w:rPr>
        <w:t xml:space="preserve">Climate </w:t>
      </w:r>
      <w:proofErr w:type="spellStart"/>
      <w:r w:rsidRPr="000D4FDC">
        <w:rPr>
          <w:rFonts w:ascii="Montserrat" w:eastAsia="Times New Roman" w:hAnsi="Montserrat" w:cs="Times New Roman"/>
          <w:bCs/>
          <w:color w:val="auto"/>
          <w:sz w:val="20"/>
          <w:szCs w:val="20"/>
          <w:lang w:val="ro-RO"/>
        </w:rPr>
        <w:t>Action</w:t>
      </w:r>
      <w:proofErr w:type="spellEnd"/>
      <w:r w:rsidRPr="000D4FDC">
        <w:rPr>
          <w:rFonts w:ascii="Montserrat" w:eastAsia="Times New Roman" w:hAnsi="Montserrat" w:cs="Times New Roman"/>
          <w:bCs/>
          <w:color w:val="auto"/>
          <w:sz w:val="20"/>
          <w:szCs w:val="20"/>
          <w:lang w:val="ro-RO"/>
        </w:rPr>
        <w:t xml:space="preserve"> Fund - </w:t>
      </w:r>
      <w:proofErr w:type="spellStart"/>
      <w:r w:rsidRPr="000D4FDC">
        <w:rPr>
          <w:rFonts w:ascii="Montserrat" w:eastAsia="Times New Roman" w:hAnsi="Montserrat" w:cs="Times New Roman"/>
          <w:bCs/>
          <w:color w:val="auto"/>
          <w:sz w:val="20"/>
          <w:szCs w:val="20"/>
          <w:lang w:val="ro-RO"/>
        </w:rPr>
        <w:t>Bloomberg</w:t>
      </w:r>
      <w:proofErr w:type="spellEnd"/>
      <w:r w:rsidRPr="000D4FDC">
        <w:rPr>
          <w:rFonts w:ascii="Montserrat" w:eastAsia="Times New Roman" w:hAnsi="Montserrat" w:cs="Times New Roman"/>
          <w:bCs/>
          <w:color w:val="auto"/>
          <w:sz w:val="20"/>
          <w:szCs w:val="20"/>
          <w:lang w:val="ro-RO"/>
        </w:rPr>
        <w:t xml:space="preserve"> </w:t>
      </w:r>
      <w:proofErr w:type="spellStart"/>
      <w:r w:rsidRPr="000D4FDC">
        <w:rPr>
          <w:rFonts w:ascii="Montserrat" w:eastAsia="Times New Roman" w:hAnsi="Montserrat" w:cs="Times New Roman"/>
          <w:bCs/>
          <w:color w:val="auto"/>
          <w:sz w:val="20"/>
          <w:szCs w:val="20"/>
          <w:lang w:val="ro-RO"/>
        </w:rPr>
        <w:t>Philanthropies</w:t>
      </w:r>
      <w:proofErr w:type="spellEnd"/>
      <w:r w:rsidRPr="000D4FDC">
        <w:rPr>
          <w:rFonts w:ascii="Montserrat" w:hAnsi="Montserrat"/>
          <w:bCs/>
          <w:sz w:val="20"/>
          <w:szCs w:val="20"/>
        </w:rPr>
        <w:br/>
      </w:r>
      <w:r w:rsidRPr="000D4FDC">
        <w:rPr>
          <w:rFonts w:ascii="Montserrat" w:eastAsia="Times New Roman" w:hAnsi="Montserrat" w:cs="Times New Roman"/>
          <w:bCs/>
          <w:color w:val="auto"/>
          <w:sz w:val="20"/>
          <w:szCs w:val="20"/>
          <w:lang w:val="ro-RO"/>
        </w:rPr>
        <w:t xml:space="preserve">în Municipiul Timișoara, Runda 1: 2026-2027, </w:t>
      </w:r>
      <w:r w:rsidRPr="000D4FDC">
        <w:rPr>
          <w:rFonts w:ascii="Montserrat" w:eastAsia="Arial" w:hAnsi="Montserrat" w:cs="Arial"/>
          <w:bCs/>
          <w:sz w:val="20"/>
          <w:szCs w:val="20"/>
          <w:lang w:val="ro-RO"/>
        </w:rPr>
        <w:t xml:space="preserve">HCL nr. ....../................      </w:t>
      </w:r>
    </w:p>
    <w:p w14:paraId="0FB8920D" w14:textId="77777777" w:rsidR="00651778" w:rsidRPr="00651778" w:rsidRDefault="00651778" w:rsidP="00651778">
      <w:pPr>
        <w:spacing w:before="240" w:after="240"/>
        <w:jc w:val="center"/>
        <w:rPr>
          <w:lang w:val="ro-RO"/>
        </w:rPr>
      </w:pPr>
      <w:r w:rsidRPr="00651778">
        <w:rPr>
          <w:rFonts w:ascii="Aptos" w:eastAsia="Aptos" w:hAnsi="Aptos" w:cs="Aptos"/>
          <w:b/>
          <w:bCs/>
          <w:lang w:val="ro-RO"/>
        </w:rPr>
        <w:t>Contract de finanțare nerambursabilă</w:t>
      </w:r>
    </w:p>
    <w:p w14:paraId="36C7A4CF" w14:textId="77777777" w:rsidR="00651778" w:rsidRPr="00651778" w:rsidRDefault="00651778" w:rsidP="00651778">
      <w:pPr>
        <w:spacing w:before="240" w:after="240"/>
        <w:rPr>
          <w:rFonts w:ascii="Aptos" w:eastAsia="Aptos" w:hAnsi="Aptos" w:cs="Aptos"/>
          <w:lang w:val="ro-RO"/>
        </w:rPr>
      </w:pPr>
    </w:p>
    <w:p w14:paraId="240A79DC" w14:textId="77777777" w:rsidR="00651778" w:rsidRPr="00651778" w:rsidRDefault="00651778" w:rsidP="00651778">
      <w:pPr>
        <w:spacing w:before="240" w:after="240"/>
        <w:rPr>
          <w:lang w:val="ro-RO"/>
        </w:rPr>
      </w:pPr>
      <w:r w:rsidRPr="00651778">
        <w:rPr>
          <w:rFonts w:ascii="Aptos" w:eastAsia="Aptos" w:hAnsi="Aptos" w:cs="Aptos"/>
          <w:lang w:val="ro-RO"/>
        </w:rPr>
        <w:t xml:space="preserve">În conformitate cu HCL_______ </w:t>
      </w:r>
      <w:r w:rsidRPr="00651778">
        <w:rPr>
          <w:rFonts w:ascii="Aptos" w:eastAsia="Aptos" w:hAnsi="Aptos" w:cs="Aptos"/>
          <w:color w:val="000000" w:themeColor="text1"/>
          <w:lang w:val="ro-RO"/>
        </w:rPr>
        <w:t xml:space="preserve">privind aprobarea participării Municipiului Timișoara în cadrul programului Youth Climate </w:t>
      </w:r>
      <w:proofErr w:type="spellStart"/>
      <w:r w:rsidRPr="00651778">
        <w:rPr>
          <w:rFonts w:ascii="Aptos" w:eastAsia="Aptos" w:hAnsi="Aptos" w:cs="Aptos"/>
          <w:color w:val="000000" w:themeColor="text1"/>
          <w:lang w:val="ro-RO"/>
        </w:rPr>
        <w:t>Action</w:t>
      </w:r>
      <w:proofErr w:type="spellEnd"/>
      <w:r w:rsidRPr="00651778">
        <w:rPr>
          <w:rFonts w:ascii="Aptos" w:eastAsia="Aptos" w:hAnsi="Aptos" w:cs="Aptos"/>
          <w:color w:val="000000" w:themeColor="text1"/>
          <w:lang w:val="ro-RO"/>
        </w:rPr>
        <w:t xml:space="preserve"> Fund, Runda 1: 2026-2027 derulat de organizația filantropică  </w:t>
      </w:r>
      <w:proofErr w:type="spellStart"/>
      <w:r w:rsidRPr="00651778">
        <w:rPr>
          <w:rFonts w:ascii="Aptos" w:eastAsia="Aptos" w:hAnsi="Aptos" w:cs="Aptos"/>
          <w:color w:val="000000" w:themeColor="text1"/>
          <w:lang w:val="ro-RO"/>
        </w:rPr>
        <w:t>Bloomberg</w:t>
      </w:r>
      <w:proofErr w:type="spellEnd"/>
      <w:r w:rsidRPr="00651778">
        <w:rPr>
          <w:rFonts w:ascii="Aptos" w:eastAsia="Aptos" w:hAnsi="Aptos" w:cs="Aptos"/>
          <w:color w:val="000000" w:themeColor="text1"/>
          <w:lang w:val="ro-RO"/>
        </w:rPr>
        <w:t xml:space="preserve"> </w:t>
      </w:r>
      <w:proofErr w:type="spellStart"/>
      <w:r w:rsidRPr="00651778">
        <w:rPr>
          <w:rFonts w:ascii="Aptos" w:eastAsia="Aptos" w:hAnsi="Aptos" w:cs="Aptos"/>
          <w:color w:val="000000" w:themeColor="text1"/>
          <w:lang w:val="ro-RO"/>
        </w:rPr>
        <w:t>Philanthropies</w:t>
      </w:r>
      <w:proofErr w:type="spellEnd"/>
      <w:r w:rsidRPr="00651778">
        <w:rPr>
          <w:rFonts w:ascii="Aptos" w:eastAsia="Aptos" w:hAnsi="Aptos" w:cs="Aptos"/>
          <w:color w:val="000000" w:themeColor="text1"/>
          <w:lang w:val="ro-RO"/>
        </w:rPr>
        <w:t xml:space="preserve">, SUA </w:t>
      </w:r>
      <w:r w:rsidRPr="00651778">
        <w:rPr>
          <w:rFonts w:ascii="Aptos" w:eastAsia="Aptos" w:hAnsi="Aptos" w:cs="Aptos"/>
          <w:lang w:val="ro-RO"/>
        </w:rPr>
        <w:t xml:space="preserve">,  a intervenit următorul contract de finanțare între: </w:t>
      </w:r>
    </w:p>
    <w:p w14:paraId="40F1AC89" w14:textId="77777777" w:rsidR="00651778" w:rsidRPr="00651778" w:rsidRDefault="00651778" w:rsidP="00651778">
      <w:pPr>
        <w:spacing w:before="240" w:after="240"/>
        <w:rPr>
          <w:lang w:val="fr-FR"/>
        </w:rPr>
      </w:pPr>
      <w:r w:rsidRPr="00651778">
        <w:rPr>
          <w:rFonts w:ascii="Aptos" w:eastAsia="Aptos" w:hAnsi="Aptos" w:cs="Aptos"/>
          <w:b/>
          <w:bCs/>
          <w:lang w:val="ro-RO"/>
        </w:rPr>
        <w:t>Municipiul Timișoara</w:t>
      </w:r>
      <w:r w:rsidRPr="00651778">
        <w:rPr>
          <w:rFonts w:ascii="Aptos" w:eastAsia="Aptos" w:hAnsi="Aptos" w:cs="Aptos"/>
          <w:lang w:val="ro-RO"/>
        </w:rPr>
        <w:t xml:space="preserve">, cu sediul în Timișoara, str. C.D. </w:t>
      </w:r>
      <w:proofErr w:type="spellStart"/>
      <w:r w:rsidRPr="00651778">
        <w:rPr>
          <w:rFonts w:ascii="Aptos" w:eastAsia="Aptos" w:hAnsi="Aptos" w:cs="Aptos"/>
          <w:lang w:val="ro-RO"/>
        </w:rPr>
        <w:t>Loga</w:t>
      </w:r>
      <w:proofErr w:type="spellEnd"/>
      <w:r w:rsidRPr="00651778">
        <w:rPr>
          <w:rFonts w:ascii="Aptos" w:eastAsia="Aptos" w:hAnsi="Aptos" w:cs="Aptos"/>
          <w:lang w:val="ro-RO"/>
        </w:rPr>
        <w:t xml:space="preserve"> nr. 1, Timișoara, jud. </w:t>
      </w:r>
      <w:r w:rsidRPr="00B02214">
        <w:rPr>
          <w:rFonts w:ascii="Aptos" w:eastAsia="Aptos" w:hAnsi="Aptos" w:cs="Aptos"/>
          <w:lang w:val="fr-FR"/>
        </w:rPr>
        <w:t xml:space="preserve">Timiș, </w:t>
      </w:r>
      <w:proofErr w:type="spellStart"/>
      <w:proofErr w:type="gramStart"/>
      <w:r w:rsidRPr="00B02214">
        <w:rPr>
          <w:rFonts w:ascii="Aptos" w:eastAsia="Aptos" w:hAnsi="Aptos" w:cs="Aptos"/>
          <w:lang w:val="fr-FR"/>
        </w:rPr>
        <w:t>e-mail:</w:t>
      </w:r>
      <w:proofErr w:type="gramEnd"/>
      <w:r>
        <w:fldChar w:fldCharType="begin"/>
      </w:r>
      <w:r w:rsidRPr="00BF389C">
        <w:rPr>
          <w:lang w:val="fr-FR"/>
        </w:rPr>
        <w:instrText>HYPERLINK "mailto:primariatm@primariatm.ro" \h</w:instrText>
      </w:r>
      <w:r>
        <w:fldChar w:fldCharType="separate"/>
      </w:r>
      <w:r w:rsidRPr="00B02214">
        <w:rPr>
          <w:rStyle w:val="Hyperlink"/>
          <w:lang w:val="fr-FR"/>
        </w:rPr>
        <w:t>primariatm@primariatm.ro</w:t>
      </w:r>
      <w:proofErr w:type="spellEnd"/>
      <w:r>
        <w:fldChar w:fldCharType="end"/>
      </w:r>
      <w:r w:rsidRPr="00B02214">
        <w:rPr>
          <w:rFonts w:ascii="Aptos" w:eastAsia="Aptos" w:hAnsi="Aptos" w:cs="Aptos"/>
          <w:lang w:val="fr-FR"/>
        </w:rPr>
        <w:t xml:space="preserve">,  CUI </w:t>
      </w:r>
      <w:proofErr w:type="gramStart"/>
      <w:r w:rsidRPr="00B02214">
        <w:rPr>
          <w:rFonts w:ascii="Aptos" w:eastAsia="Aptos" w:hAnsi="Aptos" w:cs="Aptos"/>
          <w:lang w:val="fr-FR"/>
        </w:rPr>
        <w:t xml:space="preserve">14756536,  </w:t>
      </w:r>
      <w:proofErr w:type="spellStart"/>
      <w:r w:rsidRPr="00B02214">
        <w:rPr>
          <w:rFonts w:ascii="Aptos" w:eastAsia="Aptos" w:hAnsi="Aptos" w:cs="Aptos"/>
          <w:lang w:val="fr-FR"/>
        </w:rPr>
        <w:t>cont</w:t>
      </w:r>
      <w:proofErr w:type="spellEnd"/>
      <w:r w:rsidRPr="00B02214">
        <w:rPr>
          <w:rFonts w:ascii="Aptos" w:eastAsia="Aptos" w:hAnsi="Aptos" w:cs="Aptos"/>
          <w:lang w:val="fr-FR"/>
        </w:rPr>
        <w:t xml:space="preserve"> ..... ,</w:t>
      </w:r>
      <w:proofErr w:type="gramEnd"/>
      <w:r w:rsidRPr="00B02214">
        <w:rPr>
          <w:rFonts w:ascii="Aptos" w:eastAsia="Aptos" w:hAnsi="Aptos" w:cs="Aptos"/>
          <w:lang w:val="fr-FR"/>
        </w:rPr>
        <w:t xml:space="preserve"> </w:t>
      </w:r>
      <w:proofErr w:type="spellStart"/>
      <w:r w:rsidRPr="00B02214">
        <w:rPr>
          <w:rFonts w:ascii="Aptos" w:eastAsia="Aptos" w:hAnsi="Aptos" w:cs="Aptos"/>
          <w:lang w:val="fr-FR"/>
        </w:rPr>
        <w:t>deschis</w:t>
      </w:r>
      <w:proofErr w:type="spellEnd"/>
      <w:r w:rsidRPr="00B02214">
        <w:rPr>
          <w:rFonts w:ascii="Aptos" w:eastAsia="Aptos" w:hAnsi="Aptos" w:cs="Aptos"/>
          <w:lang w:val="fr-FR"/>
        </w:rPr>
        <w:t xml:space="preserve"> la .........., </w:t>
      </w:r>
      <w:proofErr w:type="spellStart"/>
      <w:r w:rsidRPr="00B02214">
        <w:rPr>
          <w:rFonts w:ascii="Aptos" w:eastAsia="Aptos" w:hAnsi="Aptos" w:cs="Aptos"/>
          <w:lang w:val="fr-FR"/>
        </w:rPr>
        <w:t>reprezentat</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Dominic</w:t>
      </w:r>
      <w:proofErr w:type="spellEnd"/>
      <w:r w:rsidRPr="00B02214">
        <w:rPr>
          <w:rFonts w:ascii="Aptos" w:eastAsia="Aptos" w:hAnsi="Aptos" w:cs="Aptos"/>
          <w:lang w:val="fr-FR"/>
        </w:rPr>
        <w:t xml:space="preserve"> Fritz, </w:t>
      </w:r>
      <w:proofErr w:type="spellStart"/>
      <w:r w:rsidRPr="00B02214">
        <w:rPr>
          <w:rFonts w:ascii="Aptos" w:eastAsia="Aptos" w:hAnsi="Aptos" w:cs="Aptos"/>
          <w:lang w:val="fr-FR"/>
        </w:rPr>
        <w:t>având</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funcţia</w:t>
      </w:r>
      <w:proofErr w:type="spellEnd"/>
      <w:r w:rsidRPr="00B02214">
        <w:rPr>
          <w:rFonts w:ascii="Aptos" w:eastAsia="Aptos" w:hAnsi="Aptos" w:cs="Aptos"/>
          <w:lang w:val="fr-FR"/>
        </w:rPr>
        <w:t xml:space="preserve"> de Primar,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calitate</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autoritate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finanțatoare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
    <w:p w14:paraId="1274E5C7" w14:textId="77777777" w:rsidR="00651778" w:rsidRPr="00651778" w:rsidRDefault="00651778" w:rsidP="00651778">
      <w:pPr>
        <w:spacing w:before="240" w:after="240"/>
        <w:rPr>
          <w:lang w:val="fr-FR"/>
        </w:rPr>
      </w:pPr>
      <w:r w:rsidRPr="00651778">
        <w:rPr>
          <w:rFonts w:ascii="Aptos" w:eastAsia="Aptos" w:hAnsi="Aptos" w:cs="Aptos"/>
          <w:b/>
          <w:bCs/>
          <w:lang w:val="fr-FR"/>
        </w:rPr>
        <w:t>(</w:t>
      </w:r>
      <w:proofErr w:type="spellStart"/>
      <w:proofErr w:type="gramStart"/>
      <w:r w:rsidRPr="00651778">
        <w:rPr>
          <w:rFonts w:ascii="Aptos" w:eastAsia="Aptos" w:hAnsi="Aptos" w:cs="Aptos"/>
          <w:b/>
          <w:bCs/>
          <w:lang w:val="fr-FR"/>
        </w:rPr>
        <w:t>denumirea</w:t>
      </w:r>
      <w:proofErr w:type="spellEnd"/>
      <w:proofErr w:type="gramEnd"/>
      <w:r w:rsidRPr="00651778">
        <w:rPr>
          <w:rFonts w:ascii="Aptos" w:eastAsia="Aptos" w:hAnsi="Aptos" w:cs="Aptos"/>
          <w:b/>
          <w:bCs/>
          <w:lang w:val="fr-FR"/>
        </w:rPr>
        <w:t xml:space="preserve"> </w:t>
      </w:r>
      <w:proofErr w:type="spellStart"/>
      <w:r w:rsidRPr="00651778">
        <w:rPr>
          <w:rFonts w:ascii="Aptos" w:eastAsia="Aptos" w:hAnsi="Aptos" w:cs="Aptos"/>
          <w:b/>
          <w:bCs/>
          <w:lang w:val="fr-FR"/>
        </w:rPr>
        <w:t>legală</w:t>
      </w:r>
      <w:proofErr w:type="spellEnd"/>
      <w:r w:rsidRPr="00651778">
        <w:rPr>
          <w:rFonts w:ascii="Aptos" w:eastAsia="Aptos" w:hAnsi="Aptos" w:cs="Aptos"/>
          <w:b/>
          <w:bCs/>
          <w:lang w:val="fr-FR"/>
        </w:rPr>
        <w:t xml:space="preserve"> a </w:t>
      </w:r>
      <w:proofErr w:type="spellStart"/>
      <w:r w:rsidRPr="00651778">
        <w:rPr>
          <w:rFonts w:ascii="Aptos" w:eastAsia="Aptos" w:hAnsi="Aptos" w:cs="Aptos"/>
          <w:b/>
          <w:bCs/>
          <w:lang w:val="fr-FR"/>
        </w:rPr>
        <w:t>organizației</w:t>
      </w:r>
      <w:proofErr w:type="spellEnd"/>
      <w:r w:rsidRPr="00651778">
        <w:rPr>
          <w:rFonts w:ascii="Aptos" w:eastAsia="Aptos" w:hAnsi="Aptos" w:cs="Aptos"/>
          <w:b/>
          <w:bCs/>
          <w:lang w:val="fr-FR"/>
        </w:rPr>
        <w:t>)</w:t>
      </w:r>
      <w:r w:rsidRPr="00651778">
        <w:rPr>
          <w:rFonts w:ascii="Aptos" w:eastAsia="Aptos" w:hAnsi="Aptos" w:cs="Aptos"/>
          <w:lang w:val="fr-FR"/>
        </w:rPr>
        <w:t xml:space="preserve">, </w:t>
      </w:r>
      <w:proofErr w:type="spellStart"/>
      <w:r w:rsidRPr="00651778">
        <w:rPr>
          <w:rFonts w:ascii="Aptos" w:eastAsia="Aptos" w:hAnsi="Aptos" w:cs="Aptos"/>
          <w:lang w:val="fr-FR"/>
        </w:rPr>
        <w:t>cu</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sediul</w:t>
      </w:r>
      <w:proofErr w:type="spellEnd"/>
      <w:r w:rsidRPr="00651778">
        <w:rPr>
          <w:rFonts w:ascii="Aptos" w:eastAsia="Aptos" w:hAnsi="Aptos" w:cs="Aptos"/>
          <w:lang w:val="fr-FR"/>
        </w:rPr>
        <w:t xml:space="preserve"> social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gramStart"/>
      <w:r w:rsidRPr="00651778">
        <w:rPr>
          <w:rFonts w:ascii="Aptos" w:eastAsia="Aptos" w:hAnsi="Aptos" w:cs="Aptos"/>
          <w:lang w:val="fr-FR"/>
        </w:rPr>
        <w:t>_</w:t>
      </w:r>
      <w:r w:rsidRPr="00651778">
        <w:rPr>
          <w:rFonts w:ascii="Aptos" w:eastAsia="Aptos" w:hAnsi="Aptos" w:cs="Aptos"/>
          <w:b/>
          <w:bCs/>
          <w:lang w:val="fr-FR"/>
        </w:rPr>
        <w:t>(</w:t>
      </w:r>
      <w:proofErr w:type="spellStart"/>
      <w:proofErr w:type="gramEnd"/>
      <w:r w:rsidRPr="00651778">
        <w:rPr>
          <w:rFonts w:ascii="Aptos" w:eastAsia="Aptos" w:hAnsi="Aptos" w:cs="Aptos"/>
          <w:b/>
          <w:bCs/>
          <w:lang w:val="fr-FR"/>
        </w:rPr>
        <w:t>adresa</w:t>
      </w:r>
      <w:proofErr w:type="spellEnd"/>
      <w:r w:rsidRPr="00651778">
        <w:rPr>
          <w:rFonts w:ascii="Aptos" w:eastAsia="Aptos" w:hAnsi="Aptos" w:cs="Aptos"/>
          <w:b/>
          <w:bCs/>
          <w:lang w:val="fr-FR"/>
        </w:rPr>
        <w:t xml:space="preserve"> </w:t>
      </w:r>
      <w:proofErr w:type="spellStart"/>
      <w:r w:rsidRPr="00651778">
        <w:rPr>
          <w:rFonts w:ascii="Aptos" w:eastAsia="Aptos" w:hAnsi="Aptos" w:cs="Aptos"/>
          <w:b/>
          <w:bCs/>
          <w:lang w:val="fr-FR"/>
        </w:rPr>
        <w:t>legală</w:t>
      </w:r>
      <w:proofErr w:type="spellEnd"/>
      <w:r w:rsidRPr="00651778">
        <w:rPr>
          <w:rFonts w:ascii="Aptos" w:eastAsia="Aptos" w:hAnsi="Aptos" w:cs="Aptos"/>
          <w:b/>
          <w:bCs/>
          <w:lang w:val="fr-FR"/>
        </w:rPr>
        <w:t xml:space="preserve"> </w:t>
      </w:r>
      <w:proofErr w:type="spellStart"/>
      <w:r w:rsidRPr="00651778">
        <w:rPr>
          <w:rFonts w:ascii="Aptos" w:eastAsia="Aptos" w:hAnsi="Aptos" w:cs="Aptos"/>
          <w:b/>
          <w:bCs/>
          <w:lang w:val="fr-FR"/>
        </w:rPr>
        <w:t>completă</w:t>
      </w:r>
      <w:proofErr w:type="spellEnd"/>
      <w:r w:rsidRPr="00651778">
        <w:rPr>
          <w:rFonts w:ascii="Aptos" w:eastAsia="Aptos" w:hAnsi="Aptos" w:cs="Aptos"/>
          <w:b/>
          <w:bCs/>
          <w:lang w:val="fr-FR"/>
        </w:rPr>
        <w:t>)</w:t>
      </w:r>
      <w:r w:rsidRPr="00651778">
        <w:rPr>
          <w:rFonts w:ascii="Aptos" w:eastAsia="Aptos" w:hAnsi="Aptos" w:cs="Aptos"/>
          <w:lang w:val="fr-FR"/>
        </w:rPr>
        <w:t xml:space="preserve">, </w:t>
      </w:r>
      <w:proofErr w:type="spellStart"/>
      <w:r w:rsidRPr="00651778">
        <w:rPr>
          <w:rFonts w:ascii="Aptos" w:eastAsia="Aptos" w:hAnsi="Aptos" w:cs="Aptos"/>
          <w:lang w:val="fr-FR"/>
        </w:rPr>
        <w:t>cod</w:t>
      </w:r>
      <w:proofErr w:type="spellEnd"/>
      <w:r w:rsidRPr="00651778">
        <w:rPr>
          <w:rFonts w:ascii="Aptos" w:eastAsia="Aptos" w:hAnsi="Aptos" w:cs="Aptos"/>
          <w:lang w:val="fr-FR"/>
        </w:rPr>
        <w:t xml:space="preserve"> fiscal __________, CUI ................../</w:t>
      </w:r>
      <w:proofErr w:type="spellStart"/>
      <w:r w:rsidRPr="00651778">
        <w:rPr>
          <w:rFonts w:ascii="Aptos" w:eastAsia="Aptos" w:hAnsi="Aptos" w:cs="Aptos"/>
          <w:lang w:val="fr-FR"/>
        </w:rPr>
        <w:t>Număr</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înregistrare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Registrul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asociațiilor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spellStart"/>
      <w:proofErr w:type="gramStart"/>
      <w:r w:rsidRPr="00651778">
        <w:rPr>
          <w:rFonts w:ascii="Aptos" w:eastAsia="Aptos" w:hAnsi="Aptos" w:cs="Aptos"/>
          <w:lang w:val="fr-FR"/>
        </w:rPr>
        <w:t>fundațiilor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cont</w:t>
      </w:r>
      <w:proofErr w:type="spellEnd"/>
      <w:proofErr w:type="gramEnd"/>
      <w:r w:rsidRPr="00651778">
        <w:rPr>
          <w:rFonts w:ascii="Aptos" w:eastAsia="Aptos" w:hAnsi="Aptos" w:cs="Aptos"/>
          <w:lang w:val="fr-FR"/>
        </w:rPr>
        <w:t xml:space="preserve"> </w:t>
      </w:r>
      <w:proofErr w:type="spellStart"/>
      <w:r w:rsidRPr="00651778">
        <w:rPr>
          <w:rFonts w:ascii="Aptos" w:eastAsia="Aptos" w:hAnsi="Aptos" w:cs="Aptos"/>
          <w:lang w:val="fr-FR"/>
        </w:rPr>
        <w:t>bancar</w:t>
      </w:r>
      <w:proofErr w:type="spellEnd"/>
      <w:r w:rsidRPr="00651778">
        <w:rPr>
          <w:rFonts w:ascii="Aptos" w:eastAsia="Aptos" w:hAnsi="Aptos" w:cs="Aptos"/>
          <w:lang w:val="fr-FR"/>
        </w:rPr>
        <w:t xml:space="preserve"> nr. .................................. </w:t>
      </w:r>
      <w:proofErr w:type="gramStart"/>
      <w:r w:rsidRPr="00651778">
        <w:rPr>
          <w:rFonts w:ascii="Aptos" w:eastAsia="Aptos" w:hAnsi="Aptos" w:cs="Aptos"/>
          <w:lang w:val="fr-FR"/>
        </w:rPr>
        <w:t>.....</w:t>
      </w:r>
      <w:proofErr w:type="gramEnd"/>
      <w:r w:rsidRPr="00651778">
        <w:rPr>
          <w:rFonts w:ascii="Aptos" w:eastAsia="Aptos" w:hAnsi="Aptos" w:cs="Aptos"/>
          <w:lang w:val="fr-FR"/>
        </w:rPr>
        <w:t xml:space="preserve"> , </w:t>
      </w:r>
      <w:proofErr w:type="spellStart"/>
      <w:r w:rsidRPr="00651778">
        <w:rPr>
          <w:rFonts w:ascii="Aptos" w:eastAsia="Aptos" w:hAnsi="Aptos" w:cs="Aptos"/>
          <w:lang w:val="fr-FR"/>
        </w:rPr>
        <w:t>deschis</w:t>
      </w:r>
      <w:proofErr w:type="spellEnd"/>
      <w:r w:rsidRPr="00651778">
        <w:rPr>
          <w:rFonts w:ascii="Aptos" w:eastAsia="Aptos" w:hAnsi="Aptos" w:cs="Aptos"/>
          <w:lang w:val="fr-FR"/>
        </w:rPr>
        <w:t xml:space="preserve"> la ..............................., </w:t>
      </w:r>
      <w:proofErr w:type="spellStart"/>
      <w:r w:rsidRPr="00651778">
        <w:rPr>
          <w:rFonts w:ascii="Aptos" w:eastAsia="Aptos" w:hAnsi="Aptos" w:cs="Aptos"/>
          <w:lang w:val="fr-FR"/>
        </w:rPr>
        <w:t>reprezentat</w:t>
      </w:r>
      <w:proofErr w:type="spellEnd"/>
      <w:r w:rsidRPr="00651778">
        <w:rPr>
          <w:rFonts w:ascii="Aptos" w:eastAsia="Aptos" w:hAnsi="Aptos" w:cs="Aptos"/>
          <w:lang w:val="fr-FR"/>
        </w:rPr>
        <w:t xml:space="preserve"> prin ___________,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calitate</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Președinte</w:t>
      </w:r>
      <w:proofErr w:type="spellEnd"/>
      <w:r w:rsidRPr="00651778">
        <w:rPr>
          <w:rFonts w:ascii="Aptos" w:eastAsia="Aptos" w:hAnsi="Aptos" w:cs="Aptos"/>
          <w:lang w:val="fr-FR"/>
        </w:rPr>
        <w:t>/</w:t>
      </w:r>
      <w:proofErr w:type="spellStart"/>
      <w:r w:rsidRPr="00651778">
        <w:rPr>
          <w:rFonts w:ascii="Aptos" w:eastAsia="Aptos" w:hAnsi="Aptos" w:cs="Aptos"/>
          <w:lang w:val="fr-FR"/>
        </w:rPr>
        <w:t>Director</w:t>
      </w:r>
      <w:proofErr w:type="spellEnd"/>
      <w:r w:rsidRPr="00651778">
        <w:rPr>
          <w:rFonts w:ascii="Aptos" w:eastAsia="Aptos" w:hAnsi="Aptos" w:cs="Aptos"/>
          <w:lang w:val="fr-FR"/>
        </w:rPr>
        <w:t>/</w:t>
      </w:r>
      <w:proofErr w:type="spellStart"/>
      <w:r w:rsidRPr="00651778">
        <w:rPr>
          <w:rFonts w:ascii="Aptos" w:eastAsia="Aptos" w:hAnsi="Aptos" w:cs="Aptos"/>
          <w:lang w:val="fr-FR"/>
        </w:rPr>
        <w:t>Administrator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denumit</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continuare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beneficiar</w:t>
      </w:r>
      <w:proofErr w:type="spellEnd"/>
      <w:r w:rsidRPr="00651778">
        <w:rPr>
          <w:rFonts w:ascii="Aptos" w:eastAsia="Aptos" w:hAnsi="Aptos" w:cs="Aptos"/>
          <w:lang w:val="fr-FR"/>
        </w:rPr>
        <w:t xml:space="preserve">, s-a </w:t>
      </w:r>
      <w:proofErr w:type="spellStart"/>
      <w:r w:rsidRPr="00651778">
        <w:rPr>
          <w:rFonts w:ascii="Aptos" w:eastAsia="Aptos" w:hAnsi="Aptos" w:cs="Aptos"/>
          <w:lang w:val="fr-FR"/>
        </w:rPr>
        <w:t>încheiat</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următorul</w:t>
      </w:r>
      <w:proofErr w:type="spellEnd"/>
      <w:r w:rsidRPr="00651778">
        <w:rPr>
          <w:rFonts w:ascii="Aptos" w:eastAsia="Aptos" w:hAnsi="Aptos" w:cs="Aptos"/>
          <w:lang w:val="fr-FR"/>
        </w:rPr>
        <w:t xml:space="preserve"> </w:t>
      </w:r>
      <w:proofErr w:type="spellStart"/>
      <w:proofErr w:type="gramStart"/>
      <w:r w:rsidRPr="00651778">
        <w:rPr>
          <w:rFonts w:ascii="Aptos" w:eastAsia="Aptos" w:hAnsi="Aptos" w:cs="Aptos"/>
          <w:lang w:val="fr-FR"/>
        </w:rPr>
        <w:t>contract</w:t>
      </w:r>
      <w:proofErr w:type="spellEnd"/>
      <w:r w:rsidRPr="00651778">
        <w:rPr>
          <w:rFonts w:ascii="Aptos" w:eastAsia="Aptos" w:hAnsi="Aptos" w:cs="Aptos"/>
          <w:lang w:val="fr-FR"/>
        </w:rPr>
        <w:t>:</w:t>
      </w:r>
      <w:proofErr w:type="gramEnd"/>
    </w:p>
    <w:p w14:paraId="299FCD40" w14:textId="77777777" w:rsidR="00651778" w:rsidRPr="00651778" w:rsidRDefault="00651778" w:rsidP="00651778">
      <w:pPr>
        <w:spacing w:before="240" w:after="240"/>
        <w:rPr>
          <w:rFonts w:ascii="Aptos" w:eastAsia="Aptos" w:hAnsi="Aptos" w:cs="Aptos"/>
          <w:b/>
          <w:bCs/>
          <w:lang w:val="fr-FR"/>
        </w:rPr>
      </w:pPr>
      <w:proofErr w:type="spellStart"/>
      <w:r w:rsidRPr="00651778">
        <w:rPr>
          <w:rFonts w:ascii="Aptos" w:eastAsia="Aptos" w:hAnsi="Aptos" w:cs="Aptos"/>
          <w:b/>
          <w:bCs/>
          <w:lang w:val="fr-FR"/>
        </w:rPr>
        <w:t>Capitolul</w:t>
      </w:r>
      <w:proofErr w:type="spellEnd"/>
      <w:r w:rsidRPr="00651778">
        <w:rPr>
          <w:rFonts w:ascii="Aptos" w:eastAsia="Aptos" w:hAnsi="Aptos" w:cs="Aptos"/>
          <w:b/>
          <w:bCs/>
          <w:lang w:val="fr-FR"/>
        </w:rPr>
        <w:t xml:space="preserve"> 1. </w:t>
      </w:r>
      <w:proofErr w:type="spellStart"/>
      <w:r w:rsidRPr="00651778">
        <w:rPr>
          <w:rFonts w:ascii="Aptos" w:eastAsia="Aptos" w:hAnsi="Aptos" w:cs="Aptos"/>
          <w:b/>
          <w:bCs/>
          <w:lang w:val="fr-FR"/>
        </w:rPr>
        <w:t>Obiectul</w:t>
      </w:r>
      <w:proofErr w:type="spellEnd"/>
      <w:r w:rsidRPr="00651778">
        <w:rPr>
          <w:rFonts w:ascii="Aptos" w:eastAsia="Aptos" w:hAnsi="Aptos" w:cs="Aptos"/>
          <w:b/>
          <w:bCs/>
          <w:lang w:val="fr-FR"/>
        </w:rPr>
        <w:t xml:space="preserve"> </w:t>
      </w:r>
      <w:proofErr w:type="spellStart"/>
      <w:r w:rsidRPr="00651778">
        <w:rPr>
          <w:rFonts w:ascii="Aptos" w:eastAsia="Aptos" w:hAnsi="Aptos" w:cs="Aptos"/>
          <w:b/>
          <w:bCs/>
          <w:lang w:val="fr-FR"/>
        </w:rPr>
        <w:t>contractului</w:t>
      </w:r>
      <w:proofErr w:type="spellEnd"/>
      <w:r w:rsidRPr="00651778">
        <w:rPr>
          <w:rFonts w:ascii="Aptos" w:eastAsia="Aptos" w:hAnsi="Aptos" w:cs="Aptos"/>
          <w:b/>
          <w:bCs/>
          <w:lang w:val="fr-FR"/>
        </w:rPr>
        <w:t xml:space="preserve"> </w:t>
      </w:r>
    </w:p>
    <w:p w14:paraId="7291CE70" w14:textId="77777777" w:rsidR="00651778" w:rsidRPr="00651778" w:rsidRDefault="00651778" w:rsidP="00651778">
      <w:pPr>
        <w:spacing w:before="240" w:after="240"/>
        <w:rPr>
          <w:lang w:val="fr-FR"/>
        </w:rPr>
      </w:pPr>
      <w:r w:rsidRPr="00651778">
        <w:rPr>
          <w:rFonts w:ascii="Aptos" w:eastAsia="Aptos" w:hAnsi="Aptos" w:cs="Aptos"/>
          <w:lang w:val="fr-FR"/>
        </w:rPr>
        <w:t xml:space="preserve">Art. 1. </w:t>
      </w:r>
      <w:proofErr w:type="spellStart"/>
      <w:r w:rsidRPr="00651778">
        <w:rPr>
          <w:rFonts w:ascii="Aptos" w:eastAsia="Aptos" w:hAnsi="Aptos" w:cs="Aptos"/>
          <w:lang w:val="fr-FR"/>
        </w:rPr>
        <w:t>Obiectul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contractului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constă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acordarea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unei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finanțări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nerambursabile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valoare</w:t>
      </w:r>
      <w:proofErr w:type="spellEnd"/>
      <w:r w:rsidRPr="00651778">
        <w:rPr>
          <w:rFonts w:ascii="Aptos" w:eastAsia="Aptos" w:hAnsi="Aptos" w:cs="Aptos"/>
          <w:lang w:val="fr-FR"/>
        </w:rPr>
        <w:t xml:space="preserve"> de .......... </w:t>
      </w:r>
      <w:proofErr w:type="spellStart"/>
      <w:proofErr w:type="gramStart"/>
      <w:r w:rsidRPr="00651778">
        <w:rPr>
          <w:rFonts w:ascii="Aptos" w:eastAsia="Aptos" w:hAnsi="Aptos" w:cs="Aptos"/>
          <w:lang w:val="fr-FR"/>
        </w:rPr>
        <w:t>în</w:t>
      </w:r>
      <w:proofErr w:type="spellEnd"/>
      <w:proofErr w:type="gramEnd"/>
      <w:r w:rsidRPr="00651778">
        <w:rPr>
          <w:rFonts w:ascii="Aptos" w:eastAsia="Aptos" w:hAnsi="Aptos" w:cs="Aptos"/>
          <w:lang w:val="fr-FR"/>
        </w:rPr>
        <w:t xml:space="preserve"> </w:t>
      </w:r>
      <w:proofErr w:type="spellStart"/>
      <w:r w:rsidRPr="00651778">
        <w:rPr>
          <w:rFonts w:ascii="Aptos" w:eastAsia="Aptos" w:hAnsi="Aptos" w:cs="Aptos"/>
          <w:lang w:val="fr-FR"/>
        </w:rPr>
        <w:t>vederea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implementării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Timișoara</w:t>
      </w:r>
      <w:proofErr w:type="spellEnd"/>
      <w:r w:rsidRPr="00651778">
        <w:rPr>
          <w:rFonts w:ascii="Aptos" w:eastAsia="Aptos" w:hAnsi="Aptos" w:cs="Aptos"/>
          <w:lang w:val="fr-FR"/>
        </w:rPr>
        <w:t xml:space="preserve"> a </w:t>
      </w:r>
      <w:proofErr w:type="spellStart"/>
      <w:r w:rsidRPr="00651778">
        <w:rPr>
          <w:rFonts w:ascii="Aptos" w:eastAsia="Aptos" w:hAnsi="Aptos" w:cs="Aptos"/>
          <w:lang w:val="fr-FR"/>
        </w:rPr>
        <w:t>proiectului</w:t>
      </w:r>
      <w:proofErr w:type="spellEnd"/>
      <w:r w:rsidRPr="00651778">
        <w:rPr>
          <w:rFonts w:ascii="Aptos" w:eastAsia="Aptos" w:hAnsi="Aptos" w:cs="Aptos"/>
          <w:lang w:val="fr-FR"/>
        </w:rPr>
        <w:t xml:space="preserve"> </w:t>
      </w:r>
      <w:r w:rsidRPr="00651778">
        <w:rPr>
          <w:rFonts w:ascii="Aptos" w:eastAsia="Aptos" w:hAnsi="Aptos" w:cs="Aptos"/>
          <w:b/>
          <w:bCs/>
          <w:lang w:val="fr-FR"/>
        </w:rPr>
        <w:t>(</w:t>
      </w:r>
      <w:proofErr w:type="spellStart"/>
      <w:r w:rsidRPr="00651778">
        <w:rPr>
          <w:rFonts w:ascii="Aptos" w:eastAsia="Aptos" w:hAnsi="Aptos" w:cs="Aptos"/>
          <w:b/>
          <w:bCs/>
          <w:lang w:val="fr-FR"/>
        </w:rPr>
        <w:t>denumirea</w:t>
      </w:r>
      <w:proofErr w:type="spellEnd"/>
      <w:r w:rsidRPr="00651778">
        <w:rPr>
          <w:rFonts w:ascii="Aptos" w:eastAsia="Aptos" w:hAnsi="Aptos" w:cs="Aptos"/>
          <w:b/>
          <w:bCs/>
          <w:lang w:val="fr-FR"/>
        </w:rPr>
        <w:t xml:space="preserve"> </w:t>
      </w:r>
      <w:proofErr w:type="spellStart"/>
      <w:r w:rsidRPr="00651778">
        <w:rPr>
          <w:rFonts w:ascii="Aptos" w:eastAsia="Aptos" w:hAnsi="Aptos" w:cs="Aptos"/>
          <w:b/>
          <w:bCs/>
          <w:lang w:val="fr-FR"/>
        </w:rPr>
        <w:t>proiectului</w:t>
      </w:r>
      <w:proofErr w:type="spellEnd"/>
      <w:r w:rsidRPr="00651778">
        <w:rPr>
          <w:rFonts w:ascii="Aptos" w:eastAsia="Aptos" w:hAnsi="Aptos" w:cs="Aptos"/>
          <w:b/>
          <w:bCs/>
          <w:lang w:val="fr-FR"/>
        </w:rPr>
        <w:t xml:space="preserve">, </w:t>
      </w:r>
      <w:proofErr w:type="spellStart"/>
      <w:r w:rsidRPr="00651778">
        <w:rPr>
          <w:rFonts w:ascii="Aptos" w:eastAsia="Aptos" w:hAnsi="Aptos" w:cs="Aptos"/>
          <w:b/>
          <w:bCs/>
          <w:lang w:val="fr-FR"/>
        </w:rPr>
        <w:t>așa</w:t>
      </w:r>
      <w:proofErr w:type="spellEnd"/>
      <w:r w:rsidRPr="00651778">
        <w:rPr>
          <w:rFonts w:ascii="Aptos" w:eastAsia="Aptos" w:hAnsi="Aptos" w:cs="Aptos"/>
          <w:b/>
          <w:bCs/>
          <w:lang w:val="fr-FR"/>
        </w:rPr>
        <w:t xml:space="preserve"> cum </w:t>
      </w:r>
      <w:proofErr w:type="spellStart"/>
      <w:r w:rsidRPr="00651778">
        <w:rPr>
          <w:rFonts w:ascii="Aptos" w:eastAsia="Aptos" w:hAnsi="Aptos" w:cs="Aptos"/>
          <w:b/>
          <w:bCs/>
          <w:lang w:val="fr-FR"/>
        </w:rPr>
        <w:t>apare</w:t>
      </w:r>
      <w:proofErr w:type="spellEnd"/>
      <w:r w:rsidRPr="00651778">
        <w:rPr>
          <w:rFonts w:ascii="Aptos" w:eastAsia="Aptos" w:hAnsi="Aptos" w:cs="Aptos"/>
          <w:b/>
          <w:bCs/>
          <w:lang w:val="fr-FR"/>
        </w:rPr>
        <w:t xml:space="preserve"> </w:t>
      </w:r>
      <w:proofErr w:type="spellStart"/>
      <w:r w:rsidRPr="00651778">
        <w:rPr>
          <w:rFonts w:ascii="Aptos" w:eastAsia="Aptos" w:hAnsi="Aptos" w:cs="Aptos"/>
          <w:b/>
          <w:bCs/>
          <w:lang w:val="fr-FR"/>
        </w:rPr>
        <w:t>în</w:t>
      </w:r>
      <w:proofErr w:type="spellEnd"/>
      <w:r w:rsidRPr="00651778">
        <w:rPr>
          <w:rFonts w:ascii="Aptos" w:eastAsia="Aptos" w:hAnsi="Aptos" w:cs="Aptos"/>
          <w:b/>
          <w:bCs/>
          <w:lang w:val="fr-FR"/>
        </w:rPr>
        <w:t xml:space="preserve"> </w:t>
      </w:r>
      <w:proofErr w:type="spellStart"/>
      <w:r w:rsidRPr="00651778">
        <w:rPr>
          <w:rFonts w:ascii="Aptos" w:eastAsia="Aptos" w:hAnsi="Aptos" w:cs="Aptos"/>
          <w:b/>
          <w:bCs/>
          <w:lang w:val="fr-FR"/>
        </w:rPr>
        <w:t>cererea</w:t>
      </w:r>
      <w:proofErr w:type="spellEnd"/>
      <w:r w:rsidRPr="00651778">
        <w:rPr>
          <w:rFonts w:ascii="Aptos" w:eastAsia="Aptos" w:hAnsi="Aptos" w:cs="Aptos"/>
          <w:b/>
          <w:bCs/>
          <w:lang w:val="fr-FR"/>
        </w:rPr>
        <w:t xml:space="preserve"> de </w:t>
      </w:r>
      <w:proofErr w:type="spellStart"/>
      <w:r w:rsidRPr="00651778">
        <w:rPr>
          <w:rFonts w:ascii="Aptos" w:eastAsia="Aptos" w:hAnsi="Aptos" w:cs="Aptos"/>
          <w:b/>
          <w:bCs/>
          <w:lang w:val="fr-FR"/>
        </w:rPr>
        <w:t>finanțare</w:t>
      </w:r>
      <w:proofErr w:type="spellEnd"/>
      <w:r w:rsidRPr="00651778">
        <w:rPr>
          <w:rFonts w:ascii="Aptos" w:eastAsia="Aptos" w:hAnsi="Aptos" w:cs="Aptos"/>
          <w:b/>
          <w:bCs/>
          <w:lang w:val="fr-FR"/>
        </w:rPr>
        <w:t>)</w:t>
      </w:r>
      <w:r w:rsidRPr="00651778">
        <w:rPr>
          <w:rFonts w:ascii="Aptos" w:eastAsia="Aptos" w:hAnsi="Aptos" w:cs="Aptos"/>
          <w:lang w:val="fr-FR"/>
        </w:rPr>
        <w:t xml:space="preserve">, </w:t>
      </w:r>
      <w:proofErr w:type="spellStart"/>
      <w:r w:rsidRPr="00651778">
        <w:rPr>
          <w:rFonts w:ascii="Aptos" w:eastAsia="Aptos" w:hAnsi="Aptos" w:cs="Aptos"/>
          <w:lang w:val="fr-FR"/>
        </w:rPr>
        <w:t>propus</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echipa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titlul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echipei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formată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din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numele</w:t>
      </w:r>
      <w:proofErr w:type="spellEnd"/>
      <w:r w:rsidRPr="00651778">
        <w:rPr>
          <w:rFonts w:ascii="Aptos" w:eastAsia="Aptos" w:hAnsi="Aptos" w:cs="Aptos"/>
          <w:lang w:val="fr-FR"/>
        </w:rPr>
        <w:t xml:space="preserve"> membrilor </w:t>
      </w:r>
      <w:proofErr w:type="spellStart"/>
      <w:r w:rsidRPr="00651778">
        <w:rPr>
          <w:rFonts w:ascii="Aptos" w:eastAsia="Aptos" w:hAnsi="Aptos" w:cs="Aptos"/>
          <w:lang w:val="fr-FR"/>
        </w:rPr>
        <w:t>echipei</w:t>
      </w:r>
      <w:proofErr w:type="spellEnd"/>
      <w:r w:rsidRPr="00651778">
        <w:rPr>
          <w:rFonts w:ascii="Aptos" w:eastAsia="Aptos" w:hAnsi="Aptos" w:cs="Aptos"/>
          <w:lang w:val="fr-FR"/>
        </w:rPr>
        <w:t>)</w:t>
      </w:r>
      <w:r w:rsidRPr="00651778">
        <w:rPr>
          <w:rFonts w:ascii="Aptos" w:eastAsia="Aptos" w:hAnsi="Aptos" w:cs="Aptos"/>
          <w:b/>
          <w:bCs/>
          <w:lang w:val="fr-FR"/>
        </w:rPr>
        <w:t xml:space="preserve">, </w:t>
      </w:r>
      <w:proofErr w:type="spellStart"/>
      <w:r w:rsidRPr="00651778">
        <w:rPr>
          <w:rFonts w:ascii="Aptos" w:eastAsia="Aptos" w:hAnsi="Aptos" w:cs="Aptos"/>
          <w:b/>
          <w:bCs/>
          <w:lang w:val="fr-FR"/>
        </w:rPr>
        <w:t>conform</w:t>
      </w:r>
      <w:proofErr w:type="spellEnd"/>
      <w:r w:rsidRPr="00651778">
        <w:rPr>
          <w:rFonts w:ascii="Aptos" w:eastAsia="Aptos" w:hAnsi="Aptos" w:cs="Aptos"/>
          <w:b/>
          <w:bCs/>
          <w:lang w:val="fr-FR"/>
        </w:rPr>
        <w:t xml:space="preserve"> </w:t>
      </w:r>
      <w:proofErr w:type="spellStart"/>
      <w:r w:rsidRPr="00651778">
        <w:rPr>
          <w:rFonts w:ascii="Aptos" w:eastAsia="Aptos" w:hAnsi="Aptos" w:cs="Aptos"/>
          <w:lang w:val="fr-FR"/>
        </w:rPr>
        <w:t>termenilor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condițiilor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stabilite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cererea</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finanțare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nerambursabilă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înregistrată</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autoritatea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finanțatoare</w:t>
      </w:r>
      <w:proofErr w:type="spellEnd"/>
      <w:r w:rsidRPr="00651778">
        <w:rPr>
          <w:rFonts w:ascii="Aptos" w:eastAsia="Aptos" w:hAnsi="Aptos" w:cs="Aptos"/>
          <w:lang w:val="fr-FR"/>
        </w:rPr>
        <w:t xml:space="preserve"> </w:t>
      </w:r>
      <w:proofErr w:type="spellStart"/>
      <w:proofErr w:type="gramStart"/>
      <w:r w:rsidRPr="00651778">
        <w:rPr>
          <w:rFonts w:ascii="Aptos" w:eastAsia="Aptos" w:hAnsi="Aptos" w:cs="Aptos"/>
          <w:lang w:val="fr-FR"/>
        </w:rPr>
        <w:t>cu</w:t>
      </w:r>
      <w:proofErr w:type="spellEnd"/>
      <w:r w:rsidRPr="00651778">
        <w:rPr>
          <w:rFonts w:ascii="Aptos" w:eastAsia="Aptos" w:hAnsi="Aptos" w:cs="Aptos"/>
          <w:lang w:val="fr-FR"/>
        </w:rPr>
        <w:t xml:space="preserve">  nr</w:t>
      </w:r>
      <w:proofErr w:type="gramEnd"/>
      <w:r w:rsidRPr="00651778">
        <w:rPr>
          <w:rFonts w:ascii="Aptos" w:eastAsia="Aptos" w:hAnsi="Aptos" w:cs="Aptos"/>
          <w:lang w:val="fr-FR"/>
        </w:rPr>
        <w:t xml:space="preserve">. </w:t>
      </w:r>
      <w:r w:rsidRPr="00B02214">
        <w:rPr>
          <w:rFonts w:ascii="Aptos" w:eastAsia="Aptos" w:hAnsi="Aptos" w:cs="Aptos"/>
          <w:lang w:val="fr-FR"/>
        </w:rPr>
        <w:t>___ / _________</w:t>
      </w:r>
      <w:proofErr w:type="gramStart"/>
      <w:r w:rsidRPr="00B02214">
        <w:rPr>
          <w:rFonts w:ascii="Aptos" w:eastAsia="Aptos" w:hAnsi="Aptos" w:cs="Aptos"/>
          <w:lang w:val="fr-FR"/>
        </w:rPr>
        <w:t>_ ,</w:t>
      </w:r>
      <w:proofErr w:type="gram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Bugetul</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cheltuieli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propuse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ambele</w:t>
      </w:r>
      <w:proofErr w:type="spellEnd"/>
      <w:r w:rsidRPr="00B02214">
        <w:rPr>
          <w:rFonts w:ascii="Aptos" w:eastAsia="Aptos" w:hAnsi="Aptos" w:cs="Aptos"/>
          <w:lang w:val="fr-FR"/>
        </w:rPr>
        <w:t xml:space="preserve"> parte </w:t>
      </w:r>
      <w:proofErr w:type="spellStart"/>
      <w:r w:rsidRPr="00B02214">
        <w:rPr>
          <w:rFonts w:ascii="Aptos" w:eastAsia="Aptos" w:hAnsi="Aptos" w:cs="Aptos"/>
          <w:lang w:val="fr-FR"/>
        </w:rPr>
        <w:t>integrantă</w:t>
      </w:r>
      <w:proofErr w:type="spellEnd"/>
      <w:r w:rsidRPr="00B02214">
        <w:rPr>
          <w:rFonts w:ascii="Aptos" w:eastAsia="Aptos" w:hAnsi="Aptos" w:cs="Aptos"/>
          <w:lang w:val="fr-FR"/>
        </w:rPr>
        <w:t xml:space="preserve"> a </w:t>
      </w:r>
      <w:proofErr w:type="spellStart"/>
      <w:r w:rsidRPr="00B02214">
        <w:rPr>
          <w:rFonts w:ascii="Aptos" w:eastAsia="Aptos" w:hAnsi="Aptos" w:cs="Aptos"/>
          <w:lang w:val="fr-FR"/>
        </w:rPr>
        <w:t>prezentului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contract</w:t>
      </w:r>
      <w:proofErr w:type="spellEnd"/>
      <w:r w:rsidRPr="00B02214">
        <w:rPr>
          <w:rFonts w:ascii="Aptos" w:eastAsia="Aptos" w:hAnsi="Aptos" w:cs="Aptos"/>
          <w:lang w:val="fr-FR"/>
        </w:rPr>
        <w:t>.</w:t>
      </w:r>
    </w:p>
    <w:p w14:paraId="5EA995BF" w14:textId="77777777" w:rsidR="00651778" w:rsidRPr="00B02214" w:rsidRDefault="00651778" w:rsidP="00651778">
      <w:pPr>
        <w:spacing w:before="240" w:after="240"/>
        <w:rPr>
          <w:rFonts w:ascii="Aptos" w:eastAsia="Aptos" w:hAnsi="Aptos" w:cs="Aptos"/>
          <w:b/>
          <w:bCs/>
          <w:lang w:val="fr-FR"/>
        </w:rPr>
      </w:pPr>
      <w:proofErr w:type="spellStart"/>
      <w:r w:rsidRPr="00B02214">
        <w:rPr>
          <w:rFonts w:ascii="Aptos" w:eastAsia="Aptos" w:hAnsi="Aptos" w:cs="Aptos"/>
          <w:b/>
          <w:bCs/>
          <w:lang w:val="fr-FR"/>
        </w:rPr>
        <w:t>Capitolul</w:t>
      </w:r>
      <w:proofErr w:type="spellEnd"/>
      <w:r w:rsidRPr="00B02214">
        <w:rPr>
          <w:rFonts w:ascii="Aptos" w:eastAsia="Aptos" w:hAnsi="Aptos" w:cs="Aptos"/>
          <w:b/>
          <w:bCs/>
          <w:lang w:val="fr-FR"/>
        </w:rPr>
        <w:t xml:space="preserve"> 2. </w:t>
      </w:r>
      <w:proofErr w:type="spellStart"/>
      <w:r w:rsidRPr="00B02214">
        <w:rPr>
          <w:rFonts w:ascii="Aptos" w:eastAsia="Aptos" w:hAnsi="Aptos" w:cs="Aptos"/>
          <w:b/>
          <w:bCs/>
          <w:lang w:val="fr-FR"/>
        </w:rPr>
        <w:t>Durata</w:t>
      </w:r>
      <w:proofErr w:type="spellEnd"/>
      <w:r w:rsidRPr="00B02214">
        <w:rPr>
          <w:rFonts w:ascii="Aptos" w:eastAsia="Aptos" w:hAnsi="Aptos" w:cs="Aptos"/>
          <w:b/>
          <w:bCs/>
          <w:lang w:val="fr-FR"/>
        </w:rPr>
        <w:t xml:space="preserve"> </w:t>
      </w:r>
      <w:proofErr w:type="spellStart"/>
      <w:r w:rsidRPr="00B02214">
        <w:rPr>
          <w:rFonts w:ascii="Aptos" w:eastAsia="Aptos" w:hAnsi="Aptos" w:cs="Aptos"/>
          <w:b/>
          <w:bCs/>
          <w:lang w:val="fr-FR"/>
        </w:rPr>
        <w:t>contractului</w:t>
      </w:r>
      <w:proofErr w:type="spellEnd"/>
      <w:r w:rsidRPr="00B02214">
        <w:rPr>
          <w:rFonts w:ascii="Aptos" w:eastAsia="Aptos" w:hAnsi="Aptos" w:cs="Aptos"/>
          <w:b/>
          <w:bCs/>
          <w:lang w:val="fr-FR"/>
        </w:rPr>
        <w:t xml:space="preserve"> </w:t>
      </w:r>
      <w:proofErr w:type="spellStart"/>
      <w:r w:rsidRPr="00B02214">
        <w:rPr>
          <w:rFonts w:ascii="Aptos" w:eastAsia="Aptos" w:hAnsi="Aptos" w:cs="Aptos"/>
          <w:b/>
          <w:bCs/>
          <w:lang w:val="fr-FR"/>
        </w:rPr>
        <w:t>și</w:t>
      </w:r>
      <w:proofErr w:type="spellEnd"/>
      <w:r w:rsidRPr="00B02214">
        <w:rPr>
          <w:rFonts w:ascii="Aptos" w:eastAsia="Aptos" w:hAnsi="Aptos" w:cs="Aptos"/>
          <w:b/>
          <w:bCs/>
          <w:lang w:val="fr-FR"/>
        </w:rPr>
        <w:t xml:space="preserve"> </w:t>
      </w:r>
      <w:proofErr w:type="spellStart"/>
      <w:r w:rsidRPr="00B02214">
        <w:rPr>
          <w:rFonts w:ascii="Aptos" w:eastAsia="Aptos" w:hAnsi="Aptos" w:cs="Aptos"/>
          <w:b/>
          <w:bCs/>
          <w:lang w:val="fr-FR"/>
        </w:rPr>
        <w:t>perioada</w:t>
      </w:r>
      <w:proofErr w:type="spellEnd"/>
      <w:r w:rsidRPr="00B02214">
        <w:rPr>
          <w:rFonts w:ascii="Aptos" w:eastAsia="Aptos" w:hAnsi="Aptos" w:cs="Aptos"/>
          <w:b/>
          <w:bCs/>
          <w:lang w:val="fr-FR"/>
        </w:rPr>
        <w:t xml:space="preserve"> de </w:t>
      </w:r>
      <w:proofErr w:type="spellStart"/>
      <w:r w:rsidRPr="00B02214">
        <w:rPr>
          <w:rFonts w:ascii="Aptos" w:eastAsia="Aptos" w:hAnsi="Aptos" w:cs="Aptos"/>
          <w:b/>
          <w:bCs/>
          <w:lang w:val="fr-FR"/>
        </w:rPr>
        <w:t>implementare</w:t>
      </w:r>
      <w:proofErr w:type="spellEnd"/>
      <w:r w:rsidRPr="00B02214">
        <w:rPr>
          <w:rFonts w:ascii="Aptos" w:eastAsia="Aptos" w:hAnsi="Aptos" w:cs="Aptos"/>
          <w:b/>
          <w:bCs/>
          <w:lang w:val="fr-FR"/>
        </w:rPr>
        <w:t xml:space="preserve"> a </w:t>
      </w:r>
      <w:proofErr w:type="spellStart"/>
      <w:r w:rsidRPr="00B02214">
        <w:rPr>
          <w:rFonts w:ascii="Aptos" w:eastAsia="Aptos" w:hAnsi="Aptos" w:cs="Aptos"/>
          <w:b/>
          <w:bCs/>
          <w:lang w:val="fr-FR"/>
        </w:rPr>
        <w:t>proiectului</w:t>
      </w:r>
      <w:proofErr w:type="spellEnd"/>
      <w:r w:rsidRPr="00B02214">
        <w:rPr>
          <w:rFonts w:ascii="Aptos" w:eastAsia="Aptos" w:hAnsi="Aptos" w:cs="Aptos"/>
          <w:b/>
          <w:bCs/>
          <w:lang w:val="fr-FR"/>
        </w:rPr>
        <w:t xml:space="preserve"> </w:t>
      </w:r>
    </w:p>
    <w:p w14:paraId="2AE2B25B" w14:textId="77777777" w:rsidR="00651778" w:rsidRPr="00651778" w:rsidRDefault="00651778" w:rsidP="00651778">
      <w:pPr>
        <w:spacing w:before="240" w:after="240"/>
        <w:rPr>
          <w:lang w:val="fr-FR"/>
        </w:rPr>
      </w:pPr>
      <w:r w:rsidRPr="00B02214">
        <w:rPr>
          <w:rFonts w:ascii="Aptos" w:eastAsia="Aptos" w:hAnsi="Aptos" w:cs="Aptos"/>
          <w:lang w:val="fr-FR"/>
        </w:rPr>
        <w:t xml:space="preserve">Art. 2. (1) </w:t>
      </w:r>
      <w:proofErr w:type="spellStart"/>
      <w:r w:rsidRPr="00B02214">
        <w:rPr>
          <w:rFonts w:ascii="Aptos" w:eastAsia="Aptos" w:hAnsi="Aptos" w:cs="Aptos"/>
          <w:lang w:val="fr-FR"/>
        </w:rPr>
        <w:t>Durata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contractului</w:t>
      </w:r>
      <w:proofErr w:type="spellEnd"/>
      <w:r w:rsidRPr="00B02214">
        <w:rPr>
          <w:rFonts w:ascii="Aptos" w:eastAsia="Aptos" w:hAnsi="Aptos" w:cs="Aptos"/>
          <w:lang w:val="fr-FR"/>
        </w:rPr>
        <w:t xml:space="preserve"> este </w:t>
      </w:r>
      <w:proofErr w:type="spellStart"/>
      <w:r w:rsidRPr="00B02214">
        <w:rPr>
          <w:rFonts w:ascii="Aptos" w:eastAsia="Aptos" w:hAnsi="Aptos" w:cs="Aptos"/>
          <w:lang w:val="fr-FR"/>
        </w:rPr>
        <w:t>cuprinsă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între</w:t>
      </w:r>
      <w:proofErr w:type="spellEnd"/>
      <w:r w:rsidRPr="00B02214">
        <w:rPr>
          <w:rFonts w:ascii="Aptos" w:eastAsia="Aptos" w:hAnsi="Aptos" w:cs="Aptos"/>
          <w:lang w:val="fr-FR"/>
        </w:rPr>
        <w:t xml:space="preserve"> data </w:t>
      </w:r>
      <w:proofErr w:type="spellStart"/>
      <w:r w:rsidRPr="00B02214">
        <w:rPr>
          <w:rFonts w:ascii="Aptos" w:eastAsia="Aptos" w:hAnsi="Aptos" w:cs="Aptos"/>
          <w:lang w:val="fr-FR"/>
        </w:rPr>
        <w:t>semnării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acestuia</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către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părțile</w:t>
      </w:r>
      <w:proofErr w:type="spellEnd"/>
      <w:r w:rsidRPr="00B02214">
        <w:rPr>
          <w:rFonts w:ascii="Aptos" w:eastAsia="Aptos" w:hAnsi="Aptos" w:cs="Aptos"/>
          <w:lang w:val="fr-FR"/>
        </w:rPr>
        <w:t xml:space="preserve"> contractante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data </w:t>
      </w:r>
      <w:proofErr w:type="spellStart"/>
      <w:r w:rsidRPr="00B02214">
        <w:rPr>
          <w:rFonts w:ascii="Aptos" w:eastAsia="Aptos" w:hAnsi="Aptos" w:cs="Aptos"/>
          <w:lang w:val="fr-FR"/>
        </w:rPr>
        <w:t>finalizării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implementării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proiectului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pentru</w:t>
      </w:r>
      <w:proofErr w:type="spellEnd"/>
      <w:r w:rsidRPr="00B02214">
        <w:rPr>
          <w:rFonts w:ascii="Aptos" w:eastAsia="Aptos" w:hAnsi="Aptos" w:cs="Aptos"/>
          <w:lang w:val="fr-FR"/>
        </w:rPr>
        <w:t xml:space="preserve"> care a </w:t>
      </w:r>
      <w:proofErr w:type="spellStart"/>
      <w:r w:rsidRPr="00B02214">
        <w:rPr>
          <w:rFonts w:ascii="Aptos" w:eastAsia="Aptos" w:hAnsi="Aptos" w:cs="Aptos"/>
          <w:lang w:val="fr-FR"/>
        </w:rPr>
        <w:t>fost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obținută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finanțarea</w:t>
      </w:r>
      <w:proofErr w:type="spellEnd"/>
      <w:r w:rsidRPr="00B02214">
        <w:rPr>
          <w:rFonts w:ascii="Aptos" w:eastAsia="Aptos" w:hAnsi="Aptos" w:cs="Aptos"/>
          <w:lang w:val="fr-FR"/>
        </w:rPr>
        <w:t xml:space="preserve">, dar nu mai </w:t>
      </w:r>
      <w:proofErr w:type="spellStart"/>
      <w:r w:rsidRPr="00B02214">
        <w:rPr>
          <w:rFonts w:ascii="Aptos" w:eastAsia="Aptos" w:hAnsi="Aptos" w:cs="Aptos"/>
          <w:lang w:val="fr-FR"/>
        </w:rPr>
        <w:t>târziu</w:t>
      </w:r>
      <w:proofErr w:type="spellEnd"/>
      <w:r w:rsidRPr="00B02214">
        <w:rPr>
          <w:rFonts w:ascii="Aptos" w:eastAsia="Aptos" w:hAnsi="Aptos" w:cs="Aptos"/>
          <w:lang w:val="fr-FR"/>
        </w:rPr>
        <w:t xml:space="preserve"> de 15.04.2027.</w:t>
      </w:r>
    </w:p>
    <w:p w14:paraId="55E10B19" w14:textId="77777777" w:rsidR="00651778" w:rsidRPr="00651778" w:rsidRDefault="00651778" w:rsidP="00651778">
      <w:pPr>
        <w:spacing w:before="240" w:after="240"/>
        <w:rPr>
          <w:lang w:val="fr-FR"/>
        </w:rPr>
      </w:pPr>
      <w:r w:rsidRPr="00B02214">
        <w:rPr>
          <w:rFonts w:ascii="Aptos" w:eastAsia="Aptos" w:hAnsi="Aptos" w:cs="Aptos"/>
          <w:lang w:val="fr-FR"/>
        </w:rPr>
        <w:t xml:space="preserve"> (2) </w:t>
      </w:r>
      <w:proofErr w:type="spellStart"/>
      <w:r w:rsidRPr="00B02214">
        <w:rPr>
          <w:rFonts w:ascii="Aptos" w:eastAsia="Aptos" w:hAnsi="Aptos" w:cs="Aptos"/>
          <w:lang w:val="fr-FR"/>
        </w:rPr>
        <w:t>Perioada</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implementare</w:t>
      </w:r>
      <w:proofErr w:type="spellEnd"/>
      <w:r w:rsidRPr="00B02214">
        <w:rPr>
          <w:rFonts w:ascii="Aptos" w:eastAsia="Aptos" w:hAnsi="Aptos" w:cs="Aptos"/>
          <w:lang w:val="fr-FR"/>
        </w:rPr>
        <w:t xml:space="preserve"> a </w:t>
      </w:r>
      <w:proofErr w:type="spellStart"/>
      <w:proofErr w:type="gramStart"/>
      <w:r w:rsidRPr="00B02214">
        <w:rPr>
          <w:rFonts w:ascii="Aptos" w:eastAsia="Aptos" w:hAnsi="Aptos" w:cs="Aptos"/>
          <w:lang w:val="fr-FR"/>
        </w:rPr>
        <w:t>proiectului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începe</w:t>
      </w:r>
      <w:proofErr w:type="spellEnd"/>
      <w:proofErr w:type="gramEnd"/>
      <w:r w:rsidRPr="00B02214">
        <w:rPr>
          <w:rFonts w:ascii="Aptos" w:eastAsia="Aptos" w:hAnsi="Aptos" w:cs="Aptos"/>
          <w:lang w:val="fr-FR"/>
        </w:rPr>
        <w:t xml:space="preserve"> </w:t>
      </w:r>
      <w:proofErr w:type="spellStart"/>
      <w:r w:rsidRPr="00B02214">
        <w:rPr>
          <w:rFonts w:ascii="Aptos" w:eastAsia="Aptos" w:hAnsi="Aptos" w:cs="Aptos"/>
          <w:lang w:val="fr-FR"/>
        </w:rPr>
        <w:t>din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momentul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semnării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prezentului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contract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se </w:t>
      </w:r>
      <w:proofErr w:type="spellStart"/>
      <w:r w:rsidRPr="00B02214">
        <w:rPr>
          <w:rFonts w:ascii="Aptos" w:eastAsia="Aptos" w:hAnsi="Aptos" w:cs="Aptos"/>
          <w:lang w:val="fr-FR"/>
        </w:rPr>
        <w:t>încheie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cel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târziu</w:t>
      </w:r>
      <w:proofErr w:type="spellEnd"/>
      <w:r w:rsidRPr="00B02214">
        <w:rPr>
          <w:rFonts w:ascii="Aptos" w:eastAsia="Aptos" w:hAnsi="Aptos" w:cs="Aptos"/>
          <w:lang w:val="fr-FR"/>
        </w:rPr>
        <w:t xml:space="preserve"> la 15.04.2027.</w:t>
      </w:r>
    </w:p>
    <w:p w14:paraId="30E27006" w14:textId="77777777" w:rsidR="00651778" w:rsidRPr="00B02214" w:rsidRDefault="00651778" w:rsidP="00651778">
      <w:pPr>
        <w:spacing w:before="240" w:after="240"/>
        <w:rPr>
          <w:rFonts w:ascii="Aptos" w:eastAsia="Aptos" w:hAnsi="Aptos" w:cs="Aptos"/>
          <w:b/>
          <w:bCs/>
          <w:lang w:val="fr-FR"/>
        </w:rPr>
      </w:pPr>
      <w:proofErr w:type="spellStart"/>
      <w:r w:rsidRPr="00B02214">
        <w:rPr>
          <w:rFonts w:ascii="Aptos" w:eastAsia="Aptos" w:hAnsi="Aptos" w:cs="Aptos"/>
          <w:b/>
          <w:bCs/>
          <w:lang w:val="fr-FR"/>
        </w:rPr>
        <w:t>Capitolul</w:t>
      </w:r>
      <w:proofErr w:type="spellEnd"/>
      <w:r w:rsidRPr="00B02214">
        <w:rPr>
          <w:rFonts w:ascii="Aptos" w:eastAsia="Aptos" w:hAnsi="Aptos" w:cs="Aptos"/>
          <w:b/>
          <w:bCs/>
          <w:lang w:val="fr-FR"/>
        </w:rPr>
        <w:t xml:space="preserve"> 3. </w:t>
      </w:r>
      <w:proofErr w:type="spellStart"/>
      <w:r w:rsidRPr="00B02214">
        <w:rPr>
          <w:rFonts w:ascii="Aptos" w:eastAsia="Aptos" w:hAnsi="Aptos" w:cs="Aptos"/>
          <w:b/>
          <w:bCs/>
          <w:lang w:val="fr-FR"/>
        </w:rPr>
        <w:t>Valoarea</w:t>
      </w:r>
      <w:proofErr w:type="spellEnd"/>
      <w:r w:rsidRPr="00B02214">
        <w:rPr>
          <w:rFonts w:ascii="Aptos" w:eastAsia="Aptos" w:hAnsi="Aptos" w:cs="Aptos"/>
          <w:b/>
          <w:bCs/>
          <w:lang w:val="fr-FR"/>
        </w:rPr>
        <w:t xml:space="preserve"> </w:t>
      </w:r>
      <w:proofErr w:type="spellStart"/>
      <w:r w:rsidRPr="00B02214">
        <w:rPr>
          <w:rFonts w:ascii="Aptos" w:eastAsia="Aptos" w:hAnsi="Aptos" w:cs="Aptos"/>
          <w:b/>
          <w:bCs/>
          <w:lang w:val="fr-FR"/>
        </w:rPr>
        <w:t>contractului</w:t>
      </w:r>
      <w:proofErr w:type="spellEnd"/>
      <w:r w:rsidRPr="00B02214">
        <w:rPr>
          <w:rFonts w:ascii="Aptos" w:eastAsia="Aptos" w:hAnsi="Aptos" w:cs="Aptos"/>
          <w:b/>
          <w:bCs/>
          <w:lang w:val="fr-FR"/>
        </w:rPr>
        <w:t xml:space="preserve">. </w:t>
      </w:r>
      <w:proofErr w:type="spellStart"/>
      <w:r w:rsidRPr="00B02214">
        <w:rPr>
          <w:rFonts w:ascii="Aptos" w:eastAsia="Aptos" w:hAnsi="Aptos" w:cs="Aptos"/>
          <w:b/>
          <w:bCs/>
          <w:lang w:val="fr-FR"/>
        </w:rPr>
        <w:t>Modalități</w:t>
      </w:r>
      <w:proofErr w:type="spellEnd"/>
      <w:r w:rsidRPr="00B02214">
        <w:rPr>
          <w:rFonts w:ascii="Aptos" w:eastAsia="Aptos" w:hAnsi="Aptos" w:cs="Aptos"/>
          <w:b/>
          <w:bCs/>
          <w:lang w:val="fr-FR"/>
        </w:rPr>
        <w:t xml:space="preserve"> de </w:t>
      </w:r>
      <w:proofErr w:type="spellStart"/>
      <w:r w:rsidRPr="00B02214">
        <w:rPr>
          <w:rFonts w:ascii="Aptos" w:eastAsia="Aptos" w:hAnsi="Aptos" w:cs="Aptos"/>
          <w:b/>
          <w:bCs/>
          <w:lang w:val="fr-FR"/>
        </w:rPr>
        <w:t>plată</w:t>
      </w:r>
      <w:proofErr w:type="spellEnd"/>
    </w:p>
    <w:p w14:paraId="79F072DD" w14:textId="77777777" w:rsidR="00651778" w:rsidRPr="00651778" w:rsidRDefault="00651778" w:rsidP="00651778">
      <w:pPr>
        <w:spacing w:before="240" w:after="240"/>
        <w:rPr>
          <w:lang w:val="fr-FR"/>
        </w:rPr>
      </w:pPr>
      <w:r w:rsidRPr="00B02214">
        <w:rPr>
          <w:rFonts w:ascii="Aptos" w:eastAsia="Aptos" w:hAnsi="Aptos" w:cs="Aptos"/>
          <w:lang w:val="fr-FR"/>
        </w:rPr>
        <w:t xml:space="preserve">Art. 3. </w:t>
      </w:r>
      <w:proofErr w:type="spellStart"/>
      <w:r w:rsidRPr="00B02214">
        <w:rPr>
          <w:rFonts w:ascii="Aptos" w:eastAsia="Aptos" w:hAnsi="Aptos" w:cs="Aptos"/>
          <w:lang w:val="fr-FR"/>
        </w:rPr>
        <w:t>Valoarea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contractului</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finanțare</w:t>
      </w:r>
      <w:proofErr w:type="spellEnd"/>
      <w:r w:rsidRPr="00B02214">
        <w:rPr>
          <w:rFonts w:ascii="Aptos" w:eastAsia="Aptos" w:hAnsi="Aptos" w:cs="Aptos"/>
          <w:lang w:val="fr-FR"/>
        </w:rPr>
        <w:t xml:space="preserve"> este de __________________ lei, </w:t>
      </w:r>
      <w:proofErr w:type="spellStart"/>
      <w:r w:rsidRPr="00B02214">
        <w:rPr>
          <w:rFonts w:ascii="Aptos" w:eastAsia="Aptos" w:hAnsi="Aptos" w:cs="Aptos"/>
          <w:lang w:val="fr-FR"/>
        </w:rPr>
        <w:t>reprezentând</w:t>
      </w:r>
      <w:proofErr w:type="spellEnd"/>
      <w:r w:rsidRPr="00B02214">
        <w:rPr>
          <w:rFonts w:ascii="Aptos" w:eastAsia="Aptos" w:hAnsi="Aptos" w:cs="Aptos"/>
          <w:lang w:val="fr-FR"/>
        </w:rPr>
        <w:t xml:space="preserve"> _____% </w:t>
      </w:r>
      <w:proofErr w:type="spellStart"/>
      <w:r w:rsidRPr="00B02214">
        <w:rPr>
          <w:rFonts w:ascii="Aptos" w:eastAsia="Aptos" w:hAnsi="Aptos" w:cs="Aptos"/>
          <w:lang w:val="fr-FR"/>
        </w:rPr>
        <w:t>din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valoarea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totală</w:t>
      </w:r>
      <w:proofErr w:type="spellEnd"/>
      <w:r w:rsidRPr="00B02214">
        <w:rPr>
          <w:rFonts w:ascii="Aptos" w:eastAsia="Aptos" w:hAnsi="Aptos" w:cs="Aptos"/>
          <w:lang w:val="fr-FR"/>
        </w:rPr>
        <w:t xml:space="preserve"> a </w:t>
      </w:r>
      <w:proofErr w:type="spellStart"/>
      <w:r w:rsidRPr="00B02214">
        <w:rPr>
          <w:rFonts w:ascii="Aptos" w:eastAsia="Aptos" w:hAnsi="Aptos" w:cs="Aptos"/>
          <w:lang w:val="fr-FR"/>
        </w:rPr>
        <w:t>proiectului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conform</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Bugetului</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cheltuieli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detalierii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din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Cererea</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finanțare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Anexele</w:t>
      </w:r>
      <w:proofErr w:type="spellEnd"/>
      <w:r w:rsidRPr="00B02214">
        <w:rPr>
          <w:rFonts w:ascii="Aptos" w:eastAsia="Aptos" w:hAnsi="Aptos" w:cs="Aptos"/>
          <w:lang w:val="fr-FR"/>
        </w:rPr>
        <w:t xml:space="preserve"> 2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3 la HCL </w:t>
      </w:r>
      <w:proofErr w:type="gramStart"/>
      <w:r w:rsidRPr="00B02214">
        <w:rPr>
          <w:rFonts w:ascii="Aptos" w:eastAsia="Aptos" w:hAnsi="Aptos" w:cs="Aptos"/>
          <w:lang w:val="fr-FR"/>
        </w:rPr>
        <w:t>nr._</w:t>
      </w:r>
      <w:proofErr w:type="gramEnd"/>
      <w:r w:rsidRPr="00B02214">
        <w:rPr>
          <w:rFonts w:ascii="Aptos" w:eastAsia="Aptos" w:hAnsi="Aptos" w:cs="Aptos"/>
          <w:lang w:val="fr-FR"/>
        </w:rPr>
        <w:t>_ /_____)</w:t>
      </w:r>
    </w:p>
    <w:p w14:paraId="18737C94" w14:textId="77777777" w:rsidR="00651778" w:rsidRPr="00651778" w:rsidRDefault="00651778" w:rsidP="00651778">
      <w:pPr>
        <w:spacing w:before="240" w:after="240"/>
        <w:rPr>
          <w:lang w:val="fr-FR"/>
        </w:rPr>
      </w:pPr>
      <w:r w:rsidRPr="00651778">
        <w:rPr>
          <w:rFonts w:ascii="Aptos" w:eastAsia="Aptos" w:hAnsi="Aptos" w:cs="Aptos"/>
          <w:lang w:val="fr-FR"/>
        </w:rPr>
        <w:t xml:space="preserve">Art. 4. Suma </w:t>
      </w:r>
      <w:proofErr w:type="spellStart"/>
      <w:r w:rsidRPr="00651778">
        <w:rPr>
          <w:rFonts w:ascii="Aptos" w:eastAsia="Aptos" w:hAnsi="Aptos" w:cs="Aptos"/>
          <w:lang w:val="fr-FR"/>
        </w:rPr>
        <w:t>reprezentând</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finanțarea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nerambursabilă</w:t>
      </w:r>
      <w:proofErr w:type="spellEnd"/>
      <w:r w:rsidRPr="00651778">
        <w:rPr>
          <w:rFonts w:ascii="Aptos" w:eastAsia="Aptos" w:hAnsi="Aptos" w:cs="Aptos"/>
          <w:lang w:val="fr-FR"/>
        </w:rPr>
        <w:t xml:space="preserve"> va fi </w:t>
      </w:r>
      <w:proofErr w:type="spellStart"/>
      <w:r w:rsidRPr="00651778">
        <w:rPr>
          <w:rFonts w:ascii="Aptos" w:eastAsia="Aptos" w:hAnsi="Aptos" w:cs="Aptos"/>
          <w:lang w:val="fr-FR"/>
        </w:rPr>
        <w:t>virată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din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contul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autorității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finanțatoare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contul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beneficiarului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cu</w:t>
      </w:r>
      <w:proofErr w:type="spellEnd"/>
      <w:r w:rsidRPr="00651778">
        <w:rPr>
          <w:rFonts w:ascii="Aptos" w:eastAsia="Aptos" w:hAnsi="Aptos" w:cs="Aptos"/>
          <w:lang w:val="fr-FR"/>
        </w:rPr>
        <w:t xml:space="preserve"> nr. </w:t>
      </w:r>
      <w:r w:rsidRPr="00B02214">
        <w:rPr>
          <w:rFonts w:ascii="Aptos" w:eastAsia="Aptos" w:hAnsi="Aptos" w:cs="Aptos"/>
          <w:lang w:val="fr-FR"/>
        </w:rPr>
        <w:t xml:space="preserve">___________, </w:t>
      </w:r>
      <w:proofErr w:type="spellStart"/>
      <w:r w:rsidRPr="00B02214">
        <w:rPr>
          <w:rFonts w:ascii="Aptos" w:eastAsia="Aptos" w:hAnsi="Aptos" w:cs="Aptos"/>
          <w:lang w:val="fr-FR"/>
        </w:rPr>
        <w:t>deschis</w:t>
      </w:r>
      <w:proofErr w:type="spellEnd"/>
      <w:r w:rsidRPr="00B02214">
        <w:rPr>
          <w:rFonts w:ascii="Aptos" w:eastAsia="Aptos" w:hAnsi="Aptos" w:cs="Aptos"/>
          <w:lang w:val="fr-FR"/>
        </w:rPr>
        <w:t xml:space="preserve"> la _________, </w:t>
      </w:r>
      <w:proofErr w:type="spellStart"/>
      <w:r w:rsidRPr="00B02214">
        <w:rPr>
          <w:rFonts w:ascii="Aptos" w:eastAsia="Aptos" w:hAnsi="Aptos" w:cs="Aptos"/>
          <w:lang w:val="fr-FR"/>
        </w:rPr>
        <w:t>potrivit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legii</w:t>
      </w:r>
      <w:proofErr w:type="spellEnd"/>
      <w:r w:rsidRPr="00B02214">
        <w:rPr>
          <w:rFonts w:ascii="Aptos" w:eastAsia="Aptos" w:hAnsi="Aptos" w:cs="Aptos"/>
          <w:lang w:val="fr-FR"/>
        </w:rPr>
        <w:t>.</w:t>
      </w:r>
    </w:p>
    <w:p w14:paraId="217EE9A6" w14:textId="77777777" w:rsidR="00651778" w:rsidRPr="00B02214" w:rsidRDefault="00651778" w:rsidP="00651778">
      <w:pPr>
        <w:spacing w:before="240" w:after="240"/>
        <w:rPr>
          <w:rFonts w:ascii="Aptos" w:eastAsia="Aptos" w:hAnsi="Aptos" w:cs="Aptos"/>
          <w:lang w:val="fr-FR"/>
        </w:rPr>
      </w:pPr>
      <w:r w:rsidRPr="00B02214">
        <w:rPr>
          <w:rFonts w:ascii="Aptos" w:eastAsia="Aptos" w:hAnsi="Aptos" w:cs="Aptos"/>
          <w:lang w:val="fr-FR"/>
        </w:rPr>
        <w:t xml:space="preserve">Art. 5. Suma </w:t>
      </w:r>
      <w:proofErr w:type="spellStart"/>
      <w:r w:rsidRPr="00B02214">
        <w:rPr>
          <w:rFonts w:ascii="Aptos" w:eastAsia="Aptos" w:hAnsi="Aptos" w:cs="Aptos"/>
          <w:lang w:val="fr-FR"/>
        </w:rPr>
        <w:t>prevăzută</w:t>
      </w:r>
      <w:proofErr w:type="spellEnd"/>
      <w:r w:rsidRPr="00B02214">
        <w:rPr>
          <w:rFonts w:ascii="Aptos" w:eastAsia="Aptos" w:hAnsi="Aptos" w:cs="Aptos"/>
          <w:lang w:val="fr-FR"/>
        </w:rPr>
        <w:t xml:space="preserve"> la art. 3 se </w:t>
      </w:r>
      <w:proofErr w:type="spellStart"/>
      <w:r w:rsidRPr="00B02214">
        <w:rPr>
          <w:rFonts w:ascii="Aptos" w:eastAsia="Aptos" w:hAnsi="Aptos" w:cs="Aptos"/>
          <w:lang w:val="fr-FR"/>
        </w:rPr>
        <w:t>acordă</w:t>
      </w:r>
      <w:proofErr w:type="spellEnd"/>
      <w:r w:rsidRPr="00B02214">
        <w:rPr>
          <w:rFonts w:ascii="Aptos" w:eastAsia="Aptos" w:hAnsi="Aptos" w:cs="Aptos"/>
          <w:lang w:val="fr-FR"/>
        </w:rPr>
        <w:t xml:space="preserve"> prin </w:t>
      </w:r>
      <w:proofErr w:type="spellStart"/>
      <w:r w:rsidRPr="00B02214">
        <w:rPr>
          <w:rFonts w:ascii="Aptos" w:eastAsia="Aptos" w:hAnsi="Aptos" w:cs="Aptos"/>
          <w:lang w:val="fr-FR"/>
        </w:rPr>
        <w:t>virament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bancar</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într</w:t>
      </w:r>
      <w:proofErr w:type="spellEnd"/>
      <w:r w:rsidRPr="00B02214">
        <w:rPr>
          <w:rFonts w:ascii="Aptos" w:eastAsia="Aptos" w:hAnsi="Aptos" w:cs="Aptos"/>
          <w:lang w:val="fr-FR"/>
        </w:rPr>
        <w:t xml:space="preserve">-o </w:t>
      </w:r>
      <w:proofErr w:type="spellStart"/>
      <w:r w:rsidRPr="00B02214">
        <w:rPr>
          <w:rFonts w:ascii="Aptos" w:eastAsia="Aptos" w:hAnsi="Aptos" w:cs="Aptos"/>
          <w:lang w:val="fr-FR"/>
        </w:rPr>
        <w:t>singură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tranșă</w:t>
      </w:r>
      <w:proofErr w:type="spellEnd"/>
      <w:r w:rsidRPr="00B02214">
        <w:rPr>
          <w:rFonts w:ascii="Aptos" w:eastAsia="Aptos" w:hAnsi="Aptos" w:cs="Aptos"/>
          <w:lang w:val="fr-FR"/>
        </w:rPr>
        <w:t>.</w:t>
      </w:r>
    </w:p>
    <w:p w14:paraId="1CD63B68" w14:textId="77777777" w:rsidR="00651778" w:rsidRPr="00651778" w:rsidRDefault="00651778" w:rsidP="00651778">
      <w:pPr>
        <w:spacing w:before="240" w:after="240"/>
        <w:rPr>
          <w:lang w:val="fr-FR"/>
        </w:rPr>
      </w:pPr>
      <w:proofErr w:type="spellStart"/>
      <w:r w:rsidRPr="00B02214">
        <w:rPr>
          <w:rFonts w:ascii="Aptos" w:eastAsia="Aptos" w:hAnsi="Aptos" w:cs="Aptos"/>
          <w:b/>
          <w:bCs/>
          <w:lang w:val="fr-FR"/>
        </w:rPr>
        <w:t>Capitolul</w:t>
      </w:r>
      <w:proofErr w:type="spellEnd"/>
      <w:r w:rsidRPr="00B02214">
        <w:rPr>
          <w:rFonts w:ascii="Aptos" w:eastAsia="Aptos" w:hAnsi="Aptos" w:cs="Aptos"/>
          <w:b/>
          <w:bCs/>
          <w:lang w:val="fr-FR"/>
        </w:rPr>
        <w:t xml:space="preserve"> 4. </w:t>
      </w:r>
      <w:proofErr w:type="spellStart"/>
      <w:r w:rsidRPr="00B02214">
        <w:rPr>
          <w:rFonts w:ascii="Aptos" w:eastAsia="Aptos" w:hAnsi="Aptos" w:cs="Aptos"/>
          <w:b/>
          <w:bCs/>
          <w:lang w:val="fr-FR"/>
        </w:rPr>
        <w:t>Modificări</w:t>
      </w:r>
      <w:proofErr w:type="spellEnd"/>
      <w:r w:rsidRPr="00B02214">
        <w:rPr>
          <w:rFonts w:ascii="Aptos" w:eastAsia="Aptos" w:hAnsi="Aptos" w:cs="Aptos"/>
          <w:b/>
          <w:bCs/>
          <w:lang w:val="fr-FR"/>
        </w:rPr>
        <w:t xml:space="preserve"> de </w:t>
      </w:r>
      <w:proofErr w:type="spellStart"/>
      <w:r w:rsidRPr="00B02214">
        <w:rPr>
          <w:rFonts w:ascii="Aptos" w:eastAsia="Aptos" w:hAnsi="Aptos" w:cs="Aptos"/>
          <w:b/>
          <w:bCs/>
          <w:lang w:val="fr-FR"/>
        </w:rPr>
        <w:t>buget</w:t>
      </w:r>
      <w:proofErr w:type="spellEnd"/>
      <w:r w:rsidRPr="00B02214">
        <w:rPr>
          <w:rFonts w:ascii="Aptos" w:eastAsia="Aptos" w:hAnsi="Aptos" w:cs="Aptos"/>
          <w:b/>
          <w:bCs/>
          <w:lang w:val="fr-FR"/>
        </w:rPr>
        <w:t xml:space="preserve"> </w:t>
      </w:r>
      <w:proofErr w:type="spellStart"/>
      <w:r w:rsidRPr="00B02214">
        <w:rPr>
          <w:rFonts w:ascii="Aptos" w:eastAsia="Aptos" w:hAnsi="Aptos" w:cs="Aptos"/>
          <w:b/>
          <w:bCs/>
          <w:lang w:val="fr-FR"/>
        </w:rPr>
        <w:t>sau</w:t>
      </w:r>
      <w:proofErr w:type="spellEnd"/>
      <w:r w:rsidRPr="00B02214">
        <w:rPr>
          <w:rFonts w:ascii="Aptos" w:eastAsia="Aptos" w:hAnsi="Aptos" w:cs="Aptos"/>
          <w:b/>
          <w:bCs/>
          <w:lang w:val="fr-FR"/>
        </w:rPr>
        <w:t xml:space="preserve"> de </w:t>
      </w:r>
      <w:proofErr w:type="spellStart"/>
      <w:r w:rsidRPr="00B02214">
        <w:rPr>
          <w:rFonts w:ascii="Aptos" w:eastAsia="Aptos" w:hAnsi="Aptos" w:cs="Aptos"/>
          <w:b/>
          <w:bCs/>
          <w:lang w:val="fr-FR"/>
        </w:rPr>
        <w:t>conținut</w:t>
      </w:r>
      <w:proofErr w:type="spellEnd"/>
      <w:r w:rsidRPr="00B02214">
        <w:rPr>
          <w:rFonts w:ascii="Aptos" w:eastAsia="Aptos" w:hAnsi="Aptos" w:cs="Aptos"/>
          <w:b/>
          <w:bCs/>
          <w:lang w:val="fr-FR"/>
        </w:rPr>
        <w:t xml:space="preserve"> al </w:t>
      </w:r>
      <w:proofErr w:type="spellStart"/>
      <w:r w:rsidRPr="00B02214">
        <w:rPr>
          <w:rFonts w:ascii="Aptos" w:eastAsia="Aptos" w:hAnsi="Aptos" w:cs="Aptos"/>
          <w:b/>
          <w:bCs/>
          <w:lang w:val="fr-FR"/>
        </w:rPr>
        <w:t>proiectului</w:t>
      </w:r>
      <w:proofErr w:type="spellEnd"/>
      <w:r w:rsidRPr="00B02214">
        <w:rPr>
          <w:rFonts w:ascii="Aptos" w:eastAsia="Aptos" w:hAnsi="Aptos" w:cs="Aptos"/>
          <w:b/>
          <w:bCs/>
          <w:lang w:val="fr-FR"/>
        </w:rPr>
        <w:t xml:space="preserve">. </w:t>
      </w:r>
      <w:proofErr w:type="spellStart"/>
      <w:r w:rsidRPr="00B02214">
        <w:rPr>
          <w:rFonts w:ascii="Aptos" w:eastAsia="Aptos" w:hAnsi="Aptos" w:cs="Aptos"/>
          <w:b/>
          <w:bCs/>
          <w:lang w:val="fr-FR"/>
        </w:rPr>
        <w:t>Eligibilitatea</w:t>
      </w:r>
      <w:proofErr w:type="spellEnd"/>
      <w:r w:rsidRPr="00B02214">
        <w:rPr>
          <w:rFonts w:ascii="Aptos" w:eastAsia="Aptos" w:hAnsi="Aptos" w:cs="Aptos"/>
          <w:b/>
          <w:bCs/>
          <w:lang w:val="fr-FR"/>
        </w:rPr>
        <w:t xml:space="preserve"> </w:t>
      </w:r>
      <w:proofErr w:type="spellStart"/>
      <w:r w:rsidRPr="00B02214">
        <w:rPr>
          <w:rFonts w:ascii="Aptos" w:eastAsia="Aptos" w:hAnsi="Aptos" w:cs="Aptos"/>
          <w:b/>
          <w:bCs/>
          <w:lang w:val="fr-FR"/>
        </w:rPr>
        <w:t>cheltuielilor</w:t>
      </w:r>
      <w:proofErr w:type="spellEnd"/>
      <w:r w:rsidRPr="00B02214">
        <w:rPr>
          <w:rFonts w:ascii="Aptos" w:eastAsia="Aptos" w:hAnsi="Aptos" w:cs="Aptos"/>
          <w:b/>
          <w:bCs/>
          <w:lang w:val="fr-FR"/>
        </w:rPr>
        <w:t xml:space="preserve">. </w:t>
      </w:r>
    </w:p>
    <w:p w14:paraId="61B1BDCD" w14:textId="77777777" w:rsidR="00651778" w:rsidRPr="00651778" w:rsidRDefault="00651778" w:rsidP="00651778">
      <w:pPr>
        <w:spacing w:before="240" w:after="240"/>
        <w:rPr>
          <w:lang w:val="fr-FR"/>
        </w:rPr>
      </w:pPr>
      <w:r w:rsidRPr="00B02214">
        <w:rPr>
          <w:rFonts w:ascii="Aptos" w:eastAsia="Aptos" w:hAnsi="Aptos" w:cs="Aptos"/>
          <w:lang w:val="fr-FR"/>
        </w:rPr>
        <w:lastRenderedPageBreak/>
        <w:t xml:space="preserve">Art. 7. (1) </w:t>
      </w:r>
      <w:proofErr w:type="spellStart"/>
      <w:r w:rsidRPr="00B02214">
        <w:rPr>
          <w:rFonts w:ascii="Aptos" w:eastAsia="Aptos" w:hAnsi="Aptos" w:cs="Aptos"/>
          <w:lang w:val="fr-FR"/>
        </w:rPr>
        <w:t>Beneficiarul</w:t>
      </w:r>
      <w:proofErr w:type="spellEnd"/>
      <w:r w:rsidRPr="00B02214">
        <w:rPr>
          <w:rFonts w:ascii="Aptos" w:eastAsia="Aptos" w:hAnsi="Aptos" w:cs="Aptos"/>
          <w:lang w:val="fr-FR"/>
        </w:rPr>
        <w:t xml:space="preserve"> este </w:t>
      </w:r>
      <w:proofErr w:type="spellStart"/>
      <w:r w:rsidRPr="00B02214">
        <w:rPr>
          <w:rFonts w:ascii="Aptos" w:eastAsia="Aptos" w:hAnsi="Aptos" w:cs="Aptos"/>
          <w:lang w:val="fr-FR"/>
        </w:rPr>
        <w:t>obligat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să</w:t>
      </w:r>
      <w:proofErr w:type="spellEnd"/>
      <w:r w:rsidRPr="00B02214">
        <w:rPr>
          <w:rFonts w:ascii="Aptos" w:eastAsia="Aptos" w:hAnsi="Aptos" w:cs="Aptos"/>
          <w:lang w:val="fr-FR"/>
        </w:rPr>
        <w:t xml:space="preserve"> respecte </w:t>
      </w:r>
      <w:proofErr w:type="spellStart"/>
      <w:r w:rsidRPr="00B02214">
        <w:rPr>
          <w:rFonts w:ascii="Aptos" w:eastAsia="Aptos" w:hAnsi="Aptos" w:cs="Aptos"/>
          <w:lang w:val="fr-FR"/>
        </w:rPr>
        <w:t>categoriile</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cheltuieli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prevăzute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Bugetul</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cheltuieli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aprobat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spre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finanțare</w:t>
      </w:r>
      <w:proofErr w:type="spellEnd"/>
      <w:r w:rsidRPr="00B02214">
        <w:rPr>
          <w:rFonts w:ascii="Aptos" w:eastAsia="Aptos" w:hAnsi="Aptos" w:cs="Aptos"/>
          <w:lang w:val="fr-FR"/>
        </w:rPr>
        <w:t xml:space="preserve">. </w:t>
      </w:r>
    </w:p>
    <w:p w14:paraId="7ACB4413" w14:textId="76CE15BF" w:rsidR="00651778" w:rsidRPr="00651778" w:rsidRDefault="00651778" w:rsidP="00651778">
      <w:pPr>
        <w:spacing w:before="240" w:after="240"/>
        <w:rPr>
          <w:lang w:val="fr-FR"/>
        </w:rPr>
      </w:pPr>
      <w:r w:rsidRPr="00B02214">
        <w:rPr>
          <w:rFonts w:ascii="Aptos" w:eastAsia="Aptos" w:hAnsi="Aptos" w:cs="Aptos"/>
          <w:lang w:val="fr-FR"/>
        </w:rPr>
        <w:t xml:space="preserve">(2) </w:t>
      </w:r>
      <w:proofErr w:type="spellStart"/>
      <w:r w:rsidRPr="00B02214">
        <w:rPr>
          <w:rFonts w:ascii="Aptos" w:eastAsia="Aptos" w:hAnsi="Aptos" w:cs="Aptos"/>
          <w:lang w:val="fr-FR"/>
        </w:rPr>
        <w:t>Dacă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din</w:t>
      </w:r>
      <w:proofErr w:type="spellEnd"/>
      <w:r w:rsidRPr="00B02214">
        <w:rPr>
          <w:rFonts w:ascii="Aptos" w:eastAsia="Aptos" w:hAnsi="Aptos" w:cs="Aptos"/>
          <w:lang w:val="fr-FR"/>
        </w:rPr>
        <w:t xml:space="preserve"> motive </w:t>
      </w:r>
      <w:proofErr w:type="spellStart"/>
      <w:r w:rsidRPr="00B02214">
        <w:rPr>
          <w:rFonts w:ascii="Aptos" w:eastAsia="Aptos" w:hAnsi="Aptos" w:cs="Aptos"/>
          <w:lang w:val="fr-FR"/>
        </w:rPr>
        <w:t>obiective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perioada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derulării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proiectului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sunt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necesare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modificări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structura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valoarea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unei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cheltuieli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sau</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între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diferite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tipuri</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cheltuieli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bugetare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fără</w:t>
      </w:r>
      <w:proofErr w:type="spellEnd"/>
      <w:r w:rsidRPr="00B02214">
        <w:rPr>
          <w:rFonts w:ascii="Aptos" w:eastAsia="Aptos" w:hAnsi="Aptos" w:cs="Aptos"/>
          <w:lang w:val="fr-FR"/>
        </w:rPr>
        <w:t xml:space="preserve"> a </w:t>
      </w:r>
      <w:proofErr w:type="spellStart"/>
      <w:r w:rsidRPr="00B02214">
        <w:rPr>
          <w:rFonts w:ascii="Aptos" w:eastAsia="Aptos" w:hAnsi="Aptos" w:cs="Aptos"/>
          <w:lang w:val="fr-FR"/>
        </w:rPr>
        <w:t>depăși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procentele</w:t>
      </w:r>
      <w:proofErr w:type="spellEnd"/>
      <w:r w:rsidRPr="00B02214">
        <w:rPr>
          <w:rFonts w:ascii="Aptos" w:eastAsia="Aptos" w:hAnsi="Aptos" w:cs="Aptos"/>
          <w:lang w:val="fr-FR"/>
        </w:rPr>
        <w:t xml:space="preserve"> maximale </w:t>
      </w:r>
      <w:proofErr w:type="spellStart"/>
      <w:r w:rsidRPr="00B02214">
        <w:rPr>
          <w:rFonts w:ascii="Aptos" w:eastAsia="Aptos" w:hAnsi="Aptos" w:cs="Aptos"/>
          <w:lang w:val="fr-FR"/>
        </w:rPr>
        <w:t>impuse</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prevederile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legale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cele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din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Anexa</w:t>
      </w:r>
      <w:proofErr w:type="spellEnd"/>
      <w:r w:rsidRPr="00B02214">
        <w:rPr>
          <w:rFonts w:ascii="Aptos" w:eastAsia="Aptos" w:hAnsi="Aptos" w:cs="Aptos"/>
          <w:lang w:val="fr-FR"/>
        </w:rPr>
        <w:t xml:space="preserve"> </w:t>
      </w:r>
      <w:r w:rsidR="00EB561C">
        <w:rPr>
          <w:rFonts w:ascii="Aptos" w:eastAsia="Aptos" w:hAnsi="Aptos" w:cs="Aptos"/>
          <w:lang w:val="fr-FR"/>
        </w:rPr>
        <w:t xml:space="preserve">3 la </w:t>
      </w:r>
      <w:proofErr w:type="gramStart"/>
      <w:r w:rsidR="00EB561C">
        <w:rPr>
          <w:rFonts w:ascii="Aptos" w:eastAsia="Aptos" w:hAnsi="Aptos" w:cs="Aptos"/>
          <w:lang w:val="fr-FR"/>
        </w:rPr>
        <w:t>HCL….</w:t>
      </w:r>
      <w:proofErr w:type="gramEnd"/>
      <w:r w:rsidRPr="00B02214">
        <w:rPr>
          <w:rFonts w:ascii="Aptos" w:eastAsia="Aptos" w:hAnsi="Aptos" w:cs="Aptos"/>
          <w:lang w:val="fr-FR"/>
        </w:rPr>
        <w:t xml:space="preserve">- </w:t>
      </w:r>
      <w:proofErr w:type="spellStart"/>
      <w:r w:rsidRPr="00B02214">
        <w:rPr>
          <w:rFonts w:ascii="Aptos" w:eastAsia="Aptos" w:hAnsi="Aptos" w:cs="Aptos"/>
          <w:lang w:val="fr-FR"/>
        </w:rPr>
        <w:t>Regulamentul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beneficiarul</w:t>
      </w:r>
      <w:proofErr w:type="spellEnd"/>
      <w:r w:rsidRPr="00B02214">
        <w:rPr>
          <w:rFonts w:ascii="Aptos" w:eastAsia="Aptos" w:hAnsi="Aptos" w:cs="Aptos"/>
          <w:lang w:val="fr-FR"/>
        </w:rPr>
        <w:t xml:space="preserve"> este </w:t>
      </w:r>
      <w:proofErr w:type="spellStart"/>
      <w:r w:rsidRPr="00B02214">
        <w:rPr>
          <w:rFonts w:ascii="Aptos" w:eastAsia="Aptos" w:hAnsi="Aptos" w:cs="Aptos"/>
          <w:lang w:val="fr-FR"/>
        </w:rPr>
        <w:t>obligat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notifice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autoritatea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contractantă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obțină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acordul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scris</w:t>
      </w:r>
      <w:proofErr w:type="spellEnd"/>
      <w:r w:rsidRPr="00B02214">
        <w:rPr>
          <w:rFonts w:ascii="Aptos" w:eastAsia="Aptos" w:hAnsi="Aptos" w:cs="Aptos"/>
          <w:lang w:val="fr-FR"/>
        </w:rPr>
        <w:t xml:space="preserve"> al </w:t>
      </w:r>
      <w:proofErr w:type="spellStart"/>
      <w:r w:rsidRPr="00B02214">
        <w:rPr>
          <w:rFonts w:ascii="Aptos" w:eastAsia="Aptos" w:hAnsi="Aptos" w:cs="Aptos"/>
          <w:lang w:val="fr-FR"/>
        </w:rPr>
        <w:t>acesteia</w:t>
      </w:r>
      <w:proofErr w:type="spellEnd"/>
      <w:r w:rsidRPr="00B02214">
        <w:rPr>
          <w:rFonts w:ascii="Aptos" w:eastAsia="Aptos" w:hAnsi="Aptos" w:cs="Aptos"/>
          <w:lang w:val="fr-FR"/>
        </w:rPr>
        <w:t>.</w:t>
      </w:r>
    </w:p>
    <w:p w14:paraId="62FF8E9A" w14:textId="77777777" w:rsidR="00651778" w:rsidRPr="00651778" w:rsidRDefault="00651778" w:rsidP="00651778">
      <w:pPr>
        <w:spacing w:before="240" w:after="240"/>
        <w:rPr>
          <w:lang w:val="fr-FR"/>
        </w:rPr>
      </w:pPr>
      <w:r w:rsidRPr="00B02214">
        <w:rPr>
          <w:rFonts w:ascii="Aptos" w:eastAsia="Aptos" w:hAnsi="Aptos" w:cs="Aptos"/>
          <w:lang w:val="fr-FR"/>
        </w:rPr>
        <w:t xml:space="preserve">(3) </w:t>
      </w:r>
      <w:proofErr w:type="spellStart"/>
      <w:r w:rsidRPr="00B02214">
        <w:rPr>
          <w:rFonts w:ascii="Aptos" w:eastAsia="Aptos" w:hAnsi="Aptos" w:cs="Aptos"/>
          <w:lang w:val="fr-FR"/>
        </w:rPr>
        <w:t>Fiecare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modificare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structura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valoarea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unei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cheltuieli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sau</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între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diferitele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tipuri</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cheltuieli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bugetare</w:t>
      </w:r>
      <w:proofErr w:type="spellEnd"/>
      <w:r w:rsidRPr="00B02214">
        <w:rPr>
          <w:rFonts w:ascii="Aptos" w:eastAsia="Aptos" w:hAnsi="Aptos" w:cs="Aptos"/>
          <w:lang w:val="fr-FR"/>
        </w:rPr>
        <w:t xml:space="preserve"> va fi </w:t>
      </w:r>
      <w:proofErr w:type="spellStart"/>
      <w:r w:rsidRPr="00B02214">
        <w:rPr>
          <w:rFonts w:ascii="Aptos" w:eastAsia="Aptos" w:hAnsi="Aptos" w:cs="Aptos"/>
          <w:lang w:val="fr-FR"/>
        </w:rPr>
        <w:t>consemnată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într</w:t>
      </w:r>
      <w:proofErr w:type="spellEnd"/>
      <w:r w:rsidRPr="00B02214">
        <w:rPr>
          <w:rFonts w:ascii="Aptos" w:eastAsia="Aptos" w:hAnsi="Aptos" w:cs="Aptos"/>
          <w:lang w:val="fr-FR"/>
        </w:rPr>
        <w:t xml:space="preserve">-un </w:t>
      </w:r>
      <w:proofErr w:type="spellStart"/>
      <w:r w:rsidRPr="00B02214">
        <w:rPr>
          <w:rFonts w:ascii="Aptos" w:eastAsia="Aptos" w:hAnsi="Aptos" w:cs="Aptos"/>
          <w:lang w:val="fr-FR"/>
        </w:rPr>
        <w:t>Formular</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notificare</w:t>
      </w:r>
      <w:proofErr w:type="spellEnd"/>
      <w:r w:rsidRPr="00B02214">
        <w:rPr>
          <w:rFonts w:ascii="Aptos" w:eastAsia="Aptos" w:hAnsi="Aptos" w:cs="Aptos"/>
          <w:lang w:val="fr-FR"/>
        </w:rPr>
        <w:t xml:space="preserve"> pus la </w:t>
      </w:r>
      <w:proofErr w:type="spellStart"/>
      <w:r w:rsidRPr="00B02214">
        <w:rPr>
          <w:rFonts w:ascii="Aptos" w:eastAsia="Aptos" w:hAnsi="Aptos" w:cs="Aptos"/>
          <w:lang w:val="fr-FR"/>
        </w:rPr>
        <w:t>dispoziție</w:t>
      </w:r>
      <w:proofErr w:type="spellEnd"/>
      <w:r w:rsidRPr="00B02214">
        <w:rPr>
          <w:rFonts w:ascii="Aptos" w:eastAsia="Aptos" w:hAnsi="Aptos" w:cs="Aptos"/>
          <w:lang w:val="fr-FR"/>
        </w:rPr>
        <w:t xml:space="preserve"> la </w:t>
      </w:r>
      <w:proofErr w:type="spellStart"/>
      <w:r w:rsidRPr="00B02214">
        <w:rPr>
          <w:rFonts w:ascii="Aptos" w:eastAsia="Aptos" w:hAnsi="Aptos" w:cs="Aptos"/>
          <w:lang w:val="fr-FR"/>
        </w:rPr>
        <w:t>cerere</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autoritatea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contractantă</w:t>
      </w:r>
      <w:proofErr w:type="spellEnd"/>
      <w:r w:rsidRPr="00B02214">
        <w:rPr>
          <w:rFonts w:ascii="Aptos" w:eastAsia="Aptos" w:hAnsi="Aptos" w:cs="Aptos"/>
          <w:lang w:val="fr-FR"/>
        </w:rPr>
        <w:t xml:space="preserve">, care se va </w:t>
      </w:r>
      <w:proofErr w:type="spellStart"/>
      <w:r w:rsidRPr="00B02214">
        <w:rPr>
          <w:rFonts w:ascii="Aptos" w:eastAsia="Aptos" w:hAnsi="Aptos" w:cs="Aptos"/>
          <w:lang w:val="fr-FR"/>
        </w:rPr>
        <w:t>transmite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autorității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finanțatoare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adresele</w:t>
      </w:r>
      <w:proofErr w:type="spellEnd"/>
      <w:r w:rsidRPr="00B02214">
        <w:rPr>
          <w:rFonts w:ascii="Aptos" w:eastAsia="Aptos" w:hAnsi="Aptos" w:cs="Aptos"/>
          <w:lang w:val="fr-FR"/>
        </w:rPr>
        <w:t xml:space="preserve"> </w:t>
      </w:r>
      <w:proofErr w:type="gramStart"/>
      <w:r w:rsidRPr="00B02214">
        <w:rPr>
          <w:rFonts w:ascii="Aptos" w:eastAsia="Aptos" w:hAnsi="Aptos" w:cs="Aptos"/>
          <w:lang w:val="fr-FR"/>
        </w:rPr>
        <w:t>de e-mail</w:t>
      </w:r>
      <w:proofErr w:type="gramEnd"/>
      <w:r w:rsidRPr="00B02214">
        <w:rPr>
          <w:rFonts w:ascii="Aptos" w:eastAsia="Aptos" w:hAnsi="Aptos" w:cs="Aptos"/>
          <w:lang w:val="fr-FR"/>
        </w:rPr>
        <w:t xml:space="preserve"> ale </w:t>
      </w:r>
      <w:proofErr w:type="spellStart"/>
      <w:r w:rsidRPr="00B02214">
        <w:rPr>
          <w:rFonts w:ascii="Aptos" w:eastAsia="Aptos" w:hAnsi="Aptos" w:cs="Aptos"/>
          <w:lang w:val="fr-FR"/>
        </w:rPr>
        <w:t>responsabililor</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proiect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prevăzute</w:t>
      </w:r>
      <w:proofErr w:type="spellEnd"/>
      <w:r w:rsidRPr="00B02214">
        <w:rPr>
          <w:rFonts w:ascii="Aptos" w:eastAsia="Aptos" w:hAnsi="Aptos" w:cs="Aptos"/>
          <w:lang w:val="fr-FR"/>
        </w:rPr>
        <w:t xml:space="preserve"> la </w:t>
      </w:r>
      <w:proofErr w:type="spellStart"/>
      <w:r w:rsidRPr="00B02214">
        <w:rPr>
          <w:rFonts w:ascii="Aptos" w:eastAsia="Aptos" w:hAnsi="Aptos" w:cs="Aptos"/>
          <w:lang w:val="fr-FR"/>
        </w:rPr>
        <w:t>finalul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prezentului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contract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alături</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Bugetul</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cheltuieli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detalierea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cheltuielilor</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actualizate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conform</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modificărilor</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propuse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Responsabilii</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contract</w:t>
      </w:r>
      <w:proofErr w:type="spellEnd"/>
      <w:r w:rsidRPr="00B02214">
        <w:rPr>
          <w:rFonts w:ascii="Aptos" w:eastAsia="Aptos" w:hAnsi="Aptos" w:cs="Aptos"/>
          <w:lang w:val="fr-FR"/>
        </w:rPr>
        <w:t xml:space="preserve"> vor </w:t>
      </w:r>
      <w:proofErr w:type="spellStart"/>
      <w:r w:rsidRPr="00B02214">
        <w:rPr>
          <w:rFonts w:ascii="Aptos" w:eastAsia="Aptos" w:hAnsi="Aptos" w:cs="Aptos"/>
          <w:lang w:val="fr-FR"/>
        </w:rPr>
        <w:t>analiza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necesitatea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oportunitatea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solicitării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Acordul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scris</w:t>
      </w:r>
      <w:proofErr w:type="spellEnd"/>
      <w:r w:rsidRPr="00B02214">
        <w:rPr>
          <w:rFonts w:ascii="Aptos" w:eastAsia="Aptos" w:hAnsi="Aptos" w:cs="Aptos"/>
          <w:lang w:val="fr-FR"/>
        </w:rPr>
        <w:t xml:space="preserve"> va fi transmis </w:t>
      </w:r>
      <w:proofErr w:type="spellStart"/>
      <w:r w:rsidRPr="00B02214">
        <w:rPr>
          <w:rFonts w:ascii="Aptos" w:eastAsia="Aptos" w:hAnsi="Aptos" w:cs="Aptos"/>
          <w:lang w:val="fr-FR"/>
        </w:rPr>
        <w:t>beneficiarului</w:t>
      </w:r>
      <w:proofErr w:type="spellEnd"/>
      <w:r w:rsidRPr="00B02214">
        <w:rPr>
          <w:rFonts w:ascii="Aptos" w:eastAsia="Aptos" w:hAnsi="Aptos" w:cs="Aptos"/>
          <w:lang w:val="fr-FR"/>
        </w:rPr>
        <w:t xml:space="preserve"> via </w:t>
      </w:r>
      <w:proofErr w:type="gramStart"/>
      <w:r w:rsidRPr="00B02214">
        <w:rPr>
          <w:rFonts w:ascii="Aptos" w:eastAsia="Aptos" w:hAnsi="Aptos" w:cs="Aptos"/>
          <w:lang w:val="fr-FR"/>
        </w:rPr>
        <w:t>e-mail</w:t>
      </w:r>
      <w:proofErr w:type="gramEnd"/>
      <w:r w:rsidRPr="00B02214">
        <w:rPr>
          <w:rFonts w:ascii="Aptos" w:eastAsia="Aptos" w:hAnsi="Aptos" w:cs="Aptos"/>
          <w:lang w:val="fr-FR"/>
        </w:rPr>
        <w:t>.</w:t>
      </w:r>
    </w:p>
    <w:p w14:paraId="010E93F9" w14:textId="77777777" w:rsidR="00651778" w:rsidRPr="00651778" w:rsidRDefault="00651778" w:rsidP="00651778">
      <w:pPr>
        <w:spacing w:before="240" w:after="240"/>
        <w:rPr>
          <w:lang w:val="fr-FR"/>
        </w:rPr>
      </w:pPr>
      <w:r w:rsidRPr="00651778">
        <w:rPr>
          <w:rFonts w:ascii="Aptos" w:eastAsia="Aptos" w:hAnsi="Aptos" w:cs="Aptos"/>
          <w:lang w:val="fr-FR"/>
        </w:rPr>
        <w:t xml:space="preserve"> (4) </w:t>
      </w:r>
      <w:proofErr w:type="spellStart"/>
      <w:r w:rsidRPr="00651778">
        <w:rPr>
          <w:rFonts w:ascii="Aptos" w:eastAsia="Aptos" w:hAnsi="Aptos" w:cs="Aptos"/>
          <w:lang w:val="fr-FR"/>
        </w:rPr>
        <w:t>Pentru</w:t>
      </w:r>
      <w:proofErr w:type="spellEnd"/>
      <w:r w:rsidRPr="00651778">
        <w:rPr>
          <w:rFonts w:ascii="Aptos" w:eastAsia="Aptos" w:hAnsi="Aptos" w:cs="Aptos"/>
          <w:lang w:val="fr-FR"/>
        </w:rPr>
        <w:t xml:space="preserve"> a </w:t>
      </w:r>
      <w:proofErr w:type="spellStart"/>
      <w:r w:rsidRPr="00651778">
        <w:rPr>
          <w:rFonts w:ascii="Aptos" w:eastAsia="Aptos" w:hAnsi="Aptos" w:cs="Aptos"/>
          <w:lang w:val="fr-FR"/>
        </w:rPr>
        <w:t>evita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situațiile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care </w:t>
      </w:r>
      <w:proofErr w:type="spellStart"/>
      <w:r w:rsidRPr="00651778">
        <w:rPr>
          <w:rFonts w:ascii="Aptos" w:eastAsia="Aptos" w:hAnsi="Aptos" w:cs="Aptos"/>
          <w:lang w:val="fr-FR"/>
        </w:rPr>
        <w:t>anumite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modificări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propuse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sunt</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acceptate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parțial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sau</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respinse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sumele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asociate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devenind</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neeligibile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cheltuielile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asociate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acestor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modificări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trebuie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realizate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doar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după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acceptul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autorității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finanțatoare</w:t>
      </w:r>
      <w:proofErr w:type="spellEnd"/>
      <w:r w:rsidRPr="00651778">
        <w:rPr>
          <w:rFonts w:ascii="Aptos" w:eastAsia="Aptos" w:hAnsi="Aptos" w:cs="Aptos"/>
          <w:lang w:val="fr-FR"/>
        </w:rPr>
        <w:t>.</w:t>
      </w:r>
    </w:p>
    <w:p w14:paraId="274F6BC2" w14:textId="77777777" w:rsidR="00651778" w:rsidRPr="00B02214" w:rsidRDefault="00651778" w:rsidP="00651778">
      <w:pPr>
        <w:spacing w:before="240" w:after="240"/>
        <w:rPr>
          <w:rFonts w:ascii="Aptos" w:eastAsia="Aptos" w:hAnsi="Aptos" w:cs="Aptos"/>
          <w:lang w:val="fr-FR"/>
        </w:rPr>
      </w:pPr>
      <w:r w:rsidRPr="00B02214">
        <w:rPr>
          <w:rFonts w:ascii="Aptos" w:eastAsia="Aptos" w:hAnsi="Aptos" w:cs="Aptos"/>
          <w:lang w:val="fr-FR"/>
        </w:rPr>
        <w:t xml:space="preserve">Art. 8. Orice </w:t>
      </w:r>
      <w:proofErr w:type="spellStart"/>
      <w:r w:rsidRPr="00B02214">
        <w:rPr>
          <w:rFonts w:ascii="Aptos" w:eastAsia="Aptos" w:hAnsi="Aptos" w:cs="Aptos"/>
          <w:lang w:val="fr-FR"/>
        </w:rPr>
        <w:t>modificări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semnificative</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conținut</w:t>
      </w:r>
      <w:proofErr w:type="spellEnd"/>
      <w:r w:rsidRPr="00B02214">
        <w:rPr>
          <w:rFonts w:ascii="Aptos" w:eastAsia="Aptos" w:hAnsi="Aptos" w:cs="Aptos"/>
          <w:lang w:val="fr-FR"/>
        </w:rPr>
        <w:t xml:space="preserve"> al </w:t>
      </w:r>
      <w:proofErr w:type="spellStart"/>
      <w:r w:rsidRPr="00B02214">
        <w:rPr>
          <w:rFonts w:ascii="Aptos" w:eastAsia="Aptos" w:hAnsi="Aptos" w:cs="Aptos"/>
          <w:lang w:val="fr-FR"/>
        </w:rPr>
        <w:t>proiectului</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exemplu</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modificări</w:t>
      </w:r>
      <w:proofErr w:type="spellEnd"/>
      <w:r w:rsidRPr="00B02214">
        <w:rPr>
          <w:rFonts w:ascii="Aptos" w:eastAsia="Aptos" w:hAnsi="Aptos" w:cs="Aptos"/>
          <w:lang w:val="fr-FR"/>
        </w:rPr>
        <w:t xml:space="preserve"> ale </w:t>
      </w:r>
      <w:proofErr w:type="spellStart"/>
      <w:r w:rsidRPr="00B02214">
        <w:rPr>
          <w:rFonts w:ascii="Aptos" w:eastAsia="Aptos" w:hAnsi="Aptos" w:cs="Aptos"/>
          <w:lang w:val="fr-FR"/>
        </w:rPr>
        <w:t>calendarului</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activități</w:t>
      </w:r>
      <w:proofErr w:type="spellEnd"/>
      <w:r w:rsidRPr="00B02214">
        <w:rPr>
          <w:rFonts w:ascii="Aptos" w:eastAsia="Aptos" w:hAnsi="Aptos" w:cs="Aptos"/>
          <w:lang w:val="fr-FR"/>
        </w:rPr>
        <w:t xml:space="preserve">, concept, </w:t>
      </w:r>
      <w:proofErr w:type="spellStart"/>
      <w:r w:rsidRPr="00B02214">
        <w:rPr>
          <w:rFonts w:ascii="Aptos" w:eastAsia="Aptos" w:hAnsi="Aptos" w:cs="Aptos"/>
          <w:lang w:val="fr-FR"/>
        </w:rPr>
        <w:t>tematică</w:t>
      </w:r>
      <w:proofErr w:type="spellEnd"/>
      <w:r w:rsidRPr="00B02214">
        <w:rPr>
          <w:rFonts w:ascii="Aptos" w:eastAsia="Aptos" w:hAnsi="Aptos" w:cs="Aptos"/>
          <w:lang w:val="fr-FR"/>
        </w:rPr>
        <w:t xml:space="preserve"> ale </w:t>
      </w:r>
      <w:proofErr w:type="spellStart"/>
      <w:r w:rsidRPr="00B02214">
        <w:rPr>
          <w:rFonts w:ascii="Aptos" w:eastAsia="Aptos" w:hAnsi="Aptos" w:cs="Aptos"/>
          <w:lang w:val="fr-FR"/>
        </w:rPr>
        <w:t>evenimentelor</w:t>
      </w:r>
      <w:proofErr w:type="spellEnd"/>
      <w:r w:rsidRPr="00B02214">
        <w:rPr>
          <w:rFonts w:ascii="Aptos" w:eastAsia="Aptos" w:hAnsi="Aptos" w:cs="Aptos"/>
          <w:lang w:val="fr-FR"/>
        </w:rPr>
        <w:t xml:space="preserve">) se pot face </w:t>
      </w:r>
      <w:proofErr w:type="spellStart"/>
      <w:r w:rsidRPr="00B02214">
        <w:rPr>
          <w:rFonts w:ascii="Aptos" w:eastAsia="Aptos" w:hAnsi="Aptos" w:cs="Aptos"/>
          <w:lang w:val="fr-FR"/>
        </w:rPr>
        <w:t>pe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parcursul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implementării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doar</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cu</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înștiințarea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prealabilă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solicitarea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aprobării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scrise</w:t>
      </w:r>
      <w:proofErr w:type="spellEnd"/>
      <w:r w:rsidRPr="00B02214">
        <w:rPr>
          <w:rFonts w:ascii="Aptos" w:eastAsia="Aptos" w:hAnsi="Aptos" w:cs="Aptos"/>
          <w:lang w:val="fr-FR"/>
        </w:rPr>
        <w:t xml:space="preserve"> a </w:t>
      </w:r>
      <w:proofErr w:type="spellStart"/>
      <w:r w:rsidRPr="00B02214">
        <w:rPr>
          <w:rFonts w:ascii="Aptos" w:eastAsia="Aptos" w:hAnsi="Aptos" w:cs="Aptos"/>
          <w:lang w:val="fr-FR"/>
        </w:rPr>
        <w:t>coordonatorului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programului</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finanțare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Poziția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autorității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finanțatoare</w:t>
      </w:r>
      <w:proofErr w:type="spellEnd"/>
      <w:r w:rsidRPr="00B02214">
        <w:rPr>
          <w:rFonts w:ascii="Aptos" w:eastAsia="Aptos" w:hAnsi="Aptos" w:cs="Aptos"/>
          <w:lang w:val="fr-FR"/>
        </w:rPr>
        <w:t xml:space="preserve"> se </w:t>
      </w:r>
      <w:proofErr w:type="spellStart"/>
      <w:r w:rsidRPr="00B02214">
        <w:rPr>
          <w:rFonts w:ascii="Aptos" w:eastAsia="Aptos" w:hAnsi="Aptos" w:cs="Aptos"/>
          <w:lang w:val="fr-FR"/>
        </w:rPr>
        <w:t>exprimă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scris</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termen</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maxim</w:t>
      </w:r>
      <w:proofErr w:type="spellEnd"/>
      <w:r w:rsidRPr="00B02214">
        <w:rPr>
          <w:rFonts w:ascii="Aptos" w:eastAsia="Aptos" w:hAnsi="Aptos" w:cs="Aptos"/>
          <w:lang w:val="fr-FR"/>
        </w:rPr>
        <w:t xml:space="preserve"> 5 </w:t>
      </w:r>
      <w:proofErr w:type="spellStart"/>
      <w:r w:rsidRPr="00B02214">
        <w:rPr>
          <w:rFonts w:ascii="Aptos" w:eastAsia="Aptos" w:hAnsi="Aptos" w:cs="Aptos"/>
          <w:lang w:val="fr-FR"/>
        </w:rPr>
        <w:t>zile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lucrătoare</w:t>
      </w:r>
      <w:proofErr w:type="spellEnd"/>
      <w:r w:rsidRPr="00B02214">
        <w:rPr>
          <w:rFonts w:ascii="Aptos" w:eastAsia="Aptos" w:hAnsi="Aptos" w:cs="Aptos"/>
          <w:lang w:val="fr-FR"/>
        </w:rPr>
        <w:t xml:space="preserve"> de la </w:t>
      </w:r>
      <w:proofErr w:type="spellStart"/>
      <w:r w:rsidRPr="00B02214">
        <w:rPr>
          <w:rFonts w:ascii="Aptos" w:eastAsia="Aptos" w:hAnsi="Aptos" w:cs="Aptos"/>
          <w:lang w:val="fr-FR"/>
        </w:rPr>
        <w:t>primirea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notificării</w:t>
      </w:r>
      <w:proofErr w:type="spellEnd"/>
      <w:r w:rsidRPr="00B02214">
        <w:rPr>
          <w:rFonts w:ascii="Aptos" w:eastAsia="Aptos" w:hAnsi="Aptos" w:cs="Aptos"/>
          <w:lang w:val="fr-FR"/>
        </w:rPr>
        <w:t>.</w:t>
      </w:r>
    </w:p>
    <w:p w14:paraId="2CE5C313" w14:textId="77777777" w:rsidR="00651778" w:rsidRPr="00651778" w:rsidRDefault="00651778" w:rsidP="00651778">
      <w:pPr>
        <w:spacing w:before="240" w:after="240"/>
        <w:rPr>
          <w:lang w:val="fr-FR"/>
        </w:rPr>
      </w:pPr>
      <w:r w:rsidRPr="00B02214">
        <w:rPr>
          <w:rFonts w:ascii="Aptos" w:eastAsia="Aptos" w:hAnsi="Aptos" w:cs="Aptos"/>
          <w:lang w:val="fr-FR"/>
        </w:rPr>
        <w:t xml:space="preserve">Art. 9. (1) Vor fi </w:t>
      </w:r>
      <w:proofErr w:type="spellStart"/>
      <w:r w:rsidRPr="00B02214">
        <w:rPr>
          <w:rFonts w:ascii="Aptos" w:eastAsia="Aptos" w:hAnsi="Aptos" w:cs="Aptos"/>
          <w:lang w:val="fr-FR"/>
        </w:rPr>
        <w:t>considerate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eligibile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numai</w:t>
      </w:r>
      <w:proofErr w:type="spellEnd"/>
      <w:r w:rsidRPr="00B02214">
        <w:rPr>
          <w:rFonts w:ascii="Aptos" w:eastAsia="Aptos" w:hAnsi="Aptos" w:cs="Aptos"/>
          <w:lang w:val="fr-FR"/>
        </w:rPr>
        <w:t xml:space="preserve"> </w:t>
      </w:r>
      <w:proofErr w:type="spellStart"/>
      <w:proofErr w:type="gramStart"/>
      <w:r w:rsidRPr="00B02214">
        <w:rPr>
          <w:rFonts w:ascii="Aptos" w:eastAsia="Aptos" w:hAnsi="Aptos" w:cs="Aptos"/>
          <w:lang w:val="fr-FR"/>
        </w:rPr>
        <w:t>cheltuielile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efectuate</w:t>
      </w:r>
      <w:proofErr w:type="spellEnd"/>
      <w:proofErr w:type="gramEnd"/>
      <w:r w:rsidRPr="00B02214">
        <w:rPr>
          <w:rFonts w:ascii="Aptos" w:eastAsia="Aptos" w:hAnsi="Aptos" w:cs="Aptos"/>
          <w:lang w:val="fr-FR"/>
        </w:rPr>
        <w:t xml:space="preserve"> de </w:t>
      </w:r>
      <w:proofErr w:type="spellStart"/>
      <w:r w:rsidRPr="00B02214">
        <w:rPr>
          <w:rFonts w:ascii="Aptos" w:eastAsia="Aptos" w:hAnsi="Aptos" w:cs="Aptos"/>
          <w:lang w:val="fr-FR"/>
        </w:rPr>
        <w:t>către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beneficiar</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perioada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cuprinsă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între</w:t>
      </w:r>
      <w:proofErr w:type="spellEnd"/>
      <w:r w:rsidRPr="00B02214">
        <w:rPr>
          <w:rFonts w:ascii="Aptos" w:eastAsia="Aptos" w:hAnsi="Aptos" w:cs="Aptos"/>
          <w:lang w:val="fr-FR"/>
        </w:rPr>
        <w:t xml:space="preserve"> data </w:t>
      </w:r>
      <w:proofErr w:type="spellStart"/>
      <w:r w:rsidRPr="00B02214">
        <w:rPr>
          <w:rFonts w:ascii="Aptos" w:eastAsia="Aptos" w:hAnsi="Aptos" w:cs="Aptos"/>
          <w:lang w:val="fr-FR"/>
        </w:rPr>
        <w:t>semnării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contractului</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finanţare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nerambursabilă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cu</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autoritatea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finanţatoare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data </w:t>
      </w:r>
      <w:proofErr w:type="spellStart"/>
      <w:r w:rsidRPr="00B02214">
        <w:rPr>
          <w:rFonts w:ascii="Aptos" w:eastAsia="Aptos" w:hAnsi="Aptos" w:cs="Aptos"/>
          <w:lang w:val="fr-FR"/>
        </w:rPr>
        <w:t>finalizării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ultimei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activități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specifice</w:t>
      </w:r>
      <w:proofErr w:type="spellEnd"/>
      <w:r w:rsidRPr="00B02214">
        <w:rPr>
          <w:rFonts w:ascii="Aptos" w:eastAsia="Aptos" w:hAnsi="Aptos" w:cs="Aptos"/>
          <w:lang w:val="fr-FR"/>
        </w:rPr>
        <w:t xml:space="preserve"> a </w:t>
      </w:r>
      <w:proofErr w:type="spellStart"/>
      <w:proofErr w:type="gramStart"/>
      <w:r w:rsidRPr="00B02214">
        <w:rPr>
          <w:rFonts w:ascii="Aptos" w:eastAsia="Aptos" w:hAnsi="Aptos" w:cs="Aptos"/>
          <w:lang w:val="fr-FR"/>
        </w:rPr>
        <w:t>proiectului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finanțat</w:t>
      </w:r>
      <w:proofErr w:type="spellEnd"/>
      <w:proofErr w:type="gramEnd"/>
      <w:r w:rsidRPr="00B02214">
        <w:rPr>
          <w:rFonts w:ascii="Aptos" w:eastAsia="Aptos" w:hAnsi="Aptos" w:cs="Aptos"/>
          <w:lang w:val="fr-FR"/>
        </w:rPr>
        <w:t xml:space="preserve"> prin </w:t>
      </w:r>
      <w:proofErr w:type="spellStart"/>
      <w:r w:rsidRPr="00B02214">
        <w:rPr>
          <w:rFonts w:ascii="Aptos" w:eastAsia="Aptos" w:hAnsi="Aptos" w:cs="Aptos"/>
          <w:lang w:val="fr-FR"/>
        </w:rPr>
        <w:t>prezentul</w:t>
      </w:r>
      <w:proofErr w:type="spellEnd"/>
      <w:r w:rsidRPr="00B02214">
        <w:rPr>
          <w:rFonts w:ascii="Aptos" w:eastAsia="Aptos" w:hAnsi="Aptos" w:cs="Aptos"/>
          <w:lang w:val="fr-FR"/>
        </w:rPr>
        <w:t xml:space="preserve"> </w:t>
      </w:r>
      <w:proofErr w:type="spellStart"/>
      <w:proofErr w:type="gramStart"/>
      <w:r w:rsidRPr="00B02214">
        <w:rPr>
          <w:rFonts w:ascii="Aptos" w:eastAsia="Aptos" w:hAnsi="Aptos" w:cs="Aptos"/>
          <w:lang w:val="fr-FR"/>
        </w:rPr>
        <w:t>contract,dar</w:t>
      </w:r>
      <w:proofErr w:type="spellEnd"/>
      <w:proofErr w:type="gramEnd"/>
      <w:r w:rsidRPr="00B02214">
        <w:rPr>
          <w:rFonts w:ascii="Aptos" w:eastAsia="Aptos" w:hAnsi="Aptos" w:cs="Aptos"/>
          <w:lang w:val="fr-FR"/>
        </w:rPr>
        <w:t xml:space="preserve"> nu mai </w:t>
      </w:r>
      <w:proofErr w:type="spellStart"/>
      <w:r w:rsidRPr="00B02214">
        <w:rPr>
          <w:rFonts w:ascii="Aptos" w:eastAsia="Aptos" w:hAnsi="Aptos" w:cs="Aptos"/>
          <w:lang w:val="fr-FR"/>
        </w:rPr>
        <w:t>târziu</w:t>
      </w:r>
      <w:proofErr w:type="spellEnd"/>
      <w:r w:rsidRPr="00B02214">
        <w:rPr>
          <w:rFonts w:ascii="Aptos" w:eastAsia="Aptos" w:hAnsi="Aptos" w:cs="Aptos"/>
          <w:lang w:val="fr-FR"/>
        </w:rPr>
        <w:t xml:space="preserve"> de 15.04.2027. </w:t>
      </w:r>
    </w:p>
    <w:p w14:paraId="05798DD4" w14:textId="77777777" w:rsidR="00651778" w:rsidRPr="00B02214" w:rsidRDefault="00651778" w:rsidP="00651778">
      <w:pPr>
        <w:spacing w:before="240" w:after="240"/>
        <w:rPr>
          <w:rFonts w:ascii="Aptos" w:eastAsia="Aptos" w:hAnsi="Aptos" w:cs="Aptos"/>
          <w:lang w:val="fr-FR"/>
        </w:rPr>
      </w:pPr>
      <w:r w:rsidRPr="00B02214">
        <w:rPr>
          <w:rFonts w:ascii="Aptos" w:eastAsia="Aptos" w:hAnsi="Aptos" w:cs="Aptos"/>
          <w:lang w:val="fr-FR"/>
        </w:rPr>
        <w:t xml:space="preserve">(2) </w:t>
      </w:r>
      <w:proofErr w:type="spellStart"/>
      <w:r w:rsidRPr="00B02214">
        <w:rPr>
          <w:rFonts w:ascii="Aptos" w:eastAsia="Aptos" w:hAnsi="Aptos" w:cs="Aptos"/>
          <w:lang w:val="fr-FR"/>
        </w:rPr>
        <w:t>Cheltuielile</w:t>
      </w:r>
      <w:proofErr w:type="spellEnd"/>
      <w:r w:rsidRPr="00B02214">
        <w:rPr>
          <w:rFonts w:ascii="Aptos" w:eastAsia="Aptos" w:hAnsi="Aptos" w:cs="Aptos"/>
          <w:lang w:val="fr-FR"/>
        </w:rPr>
        <w:t xml:space="preserve"> vor fi </w:t>
      </w:r>
      <w:proofErr w:type="spellStart"/>
      <w:r w:rsidRPr="00B02214">
        <w:rPr>
          <w:rFonts w:ascii="Aptos" w:eastAsia="Aptos" w:hAnsi="Aptos" w:cs="Aptos"/>
          <w:lang w:val="fr-FR"/>
        </w:rPr>
        <w:t>însoțite</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toate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documentele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necesare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pentru</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justificarea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angajării</w:t>
      </w:r>
      <w:proofErr w:type="spellEnd"/>
      <w:r w:rsidRPr="00B02214">
        <w:rPr>
          <w:rFonts w:ascii="Aptos" w:eastAsia="Aptos" w:hAnsi="Aptos" w:cs="Aptos"/>
          <w:lang w:val="fr-FR"/>
        </w:rPr>
        <w:t xml:space="preserve"> (contracte, </w:t>
      </w:r>
      <w:proofErr w:type="spellStart"/>
      <w:r w:rsidRPr="00B02214">
        <w:rPr>
          <w:rFonts w:ascii="Aptos" w:eastAsia="Aptos" w:hAnsi="Aptos" w:cs="Aptos"/>
          <w:lang w:val="fr-FR"/>
        </w:rPr>
        <w:t>acorduri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comenzi</w:t>
      </w:r>
      <w:proofErr w:type="spellEnd"/>
      <w:r w:rsidRPr="00B02214">
        <w:rPr>
          <w:rFonts w:ascii="Aptos" w:eastAsia="Aptos" w:hAnsi="Aptos" w:cs="Aptos"/>
          <w:lang w:val="fr-FR"/>
        </w:rPr>
        <w:t xml:space="preserve"> ferme </w:t>
      </w:r>
      <w:proofErr w:type="spellStart"/>
      <w:r w:rsidRPr="00B02214">
        <w:rPr>
          <w:rFonts w:ascii="Aptos" w:eastAsia="Aptos" w:hAnsi="Aptos" w:cs="Aptos"/>
          <w:lang w:val="fr-FR"/>
        </w:rPr>
        <w:t>sau</w:t>
      </w:r>
      <w:proofErr w:type="spellEnd"/>
      <w:r w:rsidRPr="00B02214">
        <w:rPr>
          <w:rFonts w:ascii="Aptos" w:eastAsia="Aptos" w:hAnsi="Aptos" w:cs="Aptos"/>
          <w:lang w:val="fr-FR"/>
        </w:rPr>
        <w:t xml:space="preserve"> documente </w:t>
      </w:r>
      <w:proofErr w:type="spellStart"/>
      <w:r w:rsidRPr="00B02214">
        <w:rPr>
          <w:rFonts w:ascii="Aptos" w:eastAsia="Aptos" w:hAnsi="Aptos" w:cs="Aptos"/>
          <w:lang w:val="fr-FR"/>
        </w:rPr>
        <w:t>echivalente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a </w:t>
      </w:r>
      <w:proofErr w:type="spellStart"/>
      <w:r w:rsidRPr="00B02214">
        <w:rPr>
          <w:rFonts w:ascii="Aptos" w:eastAsia="Aptos" w:hAnsi="Aptos" w:cs="Aptos"/>
          <w:lang w:val="fr-FR"/>
        </w:rPr>
        <w:t>plății</w:t>
      </w:r>
      <w:proofErr w:type="spellEnd"/>
      <w:r w:rsidRPr="00B02214">
        <w:rPr>
          <w:rFonts w:ascii="Aptos" w:eastAsia="Aptos" w:hAnsi="Aptos" w:cs="Aptos"/>
          <w:lang w:val="fr-FR"/>
        </w:rPr>
        <w:t xml:space="preserve"> (ordine de </w:t>
      </w:r>
      <w:proofErr w:type="spellStart"/>
      <w:r w:rsidRPr="00B02214">
        <w:rPr>
          <w:rFonts w:ascii="Aptos" w:eastAsia="Aptos" w:hAnsi="Aptos" w:cs="Aptos"/>
          <w:lang w:val="fr-FR"/>
        </w:rPr>
        <w:t>plată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extrase</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cont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chitanțe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sau</w:t>
      </w:r>
      <w:proofErr w:type="spellEnd"/>
      <w:r w:rsidRPr="00B02214">
        <w:rPr>
          <w:rFonts w:ascii="Aptos" w:eastAsia="Aptos" w:hAnsi="Aptos" w:cs="Aptos"/>
          <w:lang w:val="fr-FR"/>
        </w:rPr>
        <w:t xml:space="preserve"> documente </w:t>
      </w:r>
      <w:proofErr w:type="spellStart"/>
      <w:r w:rsidRPr="00B02214">
        <w:rPr>
          <w:rFonts w:ascii="Aptos" w:eastAsia="Aptos" w:hAnsi="Aptos" w:cs="Aptos"/>
          <w:lang w:val="fr-FR"/>
        </w:rPr>
        <w:t>echivalente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prevăzute</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legislația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vigoare</w:t>
      </w:r>
      <w:proofErr w:type="spellEnd"/>
      <w:r w:rsidRPr="00B02214">
        <w:rPr>
          <w:rFonts w:ascii="Aptos" w:eastAsia="Aptos" w:hAnsi="Aptos" w:cs="Aptos"/>
          <w:lang w:val="fr-FR"/>
        </w:rPr>
        <w:t xml:space="preserve"> etc.).</w:t>
      </w:r>
    </w:p>
    <w:p w14:paraId="2342B8A6" w14:textId="3D9F0473" w:rsidR="00651778" w:rsidRPr="00651778" w:rsidRDefault="00651778" w:rsidP="00651778">
      <w:pPr>
        <w:spacing w:before="240" w:after="240"/>
        <w:rPr>
          <w:lang w:val="fr-FR"/>
        </w:rPr>
      </w:pPr>
      <w:r w:rsidRPr="00B02214">
        <w:rPr>
          <w:rFonts w:ascii="Aptos" w:eastAsia="Aptos" w:hAnsi="Aptos" w:cs="Aptos"/>
          <w:lang w:val="fr-FR"/>
        </w:rPr>
        <w:t xml:space="preserve">(3) </w:t>
      </w:r>
      <w:proofErr w:type="spellStart"/>
      <w:r w:rsidRPr="00B02214">
        <w:rPr>
          <w:rFonts w:ascii="Aptos" w:eastAsia="Aptos" w:hAnsi="Aptos" w:cs="Aptos"/>
          <w:lang w:val="fr-FR"/>
        </w:rPr>
        <w:t>Totodată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cheltuielile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sunt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eligibile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cu</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condiția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să</w:t>
      </w:r>
      <w:proofErr w:type="spellEnd"/>
      <w:r w:rsidRPr="00B02214">
        <w:rPr>
          <w:rFonts w:ascii="Aptos" w:eastAsia="Aptos" w:hAnsi="Aptos" w:cs="Aptos"/>
          <w:lang w:val="fr-FR"/>
        </w:rPr>
        <w:t xml:space="preserve"> fie </w:t>
      </w:r>
      <w:proofErr w:type="spellStart"/>
      <w:r w:rsidRPr="00B02214">
        <w:rPr>
          <w:rFonts w:ascii="Aptos" w:eastAsia="Aptos" w:hAnsi="Aptos" w:cs="Aptos"/>
          <w:lang w:val="fr-FR"/>
        </w:rPr>
        <w:t>cuprinse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Bugetul</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cheltuieli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să</w:t>
      </w:r>
      <w:proofErr w:type="spellEnd"/>
      <w:r w:rsidRPr="00B02214">
        <w:rPr>
          <w:rFonts w:ascii="Aptos" w:eastAsia="Aptos" w:hAnsi="Aptos" w:cs="Aptos"/>
          <w:lang w:val="fr-FR"/>
        </w:rPr>
        <w:t xml:space="preserve"> fie </w:t>
      </w:r>
      <w:proofErr w:type="spellStart"/>
      <w:r w:rsidRPr="00B02214">
        <w:rPr>
          <w:rFonts w:ascii="Aptos" w:eastAsia="Aptos" w:hAnsi="Aptos" w:cs="Aptos"/>
          <w:lang w:val="fr-FR"/>
        </w:rPr>
        <w:t>necesare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activităților</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cuprinse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Cererea</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finanțare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Anexa</w:t>
      </w:r>
      <w:proofErr w:type="spellEnd"/>
      <w:r w:rsidRPr="00B02214">
        <w:rPr>
          <w:rFonts w:ascii="Aptos" w:eastAsia="Aptos" w:hAnsi="Aptos" w:cs="Aptos"/>
          <w:lang w:val="fr-FR"/>
        </w:rPr>
        <w:t xml:space="preserve"> </w:t>
      </w:r>
      <w:r w:rsidR="00EB561C">
        <w:rPr>
          <w:rFonts w:ascii="Aptos" w:eastAsia="Aptos" w:hAnsi="Aptos" w:cs="Aptos"/>
          <w:lang w:val="fr-FR"/>
        </w:rPr>
        <w:t>1</w:t>
      </w:r>
      <w:r w:rsidRPr="00B02214">
        <w:rPr>
          <w:rFonts w:ascii="Aptos" w:eastAsia="Aptos" w:hAnsi="Aptos" w:cs="Aptos"/>
          <w:lang w:val="fr-FR"/>
        </w:rPr>
        <w:t xml:space="preserve">), </w:t>
      </w:r>
      <w:proofErr w:type="spellStart"/>
      <w:r w:rsidRPr="00B02214">
        <w:rPr>
          <w:rFonts w:ascii="Aptos" w:eastAsia="Aptos" w:hAnsi="Aptos" w:cs="Aptos"/>
          <w:lang w:val="fr-FR"/>
        </w:rPr>
        <w:t>să</w:t>
      </w:r>
      <w:proofErr w:type="spellEnd"/>
      <w:r w:rsidRPr="00B02214">
        <w:rPr>
          <w:rFonts w:ascii="Aptos" w:eastAsia="Aptos" w:hAnsi="Aptos" w:cs="Aptos"/>
          <w:lang w:val="fr-FR"/>
        </w:rPr>
        <w:t xml:space="preserve"> fie </w:t>
      </w:r>
      <w:proofErr w:type="spellStart"/>
      <w:r w:rsidRPr="00B02214">
        <w:rPr>
          <w:rFonts w:ascii="Aptos" w:eastAsia="Aptos" w:hAnsi="Aptos" w:cs="Aptos"/>
          <w:lang w:val="fr-FR"/>
        </w:rPr>
        <w:t>efectuate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numai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pentru</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realizarea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proiectului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aprobat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spre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finanțare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să</w:t>
      </w:r>
      <w:proofErr w:type="spellEnd"/>
      <w:r w:rsidRPr="00B02214">
        <w:rPr>
          <w:rFonts w:ascii="Aptos" w:eastAsia="Aptos" w:hAnsi="Aptos" w:cs="Aptos"/>
          <w:lang w:val="fr-FR"/>
        </w:rPr>
        <w:t xml:space="preserve"> respecte </w:t>
      </w:r>
      <w:proofErr w:type="spellStart"/>
      <w:r w:rsidRPr="00B02214">
        <w:rPr>
          <w:rFonts w:ascii="Aptos" w:eastAsia="Aptos" w:hAnsi="Aptos" w:cs="Aptos"/>
          <w:lang w:val="fr-FR"/>
        </w:rPr>
        <w:t>dispozițiile</w:t>
      </w:r>
      <w:proofErr w:type="spellEnd"/>
      <w:r w:rsidRPr="00B02214">
        <w:rPr>
          <w:rFonts w:ascii="Aptos" w:eastAsia="Aptos" w:hAnsi="Aptos" w:cs="Aptos"/>
          <w:lang w:val="fr-FR"/>
        </w:rPr>
        <w:t xml:space="preserve"> incidente </w:t>
      </w:r>
      <w:proofErr w:type="spellStart"/>
      <w:r w:rsidRPr="00B02214">
        <w:rPr>
          <w:rFonts w:ascii="Aptos" w:eastAsia="Aptos" w:hAnsi="Aptos" w:cs="Aptos"/>
          <w:lang w:val="fr-FR"/>
        </w:rPr>
        <w:t>din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legislația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națională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după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caz</w:t>
      </w:r>
      <w:proofErr w:type="spellEnd"/>
      <w:r w:rsidRPr="00B02214">
        <w:rPr>
          <w:rFonts w:ascii="Aptos" w:eastAsia="Aptos" w:hAnsi="Aptos" w:cs="Aptos"/>
          <w:lang w:val="fr-FR"/>
        </w:rPr>
        <w:t xml:space="preserve">, a </w:t>
      </w:r>
      <w:proofErr w:type="spellStart"/>
      <w:r w:rsidRPr="00B02214">
        <w:rPr>
          <w:rFonts w:ascii="Aptos" w:eastAsia="Aptos" w:hAnsi="Aptos" w:cs="Aptos"/>
          <w:lang w:val="fr-FR"/>
        </w:rPr>
        <w:t>Uniunii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Europene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aplicabile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materie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să</w:t>
      </w:r>
      <w:proofErr w:type="spellEnd"/>
      <w:r w:rsidRPr="00B02214">
        <w:rPr>
          <w:rFonts w:ascii="Aptos" w:eastAsia="Aptos" w:hAnsi="Aptos" w:cs="Aptos"/>
          <w:lang w:val="fr-FR"/>
        </w:rPr>
        <w:t xml:space="preserve"> fie </w:t>
      </w:r>
      <w:proofErr w:type="spellStart"/>
      <w:r w:rsidRPr="00B02214">
        <w:rPr>
          <w:rFonts w:ascii="Aptos" w:eastAsia="Aptos" w:hAnsi="Aptos" w:cs="Aptos"/>
          <w:lang w:val="fr-FR"/>
        </w:rPr>
        <w:t>înregistrate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contabilitatea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beneficiarului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să</w:t>
      </w:r>
      <w:proofErr w:type="spellEnd"/>
      <w:r w:rsidRPr="00B02214">
        <w:rPr>
          <w:rFonts w:ascii="Aptos" w:eastAsia="Aptos" w:hAnsi="Aptos" w:cs="Aptos"/>
          <w:lang w:val="fr-FR"/>
        </w:rPr>
        <w:t xml:space="preserve"> fie </w:t>
      </w:r>
      <w:proofErr w:type="spellStart"/>
      <w:r w:rsidRPr="00B02214">
        <w:rPr>
          <w:rFonts w:ascii="Aptos" w:eastAsia="Aptos" w:hAnsi="Aptos" w:cs="Aptos"/>
          <w:lang w:val="fr-FR"/>
        </w:rPr>
        <w:t>efectuate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termenii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condițiile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prezentului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contract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ale </w:t>
      </w:r>
      <w:proofErr w:type="spellStart"/>
      <w:r w:rsidRPr="00B02214">
        <w:rPr>
          <w:rFonts w:ascii="Aptos" w:eastAsia="Aptos" w:hAnsi="Aptos" w:cs="Aptos"/>
          <w:lang w:val="fr-FR"/>
        </w:rPr>
        <w:t>Regulamentului</w:t>
      </w:r>
      <w:proofErr w:type="spellEnd"/>
      <w:r w:rsidRPr="00B02214">
        <w:rPr>
          <w:rFonts w:ascii="Aptos" w:eastAsia="Aptos" w:hAnsi="Aptos" w:cs="Aptos"/>
          <w:lang w:val="fr-FR"/>
        </w:rPr>
        <w:t xml:space="preserve">. </w:t>
      </w:r>
    </w:p>
    <w:p w14:paraId="51B28418" w14:textId="77777777" w:rsidR="00651778" w:rsidRPr="00651778" w:rsidRDefault="00651778" w:rsidP="00651778">
      <w:pPr>
        <w:spacing w:before="240" w:after="240"/>
        <w:rPr>
          <w:lang w:val="fr-FR"/>
        </w:rPr>
      </w:pPr>
      <w:r w:rsidRPr="00B02214">
        <w:rPr>
          <w:rFonts w:ascii="Aptos" w:eastAsia="Aptos" w:hAnsi="Aptos" w:cs="Aptos"/>
          <w:lang w:val="fr-FR"/>
        </w:rPr>
        <w:t xml:space="preserve"> (5) </w:t>
      </w:r>
      <w:proofErr w:type="spellStart"/>
      <w:r w:rsidRPr="00B02214">
        <w:rPr>
          <w:rFonts w:ascii="Aptos" w:eastAsia="Aptos" w:hAnsi="Aptos" w:cs="Aptos"/>
          <w:lang w:val="fr-FR"/>
        </w:rPr>
        <w:t>Pentru</w:t>
      </w:r>
      <w:proofErr w:type="spellEnd"/>
      <w:r w:rsidRPr="00B02214">
        <w:rPr>
          <w:rFonts w:ascii="Aptos" w:eastAsia="Aptos" w:hAnsi="Aptos" w:cs="Aptos"/>
          <w:lang w:val="fr-FR"/>
        </w:rPr>
        <w:t xml:space="preserve"> a fi </w:t>
      </w:r>
      <w:proofErr w:type="spellStart"/>
      <w:r w:rsidRPr="00B02214">
        <w:rPr>
          <w:rFonts w:ascii="Aptos" w:eastAsia="Aptos" w:hAnsi="Aptos" w:cs="Aptos"/>
          <w:lang w:val="fr-FR"/>
        </w:rPr>
        <w:t>considerate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cheltuieli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eligibile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documentele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prezentate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trebuie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facă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dovada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legăturii</w:t>
      </w:r>
      <w:proofErr w:type="spellEnd"/>
      <w:r w:rsidRPr="00B02214">
        <w:rPr>
          <w:rFonts w:ascii="Aptos" w:eastAsia="Aptos" w:hAnsi="Aptos" w:cs="Aptos"/>
          <w:lang w:val="fr-FR"/>
        </w:rPr>
        <w:t xml:space="preserve"> directe </w:t>
      </w:r>
      <w:proofErr w:type="spellStart"/>
      <w:r w:rsidRPr="00B02214">
        <w:rPr>
          <w:rFonts w:ascii="Aptos" w:eastAsia="Aptos" w:hAnsi="Aptos" w:cs="Aptos"/>
          <w:lang w:val="fr-FR"/>
        </w:rPr>
        <w:t>dintre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cheltuielile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efectuate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activitățile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desfășurate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cadrul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proiectului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pentru</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perioada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aferentă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proiectului</w:t>
      </w:r>
      <w:proofErr w:type="spellEnd"/>
      <w:r w:rsidRPr="00B02214">
        <w:rPr>
          <w:rFonts w:ascii="Aptos" w:eastAsia="Aptos" w:hAnsi="Aptos" w:cs="Aptos"/>
          <w:lang w:val="fr-FR"/>
        </w:rPr>
        <w:t xml:space="preserve">. </w:t>
      </w:r>
    </w:p>
    <w:p w14:paraId="48826F5D" w14:textId="77777777" w:rsidR="00651778" w:rsidRPr="00651778" w:rsidRDefault="00651778" w:rsidP="00651778">
      <w:pPr>
        <w:spacing w:before="240" w:after="240"/>
        <w:rPr>
          <w:rFonts w:ascii="Aptos" w:eastAsia="Aptos" w:hAnsi="Aptos" w:cs="Aptos"/>
          <w:lang w:val="fr-FR"/>
        </w:rPr>
      </w:pPr>
      <w:r w:rsidRPr="00651778">
        <w:rPr>
          <w:rFonts w:ascii="Aptos" w:eastAsia="Aptos" w:hAnsi="Aptos" w:cs="Aptos"/>
          <w:lang w:val="fr-FR"/>
        </w:rPr>
        <w:t xml:space="preserve">(5) </w:t>
      </w:r>
      <w:proofErr w:type="spellStart"/>
      <w:r w:rsidRPr="00651778">
        <w:rPr>
          <w:rFonts w:ascii="Aptos" w:eastAsia="Aptos" w:hAnsi="Aptos" w:cs="Aptos"/>
          <w:lang w:val="fr-FR"/>
        </w:rPr>
        <w:t>Caracterul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activităților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trebuie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să</w:t>
      </w:r>
      <w:proofErr w:type="spellEnd"/>
      <w:r w:rsidRPr="00651778">
        <w:rPr>
          <w:rFonts w:ascii="Aptos" w:eastAsia="Aptos" w:hAnsi="Aptos" w:cs="Aptos"/>
          <w:lang w:val="fr-FR"/>
        </w:rPr>
        <w:t xml:space="preserve"> </w:t>
      </w:r>
      <w:proofErr w:type="gramStart"/>
      <w:r w:rsidRPr="00651778">
        <w:rPr>
          <w:rFonts w:ascii="Aptos" w:eastAsia="Aptos" w:hAnsi="Aptos" w:cs="Aptos"/>
          <w:lang w:val="fr-FR"/>
        </w:rPr>
        <w:t xml:space="preserve">fie  </w:t>
      </w:r>
      <w:proofErr w:type="spellStart"/>
      <w:r w:rsidRPr="00651778">
        <w:rPr>
          <w:rFonts w:ascii="Aptos" w:eastAsia="Aptos" w:hAnsi="Aptos" w:cs="Aptos"/>
          <w:lang w:val="fr-FR"/>
        </w:rPr>
        <w:t>neeconomic</w:t>
      </w:r>
      <w:proofErr w:type="spellEnd"/>
      <w:proofErr w:type="gramEnd"/>
      <w:r w:rsidRPr="00651778">
        <w:rPr>
          <w:rFonts w:ascii="Aptos" w:eastAsia="Aptos" w:hAnsi="Aptos" w:cs="Aptos"/>
          <w:lang w:val="fr-FR"/>
        </w:rPr>
        <w:t>.</w:t>
      </w:r>
    </w:p>
    <w:p w14:paraId="4EF70E76" w14:textId="77777777" w:rsidR="00651778" w:rsidRPr="00651778" w:rsidRDefault="00651778" w:rsidP="00651778">
      <w:pPr>
        <w:spacing w:before="240" w:after="240"/>
        <w:rPr>
          <w:rFonts w:ascii="Aptos" w:eastAsia="Aptos" w:hAnsi="Aptos" w:cs="Aptos"/>
          <w:lang w:val="fr-FR"/>
        </w:rPr>
      </w:pPr>
      <w:r w:rsidRPr="00651778">
        <w:rPr>
          <w:rFonts w:ascii="Aptos" w:eastAsia="Aptos" w:hAnsi="Aptos" w:cs="Aptos"/>
          <w:lang w:val="fr-FR"/>
        </w:rPr>
        <w:t xml:space="preserve">(6) Este </w:t>
      </w:r>
      <w:proofErr w:type="spellStart"/>
      <w:r w:rsidRPr="00651778">
        <w:rPr>
          <w:rFonts w:ascii="Aptos" w:eastAsia="Aptos" w:hAnsi="Aptos" w:cs="Aptos"/>
          <w:lang w:val="fr-FR"/>
        </w:rPr>
        <w:t>interzisă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obținerea</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venituri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din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activitățile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realizate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cadrul</w:t>
      </w:r>
      <w:proofErr w:type="spellEnd"/>
      <w:r w:rsidRPr="00651778">
        <w:rPr>
          <w:rFonts w:ascii="Aptos" w:eastAsia="Aptos" w:hAnsi="Aptos" w:cs="Aptos"/>
          <w:lang w:val="fr-FR"/>
        </w:rPr>
        <w:t xml:space="preserve"> </w:t>
      </w:r>
      <w:proofErr w:type="spellStart"/>
      <w:proofErr w:type="gramStart"/>
      <w:r w:rsidRPr="00651778">
        <w:rPr>
          <w:rFonts w:ascii="Aptos" w:eastAsia="Aptos" w:hAnsi="Aptos" w:cs="Aptos"/>
          <w:lang w:val="fr-FR"/>
        </w:rPr>
        <w:t>proiectului</w:t>
      </w:r>
      <w:proofErr w:type="spellEnd"/>
      <w:r w:rsidRPr="00651778">
        <w:rPr>
          <w:rFonts w:ascii="Aptos" w:eastAsia="Aptos" w:hAnsi="Aptos" w:cs="Aptos"/>
          <w:lang w:val="fr-FR"/>
        </w:rPr>
        <w:t xml:space="preserve">  (</w:t>
      </w:r>
      <w:proofErr w:type="gramEnd"/>
      <w:r w:rsidRPr="00651778">
        <w:rPr>
          <w:rFonts w:ascii="Aptos" w:eastAsia="Aptos" w:hAnsi="Aptos" w:cs="Aptos"/>
          <w:lang w:val="fr-FR"/>
        </w:rPr>
        <w:t xml:space="preserve">ex. </w:t>
      </w:r>
      <w:proofErr w:type="spellStart"/>
      <w:r w:rsidRPr="00651778">
        <w:rPr>
          <w:rFonts w:ascii="Aptos" w:eastAsia="Aptos" w:hAnsi="Aptos" w:cs="Aptos"/>
          <w:lang w:val="fr-FR"/>
        </w:rPr>
        <w:t>vânzarea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biletelor</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intrare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perceperea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unei</w:t>
      </w:r>
      <w:proofErr w:type="spellEnd"/>
      <w:r w:rsidRPr="00651778">
        <w:rPr>
          <w:rFonts w:ascii="Aptos" w:eastAsia="Aptos" w:hAnsi="Aptos" w:cs="Aptos"/>
          <w:lang w:val="fr-FR"/>
        </w:rPr>
        <w:t xml:space="preserve"> taxe de </w:t>
      </w:r>
      <w:proofErr w:type="spellStart"/>
      <w:r w:rsidRPr="00651778">
        <w:rPr>
          <w:rFonts w:ascii="Aptos" w:eastAsia="Aptos" w:hAnsi="Aptos" w:cs="Aptos"/>
          <w:lang w:val="fr-FR"/>
        </w:rPr>
        <w:t>participare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vânzarea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cărților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publicațiilor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w:t>
      </w:r>
      <w:proofErr w:type="spellStart"/>
      <w:r w:rsidRPr="00651778">
        <w:rPr>
          <w:rFonts w:ascii="Aptos" w:eastAsia="Aptos" w:hAnsi="Aptos" w:cs="Aptos"/>
          <w:lang w:val="fr-FR"/>
        </w:rPr>
        <w:t>sau</w:t>
      </w:r>
      <w:proofErr w:type="spellEnd"/>
      <w:r w:rsidRPr="00651778">
        <w:rPr>
          <w:rFonts w:ascii="Aptos" w:eastAsia="Aptos" w:hAnsi="Aptos" w:cs="Aptos"/>
          <w:lang w:val="fr-FR"/>
        </w:rPr>
        <w:t xml:space="preserve"> a </w:t>
      </w:r>
      <w:proofErr w:type="spellStart"/>
      <w:r w:rsidRPr="00651778">
        <w:rPr>
          <w:rFonts w:ascii="Aptos" w:eastAsia="Aptos" w:hAnsi="Aptos" w:cs="Aptos"/>
          <w:lang w:val="fr-FR"/>
        </w:rPr>
        <w:t>altor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produse</w:t>
      </w:r>
      <w:proofErr w:type="spellEnd"/>
      <w:r w:rsidRPr="00651778">
        <w:rPr>
          <w:rFonts w:ascii="Aptos" w:eastAsia="Aptos" w:hAnsi="Aptos" w:cs="Aptos"/>
          <w:lang w:val="fr-FR"/>
        </w:rPr>
        <w:t xml:space="preserve">. </w:t>
      </w:r>
    </w:p>
    <w:p w14:paraId="76F2B03D" w14:textId="77777777" w:rsidR="00651778" w:rsidRPr="00651778" w:rsidRDefault="00651778" w:rsidP="00651778">
      <w:pPr>
        <w:spacing w:before="240" w:after="240"/>
        <w:rPr>
          <w:rFonts w:ascii="Aptos" w:eastAsia="Aptos" w:hAnsi="Aptos" w:cs="Aptos"/>
          <w:lang w:val="fr-FR"/>
        </w:rPr>
      </w:pPr>
      <w:r w:rsidRPr="00651778">
        <w:rPr>
          <w:rFonts w:ascii="Aptos" w:eastAsia="Aptos" w:hAnsi="Aptos" w:cs="Aptos"/>
          <w:lang w:val="fr-FR"/>
        </w:rPr>
        <w:t xml:space="preserve">Art. 10. (1)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urma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verificării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documentelor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economice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autoritatea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finanțatoare</w:t>
      </w:r>
      <w:proofErr w:type="spellEnd"/>
      <w:r w:rsidRPr="00651778">
        <w:rPr>
          <w:rFonts w:ascii="Aptos" w:eastAsia="Aptos" w:hAnsi="Aptos" w:cs="Aptos"/>
          <w:lang w:val="fr-FR"/>
        </w:rPr>
        <w:t xml:space="preserve"> are </w:t>
      </w:r>
      <w:proofErr w:type="spellStart"/>
      <w:r w:rsidRPr="00651778">
        <w:rPr>
          <w:rFonts w:ascii="Aptos" w:eastAsia="Aptos" w:hAnsi="Aptos" w:cs="Aptos"/>
          <w:lang w:val="fr-FR"/>
        </w:rPr>
        <w:t>obligația</w:t>
      </w:r>
      <w:proofErr w:type="spellEnd"/>
      <w:r w:rsidRPr="00651778">
        <w:rPr>
          <w:rFonts w:ascii="Aptos" w:eastAsia="Aptos" w:hAnsi="Aptos" w:cs="Aptos"/>
          <w:lang w:val="fr-FR"/>
        </w:rPr>
        <w:t xml:space="preserve"> </w:t>
      </w:r>
      <w:proofErr w:type="gramStart"/>
      <w:r w:rsidRPr="00651778">
        <w:rPr>
          <w:rFonts w:ascii="Aptos" w:eastAsia="Aptos" w:hAnsi="Aptos" w:cs="Aptos"/>
          <w:lang w:val="fr-FR"/>
        </w:rPr>
        <w:t>de a</w:t>
      </w:r>
      <w:proofErr w:type="gramEnd"/>
      <w:r w:rsidRPr="00651778">
        <w:rPr>
          <w:rFonts w:ascii="Aptos" w:eastAsia="Aptos" w:hAnsi="Aptos" w:cs="Aptos"/>
          <w:lang w:val="fr-FR"/>
        </w:rPr>
        <w:t xml:space="preserve"> </w:t>
      </w:r>
      <w:proofErr w:type="spellStart"/>
      <w:r w:rsidRPr="00651778">
        <w:rPr>
          <w:rFonts w:ascii="Aptos" w:eastAsia="Aptos" w:hAnsi="Aptos" w:cs="Aptos"/>
          <w:lang w:val="fr-FR"/>
        </w:rPr>
        <w:t>recupera</w:t>
      </w:r>
      <w:proofErr w:type="spellEnd"/>
      <w:r w:rsidRPr="00651778">
        <w:rPr>
          <w:rFonts w:ascii="Aptos" w:eastAsia="Aptos" w:hAnsi="Aptos" w:cs="Aptos"/>
          <w:lang w:val="fr-FR"/>
        </w:rPr>
        <w:t xml:space="preserve"> de la </w:t>
      </w:r>
      <w:proofErr w:type="spellStart"/>
      <w:r w:rsidRPr="00651778">
        <w:rPr>
          <w:rFonts w:ascii="Aptos" w:eastAsia="Aptos" w:hAnsi="Aptos" w:cs="Aptos"/>
          <w:lang w:val="fr-FR"/>
        </w:rPr>
        <w:t>beneficiar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fondurile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neutilizate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sau</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utilizate</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acesta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pentru</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acoperirea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altor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cheltuieli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decât</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cele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eligibile</w:t>
      </w:r>
      <w:proofErr w:type="spellEnd"/>
      <w:r w:rsidRPr="00651778">
        <w:rPr>
          <w:rFonts w:ascii="Aptos" w:eastAsia="Aptos" w:hAnsi="Aptos" w:cs="Aptos"/>
          <w:lang w:val="fr-FR"/>
        </w:rPr>
        <w:t>.</w:t>
      </w:r>
    </w:p>
    <w:p w14:paraId="575FF92A" w14:textId="77777777" w:rsidR="00651778" w:rsidRPr="00651778" w:rsidRDefault="00651778" w:rsidP="00651778">
      <w:pPr>
        <w:ind w:left="360" w:hanging="360"/>
        <w:rPr>
          <w:lang w:val="fr-FR"/>
        </w:rPr>
      </w:pPr>
      <w:r w:rsidRPr="00651778">
        <w:rPr>
          <w:lang w:val="fr-FR"/>
        </w:rPr>
        <w:t xml:space="preserve">(2) </w:t>
      </w:r>
      <w:proofErr w:type="spellStart"/>
      <w:r w:rsidRPr="00651778">
        <w:rPr>
          <w:lang w:val="fr-FR"/>
        </w:rPr>
        <w:t>Dacă</w:t>
      </w:r>
      <w:proofErr w:type="spellEnd"/>
      <w:r w:rsidRPr="00651778">
        <w:rPr>
          <w:lang w:val="fr-FR"/>
        </w:rPr>
        <w:t xml:space="preserve"> o </w:t>
      </w:r>
      <w:proofErr w:type="spellStart"/>
      <w:r w:rsidRPr="00651778">
        <w:rPr>
          <w:lang w:val="fr-FR"/>
        </w:rPr>
        <w:t>organizație</w:t>
      </w:r>
      <w:proofErr w:type="spellEnd"/>
      <w:r w:rsidRPr="00651778">
        <w:rPr>
          <w:lang w:val="fr-FR"/>
        </w:rPr>
        <w:t xml:space="preserve"> </w:t>
      </w:r>
      <w:proofErr w:type="spellStart"/>
      <w:r w:rsidRPr="00651778">
        <w:rPr>
          <w:lang w:val="fr-FR"/>
        </w:rPr>
        <w:t>declarată</w:t>
      </w:r>
      <w:proofErr w:type="spellEnd"/>
      <w:r w:rsidRPr="00651778">
        <w:rPr>
          <w:lang w:val="fr-FR"/>
        </w:rPr>
        <w:t xml:space="preserve"> </w:t>
      </w:r>
      <w:proofErr w:type="spellStart"/>
      <w:r w:rsidRPr="00651778">
        <w:rPr>
          <w:lang w:val="fr-FR"/>
        </w:rPr>
        <w:t>câștigătoare</w:t>
      </w:r>
      <w:proofErr w:type="spellEnd"/>
      <w:r w:rsidRPr="00651778">
        <w:rPr>
          <w:lang w:val="fr-FR"/>
        </w:rPr>
        <w:t xml:space="preserve"> se </w:t>
      </w:r>
      <w:proofErr w:type="spellStart"/>
      <w:r w:rsidRPr="00651778">
        <w:rPr>
          <w:lang w:val="fr-FR"/>
        </w:rPr>
        <w:t>retrage</w:t>
      </w:r>
      <w:proofErr w:type="spellEnd"/>
      <w:r w:rsidRPr="00651778">
        <w:rPr>
          <w:lang w:val="fr-FR"/>
        </w:rPr>
        <w:t xml:space="preserve"> </w:t>
      </w:r>
      <w:proofErr w:type="spellStart"/>
      <w:r w:rsidRPr="00651778">
        <w:rPr>
          <w:lang w:val="fr-FR"/>
        </w:rPr>
        <w:t>printr</w:t>
      </w:r>
      <w:proofErr w:type="spellEnd"/>
      <w:r w:rsidRPr="00651778">
        <w:rPr>
          <w:lang w:val="fr-FR"/>
        </w:rPr>
        <w:t xml:space="preserve">-o </w:t>
      </w:r>
      <w:proofErr w:type="spellStart"/>
      <w:r w:rsidRPr="00651778">
        <w:rPr>
          <w:lang w:val="fr-FR"/>
        </w:rPr>
        <w:t>notificare</w:t>
      </w:r>
      <w:proofErr w:type="spellEnd"/>
      <w:r w:rsidRPr="00651778">
        <w:rPr>
          <w:lang w:val="fr-FR"/>
        </w:rPr>
        <w:t xml:space="preserve"> </w:t>
      </w:r>
      <w:proofErr w:type="spellStart"/>
      <w:r w:rsidRPr="00651778">
        <w:rPr>
          <w:lang w:val="fr-FR"/>
        </w:rPr>
        <w:t>scrisă</w:t>
      </w:r>
      <w:proofErr w:type="spellEnd"/>
      <w:r w:rsidRPr="00651778">
        <w:rPr>
          <w:lang w:val="fr-FR"/>
        </w:rPr>
        <w:t xml:space="preserve">, </w:t>
      </w:r>
      <w:proofErr w:type="spellStart"/>
      <w:r w:rsidRPr="00651778">
        <w:rPr>
          <w:lang w:val="fr-FR"/>
        </w:rPr>
        <w:t>după</w:t>
      </w:r>
      <w:proofErr w:type="spellEnd"/>
      <w:r w:rsidRPr="00651778">
        <w:rPr>
          <w:lang w:val="fr-FR"/>
        </w:rPr>
        <w:t xml:space="preserve"> </w:t>
      </w:r>
      <w:proofErr w:type="spellStart"/>
      <w:r w:rsidRPr="00651778">
        <w:rPr>
          <w:lang w:val="fr-FR"/>
        </w:rPr>
        <w:t>alocarea</w:t>
      </w:r>
      <w:proofErr w:type="spellEnd"/>
      <w:r w:rsidRPr="00651778">
        <w:rPr>
          <w:lang w:val="fr-FR"/>
        </w:rPr>
        <w:t xml:space="preserve"> </w:t>
      </w:r>
      <w:proofErr w:type="spellStart"/>
      <w:r w:rsidRPr="00651778">
        <w:rPr>
          <w:lang w:val="fr-FR"/>
        </w:rPr>
        <w:t>fondurilor</w:t>
      </w:r>
      <w:proofErr w:type="spellEnd"/>
      <w:r w:rsidRPr="00651778">
        <w:rPr>
          <w:lang w:val="fr-FR"/>
        </w:rPr>
        <w:t xml:space="preserve">, </w:t>
      </w:r>
      <w:proofErr w:type="spellStart"/>
      <w:r w:rsidRPr="00651778">
        <w:rPr>
          <w:lang w:val="fr-FR"/>
        </w:rPr>
        <w:t>toate</w:t>
      </w:r>
      <w:proofErr w:type="spellEnd"/>
      <w:r w:rsidRPr="00651778">
        <w:rPr>
          <w:lang w:val="fr-FR"/>
        </w:rPr>
        <w:t xml:space="preserve"> </w:t>
      </w:r>
      <w:proofErr w:type="spellStart"/>
      <w:r w:rsidRPr="00651778">
        <w:rPr>
          <w:lang w:val="fr-FR"/>
        </w:rPr>
        <w:t>sumele</w:t>
      </w:r>
      <w:proofErr w:type="spellEnd"/>
      <w:r w:rsidRPr="00651778">
        <w:rPr>
          <w:lang w:val="fr-FR"/>
        </w:rPr>
        <w:t xml:space="preserve"> </w:t>
      </w:r>
      <w:proofErr w:type="spellStart"/>
      <w:r w:rsidRPr="00651778">
        <w:rPr>
          <w:lang w:val="fr-FR"/>
        </w:rPr>
        <w:t>necheltuile</w:t>
      </w:r>
      <w:proofErr w:type="spellEnd"/>
      <w:r w:rsidRPr="00651778">
        <w:rPr>
          <w:lang w:val="fr-FR"/>
        </w:rPr>
        <w:t xml:space="preserve"> vor fi </w:t>
      </w:r>
      <w:proofErr w:type="spellStart"/>
      <w:r w:rsidRPr="00651778">
        <w:rPr>
          <w:lang w:val="fr-FR"/>
        </w:rPr>
        <w:t>returnate</w:t>
      </w:r>
      <w:proofErr w:type="spellEnd"/>
      <w:r w:rsidRPr="00651778">
        <w:rPr>
          <w:lang w:val="fr-FR"/>
        </w:rPr>
        <w:t xml:space="preserve"> </w:t>
      </w:r>
      <w:proofErr w:type="spellStart"/>
      <w:r w:rsidRPr="00651778">
        <w:rPr>
          <w:lang w:val="fr-FR"/>
        </w:rPr>
        <w:t>Municipiului</w:t>
      </w:r>
      <w:proofErr w:type="spellEnd"/>
      <w:r w:rsidRPr="00651778">
        <w:rPr>
          <w:lang w:val="fr-FR"/>
        </w:rPr>
        <w:t xml:space="preserve"> </w:t>
      </w:r>
      <w:proofErr w:type="spellStart"/>
      <w:r w:rsidRPr="00651778">
        <w:rPr>
          <w:lang w:val="fr-FR"/>
        </w:rPr>
        <w:t>Timișoara</w:t>
      </w:r>
      <w:proofErr w:type="spellEnd"/>
      <w:r w:rsidRPr="00651778">
        <w:rPr>
          <w:lang w:val="fr-FR"/>
        </w:rPr>
        <w:t>.</w:t>
      </w:r>
    </w:p>
    <w:p w14:paraId="17E69468" w14:textId="77777777" w:rsidR="00651778" w:rsidRPr="00651778" w:rsidRDefault="00651778" w:rsidP="00651778">
      <w:pPr>
        <w:shd w:val="clear" w:color="auto" w:fill="FFFFFF" w:themeFill="background1"/>
        <w:spacing w:after="0"/>
        <w:rPr>
          <w:rFonts w:ascii="Segoe UI" w:eastAsia="Segoe UI" w:hAnsi="Segoe UI" w:cs="Segoe UI"/>
          <w:b/>
          <w:bCs/>
          <w:color w:val="242424"/>
          <w:sz w:val="22"/>
          <w:lang w:val="fr-FR"/>
        </w:rPr>
      </w:pPr>
    </w:p>
    <w:p w14:paraId="03D80C96" w14:textId="77777777" w:rsidR="00651778" w:rsidRPr="00651778" w:rsidRDefault="00651778" w:rsidP="00651778">
      <w:pPr>
        <w:spacing w:before="240" w:after="240"/>
        <w:rPr>
          <w:rFonts w:ascii="Aptos" w:eastAsia="Aptos" w:hAnsi="Aptos" w:cs="Aptos"/>
          <w:b/>
          <w:bCs/>
          <w:lang w:val="fr-FR"/>
        </w:rPr>
      </w:pPr>
      <w:proofErr w:type="spellStart"/>
      <w:r w:rsidRPr="00651778">
        <w:rPr>
          <w:rFonts w:ascii="Aptos" w:eastAsia="Aptos" w:hAnsi="Aptos" w:cs="Aptos"/>
          <w:b/>
          <w:bCs/>
          <w:lang w:val="fr-FR"/>
        </w:rPr>
        <w:lastRenderedPageBreak/>
        <w:t>Capitolul</w:t>
      </w:r>
      <w:proofErr w:type="spellEnd"/>
      <w:r w:rsidRPr="00651778">
        <w:rPr>
          <w:rFonts w:ascii="Aptos" w:eastAsia="Aptos" w:hAnsi="Aptos" w:cs="Aptos"/>
          <w:b/>
          <w:bCs/>
          <w:lang w:val="fr-FR"/>
        </w:rPr>
        <w:t xml:space="preserve"> 5. </w:t>
      </w:r>
      <w:proofErr w:type="spellStart"/>
      <w:r w:rsidRPr="00651778">
        <w:rPr>
          <w:rFonts w:ascii="Aptos" w:eastAsia="Aptos" w:hAnsi="Aptos" w:cs="Aptos"/>
          <w:b/>
          <w:bCs/>
          <w:lang w:val="fr-FR"/>
        </w:rPr>
        <w:t>Drepturile</w:t>
      </w:r>
      <w:proofErr w:type="spellEnd"/>
      <w:r w:rsidRPr="00651778">
        <w:rPr>
          <w:rFonts w:ascii="Aptos" w:eastAsia="Aptos" w:hAnsi="Aptos" w:cs="Aptos"/>
          <w:b/>
          <w:bCs/>
          <w:lang w:val="fr-FR"/>
        </w:rPr>
        <w:t xml:space="preserve"> </w:t>
      </w:r>
      <w:proofErr w:type="spellStart"/>
      <w:r w:rsidRPr="00651778">
        <w:rPr>
          <w:rFonts w:ascii="Aptos" w:eastAsia="Aptos" w:hAnsi="Aptos" w:cs="Aptos"/>
          <w:b/>
          <w:bCs/>
          <w:lang w:val="fr-FR"/>
        </w:rPr>
        <w:t>și</w:t>
      </w:r>
      <w:proofErr w:type="spellEnd"/>
      <w:r w:rsidRPr="00651778">
        <w:rPr>
          <w:rFonts w:ascii="Aptos" w:eastAsia="Aptos" w:hAnsi="Aptos" w:cs="Aptos"/>
          <w:b/>
          <w:bCs/>
          <w:lang w:val="fr-FR"/>
        </w:rPr>
        <w:t xml:space="preserve"> </w:t>
      </w:r>
      <w:proofErr w:type="spellStart"/>
      <w:r w:rsidRPr="00651778">
        <w:rPr>
          <w:rFonts w:ascii="Aptos" w:eastAsia="Aptos" w:hAnsi="Aptos" w:cs="Aptos"/>
          <w:b/>
          <w:bCs/>
          <w:lang w:val="fr-FR"/>
        </w:rPr>
        <w:t>obligațiile</w:t>
      </w:r>
      <w:proofErr w:type="spellEnd"/>
      <w:r w:rsidRPr="00651778">
        <w:rPr>
          <w:rFonts w:ascii="Aptos" w:eastAsia="Aptos" w:hAnsi="Aptos" w:cs="Aptos"/>
          <w:b/>
          <w:bCs/>
          <w:lang w:val="fr-FR"/>
        </w:rPr>
        <w:t xml:space="preserve"> </w:t>
      </w:r>
      <w:proofErr w:type="spellStart"/>
      <w:r w:rsidRPr="00651778">
        <w:rPr>
          <w:rFonts w:ascii="Aptos" w:eastAsia="Aptos" w:hAnsi="Aptos" w:cs="Aptos"/>
          <w:b/>
          <w:bCs/>
          <w:lang w:val="fr-FR"/>
        </w:rPr>
        <w:t>părților</w:t>
      </w:r>
      <w:proofErr w:type="spellEnd"/>
    </w:p>
    <w:p w14:paraId="12678FD1" w14:textId="77777777" w:rsidR="00651778" w:rsidRPr="00651778" w:rsidRDefault="00651778" w:rsidP="00651778">
      <w:pPr>
        <w:spacing w:before="240" w:after="240"/>
        <w:rPr>
          <w:lang w:val="fr-FR"/>
        </w:rPr>
      </w:pPr>
      <w:r w:rsidRPr="00651778">
        <w:rPr>
          <w:rFonts w:ascii="Aptos" w:eastAsia="Aptos" w:hAnsi="Aptos" w:cs="Aptos"/>
          <w:lang w:val="fr-FR"/>
        </w:rPr>
        <w:t xml:space="preserve">A. </w:t>
      </w:r>
      <w:proofErr w:type="spellStart"/>
      <w:r w:rsidRPr="00651778">
        <w:rPr>
          <w:rFonts w:ascii="Aptos" w:eastAsia="Aptos" w:hAnsi="Aptos" w:cs="Aptos"/>
          <w:lang w:val="fr-FR"/>
        </w:rPr>
        <w:t>Drepturile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obligațiile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autorității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finanțatoare</w:t>
      </w:r>
      <w:proofErr w:type="spellEnd"/>
      <w:r w:rsidRPr="00651778">
        <w:rPr>
          <w:rFonts w:ascii="Aptos" w:eastAsia="Aptos" w:hAnsi="Aptos" w:cs="Aptos"/>
          <w:lang w:val="fr-FR"/>
        </w:rPr>
        <w:t xml:space="preserve"> </w:t>
      </w:r>
    </w:p>
    <w:p w14:paraId="2A04F6AE" w14:textId="77777777" w:rsidR="00651778" w:rsidRPr="00651778" w:rsidRDefault="00651778" w:rsidP="00651778">
      <w:pPr>
        <w:spacing w:before="240" w:after="240"/>
        <w:rPr>
          <w:lang w:val="fr-FR"/>
        </w:rPr>
      </w:pPr>
      <w:r w:rsidRPr="00651778">
        <w:rPr>
          <w:rFonts w:ascii="Aptos" w:eastAsia="Aptos" w:hAnsi="Aptos" w:cs="Aptos"/>
          <w:lang w:val="fr-FR"/>
        </w:rPr>
        <w:t xml:space="preserve">Art. 11. </w:t>
      </w:r>
      <w:proofErr w:type="spellStart"/>
      <w:r w:rsidRPr="00651778">
        <w:rPr>
          <w:rFonts w:ascii="Aptos" w:eastAsia="Aptos" w:hAnsi="Aptos" w:cs="Aptos"/>
          <w:lang w:val="fr-FR"/>
        </w:rPr>
        <w:t>Municipiul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Timișoara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calitate</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autoritate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finanțatoare</w:t>
      </w:r>
      <w:proofErr w:type="spellEnd"/>
      <w:r w:rsidRPr="00651778">
        <w:rPr>
          <w:rFonts w:ascii="Aptos" w:eastAsia="Aptos" w:hAnsi="Aptos" w:cs="Aptos"/>
          <w:lang w:val="fr-FR"/>
        </w:rPr>
        <w:t xml:space="preserve">, are </w:t>
      </w:r>
      <w:proofErr w:type="spellStart"/>
      <w:r w:rsidRPr="00651778">
        <w:rPr>
          <w:rFonts w:ascii="Aptos" w:eastAsia="Aptos" w:hAnsi="Aptos" w:cs="Aptos"/>
          <w:lang w:val="fr-FR"/>
        </w:rPr>
        <w:t>următoarele</w:t>
      </w:r>
      <w:proofErr w:type="spellEnd"/>
      <w:r w:rsidRPr="00651778">
        <w:rPr>
          <w:rFonts w:ascii="Aptos" w:eastAsia="Aptos" w:hAnsi="Aptos" w:cs="Aptos"/>
          <w:lang w:val="fr-FR"/>
        </w:rPr>
        <w:t xml:space="preserve"> </w:t>
      </w:r>
      <w:proofErr w:type="spellStart"/>
      <w:proofErr w:type="gramStart"/>
      <w:r w:rsidRPr="00651778">
        <w:rPr>
          <w:rFonts w:ascii="Aptos" w:eastAsia="Aptos" w:hAnsi="Aptos" w:cs="Aptos"/>
          <w:lang w:val="fr-FR"/>
        </w:rPr>
        <w:t>drepturi</w:t>
      </w:r>
      <w:proofErr w:type="spellEnd"/>
      <w:r w:rsidRPr="00651778">
        <w:rPr>
          <w:rFonts w:ascii="Aptos" w:eastAsia="Aptos" w:hAnsi="Aptos" w:cs="Aptos"/>
          <w:lang w:val="fr-FR"/>
        </w:rPr>
        <w:t>:</w:t>
      </w:r>
      <w:proofErr w:type="gramEnd"/>
      <w:r w:rsidRPr="00651778">
        <w:rPr>
          <w:rFonts w:ascii="Aptos" w:eastAsia="Aptos" w:hAnsi="Aptos" w:cs="Aptos"/>
          <w:lang w:val="fr-FR"/>
        </w:rPr>
        <w:t xml:space="preserve"> </w:t>
      </w:r>
    </w:p>
    <w:p w14:paraId="1B783C11" w14:textId="77777777" w:rsidR="00651778" w:rsidRPr="00651778" w:rsidRDefault="00651778" w:rsidP="00651778">
      <w:pPr>
        <w:spacing w:before="240" w:after="240"/>
        <w:rPr>
          <w:rFonts w:ascii="Aptos" w:eastAsia="Aptos" w:hAnsi="Aptos" w:cs="Aptos"/>
          <w:lang w:val="fr-FR"/>
        </w:rPr>
      </w:pPr>
      <w:r w:rsidRPr="00651778">
        <w:rPr>
          <w:rFonts w:ascii="Aptos" w:eastAsia="Aptos" w:hAnsi="Aptos" w:cs="Aptos"/>
          <w:lang w:val="fr-FR"/>
        </w:rPr>
        <w:t xml:space="preserve">a) </w:t>
      </w:r>
      <w:proofErr w:type="spellStart"/>
      <w:r w:rsidRPr="00651778">
        <w:rPr>
          <w:rFonts w:ascii="Aptos" w:eastAsia="Aptos" w:hAnsi="Aptos" w:cs="Aptos"/>
          <w:lang w:val="fr-FR"/>
        </w:rPr>
        <w:t>să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utilizeze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perioadă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nelimitată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fără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consultarea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beneficiarului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toate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materialele</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comunicare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privind</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activitatea</w:t>
      </w:r>
      <w:proofErr w:type="spellEnd"/>
      <w:r w:rsidRPr="00651778">
        <w:rPr>
          <w:rFonts w:ascii="Aptos" w:eastAsia="Aptos" w:hAnsi="Aptos" w:cs="Aptos"/>
          <w:lang w:val="fr-FR"/>
        </w:rPr>
        <w:t xml:space="preserve"> sa, </w:t>
      </w:r>
      <w:proofErr w:type="spellStart"/>
      <w:r w:rsidRPr="00651778">
        <w:rPr>
          <w:rFonts w:ascii="Aptos" w:eastAsia="Aptos" w:hAnsi="Aptos" w:cs="Aptos"/>
          <w:lang w:val="fr-FR"/>
        </w:rPr>
        <w:t>informații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orice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suport</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privind</w:t>
      </w:r>
      <w:proofErr w:type="spellEnd"/>
      <w:r w:rsidRPr="00651778">
        <w:rPr>
          <w:rFonts w:ascii="Aptos" w:eastAsia="Aptos" w:hAnsi="Aptos" w:cs="Aptos"/>
          <w:lang w:val="fr-FR"/>
        </w:rPr>
        <w:t xml:space="preserve"> </w:t>
      </w:r>
      <w:proofErr w:type="spellStart"/>
      <w:proofErr w:type="gramStart"/>
      <w:r w:rsidRPr="00651778">
        <w:rPr>
          <w:rFonts w:ascii="Aptos" w:eastAsia="Aptos" w:hAnsi="Aptos" w:cs="Aptos"/>
          <w:lang w:val="fr-FR"/>
        </w:rPr>
        <w:t>proiectul</w:t>
      </w:r>
      <w:proofErr w:type="spellEnd"/>
      <w:r w:rsidRPr="00651778">
        <w:rPr>
          <w:rFonts w:ascii="Aptos" w:eastAsia="Aptos" w:hAnsi="Aptos" w:cs="Aptos"/>
          <w:lang w:val="fr-FR"/>
        </w:rPr>
        <w:t xml:space="preserve">  care</w:t>
      </w:r>
      <w:proofErr w:type="gramEnd"/>
      <w:r w:rsidRPr="00651778">
        <w:rPr>
          <w:rFonts w:ascii="Aptos" w:eastAsia="Aptos" w:hAnsi="Aptos" w:cs="Aptos"/>
          <w:lang w:val="fr-FR"/>
        </w:rPr>
        <w:t xml:space="preserve"> face </w:t>
      </w:r>
      <w:proofErr w:type="spellStart"/>
      <w:r w:rsidRPr="00651778">
        <w:rPr>
          <w:rFonts w:ascii="Aptos" w:eastAsia="Aptos" w:hAnsi="Aptos" w:cs="Aptos"/>
          <w:lang w:val="fr-FR"/>
        </w:rPr>
        <w:t>obiectul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prezentului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contract</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fără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alte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obligații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financiare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cu</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menționarea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autorilor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implicați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proiect</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acord</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cu</w:t>
      </w:r>
      <w:proofErr w:type="spellEnd"/>
      <w:r w:rsidRPr="00651778">
        <w:rPr>
          <w:rFonts w:ascii="Aptos" w:eastAsia="Aptos" w:hAnsi="Aptos" w:cs="Aptos"/>
          <w:lang w:val="fr-FR"/>
        </w:rPr>
        <w:t xml:space="preserve"> art. 5-7 </w:t>
      </w:r>
      <w:proofErr w:type="spellStart"/>
      <w:r w:rsidRPr="00651778">
        <w:rPr>
          <w:rFonts w:ascii="Aptos" w:eastAsia="Aptos" w:hAnsi="Aptos" w:cs="Aptos"/>
          <w:lang w:val="fr-FR"/>
        </w:rPr>
        <w:t>din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Regulamentul</w:t>
      </w:r>
      <w:proofErr w:type="spellEnd"/>
      <w:r w:rsidRPr="00651778">
        <w:rPr>
          <w:rFonts w:ascii="Aptos" w:eastAsia="Aptos" w:hAnsi="Aptos" w:cs="Aptos"/>
          <w:lang w:val="fr-FR"/>
        </w:rPr>
        <w:t xml:space="preserve"> nr. 679/2016 </w:t>
      </w:r>
      <w:proofErr w:type="spellStart"/>
      <w:r w:rsidRPr="00651778">
        <w:rPr>
          <w:rFonts w:ascii="Aptos" w:eastAsia="Aptos" w:hAnsi="Aptos" w:cs="Aptos"/>
          <w:lang w:val="fr-FR"/>
        </w:rPr>
        <w:t>privind</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protecţia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persoanelor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fizice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ceea</w:t>
      </w:r>
      <w:proofErr w:type="spellEnd"/>
      <w:r w:rsidRPr="00651778">
        <w:rPr>
          <w:rFonts w:ascii="Aptos" w:eastAsia="Aptos" w:hAnsi="Aptos" w:cs="Aptos"/>
          <w:lang w:val="fr-FR"/>
        </w:rPr>
        <w:t xml:space="preserve"> ce </w:t>
      </w:r>
      <w:proofErr w:type="spellStart"/>
      <w:r w:rsidRPr="00651778">
        <w:rPr>
          <w:rFonts w:ascii="Aptos" w:eastAsia="Aptos" w:hAnsi="Aptos" w:cs="Aptos"/>
          <w:lang w:val="fr-FR"/>
        </w:rPr>
        <w:t>privește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prelucrarea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datelor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cu</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caracter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personal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privind</w:t>
      </w:r>
      <w:proofErr w:type="spellEnd"/>
      <w:r w:rsidRPr="00651778">
        <w:rPr>
          <w:rFonts w:ascii="Aptos" w:eastAsia="Aptos" w:hAnsi="Aptos" w:cs="Aptos"/>
          <w:lang w:val="fr-FR"/>
        </w:rPr>
        <w:t xml:space="preserve"> libera </w:t>
      </w:r>
      <w:proofErr w:type="spellStart"/>
      <w:r w:rsidRPr="00651778">
        <w:rPr>
          <w:rFonts w:ascii="Aptos" w:eastAsia="Aptos" w:hAnsi="Aptos" w:cs="Aptos"/>
          <w:lang w:val="fr-FR"/>
        </w:rPr>
        <w:t>circulaţie</w:t>
      </w:r>
      <w:proofErr w:type="spellEnd"/>
      <w:r w:rsidRPr="00651778">
        <w:rPr>
          <w:rFonts w:ascii="Aptos" w:eastAsia="Aptos" w:hAnsi="Aptos" w:cs="Aptos"/>
          <w:lang w:val="fr-FR"/>
        </w:rPr>
        <w:t xml:space="preserve"> a </w:t>
      </w:r>
      <w:proofErr w:type="spellStart"/>
      <w:r w:rsidRPr="00651778">
        <w:rPr>
          <w:rFonts w:ascii="Aptos" w:eastAsia="Aptos" w:hAnsi="Aptos" w:cs="Aptos"/>
          <w:lang w:val="fr-FR"/>
        </w:rPr>
        <w:t>acestor</w:t>
      </w:r>
      <w:proofErr w:type="spellEnd"/>
      <w:r w:rsidRPr="00651778">
        <w:rPr>
          <w:rFonts w:ascii="Aptos" w:eastAsia="Aptos" w:hAnsi="Aptos" w:cs="Aptos"/>
          <w:lang w:val="fr-FR"/>
        </w:rPr>
        <w:t xml:space="preserve"> date </w:t>
      </w:r>
      <w:proofErr w:type="spellStart"/>
      <w:r w:rsidRPr="00651778">
        <w:rPr>
          <w:rFonts w:ascii="Aptos" w:eastAsia="Aptos" w:hAnsi="Aptos" w:cs="Aptos"/>
          <w:lang w:val="fr-FR"/>
        </w:rPr>
        <w:t>cuprinse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prezentul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contract</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formularul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proiectului</w:t>
      </w:r>
      <w:proofErr w:type="spellEnd"/>
      <w:r w:rsidRPr="00651778">
        <w:rPr>
          <w:rFonts w:ascii="Aptos" w:eastAsia="Aptos" w:hAnsi="Aptos" w:cs="Aptos"/>
          <w:lang w:val="fr-FR"/>
        </w:rPr>
        <w:t xml:space="preserve"> care face </w:t>
      </w:r>
      <w:proofErr w:type="spellStart"/>
      <w:r w:rsidRPr="00651778">
        <w:rPr>
          <w:rFonts w:ascii="Aptos" w:eastAsia="Aptos" w:hAnsi="Aptos" w:cs="Aptos"/>
          <w:lang w:val="fr-FR"/>
        </w:rPr>
        <w:t>obiectul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prezentului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contract</w:t>
      </w:r>
      <w:proofErr w:type="spellEnd"/>
      <w:r w:rsidRPr="00651778">
        <w:rPr>
          <w:rFonts w:ascii="Aptos" w:eastAsia="Aptos" w:hAnsi="Aptos" w:cs="Aptos"/>
          <w:lang w:val="fr-FR"/>
        </w:rPr>
        <w:t xml:space="preserve">. </w:t>
      </w:r>
    </w:p>
    <w:p w14:paraId="6EA51D42" w14:textId="77777777" w:rsidR="00651778" w:rsidRPr="00651778" w:rsidRDefault="00651778" w:rsidP="00651778">
      <w:pPr>
        <w:spacing w:before="240" w:after="240"/>
        <w:rPr>
          <w:lang w:val="fr-FR"/>
        </w:rPr>
      </w:pPr>
      <w:r w:rsidRPr="00651778">
        <w:rPr>
          <w:rFonts w:ascii="Aptos" w:eastAsia="Aptos" w:hAnsi="Aptos" w:cs="Aptos"/>
          <w:lang w:val="fr-FR"/>
        </w:rPr>
        <w:t xml:space="preserve"> b) </w:t>
      </w:r>
      <w:proofErr w:type="spellStart"/>
      <w:r w:rsidRPr="00651778">
        <w:rPr>
          <w:rFonts w:ascii="Aptos" w:eastAsia="Aptos" w:hAnsi="Aptos" w:cs="Aptos"/>
          <w:lang w:val="fr-FR"/>
        </w:rPr>
        <w:t>să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monitorizeze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implementarea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proiectului</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către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beneficiar</w:t>
      </w:r>
      <w:proofErr w:type="spellEnd"/>
      <w:r w:rsidRPr="00651778">
        <w:rPr>
          <w:rFonts w:ascii="Aptos" w:eastAsia="Aptos" w:hAnsi="Aptos" w:cs="Aptos"/>
          <w:lang w:val="fr-FR"/>
        </w:rPr>
        <w:t xml:space="preserve"> prin </w:t>
      </w:r>
      <w:proofErr w:type="spellStart"/>
      <w:r w:rsidRPr="00651778">
        <w:rPr>
          <w:rFonts w:ascii="Aptos" w:eastAsia="Aptos" w:hAnsi="Aptos" w:cs="Aptos"/>
          <w:lang w:val="fr-FR"/>
        </w:rPr>
        <w:t>persoane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împuternicite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reprezentanți</w:t>
      </w:r>
      <w:proofErr w:type="spellEnd"/>
      <w:r w:rsidRPr="00651778">
        <w:rPr>
          <w:rFonts w:ascii="Aptos" w:eastAsia="Aptos" w:hAnsi="Aptos" w:cs="Aptos"/>
          <w:lang w:val="fr-FR"/>
        </w:rPr>
        <w:t xml:space="preserve"> ai </w:t>
      </w:r>
      <w:proofErr w:type="spellStart"/>
      <w:r w:rsidRPr="00651778">
        <w:rPr>
          <w:rFonts w:ascii="Aptos" w:eastAsia="Aptos" w:hAnsi="Aptos" w:cs="Aptos"/>
          <w:lang w:val="fr-FR"/>
        </w:rPr>
        <w:t>Municipiului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Timișoara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pentru</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evaluarea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atingerii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scopului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obiectivelor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rezultatelor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indicatorilor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privind</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beneficiarii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proiectului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respectiv</w:t>
      </w:r>
      <w:proofErr w:type="spellEnd"/>
      <w:r w:rsidRPr="00651778">
        <w:rPr>
          <w:rFonts w:ascii="Aptos" w:eastAsia="Aptos" w:hAnsi="Aptos" w:cs="Aptos"/>
          <w:lang w:val="fr-FR"/>
        </w:rPr>
        <w:t xml:space="preserve"> a </w:t>
      </w:r>
      <w:proofErr w:type="spellStart"/>
      <w:r w:rsidRPr="00651778">
        <w:rPr>
          <w:rFonts w:ascii="Aptos" w:eastAsia="Aptos" w:hAnsi="Aptos" w:cs="Aptos"/>
          <w:lang w:val="fr-FR"/>
        </w:rPr>
        <w:t>gradului</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îndeplinire</w:t>
      </w:r>
      <w:proofErr w:type="spellEnd"/>
      <w:r w:rsidRPr="00651778">
        <w:rPr>
          <w:rFonts w:ascii="Aptos" w:eastAsia="Aptos" w:hAnsi="Aptos" w:cs="Aptos"/>
          <w:lang w:val="fr-FR"/>
        </w:rPr>
        <w:t xml:space="preserve"> a </w:t>
      </w:r>
      <w:proofErr w:type="spellStart"/>
      <w:r w:rsidRPr="00651778">
        <w:rPr>
          <w:rFonts w:ascii="Aptos" w:eastAsia="Aptos" w:hAnsi="Aptos" w:cs="Aptos"/>
          <w:lang w:val="fr-FR"/>
        </w:rPr>
        <w:t>activităților</w:t>
      </w:r>
      <w:proofErr w:type="spellEnd"/>
      <w:r w:rsidRPr="00651778">
        <w:rPr>
          <w:rFonts w:ascii="Aptos" w:eastAsia="Aptos" w:hAnsi="Aptos" w:cs="Aptos"/>
          <w:lang w:val="fr-FR"/>
        </w:rPr>
        <w:t xml:space="preserve">. </w:t>
      </w:r>
    </w:p>
    <w:p w14:paraId="4F6058F3" w14:textId="77777777" w:rsidR="00651778" w:rsidRPr="00651778" w:rsidRDefault="00651778" w:rsidP="00651778">
      <w:pPr>
        <w:spacing w:before="240" w:after="240"/>
        <w:rPr>
          <w:lang w:val="fr-FR"/>
        </w:rPr>
      </w:pPr>
      <w:r w:rsidRPr="00651778">
        <w:rPr>
          <w:rFonts w:ascii="Aptos" w:eastAsia="Aptos" w:hAnsi="Aptos" w:cs="Aptos"/>
          <w:lang w:val="fr-FR"/>
        </w:rPr>
        <w:t xml:space="preserve">c) </w:t>
      </w:r>
      <w:proofErr w:type="spellStart"/>
      <w:r w:rsidRPr="00651778">
        <w:rPr>
          <w:rFonts w:ascii="Aptos" w:eastAsia="Aptos" w:hAnsi="Aptos" w:cs="Aptos"/>
          <w:lang w:val="fr-FR"/>
        </w:rPr>
        <w:t>să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solicite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beneficiarului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parcursul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implementării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proiectului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calendarul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evenimentelor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din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cadrul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acestuia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incluzând</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informații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relevante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legate</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aceste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evenimente</w:t>
      </w:r>
      <w:proofErr w:type="spellEnd"/>
      <w:r w:rsidRPr="00651778">
        <w:rPr>
          <w:rFonts w:ascii="Aptos" w:eastAsia="Aptos" w:hAnsi="Aptos" w:cs="Aptos"/>
          <w:lang w:val="fr-FR"/>
        </w:rPr>
        <w:t xml:space="preserve">, cum </w:t>
      </w:r>
      <w:proofErr w:type="spellStart"/>
      <w:r w:rsidRPr="00651778">
        <w:rPr>
          <w:rFonts w:ascii="Aptos" w:eastAsia="Aptos" w:hAnsi="Aptos" w:cs="Aptos"/>
          <w:lang w:val="fr-FR"/>
        </w:rPr>
        <w:t>ar</w:t>
      </w:r>
      <w:proofErr w:type="spellEnd"/>
      <w:r w:rsidRPr="00651778">
        <w:rPr>
          <w:rFonts w:ascii="Aptos" w:eastAsia="Aptos" w:hAnsi="Aptos" w:cs="Aptos"/>
          <w:lang w:val="fr-FR"/>
        </w:rPr>
        <w:t xml:space="preserve"> fi texte descriptive, </w:t>
      </w:r>
      <w:proofErr w:type="spellStart"/>
      <w:r w:rsidRPr="00651778">
        <w:rPr>
          <w:rFonts w:ascii="Aptos" w:eastAsia="Aptos" w:hAnsi="Aptos" w:cs="Aptos"/>
          <w:lang w:val="fr-FR"/>
        </w:rPr>
        <w:t>materiale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vizuale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necesare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comunicării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promovării</w:t>
      </w:r>
      <w:proofErr w:type="spellEnd"/>
      <w:r w:rsidRPr="00651778">
        <w:rPr>
          <w:rFonts w:ascii="Aptos" w:eastAsia="Aptos" w:hAnsi="Aptos" w:cs="Aptos"/>
          <w:lang w:val="fr-FR"/>
        </w:rPr>
        <w:t xml:space="preserve">, data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ora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spațiul</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desfășurare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link-uri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etc</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pentru</w:t>
      </w:r>
      <w:proofErr w:type="spellEnd"/>
      <w:r w:rsidRPr="00651778">
        <w:rPr>
          <w:rFonts w:ascii="Aptos" w:eastAsia="Aptos" w:hAnsi="Aptos" w:cs="Aptos"/>
          <w:lang w:val="fr-FR"/>
        </w:rPr>
        <w:t xml:space="preserve"> a fi </w:t>
      </w:r>
      <w:proofErr w:type="spellStart"/>
      <w:r w:rsidRPr="00651778">
        <w:rPr>
          <w:rFonts w:ascii="Aptos" w:eastAsia="Aptos" w:hAnsi="Aptos" w:cs="Aptos"/>
          <w:lang w:val="fr-FR"/>
        </w:rPr>
        <w:t>preluate</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autoritatea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finanțatoare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proofErr w:type="gramStart"/>
      <w:r w:rsidRPr="00651778">
        <w:rPr>
          <w:rFonts w:ascii="Aptos" w:eastAsia="Aptos" w:hAnsi="Aptos" w:cs="Aptos"/>
          <w:lang w:val="fr-FR"/>
        </w:rPr>
        <w:t>comunicare</w:t>
      </w:r>
      <w:proofErr w:type="spellEnd"/>
      <w:r w:rsidRPr="00651778">
        <w:rPr>
          <w:rFonts w:ascii="Aptos" w:eastAsia="Aptos" w:hAnsi="Aptos" w:cs="Aptos"/>
          <w:lang w:val="fr-FR"/>
        </w:rPr>
        <w:t>;</w:t>
      </w:r>
      <w:proofErr w:type="gramEnd"/>
    </w:p>
    <w:p w14:paraId="3E413260" w14:textId="77777777" w:rsidR="00651778" w:rsidRPr="00651778" w:rsidRDefault="00651778" w:rsidP="00651778">
      <w:pPr>
        <w:spacing w:before="240" w:after="240"/>
        <w:rPr>
          <w:rFonts w:ascii="Aptos" w:eastAsia="Aptos" w:hAnsi="Aptos" w:cs="Aptos"/>
          <w:lang w:val="fr-FR"/>
        </w:rPr>
      </w:pPr>
      <w:r w:rsidRPr="00651778">
        <w:rPr>
          <w:rFonts w:ascii="Aptos" w:eastAsia="Aptos" w:hAnsi="Aptos" w:cs="Aptos"/>
          <w:lang w:val="fr-FR"/>
        </w:rPr>
        <w:t xml:space="preserve">d) </w:t>
      </w:r>
      <w:proofErr w:type="spellStart"/>
      <w:r w:rsidRPr="00651778">
        <w:rPr>
          <w:rFonts w:ascii="Aptos" w:eastAsia="Aptos" w:hAnsi="Aptos" w:cs="Aptos"/>
          <w:lang w:val="fr-FR"/>
        </w:rPr>
        <w:t>să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efectueze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vizite</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monitorizare</w:t>
      </w:r>
      <w:proofErr w:type="spellEnd"/>
      <w:r w:rsidRPr="00651778">
        <w:rPr>
          <w:rFonts w:ascii="Aptos" w:eastAsia="Aptos" w:hAnsi="Aptos" w:cs="Aptos"/>
          <w:lang w:val="fr-FR"/>
        </w:rPr>
        <w:t xml:space="preserve"> la </w:t>
      </w:r>
      <w:proofErr w:type="spellStart"/>
      <w:r w:rsidRPr="00651778">
        <w:rPr>
          <w:rFonts w:ascii="Aptos" w:eastAsia="Aptos" w:hAnsi="Aptos" w:cs="Aptos"/>
          <w:lang w:val="fr-FR"/>
        </w:rPr>
        <w:t>sediul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beneficiarului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pentru</w:t>
      </w:r>
      <w:proofErr w:type="spellEnd"/>
      <w:r w:rsidRPr="00651778">
        <w:rPr>
          <w:rFonts w:ascii="Aptos" w:eastAsia="Aptos" w:hAnsi="Aptos" w:cs="Aptos"/>
          <w:lang w:val="fr-FR"/>
        </w:rPr>
        <w:t xml:space="preserve"> a </w:t>
      </w:r>
      <w:proofErr w:type="spellStart"/>
      <w:r w:rsidRPr="00651778">
        <w:rPr>
          <w:rFonts w:ascii="Aptos" w:eastAsia="Aptos" w:hAnsi="Aptos" w:cs="Aptos"/>
          <w:lang w:val="fr-FR"/>
        </w:rPr>
        <w:t>verifica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existența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fizică</w:t>
      </w:r>
      <w:proofErr w:type="spellEnd"/>
      <w:r w:rsidRPr="00651778">
        <w:rPr>
          <w:rFonts w:ascii="Aptos" w:eastAsia="Aptos" w:hAnsi="Aptos" w:cs="Aptos"/>
          <w:lang w:val="fr-FR"/>
        </w:rPr>
        <w:t xml:space="preserve"> a </w:t>
      </w:r>
      <w:proofErr w:type="spellStart"/>
      <w:r w:rsidRPr="00651778">
        <w:rPr>
          <w:rFonts w:ascii="Aptos" w:eastAsia="Aptos" w:hAnsi="Aptos" w:cs="Aptos"/>
          <w:lang w:val="fr-FR"/>
        </w:rPr>
        <w:t>echipamentelor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achiziționate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din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finanțarea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nerambursabilă</w:t>
      </w:r>
      <w:proofErr w:type="spellEnd"/>
      <w:r w:rsidRPr="00651778">
        <w:rPr>
          <w:rFonts w:ascii="Aptos" w:eastAsia="Aptos" w:hAnsi="Aptos" w:cs="Aptos"/>
          <w:lang w:val="fr-FR"/>
        </w:rPr>
        <w:t xml:space="preserve">. </w:t>
      </w:r>
    </w:p>
    <w:p w14:paraId="66366D61" w14:textId="77777777" w:rsidR="00651778" w:rsidRPr="00B02214" w:rsidRDefault="00651778" w:rsidP="00651778">
      <w:pPr>
        <w:spacing w:before="240" w:after="240"/>
        <w:rPr>
          <w:rFonts w:ascii="Aptos" w:eastAsia="Aptos" w:hAnsi="Aptos" w:cs="Aptos"/>
          <w:lang w:val="fr-FR"/>
        </w:rPr>
      </w:pPr>
      <w:r w:rsidRPr="00B02214">
        <w:rPr>
          <w:rFonts w:ascii="Aptos" w:eastAsia="Aptos" w:hAnsi="Aptos" w:cs="Aptos"/>
          <w:lang w:val="fr-FR"/>
        </w:rPr>
        <w:t xml:space="preserve">e) </w:t>
      </w:r>
      <w:proofErr w:type="spellStart"/>
      <w:r w:rsidRPr="00B02214">
        <w:rPr>
          <w:rFonts w:ascii="Aptos" w:eastAsia="Aptos" w:hAnsi="Aptos" w:cs="Aptos"/>
          <w:lang w:val="fr-FR"/>
        </w:rPr>
        <w:t>să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filmeze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sau</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fotografieze</w:t>
      </w:r>
      <w:proofErr w:type="spellEnd"/>
      <w:r w:rsidRPr="00B02214">
        <w:rPr>
          <w:rFonts w:ascii="Aptos" w:eastAsia="Aptos" w:hAnsi="Aptos" w:cs="Aptos"/>
          <w:lang w:val="fr-FR"/>
        </w:rPr>
        <w:t xml:space="preserve">, direct </w:t>
      </w:r>
      <w:proofErr w:type="spellStart"/>
      <w:r w:rsidRPr="00B02214">
        <w:rPr>
          <w:rFonts w:ascii="Aptos" w:eastAsia="Aptos" w:hAnsi="Aptos" w:cs="Aptos"/>
          <w:lang w:val="fr-FR"/>
        </w:rPr>
        <w:t>sau</w:t>
      </w:r>
      <w:proofErr w:type="spellEnd"/>
      <w:r w:rsidRPr="00B02214">
        <w:rPr>
          <w:rFonts w:ascii="Aptos" w:eastAsia="Aptos" w:hAnsi="Aptos" w:cs="Aptos"/>
          <w:lang w:val="fr-FR"/>
        </w:rPr>
        <w:t xml:space="preserve"> prin </w:t>
      </w:r>
      <w:proofErr w:type="spellStart"/>
      <w:r w:rsidRPr="00B02214">
        <w:rPr>
          <w:rFonts w:ascii="Aptos" w:eastAsia="Aptos" w:hAnsi="Aptos" w:cs="Aptos"/>
          <w:lang w:val="fr-FR"/>
        </w:rPr>
        <w:t>persoane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împuternicite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cadrul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activităților</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implemenatare</w:t>
      </w:r>
      <w:proofErr w:type="spellEnd"/>
      <w:r w:rsidRPr="00B02214">
        <w:rPr>
          <w:rFonts w:ascii="Aptos" w:eastAsia="Aptos" w:hAnsi="Aptos" w:cs="Aptos"/>
          <w:lang w:val="fr-FR"/>
        </w:rPr>
        <w:t xml:space="preserve"> ale </w:t>
      </w:r>
      <w:proofErr w:type="spellStart"/>
      <w:proofErr w:type="gramStart"/>
      <w:r w:rsidRPr="00B02214">
        <w:rPr>
          <w:rFonts w:ascii="Aptos" w:eastAsia="Aptos" w:hAnsi="Aptos" w:cs="Aptos"/>
          <w:lang w:val="fr-FR"/>
        </w:rPr>
        <w:t>beneficiarului</w:t>
      </w:r>
      <w:proofErr w:type="spellEnd"/>
      <w:r w:rsidRPr="00B02214">
        <w:rPr>
          <w:rFonts w:ascii="Aptos" w:eastAsia="Aptos" w:hAnsi="Aptos" w:cs="Aptos"/>
          <w:lang w:val="fr-FR"/>
        </w:rPr>
        <w:t>;</w:t>
      </w:r>
      <w:proofErr w:type="gramEnd"/>
      <w:r w:rsidRPr="00B02214">
        <w:rPr>
          <w:rFonts w:ascii="Aptos" w:eastAsia="Aptos" w:hAnsi="Aptos" w:cs="Aptos"/>
          <w:lang w:val="fr-FR"/>
        </w:rPr>
        <w:t xml:space="preserve">  </w:t>
      </w:r>
    </w:p>
    <w:p w14:paraId="510F20A4" w14:textId="77777777" w:rsidR="00651778" w:rsidRPr="00651778" w:rsidRDefault="00651778" w:rsidP="00651778">
      <w:pPr>
        <w:spacing w:before="240" w:after="240"/>
        <w:rPr>
          <w:lang w:val="fr-FR"/>
        </w:rPr>
      </w:pPr>
      <w:r w:rsidRPr="00B02214">
        <w:rPr>
          <w:rFonts w:ascii="Aptos" w:eastAsia="Aptos" w:hAnsi="Aptos" w:cs="Aptos"/>
          <w:lang w:val="fr-FR"/>
        </w:rPr>
        <w:t xml:space="preserve">f) </w:t>
      </w:r>
      <w:proofErr w:type="spellStart"/>
      <w:r w:rsidRPr="00B02214">
        <w:rPr>
          <w:rFonts w:ascii="Aptos" w:eastAsia="Aptos" w:hAnsi="Aptos" w:cs="Aptos"/>
          <w:lang w:val="fr-FR"/>
        </w:rPr>
        <w:t>să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solicite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beneficiarului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participarea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calitate</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vorbitor</w:t>
      </w:r>
      <w:proofErr w:type="spellEnd"/>
      <w:r w:rsidRPr="00B02214">
        <w:rPr>
          <w:rFonts w:ascii="Aptos" w:eastAsia="Aptos" w:hAnsi="Aptos" w:cs="Aptos"/>
          <w:lang w:val="fr-FR"/>
        </w:rPr>
        <w:t xml:space="preserve"> a </w:t>
      </w:r>
      <w:proofErr w:type="spellStart"/>
      <w:r w:rsidRPr="00B02214">
        <w:rPr>
          <w:rFonts w:ascii="Aptos" w:eastAsia="Aptos" w:hAnsi="Aptos" w:cs="Aptos"/>
          <w:lang w:val="fr-FR"/>
        </w:rPr>
        <w:t>cel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puțin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câte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unui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reprezentant</w:t>
      </w:r>
      <w:proofErr w:type="spellEnd"/>
      <w:r w:rsidRPr="00B02214">
        <w:rPr>
          <w:rFonts w:ascii="Aptos" w:eastAsia="Aptos" w:hAnsi="Aptos" w:cs="Aptos"/>
          <w:lang w:val="fr-FR"/>
        </w:rPr>
        <w:t xml:space="preserve"> al </w:t>
      </w:r>
      <w:proofErr w:type="spellStart"/>
      <w:r w:rsidRPr="00B02214">
        <w:rPr>
          <w:rFonts w:ascii="Aptos" w:eastAsia="Aptos" w:hAnsi="Aptos" w:cs="Aptos"/>
          <w:lang w:val="fr-FR"/>
        </w:rPr>
        <w:t>său</w:t>
      </w:r>
      <w:proofErr w:type="spellEnd"/>
      <w:r w:rsidRPr="00B02214">
        <w:rPr>
          <w:rFonts w:ascii="Aptos" w:eastAsia="Aptos" w:hAnsi="Aptos" w:cs="Aptos"/>
          <w:lang w:val="fr-FR"/>
        </w:rPr>
        <w:t xml:space="preserve"> per </w:t>
      </w:r>
      <w:proofErr w:type="spellStart"/>
      <w:r w:rsidRPr="00B02214">
        <w:rPr>
          <w:rFonts w:ascii="Aptos" w:eastAsia="Aptos" w:hAnsi="Aptos" w:cs="Aptos"/>
          <w:lang w:val="fr-FR"/>
        </w:rPr>
        <w:t>eveniment</w:t>
      </w:r>
      <w:proofErr w:type="spellEnd"/>
      <w:r w:rsidRPr="00B02214">
        <w:rPr>
          <w:rFonts w:ascii="Aptos" w:eastAsia="Aptos" w:hAnsi="Aptos" w:cs="Aptos"/>
          <w:lang w:val="fr-FR"/>
        </w:rPr>
        <w:t xml:space="preserve"> / </w:t>
      </w:r>
      <w:proofErr w:type="spellStart"/>
      <w:r w:rsidRPr="00B02214">
        <w:rPr>
          <w:rFonts w:ascii="Aptos" w:eastAsia="Aptos" w:hAnsi="Aptos" w:cs="Aptos"/>
          <w:lang w:val="fr-FR"/>
        </w:rPr>
        <w:t>temă</w:t>
      </w:r>
      <w:proofErr w:type="spellEnd"/>
      <w:r w:rsidRPr="00B02214">
        <w:rPr>
          <w:rFonts w:ascii="Aptos" w:eastAsia="Aptos" w:hAnsi="Aptos" w:cs="Aptos"/>
          <w:lang w:val="fr-FR"/>
        </w:rPr>
        <w:t xml:space="preserve"> / panel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cadrul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activităților</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cu</w:t>
      </w:r>
      <w:proofErr w:type="spellEnd"/>
      <w:r w:rsidRPr="00B02214">
        <w:rPr>
          <w:rFonts w:ascii="Aptos" w:eastAsia="Aptos" w:hAnsi="Aptos" w:cs="Aptos"/>
          <w:lang w:val="fr-FR"/>
        </w:rPr>
        <w:t xml:space="preserve"> public ale </w:t>
      </w:r>
      <w:proofErr w:type="spellStart"/>
      <w:r w:rsidRPr="00B02214">
        <w:rPr>
          <w:rFonts w:ascii="Aptos" w:eastAsia="Aptos" w:hAnsi="Aptos" w:cs="Aptos"/>
          <w:lang w:val="fr-FR"/>
        </w:rPr>
        <w:t>proiectului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conferințe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prelegeri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dezbateri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mese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rotunde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prezentări</w:t>
      </w:r>
      <w:proofErr w:type="spellEnd"/>
      <w:r w:rsidRPr="00B02214">
        <w:rPr>
          <w:rFonts w:ascii="Aptos" w:eastAsia="Aptos" w:hAnsi="Aptos" w:cs="Aptos"/>
          <w:lang w:val="fr-FR"/>
        </w:rPr>
        <w:t>, etc.</w:t>
      </w:r>
      <w:proofErr w:type="gramStart"/>
      <w:r w:rsidRPr="00B02214">
        <w:rPr>
          <w:rFonts w:ascii="Aptos" w:eastAsia="Aptos" w:hAnsi="Aptos" w:cs="Aptos"/>
          <w:lang w:val="fr-FR"/>
        </w:rPr>
        <w:t>);</w:t>
      </w:r>
      <w:proofErr w:type="gramEnd"/>
    </w:p>
    <w:p w14:paraId="4C641DD3" w14:textId="77777777" w:rsidR="00651778" w:rsidRPr="00B02214" w:rsidRDefault="00651778" w:rsidP="00651778">
      <w:pPr>
        <w:spacing w:before="240" w:after="240"/>
        <w:rPr>
          <w:rFonts w:ascii="Aptos" w:eastAsia="Aptos" w:hAnsi="Aptos" w:cs="Aptos"/>
          <w:lang w:val="fr-FR"/>
        </w:rPr>
      </w:pPr>
      <w:r w:rsidRPr="00B02214">
        <w:rPr>
          <w:rFonts w:ascii="Aptos" w:eastAsia="Aptos" w:hAnsi="Aptos" w:cs="Aptos"/>
          <w:lang w:val="fr-FR"/>
        </w:rPr>
        <w:t xml:space="preserve"> </w:t>
      </w:r>
    </w:p>
    <w:p w14:paraId="37D91739" w14:textId="77777777" w:rsidR="00651778" w:rsidRPr="00651778" w:rsidRDefault="00651778" w:rsidP="00651778">
      <w:pPr>
        <w:spacing w:before="240" w:after="240"/>
        <w:rPr>
          <w:lang w:val="fr-FR"/>
        </w:rPr>
      </w:pPr>
      <w:r w:rsidRPr="00B02214">
        <w:rPr>
          <w:rFonts w:ascii="Aptos" w:eastAsia="Aptos" w:hAnsi="Aptos" w:cs="Aptos"/>
          <w:lang w:val="fr-FR"/>
        </w:rPr>
        <w:t xml:space="preserve">Art. 12. </w:t>
      </w:r>
      <w:proofErr w:type="spellStart"/>
      <w:r w:rsidRPr="00B02214">
        <w:rPr>
          <w:rFonts w:ascii="Aptos" w:eastAsia="Aptos" w:hAnsi="Aptos" w:cs="Aptos"/>
          <w:lang w:val="fr-FR"/>
        </w:rPr>
        <w:t>Municipiul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Timișoara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calitate</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autoritate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finanțatoare</w:t>
      </w:r>
      <w:proofErr w:type="spellEnd"/>
      <w:r w:rsidRPr="00B02214">
        <w:rPr>
          <w:rFonts w:ascii="Aptos" w:eastAsia="Aptos" w:hAnsi="Aptos" w:cs="Aptos"/>
          <w:lang w:val="fr-FR"/>
        </w:rPr>
        <w:t xml:space="preserve">, are </w:t>
      </w:r>
      <w:proofErr w:type="spellStart"/>
      <w:r w:rsidRPr="00B02214">
        <w:rPr>
          <w:rFonts w:ascii="Aptos" w:eastAsia="Aptos" w:hAnsi="Aptos" w:cs="Aptos"/>
          <w:lang w:val="fr-FR"/>
        </w:rPr>
        <w:t>următoarele</w:t>
      </w:r>
      <w:proofErr w:type="spellEnd"/>
      <w:r w:rsidRPr="00B02214">
        <w:rPr>
          <w:rFonts w:ascii="Aptos" w:eastAsia="Aptos" w:hAnsi="Aptos" w:cs="Aptos"/>
          <w:lang w:val="fr-FR"/>
        </w:rPr>
        <w:t xml:space="preserve"> </w:t>
      </w:r>
      <w:proofErr w:type="spellStart"/>
      <w:proofErr w:type="gramStart"/>
      <w:r w:rsidRPr="00B02214">
        <w:rPr>
          <w:rFonts w:ascii="Aptos" w:eastAsia="Aptos" w:hAnsi="Aptos" w:cs="Aptos"/>
          <w:lang w:val="fr-FR"/>
        </w:rPr>
        <w:t>obligații</w:t>
      </w:r>
      <w:proofErr w:type="spellEnd"/>
      <w:r w:rsidRPr="00B02214">
        <w:rPr>
          <w:rFonts w:ascii="Aptos" w:eastAsia="Aptos" w:hAnsi="Aptos" w:cs="Aptos"/>
          <w:lang w:val="fr-FR"/>
        </w:rPr>
        <w:t>:</w:t>
      </w:r>
      <w:proofErr w:type="gramEnd"/>
      <w:r w:rsidRPr="00B02214">
        <w:rPr>
          <w:rFonts w:ascii="Aptos" w:eastAsia="Aptos" w:hAnsi="Aptos" w:cs="Aptos"/>
          <w:lang w:val="fr-FR"/>
        </w:rPr>
        <w:t xml:space="preserve"> </w:t>
      </w:r>
    </w:p>
    <w:p w14:paraId="1E5CAAF1" w14:textId="77777777" w:rsidR="00651778" w:rsidRPr="00651778" w:rsidRDefault="00651778" w:rsidP="00651778">
      <w:pPr>
        <w:spacing w:before="240" w:after="240"/>
        <w:rPr>
          <w:lang w:val="fr-FR"/>
        </w:rPr>
      </w:pPr>
      <w:r w:rsidRPr="00B02214">
        <w:rPr>
          <w:rFonts w:ascii="Aptos" w:eastAsia="Aptos" w:hAnsi="Aptos" w:cs="Aptos"/>
          <w:lang w:val="fr-FR"/>
        </w:rPr>
        <w:t xml:space="preserve">a) </w:t>
      </w:r>
      <w:proofErr w:type="spellStart"/>
      <w:r w:rsidRPr="00B02214">
        <w:rPr>
          <w:rFonts w:ascii="Aptos" w:eastAsia="Aptos" w:hAnsi="Aptos" w:cs="Aptos"/>
          <w:lang w:val="fr-FR"/>
        </w:rPr>
        <w:t>să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asigure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finanţarea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cheltuielilor</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aferente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organizării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desfășurării</w:t>
      </w:r>
      <w:proofErr w:type="spellEnd"/>
      <w:r w:rsidRPr="00B02214">
        <w:rPr>
          <w:rFonts w:ascii="Aptos" w:eastAsia="Aptos" w:hAnsi="Aptos" w:cs="Aptos"/>
          <w:lang w:val="fr-FR"/>
        </w:rPr>
        <w:t xml:space="preserve"> </w:t>
      </w:r>
      <w:proofErr w:type="spellStart"/>
      <w:proofErr w:type="gramStart"/>
      <w:r w:rsidRPr="00B02214">
        <w:rPr>
          <w:rFonts w:ascii="Aptos" w:eastAsia="Aptos" w:hAnsi="Aptos" w:cs="Aptos"/>
          <w:lang w:val="fr-FR"/>
        </w:rPr>
        <w:t>proiectului</w:t>
      </w:r>
      <w:proofErr w:type="spellEnd"/>
      <w:r w:rsidRPr="00B02214">
        <w:rPr>
          <w:rFonts w:ascii="Aptos" w:eastAsia="Aptos" w:hAnsi="Aptos" w:cs="Aptos"/>
          <w:lang w:val="fr-FR"/>
        </w:rPr>
        <w:t xml:space="preserve">  care</w:t>
      </w:r>
      <w:proofErr w:type="gramEnd"/>
      <w:r w:rsidRPr="00B02214">
        <w:rPr>
          <w:rFonts w:ascii="Aptos" w:eastAsia="Aptos" w:hAnsi="Aptos" w:cs="Aptos"/>
          <w:lang w:val="fr-FR"/>
        </w:rPr>
        <w:t xml:space="preserve"> face </w:t>
      </w:r>
      <w:proofErr w:type="spellStart"/>
      <w:r w:rsidRPr="00B02214">
        <w:rPr>
          <w:rFonts w:ascii="Aptos" w:eastAsia="Aptos" w:hAnsi="Aptos" w:cs="Aptos"/>
          <w:lang w:val="fr-FR"/>
        </w:rPr>
        <w:t>obiectul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prezentului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contract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conformitate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cu</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termenele</w:t>
      </w:r>
      <w:proofErr w:type="spellEnd"/>
      <w:r w:rsidRPr="00B02214">
        <w:rPr>
          <w:rFonts w:ascii="Aptos" w:eastAsia="Aptos" w:hAnsi="Aptos" w:cs="Aptos"/>
          <w:lang w:val="fr-FR"/>
        </w:rPr>
        <w:t xml:space="preserve"> </w:t>
      </w:r>
      <w:proofErr w:type="spellStart"/>
      <w:proofErr w:type="gramStart"/>
      <w:r w:rsidRPr="00B02214">
        <w:rPr>
          <w:rFonts w:ascii="Aptos" w:eastAsia="Aptos" w:hAnsi="Aptos" w:cs="Aptos"/>
          <w:lang w:val="fr-FR"/>
        </w:rPr>
        <w:t>prevăzute</w:t>
      </w:r>
      <w:proofErr w:type="spellEnd"/>
      <w:r w:rsidRPr="00B02214">
        <w:rPr>
          <w:rFonts w:ascii="Aptos" w:eastAsia="Aptos" w:hAnsi="Aptos" w:cs="Aptos"/>
          <w:lang w:val="fr-FR"/>
        </w:rPr>
        <w:t>;</w:t>
      </w:r>
      <w:proofErr w:type="gramEnd"/>
      <w:r w:rsidRPr="00B02214">
        <w:rPr>
          <w:rFonts w:ascii="Aptos" w:eastAsia="Aptos" w:hAnsi="Aptos" w:cs="Aptos"/>
          <w:lang w:val="fr-FR"/>
        </w:rPr>
        <w:t xml:space="preserve"> </w:t>
      </w:r>
    </w:p>
    <w:p w14:paraId="6416B318" w14:textId="77777777" w:rsidR="00651778" w:rsidRPr="00651778" w:rsidRDefault="00651778" w:rsidP="00651778">
      <w:pPr>
        <w:spacing w:before="240" w:after="240"/>
        <w:rPr>
          <w:lang w:val="fr-FR"/>
        </w:rPr>
      </w:pPr>
      <w:r w:rsidRPr="00B02214">
        <w:rPr>
          <w:rFonts w:ascii="Aptos" w:eastAsia="Aptos" w:hAnsi="Aptos" w:cs="Aptos"/>
          <w:lang w:val="fr-FR"/>
        </w:rPr>
        <w:t xml:space="preserve">b) </w:t>
      </w:r>
      <w:proofErr w:type="spellStart"/>
      <w:r w:rsidRPr="00B02214">
        <w:rPr>
          <w:rFonts w:ascii="Aptos" w:eastAsia="Aptos" w:hAnsi="Aptos" w:cs="Aptos"/>
          <w:lang w:val="fr-FR"/>
        </w:rPr>
        <w:t>să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pună</w:t>
      </w:r>
      <w:proofErr w:type="spellEnd"/>
      <w:r w:rsidRPr="00B02214">
        <w:rPr>
          <w:rFonts w:ascii="Aptos" w:eastAsia="Aptos" w:hAnsi="Aptos" w:cs="Aptos"/>
          <w:lang w:val="fr-FR"/>
        </w:rPr>
        <w:t xml:space="preserve"> la </w:t>
      </w:r>
      <w:proofErr w:type="spellStart"/>
      <w:r w:rsidRPr="00B02214">
        <w:rPr>
          <w:rFonts w:ascii="Aptos" w:eastAsia="Aptos" w:hAnsi="Aptos" w:cs="Aptos"/>
          <w:lang w:val="fr-FR"/>
        </w:rPr>
        <w:t>dispoziția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beneficiarului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elementele</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identitate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vizuală</w:t>
      </w:r>
      <w:proofErr w:type="spellEnd"/>
      <w:r w:rsidRPr="00B02214">
        <w:rPr>
          <w:rFonts w:ascii="Aptos" w:eastAsia="Aptos" w:hAnsi="Aptos" w:cs="Aptos"/>
          <w:lang w:val="fr-FR"/>
        </w:rPr>
        <w:t xml:space="preserve"> ale </w:t>
      </w:r>
      <w:proofErr w:type="spellStart"/>
      <w:r w:rsidRPr="00B02214">
        <w:rPr>
          <w:rFonts w:ascii="Aptos" w:eastAsia="Aptos" w:hAnsi="Aptos" w:cs="Aptos"/>
          <w:lang w:val="fr-FR"/>
        </w:rPr>
        <w:t>programului</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finanțare</w:t>
      </w:r>
      <w:proofErr w:type="spellEnd"/>
      <w:r w:rsidRPr="00B02214">
        <w:rPr>
          <w:rFonts w:ascii="Aptos" w:eastAsia="Aptos" w:hAnsi="Aptos" w:cs="Aptos"/>
          <w:lang w:val="fr-FR"/>
        </w:rPr>
        <w:t xml:space="preserve"> ; </w:t>
      </w:r>
    </w:p>
    <w:p w14:paraId="55E18DDD" w14:textId="77777777" w:rsidR="00651778" w:rsidRPr="00651778" w:rsidRDefault="00651778" w:rsidP="00651778">
      <w:pPr>
        <w:spacing w:before="240" w:after="240"/>
        <w:rPr>
          <w:lang w:val="fr-FR"/>
        </w:rPr>
      </w:pPr>
      <w:r w:rsidRPr="00651778">
        <w:rPr>
          <w:rFonts w:ascii="Aptos" w:eastAsia="Aptos" w:hAnsi="Aptos" w:cs="Aptos"/>
          <w:lang w:val="fr-FR"/>
        </w:rPr>
        <w:t xml:space="preserve">c) </w:t>
      </w:r>
      <w:proofErr w:type="spellStart"/>
      <w:r w:rsidRPr="00651778">
        <w:rPr>
          <w:rFonts w:ascii="Aptos" w:eastAsia="Aptos" w:hAnsi="Aptos" w:cs="Aptos"/>
          <w:lang w:val="fr-FR"/>
        </w:rPr>
        <w:t>să</w:t>
      </w:r>
      <w:proofErr w:type="spellEnd"/>
      <w:r w:rsidRPr="00651778">
        <w:rPr>
          <w:rFonts w:ascii="Aptos" w:eastAsia="Aptos" w:hAnsi="Aptos" w:cs="Aptos"/>
          <w:lang w:val="fr-FR"/>
        </w:rPr>
        <w:t xml:space="preserve"> respecte </w:t>
      </w:r>
      <w:proofErr w:type="spellStart"/>
      <w:r w:rsidRPr="00651778">
        <w:rPr>
          <w:rFonts w:ascii="Aptos" w:eastAsia="Aptos" w:hAnsi="Aptos" w:cs="Aptos"/>
          <w:lang w:val="fr-FR"/>
        </w:rPr>
        <w:t>prevederile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Regulamentului</w:t>
      </w:r>
      <w:proofErr w:type="spellEnd"/>
      <w:r w:rsidRPr="00651778">
        <w:rPr>
          <w:rFonts w:ascii="Aptos" w:eastAsia="Aptos" w:hAnsi="Aptos" w:cs="Aptos"/>
          <w:lang w:val="fr-FR"/>
        </w:rPr>
        <w:t xml:space="preserve"> nr. 679/2016 </w:t>
      </w:r>
      <w:proofErr w:type="spellStart"/>
      <w:r w:rsidRPr="00651778">
        <w:rPr>
          <w:rFonts w:ascii="Aptos" w:eastAsia="Aptos" w:hAnsi="Aptos" w:cs="Aptos"/>
          <w:lang w:val="fr-FR"/>
        </w:rPr>
        <w:t>privind</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protecţia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persoanelor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fizice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ceea</w:t>
      </w:r>
      <w:proofErr w:type="spellEnd"/>
      <w:r w:rsidRPr="00651778">
        <w:rPr>
          <w:rFonts w:ascii="Aptos" w:eastAsia="Aptos" w:hAnsi="Aptos" w:cs="Aptos"/>
          <w:lang w:val="fr-FR"/>
        </w:rPr>
        <w:t xml:space="preserve"> ce </w:t>
      </w:r>
      <w:proofErr w:type="spellStart"/>
      <w:r w:rsidRPr="00651778">
        <w:rPr>
          <w:rFonts w:ascii="Aptos" w:eastAsia="Aptos" w:hAnsi="Aptos" w:cs="Aptos"/>
          <w:lang w:val="fr-FR"/>
        </w:rPr>
        <w:t>privește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prelucrarea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datelor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cu</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caracter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personal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privind</w:t>
      </w:r>
      <w:proofErr w:type="spellEnd"/>
      <w:r w:rsidRPr="00651778">
        <w:rPr>
          <w:rFonts w:ascii="Aptos" w:eastAsia="Aptos" w:hAnsi="Aptos" w:cs="Aptos"/>
          <w:lang w:val="fr-FR"/>
        </w:rPr>
        <w:t xml:space="preserve"> libera </w:t>
      </w:r>
      <w:proofErr w:type="spellStart"/>
      <w:r w:rsidRPr="00651778">
        <w:rPr>
          <w:rFonts w:ascii="Aptos" w:eastAsia="Aptos" w:hAnsi="Aptos" w:cs="Aptos"/>
          <w:lang w:val="fr-FR"/>
        </w:rPr>
        <w:t>circulaţie</w:t>
      </w:r>
      <w:proofErr w:type="spellEnd"/>
      <w:r w:rsidRPr="00651778">
        <w:rPr>
          <w:rFonts w:ascii="Aptos" w:eastAsia="Aptos" w:hAnsi="Aptos" w:cs="Aptos"/>
          <w:lang w:val="fr-FR"/>
        </w:rPr>
        <w:t xml:space="preserve"> a </w:t>
      </w:r>
      <w:proofErr w:type="spellStart"/>
      <w:r w:rsidRPr="00651778">
        <w:rPr>
          <w:rFonts w:ascii="Aptos" w:eastAsia="Aptos" w:hAnsi="Aptos" w:cs="Aptos"/>
          <w:lang w:val="fr-FR"/>
        </w:rPr>
        <w:t>acestor</w:t>
      </w:r>
      <w:proofErr w:type="spellEnd"/>
      <w:r w:rsidRPr="00651778">
        <w:rPr>
          <w:rFonts w:ascii="Aptos" w:eastAsia="Aptos" w:hAnsi="Aptos" w:cs="Aptos"/>
          <w:lang w:val="fr-FR"/>
        </w:rPr>
        <w:t xml:space="preserve"> date </w:t>
      </w:r>
      <w:proofErr w:type="spellStart"/>
      <w:r w:rsidRPr="00651778">
        <w:rPr>
          <w:rFonts w:ascii="Aptos" w:eastAsia="Aptos" w:hAnsi="Aptos" w:cs="Aptos"/>
          <w:lang w:val="fr-FR"/>
        </w:rPr>
        <w:t>cuprinse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prezentul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contract</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formularul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proiectului</w:t>
      </w:r>
      <w:proofErr w:type="spellEnd"/>
      <w:r w:rsidRPr="00651778">
        <w:rPr>
          <w:rFonts w:ascii="Aptos" w:eastAsia="Aptos" w:hAnsi="Aptos" w:cs="Aptos"/>
          <w:lang w:val="fr-FR"/>
        </w:rPr>
        <w:t xml:space="preserve"> care face </w:t>
      </w:r>
      <w:proofErr w:type="spellStart"/>
      <w:r w:rsidRPr="00651778">
        <w:rPr>
          <w:rFonts w:ascii="Aptos" w:eastAsia="Aptos" w:hAnsi="Aptos" w:cs="Aptos"/>
          <w:lang w:val="fr-FR"/>
        </w:rPr>
        <w:t>obiectul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prezentului</w:t>
      </w:r>
      <w:proofErr w:type="spellEnd"/>
      <w:r w:rsidRPr="00651778">
        <w:rPr>
          <w:rFonts w:ascii="Aptos" w:eastAsia="Aptos" w:hAnsi="Aptos" w:cs="Aptos"/>
          <w:lang w:val="fr-FR"/>
        </w:rPr>
        <w:t xml:space="preserve"> </w:t>
      </w:r>
      <w:proofErr w:type="spellStart"/>
      <w:proofErr w:type="gramStart"/>
      <w:r w:rsidRPr="00651778">
        <w:rPr>
          <w:rFonts w:ascii="Aptos" w:eastAsia="Aptos" w:hAnsi="Aptos" w:cs="Aptos"/>
          <w:lang w:val="fr-FR"/>
        </w:rPr>
        <w:t>contract</w:t>
      </w:r>
      <w:proofErr w:type="spellEnd"/>
      <w:r w:rsidRPr="00651778">
        <w:rPr>
          <w:rFonts w:ascii="Aptos" w:eastAsia="Aptos" w:hAnsi="Aptos" w:cs="Aptos"/>
          <w:lang w:val="fr-FR"/>
        </w:rPr>
        <w:t>;</w:t>
      </w:r>
      <w:proofErr w:type="gramEnd"/>
      <w:r w:rsidRPr="00651778">
        <w:rPr>
          <w:rFonts w:ascii="Aptos" w:eastAsia="Aptos" w:hAnsi="Aptos" w:cs="Aptos"/>
          <w:lang w:val="fr-FR"/>
        </w:rPr>
        <w:t xml:space="preserve"> </w:t>
      </w:r>
    </w:p>
    <w:p w14:paraId="490C3193" w14:textId="77777777" w:rsidR="00651778" w:rsidRPr="00651778" w:rsidRDefault="00651778" w:rsidP="00651778">
      <w:pPr>
        <w:spacing w:before="240" w:after="240"/>
        <w:rPr>
          <w:lang w:val="fr-FR"/>
        </w:rPr>
      </w:pPr>
      <w:r w:rsidRPr="00651778">
        <w:rPr>
          <w:rFonts w:ascii="Aptos" w:eastAsia="Aptos" w:hAnsi="Aptos" w:cs="Aptos"/>
          <w:lang w:val="fr-FR"/>
        </w:rPr>
        <w:t xml:space="preserve">d) </w:t>
      </w:r>
      <w:proofErr w:type="spellStart"/>
      <w:r w:rsidRPr="00651778">
        <w:rPr>
          <w:rFonts w:ascii="Aptos" w:eastAsia="Aptos" w:hAnsi="Aptos" w:cs="Aptos"/>
          <w:lang w:val="fr-FR"/>
        </w:rPr>
        <w:t>să</w:t>
      </w:r>
      <w:proofErr w:type="spellEnd"/>
      <w:r w:rsidRPr="00651778">
        <w:rPr>
          <w:rFonts w:ascii="Aptos" w:eastAsia="Aptos" w:hAnsi="Aptos" w:cs="Aptos"/>
          <w:lang w:val="fr-FR"/>
        </w:rPr>
        <w:t xml:space="preserve"> nu </w:t>
      </w:r>
      <w:proofErr w:type="spellStart"/>
      <w:r w:rsidRPr="00651778">
        <w:rPr>
          <w:rFonts w:ascii="Aptos" w:eastAsia="Aptos" w:hAnsi="Aptos" w:cs="Aptos"/>
          <w:lang w:val="fr-FR"/>
        </w:rPr>
        <w:t>comunice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nicio</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situaţie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fără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consimţământul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prealabil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scris</w:t>
      </w:r>
      <w:proofErr w:type="spellEnd"/>
      <w:r w:rsidRPr="00651778">
        <w:rPr>
          <w:rFonts w:ascii="Aptos" w:eastAsia="Aptos" w:hAnsi="Aptos" w:cs="Aptos"/>
          <w:lang w:val="fr-FR"/>
        </w:rPr>
        <w:t xml:space="preserve"> al </w:t>
      </w:r>
      <w:proofErr w:type="spellStart"/>
      <w:r w:rsidRPr="00651778">
        <w:rPr>
          <w:rFonts w:ascii="Aptos" w:eastAsia="Aptos" w:hAnsi="Aptos" w:cs="Aptos"/>
          <w:lang w:val="fr-FR"/>
        </w:rPr>
        <w:t>Beneficiarului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informaţii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confidenţiale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aparţinând</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beneficiarului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sau</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obţinute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baza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relaţiilor</w:t>
      </w:r>
      <w:proofErr w:type="spellEnd"/>
      <w:r w:rsidRPr="00651778">
        <w:rPr>
          <w:rFonts w:ascii="Aptos" w:eastAsia="Aptos" w:hAnsi="Aptos" w:cs="Aptos"/>
          <w:lang w:val="fr-FR"/>
        </w:rPr>
        <w:t xml:space="preserve"> </w:t>
      </w:r>
      <w:proofErr w:type="spellStart"/>
      <w:proofErr w:type="gramStart"/>
      <w:r w:rsidRPr="00651778">
        <w:rPr>
          <w:rFonts w:ascii="Aptos" w:eastAsia="Aptos" w:hAnsi="Aptos" w:cs="Aptos"/>
          <w:lang w:val="fr-FR"/>
        </w:rPr>
        <w:t>contractuale</w:t>
      </w:r>
      <w:proofErr w:type="spellEnd"/>
      <w:r w:rsidRPr="00651778">
        <w:rPr>
          <w:rFonts w:ascii="Aptos" w:eastAsia="Aptos" w:hAnsi="Aptos" w:cs="Aptos"/>
          <w:lang w:val="fr-FR"/>
        </w:rPr>
        <w:t>;</w:t>
      </w:r>
      <w:proofErr w:type="gramEnd"/>
      <w:r w:rsidRPr="00651778">
        <w:rPr>
          <w:rFonts w:ascii="Aptos" w:eastAsia="Aptos" w:hAnsi="Aptos" w:cs="Aptos"/>
          <w:lang w:val="fr-FR"/>
        </w:rPr>
        <w:t xml:space="preserve"> </w:t>
      </w:r>
    </w:p>
    <w:p w14:paraId="73D6A985" w14:textId="77777777" w:rsidR="00651778" w:rsidRPr="00651778" w:rsidRDefault="00651778" w:rsidP="00651778">
      <w:pPr>
        <w:spacing w:before="240" w:after="240"/>
        <w:rPr>
          <w:lang w:val="fr-FR"/>
        </w:rPr>
      </w:pPr>
      <w:r w:rsidRPr="00B02214">
        <w:rPr>
          <w:rFonts w:ascii="Aptos" w:eastAsia="Aptos" w:hAnsi="Aptos" w:cs="Aptos"/>
          <w:lang w:val="fr-FR"/>
        </w:rPr>
        <w:t xml:space="preserve">e) </w:t>
      </w:r>
      <w:proofErr w:type="spellStart"/>
      <w:r w:rsidRPr="00B02214">
        <w:rPr>
          <w:rFonts w:ascii="Aptos" w:eastAsia="Aptos" w:hAnsi="Aptos" w:cs="Aptos"/>
          <w:lang w:val="fr-FR"/>
        </w:rPr>
        <w:t>să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aducă</w:t>
      </w:r>
      <w:proofErr w:type="spellEnd"/>
      <w:r w:rsidRPr="00B02214">
        <w:rPr>
          <w:rFonts w:ascii="Aptos" w:eastAsia="Aptos" w:hAnsi="Aptos" w:cs="Aptos"/>
          <w:lang w:val="fr-FR"/>
        </w:rPr>
        <w:t xml:space="preserve"> la </w:t>
      </w:r>
      <w:proofErr w:type="spellStart"/>
      <w:r w:rsidRPr="00B02214">
        <w:rPr>
          <w:rFonts w:ascii="Aptos" w:eastAsia="Aptos" w:hAnsi="Aptos" w:cs="Aptos"/>
          <w:lang w:val="fr-FR"/>
        </w:rPr>
        <w:t>cunoștința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Beneficiarului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orice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informație</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natură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afecteze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executarea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prezentului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contract</w:t>
      </w:r>
      <w:proofErr w:type="spellEnd"/>
      <w:r w:rsidRPr="00B02214">
        <w:rPr>
          <w:rFonts w:ascii="Aptos" w:eastAsia="Aptos" w:hAnsi="Aptos" w:cs="Aptos"/>
          <w:lang w:val="fr-FR"/>
        </w:rPr>
        <w:t>.</w:t>
      </w:r>
    </w:p>
    <w:p w14:paraId="0D323A59" w14:textId="77777777" w:rsidR="00651778" w:rsidRDefault="00651778" w:rsidP="00651778">
      <w:pPr>
        <w:spacing w:before="240" w:after="240"/>
      </w:pPr>
      <w:r w:rsidRPr="64CC6B44">
        <w:rPr>
          <w:rFonts w:ascii="Aptos" w:eastAsia="Aptos" w:hAnsi="Aptos" w:cs="Aptos"/>
        </w:rPr>
        <w:t xml:space="preserve">B. </w:t>
      </w:r>
      <w:proofErr w:type="spellStart"/>
      <w:r w:rsidRPr="64CC6B44">
        <w:rPr>
          <w:rFonts w:ascii="Aptos" w:eastAsia="Aptos" w:hAnsi="Aptos" w:cs="Aptos"/>
        </w:rPr>
        <w:t>Drepturile</w:t>
      </w:r>
      <w:proofErr w:type="spellEnd"/>
      <w:r w:rsidRPr="64CC6B44">
        <w:rPr>
          <w:rFonts w:ascii="Aptos" w:eastAsia="Aptos" w:hAnsi="Aptos" w:cs="Aptos"/>
        </w:rPr>
        <w:t xml:space="preserve"> </w:t>
      </w:r>
      <w:proofErr w:type="spellStart"/>
      <w:r w:rsidRPr="64CC6B44">
        <w:rPr>
          <w:rFonts w:ascii="Aptos" w:eastAsia="Aptos" w:hAnsi="Aptos" w:cs="Aptos"/>
        </w:rPr>
        <w:t>și</w:t>
      </w:r>
      <w:proofErr w:type="spellEnd"/>
      <w:r w:rsidRPr="64CC6B44">
        <w:rPr>
          <w:rFonts w:ascii="Aptos" w:eastAsia="Aptos" w:hAnsi="Aptos" w:cs="Aptos"/>
        </w:rPr>
        <w:t xml:space="preserve"> </w:t>
      </w:r>
      <w:proofErr w:type="spellStart"/>
      <w:r w:rsidRPr="64CC6B44">
        <w:rPr>
          <w:rFonts w:ascii="Aptos" w:eastAsia="Aptos" w:hAnsi="Aptos" w:cs="Aptos"/>
        </w:rPr>
        <w:t>obligaţiile</w:t>
      </w:r>
      <w:proofErr w:type="spellEnd"/>
      <w:r w:rsidRPr="64CC6B44">
        <w:rPr>
          <w:rFonts w:ascii="Aptos" w:eastAsia="Aptos" w:hAnsi="Aptos" w:cs="Aptos"/>
        </w:rPr>
        <w:t xml:space="preserve"> </w:t>
      </w:r>
      <w:proofErr w:type="spellStart"/>
      <w:r w:rsidRPr="64CC6B44">
        <w:rPr>
          <w:rFonts w:ascii="Aptos" w:eastAsia="Aptos" w:hAnsi="Aptos" w:cs="Aptos"/>
        </w:rPr>
        <w:t>Beneficiarului</w:t>
      </w:r>
      <w:proofErr w:type="spellEnd"/>
      <w:r w:rsidRPr="64CC6B44">
        <w:rPr>
          <w:rFonts w:ascii="Aptos" w:eastAsia="Aptos" w:hAnsi="Aptos" w:cs="Aptos"/>
        </w:rPr>
        <w:t>:</w:t>
      </w:r>
    </w:p>
    <w:p w14:paraId="5AF51284" w14:textId="77777777" w:rsidR="00651778" w:rsidRDefault="00651778" w:rsidP="00651778">
      <w:pPr>
        <w:spacing w:before="240" w:after="240"/>
      </w:pPr>
      <w:r w:rsidRPr="4E4CD3FB">
        <w:rPr>
          <w:rFonts w:ascii="Aptos" w:eastAsia="Aptos" w:hAnsi="Aptos" w:cs="Aptos"/>
        </w:rPr>
        <w:t xml:space="preserve">Art. 13. </w:t>
      </w:r>
      <w:proofErr w:type="spellStart"/>
      <w:r w:rsidRPr="4E4CD3FB">
        <w:rPr>
          <w:rFonts w:ascii="Aptos" w:eastAsia="Aptos" w:hAnsi="Aptos" w:cs="Aptos"/>
        </w:rPr>
        <w:t>Beneficiarul</w:t>
      </w:r>
      <w:proofErr w:type="spellEnd"/>
      <w:r w:rsidRPr="4E4CD3FB">
        <w:rPr>
          <w:rFonts w:ascii="Aptos" w:eastAsia="Aptos" w:hAnsi="Aptos" w:cs="Aptos"/>
        </w:rPr>
        <w:t xml:space="preserve"> are </w:t>
      </w:r>
      <w:proofErr w:type="spellStart"/>
      <w:r w:rsidRPr="4E4CD3FB">
        <w:rPr>
          <w:rFonts w:ascii="Aptos" w:eastAsia="Aptos" w:hAnsi="Aptos" w:cs="Aptos"/>
        </w:rPr>
        <w:t>următoarele</w:t>
      </w:r>
      <w:proofErr w:type="spellEnd"/>
      <w:r w:rsidRPr="4E4CD3FB">
        <w:rPr>
          <w:rFonts w:ascii="Aptos" w:eastAsia="Aptos" w:hAnsi="Aptos" w:cs="Aptos"/>
        </w:rPr>
        <w:t xml:space="preserve"> </w:t>
      </w:r>
      <w:proofErr w:type="spellStart"/>
      <w:r w:rsidRPr="4E4CD3FB">
        <w:rPr>
          <w:rFonts w:ascii="Aptos" w:eastAsia="Aptos" w:hAnsi="Aptos" w:cs="Aptos"/>
        </w:rPr>
        <w:t>drepturi</w:t>
      </w:r>
      <w:proofErr w:type="spellEnd"/>
      <w:r w:rsidRPr="4E4CD3FB">
        <w:rPr>
          <w:rFonts w:ascii="Aptos" w:eastAsia="Aptos" w:hAnsi="Aptos" w:cs="Aptos"/>
        </w:rPr>
        <w:t xml:space="preserve">: </w:t>
      </w:r>
    </w:p>
    <w:p w14:paraId="06D435E9" w14:textId="77777777" w:rsidR="00651778" w:rsidRDefault="00651778" w:rsidP="00651778">
      <w:pPr>
        <w:spacing w:before="240" w:after="240"/>
      </w:pPr>
      <w:r w:rsidRPr="00B02214">
        <w:rPr>
          <w:rFonts w:ascii="Aptos" w:eastAsia="Aptos" w:hAnsi="Aptos" w:cs="Aptos"/>
        </w:rPr>
        <w:lastRenderedPageBreak/>
        <w:t xml:space="preserve">a) </w:t>
      </w:r>
      <w:proofErr w:type="spellStart"/>
      <w:r w:rsidRPr="00B02214">
        <w:rPr>
          <w:rFonts w:ascii="Aptos" w:eastAsia="Aptos" w:hAnsi="Aptos" w:cs="Aptos"/>
        </w:rPr>
        <w:t>să</w:t>
      </w:r>
      <w:proofErr w:type="spellEnd"/>
      <w:r w:rsidRPr="00B02214">
        <w:rPr>
          <w:rFonts w:ascii="Aptos" w:eastAsia="Aptos" w:hAnsi="Aptos" w:cs="Aptos"/>
        </w:rPr>
        <w:t xml:space="preserve"> </w:t>
      </w:r>
      <w:proofErr w:type="spellStart"/>
      <w:r w:rsidRPr="00B02214">
        <w:rPr>
          <w:rFonts w:ascii="Aptos" w:eastAsia="Aptos" w:hAnsi="Aptos" w:cs="Aptos"/>
        </w:rPr>
        <w:t>utilizeze</w:t>
      </w:r>
      <w:proofErr w:type="spellEnd"/>
      <w:r w:rsidRPr="00B02214">
        <w:rPr>
          <w:rFonts w:ascii="Aptos" w:eastAsia="Aptos" w:hAnsi="Aptos" w:cs="Aptos"/>
        </w:rPr>
        <w:t xml:space="preserve"> pe </w:t>
      </w:r>
      <w:proofErr w:type="spellStart"/>
      <w:r w:rsidRPr="00B02214">
        <w:rPr>
          <w:rFonts w:ascii="Aptos" w:eastAsia="Aptos" w:hAnsi="Aptos" w:cs="Aptos"/>
        </w:rPr>
        <w:t>perioadă</w:t>
      </w:r>
      <w:proofErr w:type="spellEnd"/>
      <w:r w:rsidRPr="00B02214">
        <w:rPr>
          <w:rFonts w:ascii="Aptos" w:eastAsia="Aptos" w:hAnsi="Aptos" w:cs="Aptos"/>
        </w:rPr>
        <w:t xml:space="preserve"> </w:t>
      </w:r>
      <w:proofErr w:type="spellStart"/>
      <w:r w:rsidRPr="00B02214">
        <w:rPr>
          <w:rFonts w:ascii="Aptos" w:eastAsia="Aptos" w:hAnsi="Aptos" w:cs="Aptos"/>
        </w:rPr>
        <w:t>nelimitată</w:t>
      </w:r>
      <w:proofErr w:type="spellEnd"/>
      <w:r w:rsidRPr="00B02214">
        <w:rPr>
          <w:rFonts w:ascii="Aptos" w:eastAsia="Aptos" w:hAnsi="Aptos" w:cs="Aptos"/>
        </w:rPr>
        <w:t xml:space="preserve">, </w:t>
      </w:r>
      <w:proofErr w:type="spellStart"/>
      <w:r w:rsidRPr="00B02214">
        <w:rPr>
          <w:rFonts w:ascii="Aptos" w:eastAsia="Aptos" w:hAnsi="Aptos" w:cs="Aptos"/>
        </w:rPr>
        <w:t>fără</w:t>
      </w:r>
      <w:proofErr w:type="spellEnd"/>
      <w:r w:rsidRPr="00B02214">
        <w:rPr>
          <w:rFonts w:ascii="Aptos" w:eastAsia="Aptos" w:hAnsi="Aptos" w:cs="Aptos"/>
        </w:rPr>
        <w:t xml:space="preserve"> </w:t>
      </w:r>
      <w:proofErr w:type="spellStart"/>
      <w:proofErr w:type="gramStart"/>
      <w:r w:rsidRPr="00B02214">
        <w:rPr>
          <w:rFonts w:ascii="Aptos" w:eastAsia="Aptos" w:hAnsi="Aptos" w:cs="Aptos"/>
        </w:rPr>
        <w:t>consultarea</w:t>
      </w:r>
      <w:proofErr w:type="spellEnd"/>
      <w:r w:rsidRPr="00B02214">
        <w:rPr>
          <w:rFonts w:ascii="Aptos" w:eastAsia="Aptos" w:hAnsi="Aptos" w:cs="Aptos"/>
        </w:rPr>
        <w:t xml:space="preserve">  </w:t>
      </w:r>
      <w:proofErr w:type="spellStart"/>
      <w:r w:rsidRPr="00B02214">
        <w:rPr>
          <w:rFonts w:ascii="Aptos" w:eastAsia="Aptos" w:hAnsi="Aptos" w:cs="Aptos"/>
        </w:rPr>
        <w:t>Municipiului</w:t>
      </w:r>
      <w:proofErr w:type="spellEnd"/>
      <w:proofErr w:type="gramEnd"/>
      <w:r w:rsidRPr="00B02214">
        <w:rPr>
          <w:rFonts w:ascii="Aptos" w:eastAsia="Aptos" w:hAnsi="Aptos" w:cs="Aptos"/>
        </w:rPr>
        <w:t xml:space="preserve"> </w:t>
      </w:r>
      <w:proofErr w:type="spellStart"/>
      <w:r w:rsidRPr="00B02214">
        <w:rPr>
          <w:rFonts w:ascii="Aptos" w:eastAsia="Aptos" w:hAnsi="Aptos" w:cs="Aptos"/>
        </w:rPr>
        <w:t>Timișoara</w:t>
      </w:r>
      <w:proofErr w:type="spellEnd"/>
      <w:r w:rsidRPr="00B02214">
        <w:rPr>
          <w:rFonts w:ascii="Aptos" w:eastAsia="Aptos" w:hAnsi="Aptos" w:cs="Aptos"/>
        </w:rPr>
        <w:t xml:space="preserve">, </w:t>
      </w:r>
      <w:proofErr w:type="spellStart"/>
      <w:r w:rsidRPr="00B02214">
        <w:rPr>
          <w:rFonts w:ascii="Aptos" w:eastAsia="Aptos" w:hAnsi="Aptos" w:cs="Aptos"/>
        </w:rPr>
        <w:t>în</w:t>
      </w:r>
      <w:proofErr w:type="spellEnd"/>
      <w:r w:rsidRPr="00B02214">
        <w:rPr>
          <w:rFonts w:ascii="Aptos" w:eastAsia="Aptos" w:hAnsi="Aptos" w:cs="Aptos"/>
        </w:rPr>
        <w:t xml:space="preserve"> </w:t>
      </w:r>
      <w:proofErr w:type="spellStart"/>
      <w:r w:rsidRPr="00B02214">
        <w:rPr>
          <w:rFonts w:ascii="Aptos" w:eastAsia="Aptos" w:hAnsi="Aptos" w:cs="Aptos"/>
        </w:rPr>
        <w:t>toate</w:t>
      </w:r>
      <w:proofErr w:type="spellEnd"/>
      <w:r w:rsidRPr="00B02214">
        <w:rPr>
          <w:rFonts w:ascii="Aptos" w:eastAsia="Aptos" w:hAnsi="Aptos" w:cs="Aptos"/>
        </w:rPr>
        <w:t xml:space="preserve"> </w:t>
      </w:r>
      <w:proofErr w:type="spellStart"/>
      <w:r w:rsidRPr="00B02214">
        <w:rPr>
          <w:rFonts w:ascii="Aptos" w:eastAsia="Aptos" w:hAnsi="Aptos" w:cs="Aptos"/>
        </w:rPr>
        <w:t>materialele</w:t>
      </w:r>
      <w:proofErr w:type="spellEnd"/>
      <w:r w:rsidRPr="00B02214">
        <w:rPr>
          <w:rFonts w:ascii="Aptos" w:eastAsia="Aptos" w:hAnsi="Aptos" w:cs="Aptos"/>
        </w:rPr>
        <w:t xml:space="preserve"> de </w:t>
      </w:r>
      <w:proofErr w:type="spellStart"/>
      <w:r w:rsidRPr="00B02214">
        <w:rPr>
          <w:rFonts w:ascii="Aptos" w:eastAsia="Aptos" w:hAnsi="Aptos" w:cs="Aptos"/>
        </w:rPr>
        <w:t>comunicare</w:t>
      </w:r>
      <w:proofErr w:type="spellEnd"/>
      <w:r w:rsidRPr="00B02214">
        <w:rPr>
          <w:rFonts w:ascii="Aptos" w:eastAsia="Aptos" w:hAnsi="Aptos" w:cs="Aptos"/>
        </w:rPr>
        <w:t xml:space="preserve"> </w:t>
      </w:r>
      <w:proofErr w:type="spellStart"/>
      <w:r w:rsidRPr="00B02214">
        <w:rPr>
          <w:rFonts w:ascii="Aptos" w:eastAsia="Aptos" w:hAnsi="Aptos" w:cs="Aptos"/>
        </w:rPr>
        <w:t>privind</w:t>
      </w:r>
      <w:proofErr w:type="spellEnd"/>
      <w:r w:rsidRPr="00B02214">
        <w:rPr>
          <w:rFonts w:ascii="Aptos" w:eastAsia="Aptos" w:hAnsi="Aptos" w:cs="Aptos"/>
        </w:rPr>
        <w:t xml:space="preserve"> </w:t>
      </w:r>
      <w:proofErr w:type="spellStart"/>
      <w:r w:rsidRPr="00B02214">
        <w:rPr>
          <w:rFonts w:ascii="Aptos" w:eastAsia="Aptos" w:hAnsi="Aptos" w:cs="Aptos"/>
        </w:rPr>
        <w:t>activitatea</w:t>
      </w:r>
      <w:proofErr w:type="spellEnd"/>
      <w:r w:rsidRPr="00B02214">
        <w:rPr>
          <w:rFonts w:ascii="Aptos" w:eastAsia="Aptos" w:hAnsi="Aptos" w:cs="Aptos"/>
        </w:rPr>
        <w:t xml:space="preserve"> </w:t>
      </w:r>
      <w:proofErr w:type="spellStart"/>
      <w:r w:rsidRPr="00B02214">
        <w:rPr>
          <w:rFonts w:ascii="Aptos" w:eastAsia="Aptos" w:hAnsi="Aptos" w:cs="Aptos"/>
        </w:rPr>
        <w:t>sa</w:t>
      </w:r>
      <w:proofErr w:type="spellEnd"/>
      <w:r w:rsidRPr="00B02214">
        <w:rPr>
          <w:rFonts w:ascii="Aptos" w:eastAsia="Aptos" w:hAnsi="Aptos" w:cs="Aptos"/>
        </w:rPr>
        <w:t xml:space="preserve">, </w:t>
      </w:r>
      <w:proofErr w:type="spellStart"/>
      <w:r w:rsidRPr="00B02214">
        <w:rPr>
          <w:rFonts w:ascii="Aptos" w:eastAsia="Aptos" w:hAnsi="Aptos" w:cs="Aptos"/>
        </w:rPr>
        <w:t>informații</w:t>
      </w:r>
      <w:proofErr w:type="spellEnd"/>
      <w:r w:rsidRPr="00B02214">
        <w:rPr>
          <w:rFonts w:ascii="Aptos" w:eastAsia="Aptos" w:hAnsi="Aptos" w:cs="Aptos"/>
        </w:rPr>
        <w:t xml:space="preserve"> pe </w:t>
      </w:r>
      <w:proofErr w:type="spellStart"/>
      <w:r w:rsidRPr="00B02214">
        <w:rPr>
          <w:rFonts w:ascii="Aptos" w:eastAsia="Aptos" w:hAnsi="Aptos" w:cs="Aptos"/>
        </w:rPr>
        <w:t>orice</w:t>
      </w:r>
      <w:proofErr w:type="spellEnd"/>
      <w:r w:rsidRPr="00B02214">
        <w:rPr>
          <w:rFonts w:ascii="Aptos" w:eastAsia="Aptos" w:hAnsi="Aptos" w:cs="Aptos"/>
        </w:rPr>
        <w:t xml:space="preserve"> </w:t>
      </w:r>
      <w:proofErr w:type="spellStart"/>
      <w:r w:rsidRPr="00B02214">
        <w:rPr>
          <w:rFonts w:ascii="Aptos" w:eastAsia="Aptos" w:hAnsi="Aptos" w:cs="Aptos"/>
        </w:rPr>
        <w:t>suport</w:t>
      </w:r>
      <w:proofErr w:type="spellEnd"/>
      <w:r w:rsidRPr="00B02214">
        <w:rPr>
          <w:rFonts w:ascii="Aptos" w:eastAsia="Aptos" w:hAnsi="Aptos" w:cs="Aptos"/>
        </w:rPr>
        <w:t xml:space="preserve"> </w:t>
      </w:r>
      <w:proofErr w:type="spellStart"/>
      <w:r w:rsidRPr="00B02214">
        <w:rPr>
          <w:rFonts w:ascii="Aptos" w:eastAsia="Aptos" w:hAnsi="Aptos" w:cs="Aptos"/>
        </w:rPr>
        <w:t>privind</w:t>
      </w:r>
      <w:proofErr w:type="spellEnd"/>
      <w:r w:rsidRPr="00B02214">
        <w:rPr>
          <w:rFonts w:ascii="Aptos" w:eastAsia="Aptos" w:hAnsi="Aptos" w:cs="Aptos"/>
        </w:rPr>
        <w:t xml:space="preserve"> </w:t>
      </w:r>
      <w:proofErr w:type="spellStart"/>
      <w:r w:rsidRPr="00B02214">
        <w:rPr>
          <w:rFonts w:ascii="Aptos" w:eastAsia="Aptos" w:hAnsi="Aptos" w:cs="Aptos"/>
        </w:rPr>
        <w:t>proiectul</w:t>
      </w:r>
      <w:proofErr w:type="spellEnd"/>
      <w:r w:rsidRPr="00B02214">
        <w:rPr>
          <w:rFonts w:ascii="Aptos" w:eastAsia="Aptos" w:hAnsi="Aptos" w:cs="Aptos"/>
        </w:rPr>
        <w:t xml:space="preserve"> care face </w:t>
      </w:r>
      <w:proofErr w:type="spellStart"/>
      <w:r w:rsidRPr="00B02214">
        <w:rPr>
          <w:rFonts w:ascii="Aptos" w:eastAsia="Aptos" w:hAnsi="Aptos" w:cs="Aptos"/>
        </w:rPr>
        <w:t>obiectul</w:t>
      </w:r>
      <w:proofErr w:type="spellEnd"/>
      <w:r w:rsidRPr="00B02214">
        <w:rPr>
          <w:rFonts w:ascii="Aptos" w:eastAsia="Aptos" w:hAnsi="Aptos" w:cs="Aptos"/>
        </w:rPr>
        <w:t xml:space="preserve"> </w:t>
      </w:r>
      <w:proofErr w:type="spellStart"/>
      <w:r w:rsidRPr="00B02214">
        <w:rPr>
          <w:rFonts w:ascii="Aptos" w:eastAsia="Aptos" w:hAnsi="Aptos" w:cs="Aptos"/>
        </w:rPr>
        <w:t>prezentului</w:t>
      </w:r>
      <w:proofErr w:type="spellEnd"/>
      <w:r w:rsidRPr="00B02214">
        <w:rPr>
          <w:rFonts w:ascii="Aptos" w:eastAsia="Aptos" w:hAnsi="Aptos" w:cs="Aptos"/>
        </w:rPr>
        <w:t xml:space="preserve"> contract, </w:t>
      </w:r>
      <w:proofErr w:type="spellStart"/>
      <w:r w:rsidRPr="00B02214">
        <w:rPr>
          <w:rFonts w:ascii="Aptos" w:eastAsia="Aptos" w:hAnsi="Aptos" w:cs="Aptos"/>
        </w:rPr>
        <w:t>fără</w:t>
      </w:r>
      <w:proofErr w:type="spellEnd"/>
      <w:r w:rsidRPr="00B02214">
        <w:rPr>
          <w:rFonts w:ascii="Aptos" w:eastAsia="Aptos" w:hAnsi="Aptos" w:cs="Aptos"/>
        </w:rPr>
        <w:t xml:space="preserve"> </w:t>
      </w:r>
      <w:proofErr w:type="spellStart"/>
      <w:r w:rsidRPr="00B02214">
        <w:rPr>
          <w:rFonts w:ascii="Aptos" w:eastAsia="Aptos" w:hAnsi="Aptos" w:cs="Aptos"/>
        </w:rPr>
        <w:t>alte</w:t>
      </w:r>
      <w:proofErr w:type="spellEnd"/>
      <w:r w:rsidRPr="00B02214">
        <w:rPr>
          <w:rFonts w:ascii="Aptos" w:eastAsia="Aptos" w:hAnsi="Aptos" w:cs="Aptos"/>
        </w:rPr>
        <w:t xml:space="preserve"> </w:t>
      </w:r>
      <w:proofErr w:type="spellStart"/>
      <w:r w:rsidRPr="00B02214">
        <w:rPr>
          <w:rFonts w:ascii="Aptos" w:eastAsia="Aptos" w:hAnsi="Aptos" w:cs="Aptos"/>
        </w:rPr>
        <w:t>obligații</w:t>
      </w:r>
      <w:proofErr w:type="spellEnd"/>
      <w:r w:rsidRPr="00B02214">
        <w:rPr>
          <w:rFonts w:ascii="Aptos" w:eastAsia="Aptos" w:hAnsi="Aptos" w:cs="Aptos"/>
        </w:rPr>
        <w:t xml:space="preserve"> </w:t>
      </w:r>
      <w:proofErr w:type="spellStart"/>
      <w:r w:rsidRPr="00B02214">
        <w:rPr>
          <w:rFonts w:ascii="Aptos" w:eastAsia="Aptos" w:hAnsi="Aptos" w:cs="Aptos"/>
        </w:rPr>
        <w:t>financiare</w:t>
      </w:r>
      <w:proofErr w:type="spellEnd"/>
      <w:r w:rsidRPr="00B02214">
        <w:rPr>
          <w:rFonts w:ascii="Aptos" w:eastAsia="Aptos" w:hAnsi="Aptos" w:cs="Aptos"/>
        </w:rPr>
        <w:t xml:space="preserve">, cu </w:t>
      </w:r>
      <w:proofErr w:type="spellStart"/>
      <w:r w:rsidRPr="00B02214">
        <w:rPr>
          <w:rFonts w:ascii="Aptos" w:eastAsia="Aptos" w:hAnsi="Aptos" w:cs="Aptos"/>
        </w:rPr>
        <w:t>menționarea</w:t>
      </w:r>
      <w:proofErr w:type="spellEnd"/>
      <w:r w:rsidRPr="00B02214">
        <w:rPr>
          <w:rFonts w:ascii="Aptos" w:eastAsia="Aptos" w:hAnsi="Aptos" w:cs="Aptos"/>
        </w:rPr>
        <w:t xml:space="preserve"> </w:t>
      </w:r>
      <w:proofErr w:type="spellStart"/>
      <w:r w:rsidRPr="00B02214">
        <w:rPr>
          <w:rFonts w:ascii="Aptos" w:eastAsia="Aptos" w:hAnsi="Aptos" w:cs="Aptos"/>
        </w:rPr>
        <w:t>autorilor</w:t>
      </w:r>
      <w:proofErr w:type="spellEnd"/>
      <w:r w:rsidRPr="00B02214">
        <w:rPr>
          <w:rFonts w:ascii="Aptos" w:eastAsia="Aptos" w:hAnsi="Aptos" w:cs="Aptos"/>
        </w:rPr>
        <w:t xml:space="preserve"> </w:t>
      </w:r>
      <w:proofErr w:type="spellStart"/>
      <w:r w:rsidRPr="00B02214">
        <w:rPr>
          <w:rFonts w:ascii="Aptos" w:eastAsia="Aptos" w:hAnsi="Aptos" w:cs="Aptos"/>
        </w:rPr>
        <w:t>implicați</w:t>
      </w:r>
      <w:proofErr w:type="spellEnd"/>
      <w:r w:rsidRPr="00B02214">
        <w:rPr>
          <w:rFonts w:ascii="Aptos" w:eastAsia="Aptos" w:hAnsi="Aptos" w:cs="Aptos"/>
        </w:rPr>
        <w:t xml:space="preserve"> </w:t>
      </w:r>
      <w:proofErr w:type="spellStart"/>
      <w:r w:rsidRPr="00B02214">
        <w:rPr>
          <w:rFonts w:ascii="Aptos" w:eastAsia="Aptos" w:hAnsi="Aptos" w:cs="Aptos"/>
        </w:rPr>
        <w:t>în</w:t>
      </w:r>
      <w:proofErr w:type="spellEnd"/>
      <w:r w:rsidRPr="00B02214">
        <w:rPr>
          <w:rFonts w:ascii="Aptos" w:eastAsia="Aptos" w:hAnsi="Aptos" w:cs="Aptos"/>
        </w:rPr>
        <w:t xml:space="preserve"> </w:t>
      </w:r>
      <w:proofErr w:type="spellStart"/>
      <w:r w:rsidRPr="00B02214">
        <w:rPr>
          <w:rFonts w:ascii="Aptos" w:eastAsia="Aptos" w:hAnsi="Aptos" w:cs="Aptos"/>
        </w:rPr>
        <w:t>proiect</w:t>
      </w:r>
      <w:proofErr w:type="spellEnd"/>
      <w:r w:rsidRPr="00B02214">
        <w:rPr>
          <w:rFonts w:ascii="Aptos" w:eastAsia="Aptos" w:hAnsi="Aptos" w:cs="Aptos"/>
        </w:rPr>
        <w:t xml:space="preserve"> </w:t>
      </w:r>
      <w:proofErr w:type="spellStart"/>
      <w:r w:rsidRPr="00B02214">
        <w:rPr>
          <w:rFonts w:ascii="Aptos" w:eastAsia="Aptos" w:hAnsi="Aptos" w:cs="Aptos"/>
        </w:rPr>
        <w:t>și</w:t>
      </w:r>
      <w:proofErr w:type="spellEnd"/>
      <w:r w:rsidRPr="00B02214">
        <w:rPr>
          <w:rFonts w:ascii="Aptos" w:eastAsia="Aptos" w:hAnsi="Aptos" w:cs="Aptos"/>
        </w:rPr>
        <w:t xml:space="preserve"> a </w:t>
      </w:r>
      <w:proofErr w:type="spellStart"/>
      <w:r w:rsidRPr="00B02214">
        <w:rPr>
          <w:rFonts w:ascii="Aptos" w:eastAsia="Aptos" w:hAnsi="Aptos" w:cs="Aptos"/>
        </w:rPr>
        <w:t>finanțatorului</w:t>
      </w:r>
      <w:proofErr w:type="spellEnd"/>
      <w:r w:rsidRPr="00B02214">
        <w:rPr>
          <w:rFonts w:ascii="Aptos" w:eastAsia="Aptos" w:hAnsi="Aptos" w:cs="Aptos"/>
        </w:rPr>
        <w:t xml:space="preserve">; </w:t>
      </w:r>
    </w:p>
    <w:p w14:paraId="1624EAF6" w14:textId="77777777" w:rsidR="00651778" w:rsidRDefault="00651778" w:rsidP="00651778">
      <w:pPr>
        <w:spacing w:before="240" w:after="240"/>
      </w:pPr>
      <w:r w:rsidRPr="00B02214">
        <w:rPr>
          <w:rFonts w:ascii="Aptos" w:eastAsia="Aptos" w:hAnsi="Aptos" w:cs="Aptos"/>
        </w:rPr>
        <w:t xml:space="preserve">b) </w:t>
      </w:r>
      <w:proofErr w:type="spellStart"/>
      <w:r w:rsidRPr="00B02214">
        <w:rPr>
          <w:rFonts w:ascii="Aptos" w:eastAsia="Aptos" w:hAnsi="Aptos" w:cs="Aptos"/>
        </w:rPr>
        <w:t>să</w:t>
      </w:r>
      <w:proofErr w:type="spellEnd"/>
      <w:r w:rsidRPr="00B02214">
        <w:rPr>
          <w:rFonts w:ascii="Aptos" w:eastAsia="Aptos" w:hAnsi="Aptos" w:cs="Aptos"/>
        </w:rPr>
        <w:t xml:space="preserve"> </w:t>
      </w:r>
      <w:proofErr w:type="spellStart"/>
      <w:r w:rsidRPr="00B02214">
        <w:rPr>
          <w:rFonts w:ascii="Aptos" w:eastAsia="Aptos" w:hAnsi="Aptos" w:cs="Aptos"/>
        </w:rPr>
        <w:t>obțină</w:t>
      </w:r>
      <w:proofErr w:type="spellEnd"/>
      <w:r w:rsidRPr="00B02214">
        <w:rPr>
          <w:rFonts w:ascii="Aptos" w:eastAsia="Aptos" w:hAnsi="Aptos" w:cs="Aptos"/>
        </w:rPr>
        <w:t xml:space="preserve"> de la </w:t>
      </w:r>
      <w:proofErr w:type="spellStart"/>
      <w:r w:rsidRPr="00B02214">
        <w:rPr>
          <w:rFonts w:ascii="Aptos" w:eastAsia="Aptos" w:hAnsi="Aptos" w:cs="Aptos"/>
        </w:rPr>
        <w:t>autoritatea</w:t>
      </w:r>
      <w:proofErr w:type="spellEnd"/>
      <w:r w:rsidRPr="00B02214">
        <w:rPr>
          <w:rFonts w:ascii="Aptos" w:eastAsia="Aptos" w:hAnsi="Aptos" w:cs="Aptos"/>
        </w:rPr>
        <w:t xml:space="preserve"> </w:t>
      </w:r>
      <w:proofErr w:type="spellStart"/>
      <w:r w:rsidRPr="00B02214">
        <w:rPr>
          <w:rFonts w:ascii="Aptos" w:eastAsia="Aptos" w:hAnsi="Aptos" w:cs="Aptos"/>
        </w:rPr>
        <w:t>finanțatoare</w:t>
      </w:r>
      <w:proofErr w:type="spellEnd"/>
      <w:r w:rsidRPr="00B02214">
        <w:rPr>
          <w:rFonts w:ascii="Aptos" w:eastAsia="Aptos" w:hAnsi="Aptos" w:cs="Aptos"/>
        </w:rPr>
        <w:t xml:space="preserve"> </w:t>
      </w:r>
      <w:proofErr w:type="spellStart"/>
      <w:r w:rsidRPr="00B02214">
        <w:rPr>
          <w:rFonts w:ascii="Aptos" w:eastAsia="Aptos" w:hAnsi="Aptos" w:cs="Aptos"/>
        </w:rPr>
        <w:t>și</w:t>
      </w:r>
      <w:proofErr w:type="spellEnd"/>
      <w:r w:rsidRPr="00B02214">
        <w:rPr>
          <w:rFonts w:ascii="Aptos" w:eastAsia="Aptos" w:hAnsi="Aptos" w:cs="Aptos"/>
        </w:rPr>
        <w:t xml:space="preserve"> </w:t>
      </w:r>
      <w:proofErr w:type="spellStart"/>
      <w:r w:rsidRPr="00B02214">
        <w:rPr>
          <w:rFonts w:ascii="Aptos" w:eastAsia="Aptos" w:hAnsi="Aptos" w:cs="Aptos"/>
        </w:rPr>
        <w:t>să</w:t>
      </w:r>
      <w:proofErr w:type="spellEnd"/>
      <w:r w:rsidRPr="00B02214">
        <w:rPr>
          <w:rFonts w:ascii="Aptos" w:eastAsia="Aptos" w:hAnsi="Aptos" w:cs="Aptos"/>
        </w:rPr>
        <w:t xml:space="preserve"> </w:t>
      </w:r>
      <w:proofErr w:type="spellStart"/>
      <w:r w:rsidRPr="00B02214">
        <w:rPr>
          <w:rFonts w:ascii="Aptos" w:eastAsia="Aptos" w:hAnsi="Aptos" w:cs="Aptos"/>
        </w:rPr>
        <w:t>utilizeze</w:t>
      </w:r>
      <w:proofErr w:type="spellEnd"/>
      <w:r w:rsidRPr="00B02214">
        <w:rPr>
          <w:rFonts w:ascii="Aptos" w:eastAsia="Aptos" w:hAnsi="Aptos" w:cs="Aptos"/>
        </w:rPr>
        <w:t xml:space="preserve"> </w:t>
      </w:r>
      <w:proofErr w:type="spellStart"/>
      <w:r w:rsidRPr="00B02214">
        <w:rPr>
          <w:rFonts w:ascii="Aptos" w:eastAsia="Aptos" w:hAnsi="Aptos" w:cs="Aptos"/>
        </w:rPr>
        <w:t>elementele</w:t>
      </w:r>
      <w:proofErr w:type="spellEnd"/>
      <w:r w:rsidRPr="00B02214">
        <w:rPr>
          <w:rFonts w:ascii="Aptos" w:eastAsia="Aptos" w:hAnsi="Aptos" w:cs="Aptos"/>
        </w:rPr>
        <w:t xml:space="preserve"> de </w:t>
      </w:r>
      <w:proofErr w:type="spellStart"/>
      <w:r w:rsidRPr="00B02214">
        <w:rPr>
          <w:rFonts w:ascii="Aptos" w:eastAsia="Aptos" w:hAnsi="Aptos" w:cs="Aptos"/>
        </w:rPr>
        <w:t>identitate</w:t>
      </w:r>
      <w:proofErr w:type="spellEnd"/>
      <w:r w:rsidRPr="00B02214">
        <w:rPr>
          <w:rFonts w:ascii="Aptos" w:eastAsia="Aptos" w:hAnsi="Aptos" w:cs="Aptos"/>
        </w:rPr>
        <w:t xml:space="preserve"> </w:t>
      </w:r>
      <w:proofErr w:type="spellStart"/>
      <w:r w:rsidRPr="00B02214">
        <w:rPr>
          <w:rFonts w:ascii="Aptos" w:eastAsia="Aptos" w:hAnsi="Aptos" w:cs="Aptos"/>
        </w:rPr>
        <w:t>vizuală</w:t>
      </w:r>
      <w:proofErr w:type="spellEnd"/>
      <w:r w:rsidRPr="00B02214">
        <w:rPr>
          <w:rFonts w:ascii="Aptos" w:eastAsia="Aptos" w:hAnsi="Aptos" w:cs="Aptos"/>
        </w:rPr>
        <w:t xml:space="preserve"> ale </w:t>
      </w:r>
      <w:proofErr w:type="spellStart"/>
      <w:r w:rsidRPr="00B02214">
        <w:rPr>
          <w:rFonts w:ascii="Aptos" w:eastAsia="Aptos" w:hAnsi="Aptos" w:cs="Aptos"/>
        </w:rPr>
        <w:t>programului</w:t>
      </w:r>
      <w:proofErr w:type="spellEnd"/>
      <w:r w:rsidRPr="00B02214">
        <w:rPr>
          <w:rFonts w:ascii="Aptos" w:eastAsia="Aptos" w:hAnsi="Aptos" w:cs="Aptos"/>
        </w:rPr>
        <w:t xml:space="preserve"> de </w:t>
      </w:r>
      <w:proofErr w:type="spellStart"/>
      <w:r w:rsidRPr="00B02214">
        <w:rPr>
          <w:rFonts w:ascii="Aptos" w:eastAsia="Aptos" w:hAnsi="Aptos" w:cs="Aptos"/>
        </w:rPr>
        <w:t>finanțare</w:t>
      </w:r>
      <w:proofErr w:type="spellEnd"/>
      <w:r w:rsidRPr="00B02214">
        <w:rPr>
          <w:rFonts w:ascii="Aptos" w:eastAsia="Aptos" w:hAnsi="Aptos" w:cs="Aptos"/>
        </w:rPr>
        <w:t xml:space="preserve"> </w:t>
      </w:r>
      <w:proofErr w:type="spellStart"/>
      <w:r w:rsidRPr="00B02214">
        <w:rPr>
          <w:rFonts w:ascii="Aptos" w:eastAsia="Aptos" w:hAnsi="Aptos" w:cs="Aptos"/>
        </w:rPr>
        <w:t>în</w:t>
      </w:r>
      <w:proofErr w:type="spellEnd"/>
      <w:r w:rsidRPr="00B02214">
        <w:rPr>
          <w:rFonts w:ascii="Aptos" w:eastAsia="Aptos" w:hAnsi="Aptos" w:cs="Aptos"/>
        </w:rPr>
        <w:t xml:space="preserve"> format digital </w:t>
      </w:r>
      <w:proofErr w:type="spellStart"/>
      <w:r w:rsidRPr="00B02214">
        <w:rPr>
          <w:rFonts w:ascii="Aptos" w:eastAsia="Aptos" w:hAnsi="Aptos" w:cs="Aptos"/>
        </w:rPr>
        <w:t>și</w:t>
      </w:r>
      <w:proofErr w:type="spellEnd"/>
      <w:r w:rsidRPr="00B02214">
        <w:rPr>
          <w:rFonts w:ascii="Aptos" w:eastAsia="Aptos" w:hAnsi="Aptos" w:cs="Aptos"/>
        </w:rPr>
        <w:t xml:space="preserve"> </w:t>
      </w:r>
      <w:proofErr w:type="spellStart"/>
      <w:r w:rsidRPr="00B02214">
        <w:rPr>
          <w:rFonts w:ascii="Aptos" w:eastAsia="Aptos" w:hAnsi="Aptos" w:cs="Aptos"/>
        </w:rPr>
        <w:t>fizic</w:t>
      </w:r>
      <w:proofErr w:type="spellEnd"/>
      <w:r w:rsidRPr="00B02214">
        <w:rPr>
          <w:rFonts w:ascii="Aptos" w:eastAsia="Aptos" w:hAnsi="Aptos" w:cs="Aptos"/>
        </w:rPr>
        <w:t xml:space="preserve">, </w:t>
      </w:r>
      <w:proofErr w:type="spellStart"/>
      <w:r w:rsidRPr="00B02214">
        <w:rPr>
          <w:rFonts w:ascii="Aptos" w:eastAsia="Aptos" w:hAnsi="Aptos" w:cs="Aptos"/>
        </w:rPr>
        <w:t>după</w:t>
      </w:r>
      <w:proofErr w:type="spellEnd"/>
      <w:r w:rsidRPr="00B02214">
        <w:rPr>
          <w:rFonts w:ascii="Aptos" w:eastAsia="Aptos" w:hAnsi="Aptos" w:cs="Aptos"/>
        </w:rPr>
        <w:t xml:space="preserve"> </w:t>
      </w:r>
      <w:proofErr w:type="spellStart"/>
      <w:r w:rsidRPr="00B02214">
        <w:rPr>
          <w:rFonts w:ascii="Aptos" w:eastAsia="Aptos" w:hAnsi="Aptos" w:cs="Aptos"/>
        </w:rPr>
        <w:t>caz</w:t>
      </w:r>
      <w:proofErr w:type="spellEnd"/>
      <w:r w:rsidRPr="00B02214">
        <w:rPr>
          <w:rFonts w:ascii="Aptos" w:eastAsia="Aptos" w:hAnsi="Aptos" w:cs="Aptos"/>
        </w:rPr>
        <w:t xml:space="preserve">, </w:t>
      </w:r>
      <w:proofErr w:type="spellStart"/>
      <w:r w:rsidRPr="00B02214">
        <w:rPr>
          <w:rFonts w:ascii="Aptos" w:eastAsia="Aptos" w:hAnsi="Aptos" w:cs="Aptos"/>
        </w:rPr>
        <w:t>în</w:t>
      </w:r>
      <w:proofErr w:type="spellEnd"/>
      <w:r w:rsidRPr="00B02214">
        <w:rPr>
          <w:rFonts w:ascii="Aptos" w:eastAsia="Aptos" w:hAnsi="Aptos" w:cs="Aptos"/>
        </w:rPr>
        <w:t xml:space="preserve"> </w:t>
      </w:r>
      <w:proofErr w:type="spellStart"/>
      <w:r w:rsidRPr="00B02214">
        <w:rPr>
          <w:rFonts w:ascii="Aptos" w:eastAsia="Aptos" w:hAnsi="Aptos" w:cs="Aptos"/>
        </w:rPr>
        <w:t>legătură</w:t>
      </w:r>
      <w:proofErr w:type="spellEnd"/>
      <w:r w:rsidRPr="00B02214">
        <w:rPr>
          <w:rFonts w:ascii="Aptos" w:eastAsia="Aptos" w:hAnsi="Aptos" w:cs="Aptos"/>
        </w:rPr>
        <w:t xml:space="preserve"> cu </w:t>
      </w:r>
      <w:proofErr w:type="spellStart"/>
      <w:r w:rsidRPr="00B02214">
        <w:rPr>
          <w:rFonts w:ascii="Aptos" w:eastAsia="Aptos" w:hAnsi="Aptos" w:cs="Aptos"/>
        </w:rPr>
        <w:t>proiectul</w:t>
      </w:r>
      <w:proofErr w:type="spellEnd"/>
      <w:r w:rsidRPr="00B02214">
        <w:rPr>
          <w:rFonts w:ascii="Aptos" w:eastAsia="Aptos" w:hAnsi="Aptos" w:cs="Aptos"/>
        </w:rPr>
        <w:t xml:space="preserve"> care face </w:t>
      </w:r>
      <w:proofErr w:type="spellStart"/>
      <w:r w:rsidRPr="00B02214">
        <w:rPr>
          <w:rFonts w:ascii="Aptos" w:eastAsia="Aptos" w:hAnsi="Aptos" w:cs="Aptos"/>
        </w:rPr>
        <w:t>obiectul</w:t>
      </w:r>
      <w:proofErr w:type="spellEnd"/>
      <w:r w:rsidRPr="00B02214">
        <w:rPr>
          <w:rFonts w:ascii="Aptos" w:eastAsia="Aptos" w:hAnsi="Aptos" w:cs="Aptos"/>
        </w:rPr>
        <w:t xml:space="preserve"> </w:t>
      </w:r>
      <w:proofErr w:type="spellStart"/>
      <w:r w:rsidRPr="00B02214">
        <w:rPr>
          <w:rFonts w:ascii="Aptos" w:eastAsia="Aptos" w:hAnsi="Aptos" w:cs="Aptos"/>
        </w:rPr>
        <w:t>prezentului</w:t>
      </w:r>
      <w:proofErr w:type="spellEnd"/>
      <w:r w:rsidRPr="00B02214">
        <w:rPr>
          <w:rFonts w:ascii="Aptos" w:eastAsia="Aptos" w:hAnsi="Aptos" w:cs="Aptos"/>
        </w:rPr>
        <w:t xml:space="preserve"> contract. </w:t>
      </w:r>
    </w:p>
    <w:p w14:paraId="2156A581" w14:textId="77777777" w:rsidR="00651778" w:rsidRDefault="00651778" w:rsidP="00651778">
      <w:pPr>
        <w:spacing w:before="240" w:after="240"/>
      </w:pPr>
      <w:r w:rsidRPr="00B02214">
        <w:rPr>
          <w:rFonts w:ascii="Aptos" w:eastAsia="Aptos" w:hAnsi="Aptos" w:cs="Aptos"/>
        </w:rPr>
        <w:t xml:space="preserve">c) </w:t>
      </w:r>
      <w:proofErr w:type="spellStart"/>
      <w:r w:rsidRPr="00B02214">
        <w:rPr>
          <w:rFonts w:ascii="Aptos" w:eastAsia="Aptos" w:hAnsi="Aptos" w:cs="Aptos"/>
        </w:rPr>
        <w:t>să</w:t>
      </w:r>
      <w:proofErr w:type="spellEnd"/>
      <w:r w:rsidRPr="00B02214">
        <w:rPr>
          <w:rFonts w:ascii="Aptos" w:eastAsia="Aptos" w:hAnsi="Aptos" w:cs="Aptos"/>
        </w:rPr>
        <w:t xml:space="preserve"> </w:t>
      </w:r>
      <w:proofErr w:type="spellStart"/>
      <w:r w:rsidRPr="00B02214">
        <w:rPr>
          <w:rFonts w:ascii="Aptos" w:eastAsia="Aptos" w:hAnsi="Aptos" w:cs="Aptos"/>
        </w:rPr>
        <w:t>obțină</w:t>
      </w:r>
      <w:proofErr w:type="spellEnd"/>
      <w:r w:rsidRPr="00B02214">
        <w:rPr>
          <w:rFonts w:ascii="Aptos" w:eastAsia="Aptos" w:hAnsi="Aptos" w:cs="Aptos"/>
        </w:rPr>
        <w:t xml:space="preserve"> </w:t>
      </w:r>
      <w:proofErr w:type="spellStart"/>
      <w:r w:rsidRPr="00B02214">
        <w:rPr>
          <w:rFonts w:ascii="Aptos" w:eastAsia="Aptos" w:hAnsi="Aptos" w:cs="Aptos"/>
        </w:rPr>
        <w:t>suma</w:t>
      </w:r>
      <w:proofErr w:type="spellEnd"/>
      <w:r w:rsidRPr="00B02214">
        <w:rPr>
          <w:rFonts w:ascii="Aptos" w:eastAsia="Aptos" w:hAnsi="Aptos" w:cs="Aptos"/>
        </w:rPr>
        <w:t xml:space="preserve"> </w:t>
      </w:r>
      <w:proofErr w:type="spellStart"/>
      <w:r w:rsidRPr="00B02214">
        <w:rPr>
          <w:rFonts w:ascii="Aptos" w:eastAsia="Aptos" w:hAnsi="Aptos" w:cs="Aptos"/>
        </w:rPr>
        <w:t>reprezentând</w:t>
      </w:r>
      <w:proofErr w:type="spellEnd"/>
      <w:r w:rsidRPr="00B02214">
        <w:rPr>
          <w:rFonts w:ascii="Aptos" w:eastAsia="Aptos" w:hAnsi="Aptos" w:cs="Aptos"/>
        </w:rPr>
        <w:t xml:space="preserve"> </w:t>
      </w:r>
      <w:proofErr w:type="spellStart"/>
      <w:r w:rsidRPr="00B02214">
        <w:rPr>
          <w:rFonts w:ascii="Aptos" w:eastAsia="Aptos" w:hAnsi="Aptos" w:cs="Aptos"/>
        </w:rPr>
        <w:t>finanţarea</w:t>
      </w:r>
      <w:proofErr w:type="spellEnd"/>
      <w:r w:rsidRPr="00B02214">
        <w:rPr>
          <w:rFonts w:ascii="Aptos" w:eastAsia="Aptos" w:hAnsi="Aptos" w:cs="Aptos"/>
        </w:rPr>
        <w:t xml:space="preserve"> </w:t>
      </w:r>
      <w:proofErr w:type="spellStart"/>
      <w:r w:rsidRPr="00B02214">
        <w:rPr>
          <w:rFonts w:ascii="Aptos" w:eastAsia="Aptos" w:hAnsi="Aptos" w:cs="Aptos"/>
        </w:rPr>
        <w:t>nerambursabilă</w:t>
      </w:r>
      <w:proofErr w:type="spellEnd"/>
      <w:r w:rsidRPr="00B02214">
        <w:rPr>
          <w:rFonts w:ascii="Aptos" w:eastAsia="Aptos" w:hAnsi="Aptos" w:cs="Aptos"/>
        </w:rPr>
        <w:t xml:space="preserve">, </w:t>
      </w:r>
      <w:proofErr w:type="spellStart"/>
      <w:r w:rsidRPr="00B02214">
        <w:rPr>
          <w:rFonts w:ascii="Aptos" w:eastAsia="Aptos" w:hAnsi="Aptos" w:cs="Aptos"/>
        </w:rPr>
        <w:t>în</w:t>
      </w:r>
      <w:proofErr w:type="spellEnd"/>
      <w:r w:rsidRPr="00B02214">
        <w:rPr>
          <w:rFonts w:ascii="Aptos" w:eastAsia="Aptos" w:hAnsi="Aptos" w:cs="Aptos"/>
        </w:rPr>
        <w:t xml:space="preserve"> </w:t>
      </w:r>
      <w:proofErr w:type="spellStart"/>
      <w:r w:rsidRPr="00B02214">
        <w:rPr>
          <w:rFonts w:ascii="Aptos" w:eastAsia="Aptos" w:hAnsi="Aptos" w:cs="Aptos"/>
        </w:rPr>
        <w:t>condiţiile</w:t>
      </w:r>
      <w:proofErr w:type="spellEnd"/>
      <w:r w:rsidRPr="00B02214">
        <w:rPr>
          <w:rFonts w:ascii="Aptos" w:eastAsia="Aptos" w:hAnsi="Aptos" w:cs="Aptos"/>
        </w:rPr>
        <w:t xml:space="preserve"> </w:t>
      </w:r>
      <w:proofErr w:type="spellStart"/>
      <w:r w:rsidRPr="00B02214">
        <w:rPr>
          <w:rFonts w:ascii="Aptos" w:eastAsia="Aptos" w:hAnsi="Aptos" w:cs="Aptos"/>
        </w:rPr>
        <w:t>prevăzute</w:t>
      </w:r>
      <w:proofErr w:type="spellEnd"/>
      <w:r w:rsidRPr="00B02214">
        <w:rPr>
          <w:rFonts w:ascii="Aptos" w:eastAsia="Aptos" w:hAnsi="Aptos" w:cs="Aptos"/>
        </w:rPr>
        <w:t xml:space="preserve"> </w:t>
      </w:r>
      <w:proofErr w:type="spellStart"/>
      <w:r w:rsidRPr="00B02214">
        <w:rPr>
          <w:rFonts w:ascii="Aptos" w:eastAsia="Aptos" w:hAnsi="Aptos" w:cs="Aptos"/>
        </w:rPr>
        <w:t>în</w:t>
      </w:r>
      <w:proofErr w:type="spellEnd"/>
      <w:r w:rsidRPr="00B02214">
        <w:rPr>
          <w:rFonts w:ascii="Aptos" w:eastAsia="Aptos" w:hAnsi="Aptos" w:cs="Aptos"/>
        </w:rPr>
        <w:t xml:space="preserve"> </w:t>
      </w:r>
      <w:proofErr w:type="spellStart"/>
      <w:r w:rsidRPr="00B02214">
        <w:rPr>
          <w:rFonts w:ascii="Aptos" w:eastAsia="Aptos" w:hAnsi="Aptos" w:cs="Aptos"/>
        </w:rPr>
        <w:t>prezentul</w:t>
      </w:r>
      <w:proofErr w:type="spellEnd"/>
      <w:r w:rsidRPr="00B02214">
        <w:rPr>
          <w:rFonts w:ascii="Aptos" w:eastAsia="Aptos" w:hAnsi="Aptos" w:cs="Aptos"/>
        </w:rPr>
        <w:t xml:space="preserve"> contract; </w:t>
      </w:r>
    </w:p>
    <w:p w14:paraId="1417F9F1" w14:textId="77777777" w:rsidR="00651778" w:rsidRDefault="00651778" w:rsidP="00651778">
      <w:pPr>
        <w:spacing w:before="240" w:after="240"/>
      </w:pPr>
      <w:r w:rsidRPr="00B02214">
        <w:rPr>
          <w:rFonts w:ascii="Aptos" w:eastAsia="Aptos" w:hAnsi="Aptos" w:cs="Aptos"/>
        </w:rPr>
        <w:t xml:space="preserve">d) </w:t>
      </w:r>
      <w:proofErr w:type="spellStart"/>
      <w:r w:rsidRPr="00B02214">
        <w:rPr>
          <w:rFonts w:ascii="Aptos" w:eastAsia="Aptos" w:hAnsi="Aptos" w:cs="Aptos"/>
        </w:rPr>
        <w:t>să</w:t>
      </w:r>
      <w:proofErr w:type="spellEnd"/>
      <w:r w:rsidRPr="00B02214">
        <w:rPr>
          <w:rFonts w:ascii="Aptos" w:eastAsia="Aptos" w:hAnsi="Aptos" w:cs="Aptos"/>
        </w:rPr>
        <w:t xml:space="preserve"> </w:t>
      </w:r>
      <w:proofErr w:type="spellStart"/>
      <w:r w:rsidRPr="00B02214">
        <w:rPr>
          <w:rFonts w:ascii="Aptos" w:eastAsia="Aptos" w:hAnsi="Aptos" w:cs="Aptos"/>
        </w:rPr>
        <w:t>contracteze</w:t>
      </w:r>
      <w:proofErr w:type="spellEnd"/>
      <w:r w:rsidRPr="00B02214">
        <w:rPr>
          <w:rFonts w:ascii="Aptos" w:eastAsia="Aptos" w:hAnsi="Aptos" w:cs="Aptos"/>
        </w:rPr>
        <w:t xml:space="preserve"> </w:t>
      </w:r>
      <w:proofErr w:type="spellStart"/>
      <w:r w:rsidRPr="00B02214">
        <w:rPr>
          <w:rFonts w:ascii="Aptos" w:eastAsia="Aptos" w:hAnsi="Aptos" w:cs="Aptos"/>
        </w:rPr>
        <w:t>și</w:t>
      </w:r>
      <w:proofErr w:type="spellEnd"/>
      <w:r w:rsidRPr="00B02214">
        <w:rPr>
          <w:rFonts w:ascii="Aptos" w:eastAsia="Aptos" w:hAnsi="Aptos" w:cs="Aptos"/>
        </w:rPr>
        <w:t xml:space="preserve"> </w:t>
      </w:r>
      <w:proofErr w:type="spellStart"/>
      <w:r w:rsidRPr="00B02214">
        <w:rPr>
          <w:rFonts w:ascii="Aptos" w:eastAsia="Aptos" w:hAnsi="Aptos" w:cs="Aptos"/>
        </w:rPr>
        <w:t>să</w:t>
      </w:r>
      <w:proofErr w:type="spellEnd"/>
      <w:r w:rsidRPr="00B02214">
        <w:rPr>
          <w:rFonts w:ascii="Aptos" w:eastAsia="Aptos" w:hAnsi="Aptos" w:cs="Aptos"/>
        </w:rPr>
        <w:t xml:space="preserve"> </w:t>
      </w:r>
      <w:proofErr w:type="spellStart"/>
      <w:r w:rsidRPr="00B02214">
        <w:rPr>
          <w:rFonts w:ascii="Aptos" w:eastAsia="Aptos" w:hAnsi="Aptos" w:cs="Aptos"/>
        </w:rPr>
        <w:t>efectueze</w:t>
      </w:r>
      <w:proofErr w:type="spellEnd"/>
      <w:r w:rsidRPr="00B02214">
        <w:rPr>
          <w:rFonts w:ascii="Aptos" w:eastAsia="Aptos" w:hAnsi="Aptos" w:cs="Aptos"/>
        </w:rPr>
        <w:t xml:space="preserve"> </w:t>
      </w:r>
      <w:proofErr w:type="spellStart"/>
      <w:r w:rsidRPr="00B02214">
        <w:rPr>
          <w:rFonts w:ascii="Aptos" w:eastAsia="Aptos" w:hAnsi="Aptos" w:cs="Aptos"/>
        </w:rPr>
        <w:t>plata</w:t>
      </w:r>
      <w:proofErr w:type="spellEnd"/>
      <w:r w:rsidRPr="00B02214">
        <w:rPr>
          <w:rFonts w:ascii="Aptos" w:eastAsia="Aptos" w:hAnsi="Aptos" w:cs="Aptos"/>
        </w:rPr>
        <w:t xml:space="preserve"> </w:t>
      </w:r>
      <w:proofErr w:type="spellStart"/>
      <w:r w:rsidRPr="00B02214">
        <w:rPr>
          <w:rFonts w:ascii="Aptos" w:eastAsia="Aptos" w:hAnsi="Aptos" w:cs="Aptos"/>
        </w:rPr>
        <w:t>tuturor</w:t>
      </w:r>
      <w:proofErr w:type="spellEnd"/>
      <w:r w:rsidRPr="00B02214">
        <w:rPr>
          <w:rFonts w:ascii="Aptos" w:eastAsia="Aptos" w:hAnsi="Aptos" w:cs="Aptos"/>
        </w:rPr>
        <w:t xml:space="preserve"> </w:t>
      </w:r>
      <w:proofErr w:type="spellStart"/>
      <w:r w:rsidRPr="00B02214">
        <w:rPr>
          <w:rFonts w:ascii="Aptos" w:eastAsia="Aptos" w:hAnsi="Aptos" w:cs="Aptos"/>
        </w:rPr>
        <w:t>cheltuielilor</w:t>
      </w:r>
      <w:proofErr w:type="spellEnd"/>
      <w:r w:rsidRPr="00B02214">
        <w:rPr>
          <w:rFonts w:ascii="Aptos" w:eastAsia="Aptos" w:hAnsi="Aptos" w:cs="Aptos"/>
        </w:rPr>
        <w:t xml:space="preserve"> </w:t>
      </w:r>
      <w:proofErr w:type="spellStart"/>
      <w:r w:rsidRPr="00B02214">
        <w:rPr>
          <w:rFonts w:ascii="Aptos" w:eastAsia="Aptos" w:hAnsi="Aptos" w:cs="Aptos"/>
        </w:rPr>
        <w:t>aferente</w:t>
      </w:r>
      <w:proofErr w:type="spellEnd"/>
      <w:r w:rsidRPr="00B02214">
        <w:rPr>
          <w:rFonts w:ascii="Aptos" w:eastAsia="Aptos" w:hAnsi="Aptos" w:cs="Aptos"/>
        </w:rPr>
        <w:t xml:space="preserve"> </w:t>
      </w:r>
      <w:proofErr w:type="spellStart"/>
      <w:r w:rsidRPr="00B02214">
        <w:rPr>
          <w:rFonts w:ascii="Aptos" w:eastAsia="Aptos" w:hAnsi="Aptos" w:cs="Aptos"/>
        </w:rPr>
        <w:t>realizării</w:t>
      </w:r>
      <w:proofErr w:type="spellEnd"/>
      <w:r w:rsidRPr="00B02214">
        <w:rPr>
          <w:rFonts w:ascii="Aptos" w:eastAsia="Aptos" w:hAnsi="Aptos" w:cs="Aptos"/>
        </w:rPr>
        <w:t xml:space="preserve"> </w:t>
      </w:r>
      <w:proofErr w:type="spellStart"/>
      <w:r w:rsidRPr="00B02214">
        <w:rPr>
          <w:rFonts w:ascii="Aptos" w:eastAsia="Aptos" w:hAnsi="Aptos" w:cs="Aptos"/>
        </w:rPr>
        <w:t>obiectului</w:t>
      </w:r>
      <w:proofErr w:type="spellEnd"/>
      <w:r w:rsidRPr="00B02214">
        <w:rPr>
          <w:rFonts w:ascii="Aptos" w:eastAsia="Aptos" w:hAnsi="Aptos" w:cs="Aptos"/>
        </w:rPr>
        <w:t xml:space="preserve"> </w:t>
      </w:r>
      <w:proofErr w:type="spellStart"/>
      <w:r w:rsidRPr="00B02214">
        <w:rPr>
          <w:rFonts w:ascii="Aptos" w:eastAsia="Aptos" w:hAnsi="Aptos" w:cs="Aptos"/>
        </w:rPr>
        <w:t>contractului</w:t>
      </w:r>
      <w:proofErr w:type="spellEnd"/>
      <w:r w:rsidRPr="00B02214">
        <w:rPr>
          <w:rFonts w:ascii="Aptos" w:eastAsia="Aptos" w:hAnsi="Aptos" w:cs="Aptos"/>
        </w:rPr>
        <w:t xml:space="preserve">, cu </w:t>
      </w:r>
      <w:proofErr w:type="spellStart"/>
      <w:r w:rsidRPr="00B02214">
        <w:rPr>
          <w:rFonts w:ascii="Aptos" w:eastAsia="Aptos" w:hAnsi="Aptos" w:cs="Aptos"/>
        </w:rPr>
        <w:t>respectarea</w:t>
      </w:r>
      <w:proofErr w:type="spellEnd"/>
      <w:r w:rsidRPr="00B02214">
        <w:rPr>
          <w:rFonts w:ascii="Aptos" w:eastAsia="Aptos" w:hAnsi="Aptos" w:cs="Aptos"/>
        </w:rPr>
        <w:t xml:space="preserve"> </w:t>
      </w:r>
      <w:proofErr w:type="spellStart"/>
      <w:r w:rsidRPr="00B02214">
        <w:rPr>
          <w:rFonts w:ascii="Aptos" w:eastAsia="Aptos" w:hAnsi="Aptos" w:cs="Aptos"/>
        </w:rPr>
        <w:t>prevederilor</w:t>
      </w:r>
      <w:proofErr w:type="spellEnd"/>
      <w:r w:rsidRPr="00B02214">
        <w:rPr>
          <w:rFonts w:ascii="Aptos" w:eastAsia="Aptos" w:hAnsi="Aptos" w:cs="Aptos"/>
        </w:rPr>
        <w:t xml:space="preserve"> </w:t>
      </w:r>
      <w:proofErr w:type="spellStart"/>
      <w:r w:rsidRPr="00B02214">
        <w:rPr>
          <w:rFonts w:ascii="Aptos" w:eastAsia="Aptos" w:hAnsi="Aptos" w:cs="Aptos"/>
        </w:rPr>
        <w:t>legale</w:t>
      </w:r>
      <w:proofErr w:type="spellEnd"/>
      <w:r w:rsidRPr="00B02214">
        <w:rPr>
          <w:rFonts w:ascii="Aptos" w:eastAsia="Aptos" w:hAnsi="Aptos" w:cs="Aptos"/>
        </w:rPr>
        <w:t xml:space="preserve"> </w:t>
      </w:r>
      <w:proofErr w:type="spellStart"/>
      <w:r w:rsidRPr="00B02214">
        <w:rPr>
          <w:rFonts w:ascii="Aptos" w:eastAsia="Aptos" w:hAnsi="Aptos" w:cs="Aptos"/>
        </w:rPr>
        <w:t>în</w:t>
      </w:r>
      <w:proofErr w:type="spellEnd"/>
      <w:r w:rsidRPr="00B02214">
        <w:rPr>
          <w:rFonts w:ascii="Aptos" w:eastAsia="Aptos" w:hAnsi="Aptos" w:cs="Aptos"/>
        </w:rPr>
        <w:t xml:space="preserve"> </w:t>
      </w:r>
      <w:proofErr w:type="spellStart"/>
      <w:r w:rsidRPr="00B02214">
        <w:rPr>
          <w:rFonts w:ascii="Aptos" w:eastAsia="Aptos" w:hAnsi="Aptos" w:cs="Aptos"/>
        </w:rPr>
        <w:t>vigoare</w:t>
      </w:r>
      <w:proofErr w:type="spellEnd"/>
      <w:r w:rsidRPr="00B02214">
        <w:rPr>
          <w:rFonts w:ascii="Aptos" w:eastAsia="Aptos" w:hAnsi="Aptos" w:cs="Aptos"/>
        </w:rPr>
        <w:t xml:space="preserve">; </w:t>
      </w:r>
    </w:p>
    <w:p w14:paraId="76DC4F3D" w14:textId="77777777" w:rsidR="00651778" w:rsidRPr="00651778" w:rsidRDefault="00651778" w:rsidP="00651778">
      <w:pPr>
        <w:spacing w:before="240" w:after="240"/>
        <w:rPr>
          <w:lang w:val="fr-FR"/>
        </w:rPr>
      </w:pPr>
      <w:r w:rsidRPr="00B02214">
        <w:rPr>
          <w:rFonts w:ascii="Aptos" w:eastAsia="Aptos" w:hAnsi="Aptos" w:cs="Aptos"/>
          <w:lang w:val="fr-FR"/>
        </w:rPr>
        <w:t xml:space="preserve">e) </w:t>
      </w:r>
      <w:proofErr w:type="spellStart"/>
      <w:r w:rsidRPr="00B02214">
        <w:rPr>
          <w:rFonts w:ascii="Aptos" w:eastAsia="Aptos" w:hAnsi="Aptos" w:cs="Aptos"/>
          <w:lang w:val="fr-FR"/>
        </w:rPr>
        <w:t>să</w:t>
      </w:r>
      <w:proofErr w:type="spellEnd"/>
      <w:r w:rsidRPr="00B02214">
        <w:rPr>
          <w:rFonts w:ascii="Aptos" w:eastAsia="Aptos" w:hAnsi="Aptos" w:cs="Aptos"/>
          <w:lang w:val="fr-FR"/>
        </w:rPr>
        <w:t xml:space="preserve"> i se </w:t>
      </w:r>
      <w:proofErr w:type="spellStart"/>
      <w:r w:rsidRPr="00B02214">
        <w:rPr>
          <w:rFonts w:ascii="Aptos" w:eastAsia="Aptos" w:hAnsi="Aptos" w:cs="Aptos"/>
          <w:lang w:val="fr-FR"/>
        </w:rPr>
        <w:t>aducă</w:t>
      </w:r>
      <w:proofErr w:type="spellEnd"/>
      <w:r w:rsidRPr="00B02214">
        <w:rPr>
          <w:rFonts w:ascii="Aptos" w:eastAsia="Aptos" w:hAnsi="Aptos" w:cs="Aptos"/>
          <w:lang w:val="fr-FR"/>
        </w:rPr>
        <w:t xml:space="preserve"> la </w:t>
      </w:r>
      <w:proofErr w:type="spellStart"/>
      <w:r w:rsidRPr="00B02214">
        <w:rPr>
          <w:rFonts w:ascii="Aptos" w:eastAsia="Aptos" w:hAnsi="Aptos" w:cs="Aptos"/>
          <w:lang w:val="fr-FR"/>
        </w:rPr>
        <w:t>cunoștința</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către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autoritatea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finanțatoare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orice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informație</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natură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afecteze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executarea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prezentului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contract</w:t>
      </w:r>
      <w:proofErr w:type="spellEnd"/>
      <w:r w:rsidRPr="00B02214">
        <w:rPr>
          <w:rFonts w:ascii="Aptos" w:eastAsia="Aptos" w:hAnsi="Aptos" w:cs="Aptos"/>
          <w:lang w:val="fr-FR"/>
        </w:rPr>
        <w:t>.</w:t>
      </w:r>
    </w:p>
    <w:p w14:paraId="7CD8DC4E" w14:textId="77777777" w:rsidR="00651778" w:rsidRDefault="00651778" w:rsidP="00651778">
      <w:pPr>
        <w:spacing w:before="240" w:after="240"/>
        <w:rPr>
          <w:rFonts w:ascii="Aptos" w:eastAsia="Aptos" w:hAnsi="Aptos" w:cs="Aptos"/>
        </w:rPr>
      </w:pPr>
      <w:r w:rsidRPr="2C295FE7">
        <w:rPr>
          <w:rFonts w:ascii="Aptos" w:eastAsia="Aptos" w:hAnsi="Aptos" w:cs="Aptos"/>
        </w:rPr>
        <w:t xml:space="preserve">Art. 14. </w:t>
      </w:r>
      <w:proofErr w:type="spellStart"/>
      <w:r w:rsidRPr="2C295FE7">
        <w:rPr>
          <w:rFonts w:ascii="Aptos" w:eastAsia="Aptos" w:hAnsi="Aptos" w:cs="Aptos"/>
        </w:rPr>
        <w:t>Beneficiarul</w:t>
      </w:r>
      <w:proofErr w:type="spellEnd"/>
      <w:r w:rsidRPr="2C295FE7">
        <w:rPr>
          <w:rFonts w:ascii="Aptos" w:eastAsia="Aptos" w:hAnsi="Aptos" w:cs="Aptos"/>
        </w:rPr>
        <w:t xml:space="preserve"> are </w:t>
      </w:r>
      <w:proofErr w:type="spellStart"/>
      <w:r w:rsidRPr="2C295FE7">
        <w:rPr>
          <w:rFonts w:ascii="Aptos" w:eastAsia="Aptos" w:hAnsi="Aptos" w:cs="Aptos"/>
        </w:rPr>
        <w:t>următoarele</w:t>
      </w:r>
      <w:proofErr w:type="spellEnd"/>
      <w:r w:rsidRPr="2C295FE7">
        <w:rPr>
          <w:rFonts w:ascii="Aptos" w:eastAsia="Aptos" w:hAnsi="Aptos" w:cs="Aptos"/>
        </w:rPr>
        <w:t xml:space="preserve"> </w:t>
      </w:r>
      <w:proofErr w:type="spellStart"/>
      <w:r w:rsidRPr="2C295FE7">
        <w:rPr>
          <w:rFonts w:ascii="Aptos" w:eastAsia="Aptos" w:hAnsi="Aptos" w:cs="Aptos"/>
        </w:rPr>
        <w:t>obligaţii</w:t>
      </w:r>
      <w:proofErr w:type="spellEnd"/>
      <w:r w:rsidRPr="2C295FE7">
        <w:rPr>
          <w:rFonts w:ascii="Aptos" w:eastAsia="Aptos" w:hAnsi="Aptos" w:cs="Aptos"/>
        </w:rPr>
        <w:t xml:space="preserve">: </w:t>
      </w:r>
    </w:p>
    <w:p w14:paraId="26889400" w14:textId="77777777" w:rsidR="00651778" w:rsidRDefault="00651778" w:rsidP="00651778">
      <w:pPr>
        <w:pStyle w:val="ListParagraph"/>
        <w:numPr>
          <w:ilvl w:val="0"/>
          <w:numId w:val="49"/>
        </w:numPr>
        <w:spacing w:before="240" w:after="240" w:line="279" w:lineRule="auto"/>
        <w:rPr>
          <w:rFonts w:ascii="Aptos" w:eastAsia="Aptos" w:hAnsi="Aptos" w:cs="Aptos"/>
        </w:rPr>
      </w:pPr>
      <w:r w:rsidRPr="2C295FE7">
        <w:rPr>
          <w:rFonts w:ascii="Aptos" w:eastAsia="Aptos" w:hAnsi="Aptos" w:cs="Aptos"/>
        </w:rPr>
        <w:t xml:space="preserve"> </w:t>
      </w:r>
      <w:proofErr w:type="spellStart"/>
      <w:r w:rsidRPr="2C295FE7">
        <w:rPr>
          <w:rFonts w:ascii="Aptos" w:eastAsia="Aptos" w:hAnsi="Aptos" w:cs="Aptos"/>
        </w:rPr>
        <w:t>să</w:t>
      </w:r>
      <w:proofErr w:type="spellEnd"/>
      <w:r w:rsidRPr="2C295FE7">
        <w:rPr>
          <w:rFonts w:ascii="Aptos" w:eastAsia="Aptos" w:hAnsi="Aptos" w:cs="Aptos"/>
        </w:rPr>
        <w:t xml:space="preserve"> </w:t>
      </w:r>
      <w:proofErr w:type="spellStart"/>
      <w:r w:rsidRPr="2C295FE7">
        <w:rPr>
          <w:rFonts w:ascii="Aptos" w:eastAsia="Aptos" w:hAnsi="Aptos" w:cs="Aptos"/>
        </w:rPr>
        <w:t>utilizeze</w:t>
      </w:r>
      <w:proofErr w:type="spellEnd"/>
      <w:r w:rsidRPr="2C295FE7">
        <w:rPr>
          <w:rFonts w:ascii="Aptos" w:eastAsia="Aptos" w:hAnsi="Aptos" w:cs="Aptos"/>
        </w:rPr>
        <w:t xml:space="preserve"> </w:t>
      </w:r>
      <w:proofErr w:type="spellStart"/>
      <w:r w:rsidRPr="2C295FE7">
        <w:rPr>
          <w:rFonts w:ascii="Aptos" w:eastAsia="Aptos" w:hAnsi="Aptos" w:cs="Aptos"/>
        </w:rPr>
        <w:t>finanţarea</w:t>
      </w:r>
      <w:proofErr w:type="spellEnd"/>
      <w:r w:rsidRPr="2C295FE7">
        <w:rPr>
          <w:rFonts w:ascii="Aptos" w:eastAsia="Aptos" w:hAnsi="Aptos" w:cs="Aptos"/>
        </w:rPr>
        <w:t xml:space="preserve"> </w:t>
      </w:r>
      <w:proofErr w:type="spellStart"/>
      <w:r w:rsidRPr="2C295FE7">
        <w:rPr>
          <w:rFonts w:ascii="Aptos" w:eastAsia="Aptos" w:hAnsi="Aptos" w:cs="Aptos"/>
        </w:rPr>
        <w:t>numai</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w:t>
      </w:r>
      <w:proofErr w:type="spellStart"/>
      <w:r w:rsidRPr="2C295FE7">
        <w:rPr>
          <w:rFonts w:ascii="Aptos" w:eastAsia="Aptos" w:hAnsi="Aptos" w:cs="Aptos"/>
        </w:rPr>
        <w:t>scopul</w:t>
      </w:r>
      <w:proofErr w:type="spellEnd"/>
      <w:r w:rsidRPr="2C295FE7">
        <w:rPr>
          <w:rFonts w:ascii="Aptos" w:eastAsia="Aptos" w:hAnsi="Aptos" w:cs="Aptos"/>
        </w:rPr>
        <w:t xml:space="preserve"> </w:t>
      </w:r>
      <w:proofErr w:type="spellStart"/>
      <w:r w:rsidRPr="2C295FE7">
        <w:rPr>
          <w:rFonts w:ascii="Aptos" w:eastAsia="Aptos" w:hAnsi="Aptos" w:cs="Aptos"/>
        </w:rPr>
        <w:t>realizării</w:t>
      </w:r>
      <w:proofErr w:type="spellEnd"/>
      <w:r w:rsidRPr="2C295FE7">
        <w:rPr>
          <w:rFonts w:ascii="Aptos" w:eastAsia="Aptos" w:hAnsi="Aptos" w:cs="Aptos"/>
        </w:rPr>
        <w:t xml:space="preserve"> </w:t>
      </w:r>
      <w:proofErr w:type="spellStart"/>
      <w:proofErr w:type="gramStart"/>
      <w:r w:rsidRPr="2C295FE7">
        <w:rPr>
          <w:rFonts w:ascii="Aptos" w:eastAsia="Aptos" w:hAnsi="Aptos" w:cs="Aptos"/>
        </w:rPr>
        <w:t>proiectului</w:t>
      </w:r>
      <w:proofErr w:type="spellEnd"/>
      <w:r w:rsidRPr="2C295FE7">
        <w:rPr>
          <w:rFonts w:ascii="Aptos" w:eastAsia="Aptos" w:hAnsi="Aptos" w:cs="Aptos"/>
        </w:rPr>
        <w:t xml:space="preserve">  care</w:t>
      </w:r>
      <w:proofErr w:type="gramEnd"/>
      <w:r w:rsidRPr="2C295FE7">
        <w:rPr>
          <w:rFonts w:ascii="Aptos" w:eastAsia="Aptos" w:hAnsi="Aptos" w:cs="Aptos"/>
        </w:rPr>
        <w:t xml:space="preserve"> face </w:t>
      </w:r>
      <w:proofErr w:type="spellStart"/>
      <w:r w:rsidRPr="2C295FE7">
        <w:rPr>
          <w:rFonts w:ascii="Aptos" w:eastAsia="Aptos" w:hAnsi="Aptos" w:cs="Aptos"/>
        </w:rPr>
        <w:t>obiectul</w:t>
      </w:r>
      <w:proofErr w:type="spellEnd"/>
      <w:r w:rsidRPr="2C295FE7">
        <w:rPr>
          <w:rFonts w:ascii="Aptos" w:eastAsia="Aptos" w:hAnsi="Aptos" w:cs="Aptos"/>
        </w:rPr>
        <w:t xml:space="preserve"> </w:t>
      </w:r>
      <w:proofErr w:type="spellStart"/>
      <w:r w:rsidRPr="2C295FE7">
        <w:rPr>
          <w:rFonts w:ascii="Aptos" w:eastAsia="Aptos" w:hAnsi="Aptos" w:cs="Aptos"/>
        </w:rPr>
        <w:t>prezentului</w:t>
      </w:r>
      <w:proofErr w:type="spellEnd"/>
      <w:r w:rsidRPr="2C295FE7">
        <w:rPr>
          <w:rFonts w:ascii="Aptos" w:eastAsia="Aptos" w:hAnsi="Aptos" w:cs="Aptos"/>
        </w:rPr>
        <w:t xml:space="preserve"> contract, </w:t>
      </w:r>
      <w:proofErr w:type="spellStart"/>
      <w:r w:rsidRPr="2C295FE7">
        <w:rPr>
          <w:rFonts w:ascii="Aptos" w:eastAsia="Aptos" w:hAnsi="Aptos" w:cs="Aptos"/>
        </w:rPr>
        <w:t>așa</w:t>
      </w:r>
      <w:proofErr w:type="spellEnd"/>
      <w:r w:rsidRPr="2C295FE7">
        <w:rPr>
          <w:rFonts w:ascii="Aptos" w:eastAsia="Aptos" w:hAnsi="Aptos" w:cs="Aptos"/>
        </w:rPr>
        <w:t xml:space="preserve"> cum </w:t>
      </w:r>
      <w:proofErr w:type="spellStart"/>
      <w:r w:rsidRPr="2C295FE7">
        <w:rPr>
          <w:rFonts w:ascii="Aptos" w:eastAsia="Aptos" w:hAnsi="Aptos" w:cs="Aptos"/>
        </w:rPr>
        <w:t>este</w:t>
      </w:r>
      <w:proofErr w:type="spellEnd"/>
      <w:r w:rsidRPr="2C295FE7">
        <w:rPr>
          <w:rFonts w:ascii="Aptos" w:eastAsia="Aptos" w:hAnsi="Aptos" w:cs="Aptos"/>
        </w:rPr>
        <w:t xml:space="preserve"> </w:t>
      </w:r>
      <w:proofErr w:type="spellStart"/>
      <w:r w:rsidRPr="2C295FE7">
        <w:rPr>
          <w:rFonts w:ascii="Aptos" w:eastAsia="Aptos" w:hAnsi="Aptos" w:cs="Aptos"/>
        </w:rPr>
        <w:t>descris</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w:t>
      </w:r>
      <w:proofErr w:type="spellStart"/>
      <w:r w:rsidRPr="2C295FE7">
        <w:rPr>
          <w:rFonts w:ascii="Aptos" w:eastAsia="Aptos" w:hAnsi="Aptos" w:cs="Aptos"/>
        </w:rPr>
        <w:t>Cererea</w:t>
      </w:r>
      <w:proofErr w:type="spellEnd"/>
      <w:r w:rsidRPr="2C295FE7">
        <w:rPr>
          <w:rFonts w:ascii="Aptos" w:eastAsia="Aptos" w:hAnsi="Aptos" w:cs="Aptos"/>
        </w:rPr>
        <w:t xml:space="preserve"> de </w:t>
      </w:r>
      <w:proofErr w:type="spellStart"/>
      <w:r w:rsidRPr="2C295FE7">
        <w:rPr>
          <w:rFonts w:ascii="Aptos" w:eastAsia="Aptos" w:hAnsi="Aptos" w:cs="Aptos"/>
        </w:rPr>
        <w:t>finanțare</w:t>
      </w:r>
      <w:proofErr w:type="spellEnd"/>
      <w:r w:rsidRPr="2C295FE7">
        <w:rPr>
          <w:rFonts w:ascii="Aptos" w:eastAsia="Aptos" w:hAnsi="Aptos" w:cs="Aptos"/>
        </w:rPr>
        <w:t xml:space="preserve">; </w:t>
      </w:r>
    </w:p>
    <w:p w14:paraId="60A27A9F" w14:textId="77777777" w:rsidR="00651778" w:rsidRDefault="00651778" w:rsidP="00651778">
      <w:pPr>
        <w:pStyle w:val="ListParagraph"/>
        <w:numPr>
          <w:ilvl w:val="0"/>
          <w:numId w:val="49"/>
        </w:numPr>
        <w:spacing w:before="240" w:after="240" w:line="279" w:lineRule="auto"/>
        <w:rPr>
          <w:rFonts w:ascii="Aptos" w:eastAsia="Aptos" w:hAnsi="Aptos" w:cs="Aptos"/>
        </w:rPr>
      </w:pPr>
      <w:proofErr w:type="spellStart"/>
      <w:r w:rsidRPr="2C295FE7">
        <w:rPr>
          <w:rFonts w:ascii="Aptos" w:eastAsia="Aptos" w:hAnsi="Aptos" w:cs="Aptos"/>
        </w:rPr>
        <w:t>să</w:t>
      </w:r>
      <w:proofErr w:type="spellEnd"/>
      <w:r w:rsidRPr="2C295FE7">
        <w:rPr>
          <w:rFonts w:ascii="Aptos" w:eastAsia="Aptos" w:hAnsi="Aptos" w:cs="Aptos"/>
        </w:rPr>
        <w:t xml:space="preserve"> </w:t>
      </w:r>
      <w:proofErr w:type="spellStart"/>
      <w:r w:rsidRPr="2C295FE7">
        <w:rPr>
          <w:rFonts w:ascii="Aptos" w:eastAsia="Aptos" w:hAnsi="Aptos" w:cs="Aptos"/>
        </w:rPr>
        <w:t>contracteze</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să</w:t>
      </w:r>
      <w:proofErr w:type="spellEnd"/>
      <w:r w:rsidRPr="2C295FE7">
        <w:rPr>
          <w:rFonts w:ascii="Aptos" w:eastAsia="Aptos" w:hAnsi="Aptos" w:cs="Aptos"/>
        </w:rPr>
        <w:t xml:space="preserve"> </w:t>
      </w:r>
      <w:proofErr w:type="spellStart"/>
      <w:r w:rsidRPr="2C295FE7">
        <w:rPr>
          <w:rFonts w:ascii="Aptos" w:eastAsia="Aptos" w:hAnsi="Aptos" w:cs="Aptos"/>
        </w:rPr>
        <w:t>efectueze</w:t>
      </w:r>
      <w:proofErr w:type="spellEnd"/>
      <w:r w:rsidRPr="2C295FE7">
        <w:rPr>
          <w:rFonts w:ascii="Aptos" w:eastAsia="Aptos" w:hAnsi="Aptos" w:cs="Aptos"/>
        </w:rPr>
        <w:t xml:space="preserve"> </w:t>
      </w:r>
      <w:proofErr w:type="spellStart"/>
      <w:r w:rsidRPr="2C295FE7">
        <w:rPr>
          <w:rFonts w:ascii="Aptos" w:eastAsia="Aptos" w:hAnsi="Aptos" w:cs="Aptos"/>
        </w:rPr>
        <w:t>plata</w:t>
      </w:r>
      <w:proofErr w:type="spellEnd"/>
      <w:r w:rsidRPr="2C295FE7">
        <w:rPr>
          <w:rFonts w:ascii="Aptos" w:eastAsia="Aptos" w:hAnsi="Aptos" w:cs="Aptos"/>
        </w:rPr>
        <w:t xml:space="preserve"> </w:t>
      </w:r>
      <w:proofErr w:type="spellStart"/>
      <w:r w:rsidRPr="2C295FE7">
        <w:rPr>
          <w:rFonts w:ascii="Aptos" w:eastAsia="Aptos" w:hAnsi="Aptos" w:cs="Aptos"/>
        </w:rPr>
        <w:t>tuturor</w:t>
      </w:r>
      <w:proofErr w:type="spellEnd"/>
      <w:r w:rsidRPr="2C295FE7">
        <w:rPr>
          <w:rFonts w:ascii="Aptos" w:eastAsia="Aptos" w:hAnsi="Aptos" w:cs="Aptos"/>
        </w:rPr>
        <w:t xml:space="preserve"> </w:t>
      </w:r>
      <w:proofErr w:type="spellStart"/>
      <w:r w:rsidRPr="2C295FE7">
        <w:rPr>
          <w:rFonts w:ascii="Aptos" w:eastAsia="Aptos" w:hAnsi="Aptos" w:cs="Aptos"/>
        </w:rPr>
        <w:t>cheltuielilor</w:t>
      </w:r>
      <w:proofErr w:type="spellEnd"/>
      <w:r w:rsidRPr="2C295FE7">
        <w:rPr>
          <w:rFonts w:ascii="Aptos" w:eastAsia="Aptos" w:hAnsi="Aptos" w:cs="Aptos"/>
        </w:rPr>
        <w:t xml:space="preserve"> </w:t>
      </w:r>
      <w:proofErr w:type="spellStart"/>
      <w:r w:rsidRPr="2C295FE7">
        <w:rPr>
          <w:rFonts w:ascii="Aptos" w:eastAsia="Aptos" w:hAnsi="Aptos" w:cs="Aptos"/>
        </w:rPr>
        <w:t>aferente</w:t>
      </w:r>
      <w:proofErr w:type="spellEnd"/>
      <w:r w:rsidRPr="2C295FE7">
        <w:rPr>
          <w:rFonts w:ascii="Aptos" w:eastAsia="Aptos" w:hAnsi="Aptos" w:cs="Aptos"/>
        </w:rPr>
        <w:t xml:space="preserve"> </w:t>
      </w:r>
      <w:proofErr w:type="spellStart"/>
      <w:r w:rsidRPr="2C295FE7">
        <w:rPr>
          <w:rFonts w:ascii="Aptos" w:eastAsia="Aptos" w:hAnsi="Aptos" w:cs="Aptos"/>
        </w:rPr>
        <w:t>realizării</w:t>
      </w:r>
      <w:proofErr w:type="spellEnd"/>
      <w:r w:rsidRPr="2C295FE7">
        <w:rPr>
          <w:rFonts w:ascii="Aptos" w:eastAsia="Aptos" w:hAnsi="Aptos" w:cs="Aptos"/>
        </w:rPr>
        <w:t xml:space="preserve"> </w:t>
      </w:r>
      <w:proofErr w:type="spellStart"/>
      <w:r w:rsidRPr="2C295FE7">
        <w:rPr>
          <w:rFonts w:ascii="Aptos" w:eastAsia="Aptos" w:hAnsi="Aptos" w:cs="Aptos"/>
        </w:rPr>
        <w:t>proiectului</w:t>
      </w:r>
      <w:proofErr w:type="spellEnd"/>
      <w:r w:rsidRPr="2C295FE7">
        <w:rPr>
          <w:rFonts w:ascii="Aptos" w:eastAsia="Aptos" w:hAnsi="Aptos" w:cs="Aptos"/>
        </w:rPr>
        <w:t xml:space="preserve"> cu </w:t>
      </w:r>
      <w:proofErr w:type="spellStart"/>
      <w:r w:rsidRPr="2C295FE7">
        <w:rPr>
          <w:rFonts w:ascii="Aptos" w:eastAsia="Aptos" w:hAnsi="Aptos" w:cs="Aptos"/>
        </w:rPr>
        <w:t>respectarea</w:t>
      </w:r>
      <w:proofErr w:type="spellEnd"/>
      <w:r w:rsidRPr="2C295FE7">
        <w:rPr>
          <w:rFonts w:ascii="Aptos" w:eastAsia="Aptos" w:hAnsi="Aptos" w:cs="Aptos"/>
        </w:rPr>
        <w:t xml:space="preserve"> </w:t>
      </w:r>
      <w:proofErr w:type="spellStart"/>
      <w:r w:rsidRPr="2C295FE7">
        <w:rPr>
          <w:rFonts w:ascii="Aptos" w:eastAsia="Aptos" w:hAnsi="Aptos" w:cs="Aptos"/>
        </w:rPr>
        <w:t>procedurilor</w:t>
      </w:r>
      <w:proofErr w:type="spellEnd"/>
      <w:r w:rsidRPr="2C295FE7">
        <w:rPr>
          <w:rFonts w:ascii="Aptos" w:eastAsia="Aptos" w:hAnsi="Aptos" w:cs="Aptos"/>
        </w:rPr>
        <w:t xml:space="preserve"> </w:t>
      </w:r>
      <w:proofErr w:type="spellStart"/>
      <w:r w:rsidRPr="2C295FE7">
        <w:rPr>
          <w:rFonts w:ascii="Aptos" w:eastAsia="Aptos" w:hAnsi="Aptos" w:cs="Aptos"/>
        </w:rPr>
        <w:t>legale</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w:t>
      </w:r>
      <w:proofErr w:type="spellStart"/>
      <w:r w:rsidRPr="2C295FE7">
        <w:rPr>
          <w:rFonts w:ascii="Aptos" w:eastAsia="Aptos" w:hAnsi="Aptos" w:cs="Aptos"/>
        </w:rPr>
        <w:t>vigoare</w:t>
      </w:r>
      <w:proofErr w:type="spellEnd"/>
      <w:r w:rsidRPr="2C295FE7">
        <w:rPr>
          <w:rFonts w:ascii="Aptos" w:eastAsia="Aptos" w:hAnsi="Aptos" w:cs="Aptos"/>
        </w:rPr>
        <w:t xml:space="preserve">, </w:t>
      </w:r>
      <w:proofErr w:type="spellStart"/>
      <w:r w:rsidRPr="2C295FE7">
        <w:rPr>
          <w:rFonts w:ascii="Aptos" w:eastAsia="Aptos" w:hAnsi="Aptos" w:cs="Aptos"/>
        </w:rPr>
        <w:t>inclusiv</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w:t>
      </w:r>
      <w:proofErr w:type="spellStart"/>
      <w:r w:rsidRPr="2C295FE7">
        <w:rPr>
          <w:rFonts w:ascii="Aptos" w:eastAsia="Aptos" w:hAnsi="Aptos" w:cs="Aptos"/>
        </w:rPr>
        <w:t>materia</w:t>
      </w:r>
      <w:proofErr w:type="spellEnd"/>
      <w:r w:rsidRPr="2C295FE7">
        <w:rPr>
          <w:rFonts w:ascii="Aptos" w:eastAsia="Aptos" w:hAnsi="Aptos" w:cs="Aptos"/>
        </w:rPr>
        <w:t xml:space="preserve"> </w:t>
      </w:r>
      <w:proofErr w:type="spellStart"/>
      <w:r w:rsidRPr="2C295FE7">
        <w:rPr>
          <w:rFonts w:ascii="Aptos" w:eastAsia="Aptos" w:hAnsi="Aptos" w:cs="Aptos"/>
        </w:rPr>
        <w:t>achizițiilor</w:t>
      </w:r>
      <w:proofErr w:type="spellEnd"/>
      <w:r w:rsidRPr="2C295FE7">
        <w:rPr>
          <w:rFonts w:ascii="Aptos" w:eastAsia="Aptos" w:hAnsi="Aptos" w:cs="Aptos"/>
        </w:rPr>
        <w:t xml:space="preserve"> </w:t>
      </w:r>
      <w:proofErr w:type="spellStart"/>
      <w:r w:rsidRPr="2C295FE7">
        <w:rPr>
          <w:rFonts w:ascii="Aptos" w:eastAsia="Aptos" w:hAnsi="Aptos" w:cs="Aptos"/>
        </w:rPr>
        <w:t>publice</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a </w:t>
      </w:r>
      <w:proofErr w:type="spellStart"/>
      <w:r w:rsidRPr="2C295FE7">
        <w:rPr>
          <w:rFonts w:ascii="Aptos" w:eastAsia="Aptos" w:hAnsi="Aptos" w:cs="Aptos"/>
        </w:rPr>
        <w:t>condițiilor</w:t>
      </w:r>
      <w:proofErr w:type="spellEnd"/>
      <w:r w:rsidRPr="2C295FE7">
        <w:rPr>
          <w:rFonts w:ascii="Aptos" w:eastAsia="Aptos" w:hAnsi="Aptos" w:cs="Aptos"/>
        </w:rPr>
        <w:t xml:space="preserve"> </w:t>
      </w:r>
      <w:proofErr w:type="spellStart"/>
      <w:r w:rsidRPr="2C295FE7">
        <w:rPr>
          <w:rFonts w:ascii="Aptos" w:eastAsia="Aptos" w:hAnsi="Aptos" w:cs="Aptos"/>
        </w:rPr>
        <w:t>prezentului</w:t>
      </w:r>
      <w:proofErr w:type="spellEnd"/>
      <w:r w:rsidRPr="2C295FE7">
        <w:rPr>
          <w:rFonts w:ascii="Aptos" w:eastAsia="Aptos" w:hAnsi="Aptos" w:cs="Aptos"/>
        </w:rPr>
        <w:t xml:space="preserve"> contract; </w:t>
      </w:r>
    </w:p>
    <w:p w14:paraId="54470F8F" w14:textId="77777777" w:rsidR="00651778" w:rsidRDefault="00651778" w:rsidP="00651778">
      <w:pPr>
        <w:pStyle w:val="ListParagraph"/>
        <w:numPr>
          <w:ilvl w:val="0"/>
          <w:numId w:val="49"/>
        </w:numPr>
        <w:spacing w:before="240" w:after="240" w:line="279" w:lineRule="auto"/>
        <w:rPr>
          <w:rFonts w:ascii="Aptos" w:eastAsia="Aptos" w:hAnsi="Aptos" w:cs="Aptos"/>
        </w:rPr>
      </w:pPr>
      <w:proofErr w:type="spellStart"/>
      <w:r w:rsidRPr="2C295FE7">
        <w:rPr>
          <w:rFonts w:ascii="Aptos" w:eastAsia="Aptos" w:hAnsi="Aptos" w:cs="Aptos"/>
        </w:rPr>
        <w:t>să</w:t>
      </w:r>
      <w:proofErr w:type="spellEnd"/>
      <w:r w:rsidRPr="2C295FE7">
        <w:rPr>
          <w:rFonts w:ascii="Aptos" w:eastAsia="Aptos" w:hAnsi="Aptos" w:cs="Aptos"/>
        </w:rPr>
        <w:t xml:space="preserve"> </w:t>
      </w:r>
      <w:proofErr w:type="spellStart"/>
      <w:r w:rsidRPr="2C295FE7">
        <w:rPr>
          <w:rFonts w:ascii="Aptos" w:eastAsia="Aptos" w:hAnsi="Aptos" w:cs="Aptos"/>
        </w:rPr>
        <w:t>accepte</w:t>
      </w:r>
      <w:proofErr w:type="spellEnd"/>
      <w:r w:rsidRPr="2C295FE7">
        <w:rPr>
          <w:rFonts w:ascii="Aptos" w:eastAsia="Aptos" w:hAnsi="Aptos" w:cs="Aptos"/>
        </w:rPr>
        <w:t xml:space="preserve"> </w:t>
      </w:r>
      <w:proofErr w:type="spellStart"/>
      <w:r w:rsidRPr="2C295FE7">
        <w:rPr>
          <w:rFonts w:ascii="Aptos" w:eastAsia="Aptos" w:hAnsi="Aptos" w:cs="Aptos"/>
        </w:rPr>
        <w:t>controlul</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proofErr w:type="gramStart"/>
      <w:r w:rsidRPr="2C295FE7">
        <w:rPr>
          <w:rFonts w:ascii="Aptos" w:eastAsia="Aptos" w:hAnsi="Aptos" w:cs="Aptos"/>
        </w:rPr>
        <w:t>verificările</w:t>
      </w:r>
      <w:proofErr w:type="spellEnd"/>
      <w:r w:rsidRPr="2C295FE7">
        <w:rPr>
          <w:rFonts w:ascii="Aptos" w:eastAsia="Aptos" w:hAnsi="Aptos" w:cs="Aptos"/>
        </w:rPr>
        <w:t xml:space="preserve">  </w:t>
      </w:r>
      <w:proofErr w:type="spellStart"/>
      <w:r w:rsidRPr="2C295FE7">
        <w:rPr>
          <w:rFonts w:ascii="Aptos" w:eastAsia="Aptos" w:hAnsi="Aptos" w:cs="Aptos"/>
        </w:rPr>
        <w:t>Municipiului</w:t>
      </w:r>
      <w:proofErr w:type="spellEnd"/>
      <w:proofErr w:type="gramEnd"/>
      <w:r w:rsidRPr="2C295FE7">
        <w:rPr>
          <w:rFonts w:ascii="Aptos" w:eastAsia="Aptos" w:hAnsi="Aptos" w:cs="Aptos"/>
        </w:rPr>
        <w:t xml:space="preserve"> </w:t>
      </w:r>
      <w:proofErr w:type="spellStart"/>
      <w:r w:rsidRPr="2C295FE7">
        <w:rPr>
          <w:rFonts w:ascii="Aptos" w:eastAsia="Aptos" w:hAnsi="Aptos" w:cs="Aptos"/>
        </w:rPr>
        <w:t>Timișoara</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ale </w:t>
      </w:r>
      <w:proofErr w:type="spellStart"/>
      <w:r w:rsidRPr="2C295FE7">
        <w:rPr>
          <w:rFonts w:ascii="Aptos" w:eastAsia="Aptos" w:hAnsi="Aptos" w:cs="Aptos"/>
        </w:rPr>
        <w:t>altor</w:t>
      </w:r>
      <w:proofErr w:type="spellEnd"/>
      <w:r w:rsidRPr="2C295FE7">
        <w:rPr>
          <w:rFonts w:ascii="Aptos" w:eastAsia="Aptos" w:hAnsi="Aptos" w:cs="Aptos"/>
        </w:rPr>
        <w:t xml:space="preserve"> </w:t>
      </w:r>
      <w:proofErr w:type="spellStart"/>
      <w:r w:rsidRPr="2C295FE7">
        <w:rPr>
          <w:rFonts w:ascii="Aptos" w:eastAsia="Aptos" w:hAnsi="Aptos" w:cs="Aptos"/>
        </w:rPr>
        <w:t>autorităţi</w:t>
      </w:r>
      <w:proofErr w:type="spellEnd"/>
      <w:r w:rsidRPr="2C295FE7">
        <w:rPr>
          <w:rFonts w:ascii="Aptos" w:eastAsia="Aptos" w:hAnsi="Aptos" w:cs="Aptos"/>
        </w:rPr>
        <w:t xml:space="preserve"> cu </w:t>
      </w:r>
      <w:proofErr w:type="spellStart"/>
      <w:r w:rsidRPr="2C295FE7">
        <w:rPr>
          <w:rFonts w:ascii="Aptos" w:eastAsia="Aptos" w:hAnsi="Aptos" w:cs="Aptos"/>
        </w:rPr>
        <w:t>atribuţii</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w:t>
      </w:r>
      <w:proofErr w:type="spellStart"/>
      <w:r w:rsidRPr="2C295FE7">
        <w:rPr>
          <w:rFonts w:ascii="Aptos" w:eastAsia="Aptos" w:hAnsi="Aptos" w:cs="Aptos"/>
        </w:rPr>
        <w:t>domeniul</w:t>
      </w:r>
      <w:proofErr w:type="spellEnd"/>
      <w:r w:rsidRPr="2C295FE7">
        <w:rPr>
          <w:rFonts w:ascii="Aptos" w:eastAsia="Aptos" w:hAnsi="Aptos" w:cs="Aptos"/>
        </w:rPr>
        <w:t xml:space="preserve"> </w:t>
      </w:r>
      <w:proofErr w:type="spellStart"/>
      <w:r w:rsidRPr="2C295FE7">
        <w:rPr>
          <w:rFonts w:ascii="Aptos" w:eastAsia="Aptos" w:hAnsi="Aptos" w:cs="Aptos"/>
        </w:rPr>
        <w:t>controlului</w:t>
      </w:r>
      <w:proofErr w:type="spellEnd"/>
      <w:r w:rsidRPr="2C295FE7">
        <w:rPr>
          <w:rFonts w:ascii="Aptos" w:eastAsia="Aptos" w:hAnsi="Aptos" w:cs="Aptos"/>
        </w:rPr>
        <w:t xml:space="preserve"> </w:t>
      </w:r>
      <w:proofErr w:type="spellStart"/>
      <w:r w:rsidRPr="2C295FE7">
        <w:rPr>
          <w:rFonts w:ascii="Aptos" w:eastAsia="Aptos" w:hAnsi="Aptos" w:cs="Aptos"/>
        </w:rPr>
        <w:t>financiar</w:t>
      </w:r>
      <w:proofErr w:type="spellEnd"/>
      <w:r w:rsidRPr="2C295FE7">
        <w:rPr>
          <w:rFonts w:ascii="Aptos" w:eastAsia="Aptos" w:hAnsi="Aptos" w:cs="Aptos"/>
        </w:rPr>
        <w:t xml:space="preserve">-fiscal, </w:t>
      </w:r>
      <w:proofErr w:type="spellStart"/>
      <w:r w:rsidRPr="2C295FE7">
        <w:rPr>
          <w:rFonts w:ascii="Aptos" w:eastAsia="Aptos" w:hAnsi="Aptos" w:cs="Aptos"/>
        </w:rPr>
        <w:t>în</w:t>
      </w:r>
      <w:proofErr w:type="spellEnd"/>
      <w:r w:rsidRPr="2C295FE7">
        <w:rPr>
          <w:rFonts w:ascii="Aptos" w:eastAsia="Aptos" w:hAnsi="Aptos" w:cs="Aptos"/>
        </w:rPr>
        <w:t xml:space="preserve"> </w:t>
      </w:r>
      <w:proofErr w:type="spellStart"/>
      <w:r w:rsidRPr="2C295FE7">
        <w:rPr>
          <w:rFonts w:ascii="Aptos" w:eastAsia="Aptos" w:hAnsi="Aptos" w:cs="Aptos"/>
        </w:rPr>
        <w:t>legătură</w:t>
      </w:r>
      <w:proofErr w:type="spellEnd"/>
      <w:r w:rsidRPr="2C295FE7">
        <w:rPr>
          <w:rFonts w:ascii="Aptos" w:eastAsia="Aptos" w:hAnsi="Aptos" w:cs="Aptos"/>
        </w:rPr>
        <w:t xml:space="preserve"> cu </w:t>
      </w:r>
      <w:proofErr w:type="spellStart"/>
      <w:r w:rsidRPr="2C295FE7">
        <w:rPr>
          <w:rFonts w:ascii="Aptos" w:eastAsia="Aptos" w:hAnsi="Aptos" w:cs="Aptos"/>
        </w:rPr>
        <w:t>modul</w:t>
      </w:r>
      <w:proofErr w:type="spellEnd"/>
      <w:r w:rsidRPr="2C295FE7">
        <w:rPr>
          <w:rFonts w:ascii="Aptos" w:eastAsia="Aptos" w:hAnsi="Aptos" w:cs="Aptos"/>
        </w:rPr>
        <w:t xml:space="preserve"> de </w:t>
      </w:r>
      <w:proofErr w:type="spellStart"/>
      <w:r w:rsidRPr="2C295FE7">
        <w:rPr>
          <w:rFonts w:ascii="Aptos" w:eastAsia="Aptos" w:hAnsi="Aptos" w:cs="Aptos"/>
        </w:rPr>
        <w:t>utilizare</w:t>
      </w:r>
      <w:proofErr w:type="spellEnd"/>
      <w:r w:rsidRPr="2C295FE7">
        <w:rPr>
          <w:rFonts w:ascii="Aptos" w:eastAsia="Aptos" w:hAnsi="Aptos" w:cs="Aptos"/>
        </w:rPr>
        <w:t xml:space="preserve"> a </w:t>
      </w:r>
      <w:proofErr w:type="spellStart"/>
      <w:r w:rsidRPr="2C295FE7">
        <w:rPr>
          <w:rFonts w:ascii="Aptos" w:eastAsia="Aptos" w:hAnsi="Aptos" w:cs="Aptos"/>
        </w:rPr>
        <w:t>fondurilor</w:t>
      </w:r>
      <w:proofErr w:type="spellEnd"/>
      <w:r w:rsidRPr="2C295FE7">
        <w:rPr>
          <w:rFonts w:ascii="Aptos" w:eastAsia="Aptos" w:hAnsi="Aptos" w:cs="Aptos"/>
        </w:rPr>
        <w:t xml:space="preserve"> </w:t>
      </w:r>
      <w:proofErr w:type="spellStart"/>
      <w:r w:rsidRPr="2C295FE7">
        <w:rPr>
          <w:rFonts w:ascii="Aptos" w:eastAsia="Aptos" w:hAnsi="Aptos" w:cs="Aptos"/>
        </w:rPr>
        <w:t>reprezentând</w:t>
      </w:r>
      <w:proofErr w:type="spellEnd"/>
      <w:r w:rsidRPr="2C295FE7">
        <w:rPr>
          <w:rFonts w:ascii="Aptos" w:eastAsia="Aptos" w:hAnsi="Aptos" w:cs="Aptos"/>
        </w:rPr>
        <w:t xml:space="preserve"> </w:t>
      </w:r>
      <w:proofErr w:type="spellStart"/>
      <w:r w:rsidRPr="2C295FE7">
        <w:rPr>
          <w:rFonts w:ascii="Aptos" w:eastAsia="Aptos" w:hAnsi="Aptos" w:cs="Aptos"/>
        </w:rPr>
        <w:t>finanţarea</w:t>
      </w:r>
      <w:proofErr w:type="spellEnd"/>
      <w:r w:rsidRPr="2C295FE7">
        <w:rPr>
          <w:rFonts w:ascii="Aptos" w:eastAsia="Aptos" w:hAnsi="Aptos" w:cs="Aptos"/>
        </w:rPr>
        <w:t xml:space="preserve"> </w:t>
      </w:r>
      <w:proofErr w:type="spellStart"/>
      <w:r w:rsidRPr="2C295FE7">
        <w:rPr>
          <w:rFonts w:ascii="Aptos" w:eastAsia="Aptos" w:hAnsi="Aptos" w:cs="Aptos"/>
        </w:rPr>
        <w:t>nerambursabilă</w:t>
      </w:r>
      <w:proofErr w:type="spellEnd"/>
      <w:r w:rsidRPr="2C295FE7">
        <w:rPr>
          <w:rFonts w:ascii="Aptos" w:eastAsia="Aptos" w:hAnsi="Aptos" w:cs="Aptos"/>
        </w:rPr>
        <w:t xml:space="preserve"> </w:t>
      </w:r>
      <w:proofErr w:type="spellStart"/>
      <w:r w:rsidRPr="2C295FE7">
        <w:rPr>
          <w:rFonts w:ascii="Aptos" w:eastAsia="Aptos" w:hAnsi="Aptos" w:cs="Aptos"/>
        </w:rPr>
        <w:t>alocată</w:t>
      </w:r>
      <w:proofErr w:type="spellEnd"/>
      <w:r w:rsidRPr="2C295FE7">
        <w:rPr>
          <w:rFonts w:ascii="Aptos" w:eastAsia="Aptos" w:hAnsi="Aptos" w:cs="Aptos"/>
        </w:rPr>
        <w:t xml:space="preserve"> conform </w:t>
      </w:r>
      <w:proofErr w:type="spellStart"/>
      <w:r w:rsidRPr="2C295FE7">
        <w:rPr>
          <w:rFonts w:ascii="Aptos" w:eastAsia="Aptos" w:hAnsi="Aptos" w:cs="Aptos"/>
        </w:rPr>
        <w:t>prezentului</w:t>
      </w:r>
      <w:proofErr w:type="spellEnd"/>
      <w:r w:rsidRPr="2C295FE7">
        <w:rPr>
          <w:rFonts w:ascii="Aptos" w:eastAsia="Aptos" w:hAnsi="Aptos" w:cs="Aptos"/>
        </w:rPr>
        <w:t xml:space="preserve"> contract;</w:t>
      </w:r>
    </w:p>
    <w:p w14:paraId="452CCD12" w14:textId="77777777" w:rsidR="00651778" w:rsidRDefault="00651778" w:rsidP="00651778">
      <w:pPr>
        <w:pStyle w:val="ListParagraph"/>
        <w:numPr>
          <w:ilvl w:val="0"/>
          <w:numId w:val="49"/>
        </w:numPr>
        <w:spacing w:before="240" w:after="240" w:line="279" w:lineRule="auto"/>
        <w:rPr>
          <w:rFonts w:ascii="Aptos" w:eastAsia="Aptos" w:hAnsi="Aptos" w:cs="Aptos"/>
        </w:rPr>
      </w:pPr>
      <w:proofErr w:type="spellStart"/>
      <w:r w:rsidRPr="2C295FE7">
        <w:rPr>
          <w:rFonts w:ascii="Aptos" w:eastAsia="Aptos" w:hAnsi="Aptos" w:cs="Aptos"/>
        </w:rPr>
        <w:t>să</w:t>
      </w:r>
      <w:proofErr w:type="spellEnd"/>
      <w:r w:rsidRPr="2C295FE7">
        <w:rPr>
          <w:rFonts w:ascii="Aptos" w:eastAsia="Aptos" w:hAnsi="Aptos" w:cs="Aptos"/>
        </w:rPr>
        <w:t xml:space="preserve"> </w:t>
      </w:r>
      <w:proofErr w:type="spellStart"/>
      <w:r w:rsidRPr="2C295FE7">
        <w:rPr>
          <w:rFonts w:ascii="Aptos" w:eastAsia="Aptos" w:hAnsi="Aptos" w:cs="Aptos"/>
        </w:rPr>
        <w:t>publice</w:t>
      </w:r>
      <w:proofErr w:type="spellEnd"/>
      <w:r w:rsidRPr="2C295FE7">
        <w:rPr>
          <w:rFonts w:ascii="Aptos" w:eastAsia="Aptos" w:hAnsi="Aptos" w:cs="Aptos"/>
        </w:rPr>
        <w:t xml:space="preserve"> </w:t>
      </w:r>
      <w:proofErr w:type="spellStart"/>
      <w:r w:rsidRPr="2C295FE7">
        <w:rPr>
          <w:rFonts w:ascii="Aptos" w:eastAsia="Aptos" w:hAnsi="Aptos" w:cs="Aptos"/>
        </w:rPr>
        <w:t>informații</w:t>
      </w:r>
      <w:proofErr w:type="spellEnd"/>
      <w:r w:rsidRPr="2C295FE7">
        <w:rPr>
          <w:rFonts w:ascii="Aptos" w:eastAsia="Aptos" w:hAnsi="Aptos" w:cs="Aptos"/>
        </w:rPr>
        <w:t xml:space="preserve"> </w:t>
      </w:r>
      <w:proofErr w:type="spellStart"/>
      <w:r w:rsidRPr="2C295FE7">
        <w:rPr>
          <w:rFonts w:ascii="Aptos" w:eastAsia="Aptos" w:hAnsi="Aptos" w:cs="Aptos"/>
        </w:rPr>
        <w:t>despre</w:t>
      </w:r>
      <w:proofErr w:type="spellEnd"/>
      <w:r w:rsidRPr="2C295FE7">
        <w:rPr>
          <w:rFonts w:ascii="Aptos" w:eastAsia="Aptos" w:hAnsi="Aptos" w:cs="Aptos"/>
        </w:rPr>
        <w:t xml:space="preserve"> </w:t>
      </w:r>
      <w:proofErr w:type="spellStart"/>
      <w:r w:rsidRPr="2C295FE7">
        <w:rPr>
          <w:rFonts w:ascii="Aptos" w:eastAsia="Aptos" w:hAnsi="Aptos" w:cs="Aptos"/>
        </w:rPr>
        <w:t>proiectul</w:t>
      </w:r>
      <w:proofErr w:type="spellEnd"/>
      <w:r w:rsidRPr="2C295FE7">
        <w:rPr>
          <w:rFonts w:ascii="Aptos" w:eastAsia="Aptos" w:hAnsi="Aptos" w:cs="Aptos"/>
        </w:rPr>
        <w:t xml:space="preserve"> care face </w:t>
      </w:r>
      <w:proofErr w:type="spellStart"/>
      <w:r w:rsidRPr="2C295FE7">
        <w:rPr>
          <w:rFonts w:ascii="Aptos" w:eastAsia="Aptos" w:hAnsi="Aptos" w:cs="Aptos"/>
        </w:rPr>
        <w:t>obiectul</w:t>
      </w:r>
      <w:proofErr w:type="spellEnd"/>
      <w:r w:rsidRPr="2C295FE7">
        <w:rPr>
          <w:rFonts w:ascii="Aptos" w:eastAsia="Aptos" w:hAnsi="Aptos" w:cs="Aptos"/>
        </w:rPr>
        <w:t xml:space="preserve"> </w:t>
      </w:r>
      <w:proofErr w:type="spellStart"/>
      <w:r w:rsidRPr="2C295FE7">
        <w:rPr>
          <w:rFonts w:ascii="Aptos" w:eastAsia="Aptos" w:hAnsi="Aptos" w:cs="Aptos"/>
        </w:rPr>
        <w:t>contractului</w:t>
      </w:r>
      <w:proofErr w:type="spellEnd"/>
      <w:r w:rsidRPr="2C295FE7">
        <w:rPr>
          <w:rFonts w:ascii="Aptos" w:eastAsia="Aptos" w:hAnsi="Aptos" w:cs="Aptos"/>
        </w:rPr>
        <w:t xml:space="preserve"> de </w:t>
      </w:r>
      <w:proofErr w:type="spellStart"/>
      <w:r w:rsidRPr="2C295FE7">
        <w:rPr>
          <w:rFonts w:ascii="Aptos" w:eastAsia="Aptos" w:hAnsi="Aptos" w:cs="Aptos"/>
        </w:rPr>
        <w:t>finanțare</w:t>
      </w:r>
      <w:proofErr w:type="spellEnd"/>
      <w:r w:rsidRPr="2C295FE7">
        <w:rPr>
          <w:rFonts w:ascii="Aptos" w:eastAsia="Aptos" w:hAnsi="Aptos" w:cs="Aptos"/>
        </w:rPr>
        <w:t xml:space="preserve">, precum </w:t>
      </w:r>
      <w:proofErr w:type="spellStart"/>
      <w:r w:rsidRPr="2C295FE7">
        <w:rPr>
          <w:rFonts w:ascii="Aptos" w:eastAsia="Aptos" w:hAnsi="Aptos" w:cs="Aptos"/>
        </w:rPr>
        <w:t>programul</w:t>
      </w:r>
      <w:proofErr w:type="spellEnd"/>
      <w:r w:rsidRPr="2C295FE7">
        <w:rPr>
          <w:rFonts w:ascii="Aptos" w:eastAsia="Aptos" w:hAnsi="Aptos" w:cs="Aptos"/>
        </w:rPr>
        <w:t xml:space="preserve"> </w:t>
      </w:r>
      <w:proofErr w:type="spellStart"/>
      <w:r w:rsidRPr="2C295FE7">
        <w:rPr>
          <w:rFonts w:ascii="Aptos" w:eastAsia="Aptos" w:hAnsi="Aptos" w:cs="Aptos"/>
        </w:rPr>
        <w:t>activităților</w:t>
      </w:r>
      <w:proofErr w:type="spellEnd"/>
      <w:r w:rsidRPr="2C295FE7">
        <w:rPr>
          <w:rFonts w:ascii="Aptos" w:eastAsia="Aptos" w:hAnsi="Aptos" w:cs="Aptos"/>
        </w:rPr>
        <w:t xml:space="preserve">, </w:t>
      </w:r>
      <w:proofErr w:type="spellStart"/>
      <w:r w:rsidRPr="2C295FE7">
        <w:rPr>
          <w:rFonts w:ascii="Aptos" w:eastAsia="Aptos" w:hAnsi="Aptos" w:cs="Aptos"/>
        </w:rPr>
        <w:t>locul</w:t>
      </w:r>
      <w:proofErr w:type="spellEnd"/>
      <w:r w:rsidRPr="2C295FE7">
        <w:rPr>
          <w:rFonts w:ascii="Aptos" w:eastAsia="Aptos" w:hAnsi="Aptos" w:cs="Aptos"/>
        </w:rPr>
        <w:t xml:space="preserve"> de </w:t>
      </w:r>
      <w:proofErr w:type="spellStart"/>
      <w:r w:rsidRPr="2C295FE7">
        <w:rPr>
          <w:rFonts w:ascii="Aptos" w:eastAsia="Aptos" w:hAnsi="Aptos" w:cs="Aptos"/>
        </w:rPr>
        <w:t>desfășurare</w:t>
      </w:r>
      <w:proofErr w:type="spellEnd"/>
      <w:r w:rsidRPr="2C295FE7">
        <w:rPr>
          <w:rFonts w:ascii="Aptos" w:eastAsia="Aptos" w:hAnsi="Aptos" w:cs="Aptos"/>
        </w:rPr>
        <w:t xml:space="preserve">, data, ora, </w:t>
      </w:r>
      <w:proofErr w:type="spellStart"/>
      <w:r w:rsidRPr="2C295FE7">
        <w:rPr>
          <w:rFonts w:ascii="Aptos" w:eastAsia="Aptos" w:hAnsi="Aptos" w:cs="Aptos"/>
        </w:rPr>
        <w:t>etc</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să</w:t>
      </w:r>
      <w:proofErr w:type="spellEnd"/>
      <w:r w:rsidRPr="2C295FE7">
        <w:rPr>
          <w:rFonts w:ascii="Aptos" w:eastAsia="Aptos" w:hAnsi="Aptos" w:cs="Aptos"/>
        </w:rPr>
        <w:t xml:space="preserve"> </w:t>
      </w:r>
      <w:proofErr w:type="spellStart"/>
      <w:r w:rsidRPr="2C295FE7">
        <w:rPr>
          <w:rFonts w:ascii="Aptos" w:eastAsia="Aptos" w:hAnsi="Aptos" w:cs="Aptos"/>
        </w:rPr>
        <w:t>facă</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mod </w:t>
      </w:r>
      <w:proofErr w:type="spellStart"/>
      <w:r w:rsidRPr="2C295FE7">
        <w:rPr>
          <w:rFonts w:ascii="Aptos" w:eastAsia="Aptos" w:hAnsi="Aptos" w:cs="Aptos"/>
        </w:rPr>
        <w:t>adecvat</w:t>
      </w:r>
      <w:proofErr w:type="spellEnd"/>
      <w:r w:rsidRPr="2C295FE7">
        <w:rPr>
          <w:rFonts w:ascii="Aptos" w:eastAsia="Aptos" w:hAnsi="Aptos" w:cs="Aptos"/>
        </w:rPr>
        <w:t xml:space="preserve">, </w:t>
      </w:r>
      <w:proofErr w:type="spellStart"/>
      <w:r w:rsidRPr="2C295FE7">
        <w:rPr>
          <w:rFonts w:ascii="Aptos" w:eastAsia="Aptos" w:hAnsi="Aptos" w:cs="Aptos"/>
        </w:rPr>
        <w:t>comunicarea</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promovarea</w:t>
      </w:r>
      <w:proofErr w:type="spellEnd"/>
      <w:r w:rsidRPr="2C295FE7">
        <w:rPr>
          <w:rFonts w:ascii="Aptos" w:eastAsia="Aptos" w:hAnsi="Aptos" w:cs="Aptos"/>
        </w:rPr>
        <w:t xml:space="preserve"> </w:t>
      </w:r>
      <w:proofErr w:type="spellStart"/>
      <w:r w:rsidRPr="2C295FE7">
        <w:rPr>
          <w:rFonts w:ascii="Aptos" w:eastAsia="Aptos" w:hAnsi="Aptos" w:cs="Aptos"/>
        </w:rPr>
        <w:t>proiectului</w:t>
      </w:r>
      <w:proofErr w:type="spellEnd"/>
      <w:r w:rsidRPr="2C295FE7">
        <w:rPr>
          <w:rFonts w:ascii="Aptos" w:eastAsia="Aptos" w:hAnsi="Aptos" w:cs="Aptos"/>
        </w:rPr>
        <w:t xml:space="preserve"> </w:t>
      </w:r>
      <w:proofErr w:type="spellStart"/>
      <w:r w:rsidRPr="2C295FE7">
        <w:rPr>
          <w:rFonts w:ascii="Aptos" w:eastAsia="Aptos" w:hAnsi="Aptos" w:cs="Aptos"/>
        </w:rPr>
        <w:t>către</w:t>
      </w:r>
      <w:proofErr w:type="spellEnd"/>
      <w:r w:rsidRPr="2C295FE7">
        <w:rPr>
          <w:rFonts w:ascii="Aptos" w:eastAsia="Aptos" w:hAnsi="Aptos" w:cs="Aptos"/>
        </w:rPr>
        <w:t xml:space="preserve"> </w:t>
      </w:r>
      <w:proofErr w:type="spellStart"/>
      <w:r w:rsidRPr="2C295FE7">
        <w:rPr>
          <w:rFonts w:ascii="Aptos" w:eastAsia="Aptos" w:hAnsi="Aptos" w:cs="Aptos"/>
        </w:rPr>
        <w:t>publicurile</w:t>
      </w:r>
      <w:proofErr w:type="spellEnd"/>
      <w:r w:rsidRPr="2C295FE7">
        <w:rPr>
          <w:rFonts w:ascii="Aptos" w:eastAsia="Aptos" w:hAnsi="Aptos" w:cs="Aptos"/>
        </w:rPr>
        <w:t xml:space="preserve"> sale </w:t>
      </w:r>
      <w:proofErr w:type="spellStart"/>
      <w:r w:rsidRPr="2C295FE7">
        <w:rPr>
          <w:rFonts w:ascii="Aptos" w:eastAsia="Aptos" w:hAnsi="Aptos" w:cs="Aptos"/>
        </w:rPr>
        <w:t>țintă</w:t>
      </w:r>
      <w:proofErr w:type="spellEnd"/>
      <w:r w:rsidRPr="2C295FE7">
        <w:rPr>
          <w:rFonts w:ascii="Aptos" w:eastAsia="Aptos" w:hAnsi="Aptos" w:cs="Aptos"/>
        </w:rPr>
        <w:t xml:space="preserve">, conform </w:t>
      </w:r>
      <w:proofErr w:type="spellStart"/>
      <w:r w:rsidRPr="2C295FE7">
        <w:rPr>
          <w:rFonts w:ascii="Aptos" w:eastAsia="Aptos" w:hAnsi="Aptos" w:cs="Aptos"/>
        </w:rPr>
        <w:t>Cererii</w:t>
      </w:r>
      <w:proofErr w:type="spellEnd"/>
      <w:r w:rsidRPr="2C295FE7">
        <w:rPr>
          <w:rFonts w:ascii="Aptos" w:eastAsia="Aptos" w:hAnsi="Aptos" w:cs="Aptos"/>
        </w:rPr>
        <w:t xml:space="preserve"> de </w:t>
      </w:r>
      <w:proofErr w:type="spellStart"/>
      <w:r w:rsidRPr="2C295FE7">
        <w:rPr>
          <w:rFonts w:ascii="Aptos" w:eastAsia="Aptos" w:hAnsi="Aptos" w:cs="Aptos"/>
        </w:rPr>
        <w:t>finanțare</w:t>
      </w:r>
      <w:proofErr w:type="spellEnd"/>
      <w:r w:rsidRPr="2C295FE7">
        <w:rPr>
          <w:rFonts w:ascii="Aptos" w:eastAsia="Aptos" w:hAnsi="Aptos" w:cs="Aptos"/>
        </w:rPr>
        <w:t xml:space="preserve">; </w:t>
      </w:r>
    </w:p>
    <w:p w14:paraId="62C4097F" w14:textId="77777777" w:rsidR="00651778" w:rsidRDefault="00651778" w:rsidP="00651778">
      <w:pPr>
        <w:pStyle w:val="ListParagraph"/>
        <w:numPr>
          <w:ilvl w:val="0"/>
          <w:numId w:val="49"/>
        </w:numPr>
        <w:spacing w:before="240" w:after="240" w:line="279" w:lineRule="auto"/>
        <w:rPr>
          <w:rFonts w:ascii="Aptos" w:eastAsia="Aptos" w:hAnsi="Aptos" w:cs="Aptos"/>
        </w:rPr>
      </w:pPr>
      <w:proofErr w:type="spellStart"/>
      <w:r w:rsidRPr="2C295FE7">
        <w:rPr>
          <w:rFonts w:ascii="Aptos" w:eastAsia="Aptos" w:hAnsi="Aptos" w:cs="Aptos"/>
        </w:rPr>
        <w:t>să</w:t>
      </w:r>
      <w:proofErr w:type="spellEnd"/>
      <w:r w:rsidRPr="2C295FE7">
        <w:rPr>
          <w:rFonts w:ascii="Aptos" w:eastAsia="Aptos" w:hAnsi="Aptos" w:cs="Aptos"/>
        </w:rPr>
        <w:t xml:space="preserve"> </w:t>
      </w:r>
      <w:proofErr w:type="spellStart"/>
      <w:r w:rsidRPr="2C295FE7">
        <w:rPr>
          <w:rFonts w:ascii="Aptos" w:eastAsia="Aptos" w:hAnsi="Aptos" w:cs="Aptos"/>
        </w:rPr>
        <w:t>menționeze</w:t>
      </w:r>
      <w:proofErr w:type="spellEnd"/>
      <w:r w:rsidRPr="2C295FE7">
        <w:rPr>
          <w:rFonts w:ascii="Aptos" w:eastAsia="Aptos" w:hAnsi="Aptos" w:cs="Aptos"/>
        </w:rPr>
        <w:t xml:space="preserve"> </w:t>
      </w:r>
      <w:proofErr w:type="spellStart"/>
      <w:r w:rsidRPr="2C295FE7">
        <w:rPr>
          <w:rFonts w:ascii="Aptos" w:eastAsia="Aptos" w:hAnsi="Aptos" w:cs="Aptos"/>
        </w:rPr>
        <w:t>numele</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calitatea</w:t>
      </w:r>
      <w:proofErr w:type="spellEnd"/>
      <w:r w:rsidRPr="2C295FE7">
        <w:rPr>
          <w:rFonts w:ascii="Aptos" w:eastAsia="Aptos" w:hAnsi="Aptos" w:cs="Aptos"/>
        </w:rPr>
        <w:t xml:space="preserve"> </w:t>
      </w:r>
      <w:proofErr w:type="spellStart"/>
      <w:r w:rsidRPr="2C295FE7">
        <w:rPr>
          <w:rFonts w:ascii="Aptos" w:eastAsia="Aptos" w:hAnsi="Aptos" w:cs="Aptos"/>
        </w:rPr>
        <w:t>finanțatorului</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w:t>
      </w:r>
      <w:proofErr w:type="spellStart"/>
      <w:r w:rsidRPr="2C295FE7">
        <w:rPr>
          <w:rFonts w:ascii="Aptos" w:eastAsia="Aptos" w:hAnsi="Aptos" w:cs="Aptos"/>
        </w:rPr>
        <w:t>toate</w:t>
      </w:r>
      <w:proofErr w:type="spellEnd"/>
      <w:r w:rsidRPr="2C295FE7">
        <w:rPr>
          <w:rFonts w:ascii="Aptos" w:eastAsia="Aptos" w:hAnsi="Aptos" w:cs="Aptos"/>
        </w:rPr>
        <w:t xml:space="preserve"> </w:t>
      </w:r>
      <w:proofErr w:type="spellStart"/>
      <w:r w:rsidRPr="2C295FE7">
        <w:rPr>
          <w:rFonts w:ascii="Aptos" w:eastAsia="Aptos" w:hAnsi="Aptos" w:cs="Aptos"/>
        </w:rPr>
        <w:t>publicațiile</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interviurile</w:t>
      </w:r>
      <w:proofErr w:type="spellEnd"/>
      <w:r w:rsidRPr="2C295FE7">
        <w:rPr>
          <w:rFonts w:ascii="Aptos" w:eastAsia="Aptos" w:hAnsi="Aptos" w:cs="Aptos"/>
        </w:rPr>
        <w:t xml:space="preserve"> </w:t>
      </w:r>
      <w:proofErr w:type="spellStart"/>
      <w:r w:rsidRPr="2C295FE7">
        <w:rPr>
          <w:rFonts w:ascii="Aptos" w:eastAsia="Aptos" w:hAnsi="Aptos" w:cs="Aptos"/>
        </w:rPr>
        <w:t>scrise</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format video </w:t>
      </w:r>
      <w:proofErr w:type="spellStart"/>
      <w:r w:rsidRPr="2C295FE7">
        <w:rPr>
          <w:rFonts w:ascii="Aptos" w:eastAsia="Aptos" w:hAnsi="Aptos" w:cs="Aptos"/>
        </w:rPr>
        <w:t>și</w:t>
      </w:r>
      <w:proofErr w:type="spellEnd"/>
      <w:r w:rsidRPr="2C295FE7">
        <w:rPr>
          <w:rFonts w:ascii="Aptos" w:eastAsia="Aptos" w:hAnsi="Aptos" w:cs="Aptos"/>
        </w:rPr>
        <w:t xml:space="preserve"> audio </w:t>
      </w:r>
      <w:proofErr w:type="spellStart"/>
      <w:r w:rsidRPr="2C295FE7">
        <w:rPr>
          <w:rFonts w:ascii="Aptos" w:eastAsia="Aptos" w:hAnsi="Aptos" w:cs="Aptos"/>
        </w:rPr>
        <w:t>acordate</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w:t>
      </w:r>
      <w:proofErr w:type="spellStart"/>
      <w:r w:rsidRPr="2C295FE7">
        <w:rPr>
          <w:rFonts w:ascii="Aptos" w:eastAsia="Aptos" w:hAnsi="Aptos" w:cs="Aptos"/>
        </w:rPr>
        <w:t>legătură</w:t>
      </w:r>
      <w:proofErr w:type="spellEnd"/>
      <w:r w:rsidRPr="2C295FE7">
        <w:rPr>
          <w:rFonts w:ascii="Aptos" w:eastAsia="Aptos" w:hAnsi="Aptos" w:cs="Aptos"/>
        </w:rPr>
        <w:t xml:space="preserve"> cu </w:t>
      </w:r>
      <w:proofErr w:type="spellStart"/>
      <w:proofErr w:type="gramStart"/>
      <w:r w:rsidRPr="2C295FE7">
        <w:rPr>
          <w:rFonts w:ascii="Aptos" w:eastAsia="Aptos" w:hAnsi="Aptos" w:cs="Aptos"/>
        </w:rPr>
        <w:t>proiectul</w:t>
      </w:r>
      <w:proofErr w:type="spellEnd"/>
      <w:r w:rsidRPr="2C295FE7">
        <w:rPr>
          <w:rFonts w:ascii="Aptos" w:eastAsia="Aptos" w:hAnsi="Aptos" w:cs="Aptos"/>
        </w:rPr>
        <w:t xml:space="preserve">  care</w:t>
      </w:r>
      <w:proofErr w:type="gramEnd"/>
      <w:r w:rsidRPr="2C295FE7">
        <w:rPr>
          <w:rFonts w:ascii="Aptos" w:eastAsia="Aptos" w:hAnsi="Aptos" w:cs="Aptos"/>
        </w:rPr>
        <w:t xml:space="preserve"> face </w:t>
      </w:r>
      <w:proofErr w:type="spellStart"/>
      <w:r w:rsidRPr="2C295FE7">
        <w:rPr>
          <w:rFonts w:ascii="Aptos" w:eastAsia="Aptos" w:hAnsi="Aptos" w:cs="Aptos"/>
        </w:rPr>
        <w:t>obiectul</w:t>
      </w:r>
      <w:proofErr w:type="spellEnd"/>
      <w:r w:rsidRPr="2C295FE7">
        <w:rPr>
          <w:rFonts w:ascii="Aptos" w:eastAsia="Aptos" w:hAnsi="Aptos" w:cs="Aptos"/>
        </w:rPr>
        <w:t xml:space="preserve"> </w:t>
      </w:r>
      <w:proofErr w:type="spellStart"/>
      <w:r w:rsidRPr="2C295FE7">
        <w:rPr>
          <w:rFonts w:ascii="Aptos" w:eastAsia="Aptos" w:hAnsi="Aptos" w:cs="Aptos"/>
        </w:rPr>
        <w:t>prezentului</w:t>
      </w:r>
      <w:proofErr w:type="spellEnd"/>
      <w:r w:rsidRPr="2C295FE7">
        <w:rPr>
          <w:rFonts w:ascii="Aptos" w:eastAsia="Aptos" w:hAnsi="Aptos" w:cs="Aptos"/>
        </w:rPr>
        <w:t xml:space="preserve"> contract; </w:t>
      </w:r>
    </w:p>
    <w:p w14:paraId="15AD44CD" w14:textId="77777777" w:rsidR="00651778" w:rsidRDefault="00651778" w:rsidP="00651778">
      <w:pPr>
        <w:pStyle w:val="ListParagraph"/>
        <w:numPr>
          <w:ilvl w:val="0"/>
          <w:numId w:val="49"/>
        </w:numPr>
        <w:spacing w:before="240" w:after="240" w:line="279" w:lineRule="auto"/>
        <w:rPr>
          <w:rFonts w:ascii="Aptos" w:eastAsia="Aptos" w:hAnsi="Aptos" w:cs="Aptos"/>
        </w:rPr>
      </w:pPr>
      <w:proofErr w:type="spellStart"/>
      <w:r w:rsidRPr="2C295FE7">
        <w:rPr>
          <w:rFonts w:ascii="Aptos" w:eastAsia="Aptos" w:hAnsi="Aptos" w:cs="Aptos"/>
        </w:rPr>
        <w:t>să</w:t>
      </w:r>
      <w:proofErr w:type="spellEnd"/>
      <w:r w:rsidRPr="2C295FE7">
        <w:rPr>
          <w:rFonts w:ascii="Aptos" w:eastAsia="Aptos" w:hAnsi="Aptos" w:cs="Aptos"/>
        </w:rPr>
        <w:t xml:space="preserve"> </w:t>
      </w:r>
      <w:proofErr w:type="spellStart"/>
      <w:r w:rsidRPr="2C295FE7">
        <w:rPr>
          <w:rFonts w:ascii="Aptos" w:eastAsia="Aptos" w:hAnsi="Aptos" w:cs="Aptos"/>
        </w:rPr>
        <w:t>insereze</w:t>
      </w:r>
      <w:proofErr w:type="spellEnd"/>
      <w:r w:rsidRPr="2C295FE7">
        <w:rPr>
          <w:rFonts w:ascii="Aptos" w:eastAsia="Aptos" w:hAnsi="Aptos" w:cs="Aptos"/>
        </w:rPr>
        <w:t xml:space="preserve"> </w:t>
      </w:r>
      <w:proofErr w:type="spellStart"/>
      <w:r w:rsidRPr="2C295FE7">
        <w:rPr>
          <w:rFonts w:ascii="Aptos" w:eastAsia="Aptos" w:hAnsi="Aptos" w:cs="Aptos"/>
        </w:rPr>
        <w:t>siglele</w:t>
      </w:r>
      <w:proofErr w:type="spellEnd"/>
      <w:r w:rsidRPr="2C295FE7">
        <w:rPr>
          <w:rFonts w:ascii="Aptos" w:eastAsia="Aptos" w:hAnsi="Aptos" w:cs="Aptos"/>
        </w:rPr>
        <w:t xml:space="preserve"> </w:t>
      </w:r>
      <w:proofErr w:type="spellStart"/>
      <w:r w:rsidRPr="2C295FE7">
        <w:rPr>
          <w:rFonts w:ascii="Aptos" w:eastAsia="Aptos" w:hAnsi="Aptos" w:cs="Aptos"/>
        </w:rPr>
        <w:t>puse</w:t>
      </w:r>
      <w:proofErr w:type="spellEnd"/>
      <w:r w:rsidRPr="2C295FE7">
        <w:rPr>
          <w:rFonts w:ascii="Aptos" w:eastAsia="Aptos" w:hAnsi="Aptos" w:cs="Aptos"/>
        </w:rPr>
        <w:t xml:space="preserve"> le </w:t>
      </w:r>
      <w:proofErr w:type="spellStart"/>
      <w:r w:rsidRPr="2C295FE7">
        <w:rPr>
          <w:rFonts w:ascii="Aptos" w:eastAsia="Aptos" w:hAnsi="Aptos" w:cs="Aptos"/>
        </w:rPr>
        <w:t>dispoziție</w:t>
      </w:r>
      <w:proofErr w:type="spellEnd"/>
      <w:r w:rsidRPr="2C295FE7">
        <w:rPr>
          <w:rFonts w:ascii="Aptos" w:eastAsia="Aptos" w:hAnsi="Aptos" w:cs="Aptos"/>
        </w:rPr>
        <w:t xml:space="preserve"> </w:t>
      </w:r>
      <w:proofErr w:type="gramStart"/>
      <w:r w:rsidRPr="2C295FE7">
        <w:rPr>
          <w:rFonts w:ascii="Aptos" w:eastAsia="Aptos" w:hAnsi="Aptos" w:cs="Aptos"/>
        </w:rPr>
        <w:t xml:space="preserve">de  </w:t>
      </w:r>
      <w:proofErr w:type="spellStart"/>
      <w:r w:rsidRPr="2C295FE7">
        <w:rPr>
          <w:rFonts w:ascii="Aptos" w:eastAsia="Aptos" w:hAnsi="Aptos" w:cs="Aptos"/>
        </w:rPr>
        <w:t>Municipiul</w:t>
      </w:r>
      <w:proofErr w:type="spellEnd"/>
      <w:proofErr w:type="gramEnd"/>
      <w:r w:rsidRPr="2C295FE7">
        <w:rPr>
          <w:rFonts w:ascii="Aptos" w:eastAsia="Aptos" w:hAnsi="Aptos" w:cs="Aptos"/>
        </w:rPr>
        <w:t xml:space="preserve"> </w:t>
      </w:r>
      <w:proofErr w:type="spellStart"/>
      <w:r w:rsidRPr="2C295FE7">
        <w:rPr>
          <w:rFonts w:ascii="Aptos" w:eastAsia="Aptos" w:hAnsi="Aptos" w:cs="Aptos"/>
        </w:rPr>
        <w:t>Timișoara</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w:t>
      </w:r>
      <w:proofErr w:type="spellStart"/>
      <w:r w:rsidRPr="2C295FE7">
        <w:rPr>
          <w:rFonts w:ascii="Aptos" w:eastAsia="Aptos" w:hAnsi="Aptos" w:cs="Aptos"/>
        </w:rPr>
        <w:t>toate</w:t>
      </w:r>
      <w:proofErr w:type="spellEnd"/>
      <w:r w:rsidRPr="2C295FE7">
        <w:rPr>
          <w:rFonts w:ascii="Aptos" w:eastAsia="Aptos" w:hAnsi="Aptos" w:cs="Aptos"/>
        </w:rPr>
        <w:t xml:space="preserve"> </w:t>
      </w:r>
      <w:proofErr w:type="spellStart"/>
      <w:r w:rsidRPr="2C295FE7">
        <w:rPr>
          <w:rFonts w:ascii="Aptos" w:eastAsia="Aptos" w:hAnsi="Aptos" w:cs="Aptos"/>
        </w:rPr>
        <w:t>materialele</w:t>
      </w:r>
      <w:proofErr w:type="spellEnd"/>
      <w:r w:rsidRPr="2C295FE7">
        <w:rPr>
          <w:rFonts w:ascii="Aptos" w:eastAsia="Aptos" w:hAnsi="Aptos" w:cs="Aptos"/>
        </w:rPr>
        <w:t xml:space="preserve"> de </w:t>
      </w:r>
      <w:proofErr w:type="spellStart"/>
      <w:r w:rsidRPr="2C295FE7">
        <w:rPr>
          <w:rFonts w:ascii="Aptos" w:eastAsia="Aptos" w:hAnsi="Aptos" w:cs="Aptos"/>
        </w:rPr>
        <w:t>promovare</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comunicare</w:t>
      </w:r>
      <w:proofErr w:type="spellEnd"/>
      <w:r w:rsidRPr="2C295FE7">
        <w:rPr>
          <w:rFonts w:ascii="Aptos" w:eastAsia="Aptos" w:hAnsi="Aptos" w:cs="Aptos"/>
        </w:rPr>
        <w:t xml:space="preserve"> ale </w:t>
      </w:r>
      <w:proofErr w:type="spellStart"/>
      <w:proofErr w:type="gramStart"/>
      <w:r w:rsidRPr="2C295FE7">
        <w:rPr>
          <w:rFonts w:ascii="Aptos" w:eastAsia="Aptos" w:hAnsi="Aptos" w:cs="Aptos"/>
        </w:rPr>
        <w:t>programului</w:t>
      </w:r>
      <w:proofErr w:type="spellEnd"/>
      <w:r w:rsidRPr="2C295FE7">
        <w:rPr>
          <w:rFonts w:ascii="Aptos" w:eastAsia="Aptos" w:hAnsi="Aptos" w:cs="Aptos"/>
        </w:rPr>
        <w:t xml:space="preserve"> :</w:t>
      </w:r>
      <w:proofErr w:type="gramEnd"/>
      <w:r w:rsidRPr="2C295FE7">
        <w:rPr>
          <w:rFonts w:ascii="Aptos" w:eastAsia="Aptos" w:hAnsi="Aptos" w:cs="Aptos"/>
        </w:rPr>
        <w:t xml:space="preserve"> </w:t>
      </w:r>
      <w:proofErr w:type="spellStart"/>
      <w:r w:rsidRPr="2C295FE7">
        <w:rPr>
          <w:rFonts w:ascii="Aptos" w:eastAsia="Aptos" w:hAnsi="Aptos" w:cs="Aptos"/>
        </w:rPr>
        <w:t>pliante</w:t>
      </w:r>
      <w:proofErr w:type="spellEnd"/>
      <w:r w:rsidRPr="2C295FE7">
        <w:rPr>
          <w:rFonts w:ascii="Aptos" w:eastAsia="Aptos" w:hAnsi="Aptos" w:cs="Aptos"/>
        </w:rPr>
        <w:t xml:space="preserve">, </w:t>
      </w:r>
      <w:proofErr w:type="spellStart"/>
      <w:r w:rsidRPr="2C295FE7">
        <w:rPr>
          <w:rFonts w:ascii="Aptos" w:eastAsia="Aptos" w:hAnsi="Aptos" w:cs="Aptos"/>
        </w:rPr>
        <w:t>broșuri</w:t>
      </w:r>
      <w:proofErr w:type="spellEnd"/>
      <w:r w:rsidRPr="2C295FE7">
        <w:rPr>
          <w:rFonts w:ascii="Aptos" w:eastAsia="Aptos" w:hAnsi="Aptos" w:cs="Aptos"/>
        </w:rPr>
        <w:t xml:space="preserve">, </w:t>
      </w:r>
      <w:proofErr w:type="spellStart"/>
      <w:r w:rsidRPr="2C295FE7">
        <w:rPr>
          <w:rFonts w:ascii="Aptos" w:eastAsia="Aptos" w:hAnsi="Aptos" w:cs="Aptos"/>
        </w:rPr>
        <w:t>comunicate</w:t>
      </w:r>
      <w:proofErr w:type="spellEnd"/>
      <w:r w:rsidRPr="2C295FE7">
        <w:rPr>
          <w:rFonts w:ascii="Aptos" w:eastAsia="Aptos" w:hAnsi="Aptos" w:cs="Aptos"/>
        </w:rPr>
        <w:t xml:space="preserve"> de </w:t>
      </w:r>
      <w:proofErr w:type="spellStart"/>
      <w:r w:rsidRPr="2C295FE7">
        <w:rPr>
          <w:rFonts w:ascii="Aptos" w:eastAsia="Aptos" w:hAnsi="Aptos" w:cs="Aptos"/>
        </w:rPr>
        <w:t>presă</w:t>
      </w:r>
      <w:proofErr w:type="spellEnd"/>
      <w:r w:rsidRPr="2C295FE7">
        <w:rPr>
          <w:rFonts w:ascii="Aptos" w:eastAsia="Aptos" w:hAnsi="Aptos" w:cs="Aptos"/>
        </w:rPr>
        <w:t xml:space="preserve">, </w:t>
      </w:r>
      <w:proofErr w:type="spellStart"/>
      <w:r w:rsidRPr="2C295FE7">
        <w:rPr>
          <w:rFonts w:ascii="Aptos" w:eastAsia="Aptos" w:hAnsi="Aptos" w:cs="Aptos"/>
        </w:rPr>
        <w:t>afișe</w:t>
      </w:r>
      <w:proofErr w:type="spellEnd"/>
      <w:r w:rsidRPr="2C295FE7">
        <w:rPr>
          <w:rFonts w:ascii="Aptos" w:eastAsia="Aptos" w:hAnsi="Aptos" w:cs="Aptos"/>
        </w:rPr>
        <w:t xml:space="preserve">, </w:t>
      </w:r>
      <w:proofErr w:type="spellStart"/>
      <w:r w:rsidRPr="2C295FE7">
        <w:rPr>
          <w:rFonts w:ascii="Aptos" w:eastAsia="Aptos" w:hAnsi="Aptos" w:cs="Aptos"/>
        </w:rPr>
        <w:t>cataloage</w:t>
      </w:r>
      <w:proofErr w:type="spellEnd"/>
      <w:r w:rsidRPr="2C295FE7">
        <w:rPr>
          <w:rFonts w:ascii="Aptos" w:eastAsia="Aptos" w:hAnsi="Aptos" w:cs="Aptos"/>
        </w:rPr>
        <w:t>, site-</w:t>
      </w:r>
      <w:proofErr w:type="spellStart"/>
      <w:r w:rsidRPr="2C295FE7">
        <w:rPr>
          <w:rFonts w:ascii="Aptos" w:eastAsia="Aptos" w:hAnsi="Aptos" w:cs="Aptos"/>
        </w:rPr>
        <w:t>uri</w:t>
      </w:r>
      <w:proofErr w:type="spellEnd"/>
      <w:r w:rsidRPr="2C295FE7">
        <w:rPr>
          <w:rFonts w:ascii="Aptos" w:eastAsia="Aptos" w:hAnsi="Aptos" w:cs="Aptos"/>
        </w:rPr>
        <w:t xml:space="preserve"> web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w:t>
      </w:r>
      <w:proofErr w:type="spellStart"/>
      <w:r w:rsidRPr="2C295FE7">
        <w:rPr>
          <w:rFonts w:ascii="Aptos" w:eastAsia="Aptos" w:hAnsi="Aptos" w:cs="Aptos"/>
        </w:rPr>
        <w:t>orice</w:t>
      </w:r>
      <w:proofErr w:type="spellEnd"/>
      <w:r w:rsidRPr="2C295FE7">
        <w:rPr>
          <w:rFonts w:ascii="Aptos" w:eastAsia="Aptos" w:hAnsi="Aptos" w:cs="Aptos"/>
        </w:rPr>
        <w:t xml:space="preserve"> </w:t>
      </w:r>
      <w:proofErr w:type="spellStart"/>
      <w:r w:rsidRPr="2C295FE7">
        <w:rPr>
          <w:rFonts w:ascii="Aptos" w:eastAsia="Aptos" w:hAnsi="Aptos" w:cs="Aptos"/>
        </w:rPr>
        <w:t>alte</w:t>
      </w:r>
      <w:proofErr w:type="spellEnd"/>
      <w:r w:rsidRPr="2C295FE7">
        <w:rPr>
          <w:rFonts w:ascii="Aptos" w:eastAsia="Aptos" w:hAnsi="Aptos" w:cs="Aptos"/>
        </w:rPr>
        <w:t xml:space="preserve"> </w:t>
      </w:r>
      <w:proofErr w:type="spellStart"/>
      <w:r w:rsidRPr="2C295FE7">
        <w:rPr>
          <w:rFonts w:ascii="Aptos" w:eastAsia="Aptos" w:hAnsi="Aptos" w:cs="Aptos"/>
        </w:rPr>
        <w:t>materiale</w:t>
      </w:r>
      <w:proofErr w:type="spellEnd"/>
      <w:r w:rsidRPr="2C295FE7">
        <w:rPr>
          <w:rFonts w:ascii="Aptos" w:eastAsia="Aptos" w:hAnsi="Aptos" w:cs="Aptos"/>
        </w:rPr>
        <w:t xml:space="preserve"> </w:t>
      </w:r>
      <w:proofErr w:type="spellStart"/>
      <w:r w:rsidRPr="2C295FE7">
        <w:rPr>
          <w:rFonts w:ascii="Aptos" w:eastAsia="Aptos" w:hAnsi="Aptos" w:cs="Aptos"/>
        </w:rPr>
        <w:t>realizate</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w:t>
      </w:r>
      <w:proofErr w:type="spellStart"/>
      <w:r w:rsidRPr="2C295FE7">
        <w:rPr>
          <w:rFonts w:ascii="Aptos" w:eastAsia="Aptos" w:hAnsi="Aptos" w:cs="Aptos"/>
        </w:rPr>
        <w:t>vederea</w:t>
      </w:r>
      <w:proofErr w:type="spellEnd"/>
      <w:r w:rsidRPr="2C295FE7">
        <w:rPr>
          <w:rFonts w:ascii="Aptos" w:eastAsia="Aptos" w:hAnsi="Aptos" w:cs="Aptos"/>
        </w:rPr>
        <w:t xml:space="preserve"> </w:t>
      </w:r>
      <w:proofErr w:type="spellStart"/>
      <w:r w:rsidRPr="2C295FE7">
        <w:rPr>
          <w:rFonts w:ascii="Aptos" w:eastAsia="Aptos" w:hAnsi="Aptos" w:cs="Aptos"/>
        </w:rPr>
        <w:t>prezentării</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promovării</w:t>
      </w:r>
      <w:proofErr w:type="spellEnd"/>
      <w:r w:rsidRPr="2C295FE7">
        <w:rPr>
          <w:rFonts w:ascii="Aptos" w:eastAsia="Aptos" w:hAnsi="Aptos" w:cs="Aptos"/>
        </w:rPr>
        <w:t xml:space="preserve"> </w:t>
      </w:r>
      <w:proofErr w:type="spellStart"/>
      <w:proofErr w:type="gramStart"/>
      <w:r w:rsidRPr="2C295FE7">
        <w:rPr>
          <w:rFonts w:ascii="Aptos" w:eastAsia="Aptos" w:hAnsi="Aptos" w:cs="Aptos"/>
        </w:rPr>
        <w:t>proiectului</w:t>
      </w:r>
      <w:proofErr w:type="spellEnd"/>
      <w:r w:rsidRPr="2C295FE7">
        <w:rPr>
          <w:rFonts w:ascii="Aptos" w:eastAsia="Aptos" w:hAnsi="Aptos" w:cs="Aptos"/>
        </w:rPr>
        <w:t xml:space="preserve"> ,</w:t>
      </w:r>
      <w:proofErr w:type="gramEnd"/>
      <w:r w:rsidRPr="2C295FE7">
        <w:rPr>
          <w:rFonts w:ascii="Aptos" w:eastAsia="Aptos" w:hAnsi="Aptos" w:cs="Aptos"/>
        </w:rPr>
        <w:t xml:space="preserve"> precum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w:t>
      </w:r>
      <w:proofErr w:type="spellStart"/>
      <w:r w:rsidRPr="2C295FE7">
        <w:rPr>
          <w:rFonts w:ascii="Aptos" w:eastAsia="Aptos" w:hAnsi="Aptos" w:cs="Aptos"/>
        </w:rPr>
        <w:t>toate</w:t>
      </w:r>
      <w:proofErr w:type="spellEnd"/>
      <w:r w:rsidRPr="2C295FE7">
        <w:rPr>
          <w:rFonts w:ascii="Aptos" w:eastAsia="Aptos" w:hAnsi="Aptos" w:cs="Aptos"/>
        </w:rPr>
        <w:t xml:space="preserve"> </w:t>
      </w:r>
      <w:proofErr w:type="spellStart"/>
      <w:r w:rsidRPr="2C295FE7">
        <w:rPr>
          <w:rFonts w:ascii="Aptos" w:eastAsia="Aptos" w:hAnsi="Aptos" w:cs="Aptos"/>
        </w:rPr>
        <w:t>publicațiile</w:t>
      </w:r>
      <w:proofErr w:type="spellEnd"/>
      <w:r w:rsidRPr="2C295FE7">
        <w:rPr>
          <w:rFonts w:ascii="Aptos" w:eastAsia="Aptos" w:hAnsi="Aptos" w:cs="Aptos"/>
        </w:rPr>
        <w:t xml:space="preserve"> </w:t>
      </w:r>
      <w:proofErr w:type="spellStart"/>
      <w:r w:rsidRPr="2C295FE7">
        <w:rPr>
          <w:rFonts w:ascii="Aptos" w:eastAsia="Aptos" w:hAnsi="Aptos" w:cs="Aptos"/>
        </w:rPr>
        <w:t>ce</w:t>
      </w:r>
      <w:proofErr w:type="spellEnd"/>
      <w:r w:rsidRPr="2C295FE7">
        <w:rPr>
          <w:rFonts w:ascii="Aptos" w:eastAsia="Aptos" w:hAnsi="Aptos" w:cs="Aptos"/>
        </w:rPr>
        <w:t xml:space="preserve"> </w:t>
      </w:r>
      <w:proofErr w:type="spellStart"/>
      <w:r w:rsidRPr="2C295FE7">
        <w:rPr>
          <w:rFonts w:ascii="Aptos" w:eastAsia="Aptos" w:hAnsi="Aptos" w:cs="Aptos"/>
        </w:rPr>
        <w:t>reprezintă</w:t>
      </w:r>
      <w:proofErr w:type="spellEnd"/>
      <w:r w:rsidRPr="2C295FE7">
        <w:rPr>
          <w:rFonts w:ascii="Aptos" w:eastAsia="Aptos" w:hAnsi="Aptos" w:cs="Aptos"/>
        </w:rPr>
        <w:t xml:space="preserve"> </w:t>
      </w:r>
      <w:proofErr w:type="spellStart"/>
      <w:proofErr w:type="gramStart"/>
      <w:r w:rsidRPr="2C295FE7">
        <w:rPr>
          <w:rFonts w:ascii="Aptos" w:eastAsia="Aptos" w:hAnsi="Aptos" w:cs="Aptos"/>
        </w:rPr>
        <w:t>produse</w:t>
      </w:r>
      <w:proofErr w:type="spellEnd"/>
      <w:r w:rsidRPr="2C295FE7">
        <w:rPr>
          <w:rFonts w:ascii="Aptos" w:eastAsia="Aptos" w:hAnsi="Aptos" w:cs="Aptos"/>
        </w:rPr>
        <w:t xml:space="preserve">  ale</w:t>
      </w:r>
      <w:proofErr w:type="gramEnd"/>
      <w:r w:rsidRPr="2C295FE7">
        <w:rPr>
          <w:rFonts w:ascii="Aptos" w:eastAsia="Aptos" w:hAnsi="Aptos" w:cs="Aptos"/>
        </w:rPr>
        <w:t xml:space="preserve"> </w:t>
      </w:r>
      <w:proofErr w:type="spellStart"/>
      <w:r w:rsidRPr="2C295FE7">
        <w:rPr>
          <w:rFonts w:ascii="Aptos" w:eastAsia="Aptos" w:hAnsi="Aptos" w:cs="Aptos"/>
        </w:rPr>
        <w:t>proiectului</w:t>
      </w:r>
      <w:proofErr w:type="spellEnd"/>
      <w:r w:rsidRPr="2C295FE7">
        <w:rPr>
          <w:rFonts w:ascii="Aptos" w:eastAsia="Aptos" w:hAnsi="Aptos" w:cs="Aptos"/>
        </w:rPr>
        <w:t xml:space="preserve">, </w:t>
      </w:r>
      <w:proofErr w:type="spellStart"/>
      <w:r w:rsidRPr="2C295FE7">
        <w:rPr>
          <w:rFonts w:ascii="Aptos" w:eastAsia="Aptos" w:hAnsi="Aptos" w:cs="Aptos"/>
        </w:rPr>
        <w:t>atât</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format </w:t>
      </w:r>
      <w:proofErr w:type="spellStart"/>
      <w:r w:rsidRPr="2C295FE7">
        <w:rPr>
          <w:rFonts w:ascii="Aptos" w:eastAsia="Aptos" w:hAnsi="Aptos" w:cs="Aptos"/>
        </w:rPr>
        <w:t>tipărit</w:t>
      </w:r>
      <w:proofErr w:type="spellEnd"/>
      <w:r w:rsidRPr="2C295FE7">
        <w:rPr>
          <w:rFonts w:ascii="Aptos" w:eastAsia="Aptos" w:hAnsi="Aptos" w:cs="Aptos"/>
        </w:rPr>
        <w:t xml:space="preserve">, </w:t>
      </w:r>
      <w:proofErr w:type="spellStart"/>
      <w:r w:rsidRPr="2C295FE7">
        <w:rPr>
          <w:rFonts w:ascii="Aptos" w:eastAsia="Aptos" w:hAnsi="Aptos" w:cs="Aptos"/>
        </w:rPr>
        <w:t>cât</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digital; </w:t>
      </w:r>
    </w:p>
    <w:p w14:paraId="33352306" w14:textId="77777777" w:rsidR="00651778" w:rsidRDefault="00651778" w:rsidP="00651778">
      <w:pPr>
        <w:pStyle w:val="ListParagraph"/>
        <w:numPr>
          <w:ilvl w:val="0"/>
          <w:numId w:val="49"/>
        </w:numPr>
        <w:spacing w:before="240" w:after="240" w:line="279" w:lineRule="auto"/>
        <w:rPr>
          <w:rFonts w:ascii="Aptos" w:eastAsia="Aptos" w:hAnsi="Aptos" w:cs="Aptos"/>
        </w:rPr>
      </w:pPr>
      <w:proofErr w:type="spellStart"/>
      <w:r w:rsidRPr="2C295FE7">
        <w:rPr>
          <w:rFonts w:ascii="Aptos" w:eastAsia="Aptos" w:hAnsi="Aptos" w:cs="Aptos"/>
        </w:rPr>
        <w:t>să</w:t>
      </w:r>
      <w:proofErr w:type="spellEnd"/>
      <w:r w:rsidRPr="2C295FE7">
        <w:rPr>
          <w:rFonts w:ascii="Aptos" w:eastAsia="Aptos" w:hAnsi="Aptos" w:cs="Aptos"/>
        </w:rPr>
        <w:t xml:space="preserve"> </w:t>
      </w:r>
      <w:proofErr w:type="spellStart"/>
      <w:r w:rsidRPr="2C295FE7">
        <w:rPr>
          <w:rFonts w:ascii="Aptos" w:eastAsia="Aptos" w:hAnsi="Aptos" w:cs="Aptos"/>
        </w:rPr>
        <w:t>transmită</w:t>
      </w:r>
      <w:proofErr w:type="spellEnd"/>
      <w:r w:rsidRPr="2C295FE7">
        <w:rPr>
          <w:rFonts w:ascii="Aptos" w:eastAsia="Aptos" w:hAnsi="Aptos" w:cs="Aptos"/>
        </w:rPr>
        <w:t xml:space="preserve"> </w:t>
      </w:r>
      <w:proofErr w:type="spellStart"/>
      <w:r w:rsidRPr="2C295FE7">
        <w:rPr>
          <w:rFonts w:ascii="Aptos" w:eastAsia="Aptos" w:hAnsi="Aptos" w:cs="Aptos"/>
        </w:rPr>
        <w:t>autorității</w:t>
      </w:r>
      <w:proofErr w:type="spellEnd"/>
      <w:r w:rsidRPr="2C295FE7">
        <w:rPr>
          <w:rFonts w:ascii="Aptos" w:eastAsia="Aptos" w:hAnsi="Aptos" w:cs="Aptos"/>
        </w:rPr>
        <w:t xml:space="preserve"> </w:t>
      </w:r>
      <w:proofErr w:type="spellStart"/>
      <w:r w:rsidRPr="2C295FE7">
        <w:rPr>
          <w:rFonts w:ascii="Aptos" w:eastAsia="Aptos" w:hAnsi="Aptos" w:cs="Aptos"/>
        </w:rPr>
        <w:t>finanțatoare</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maximum 10 </w:t>
      </w:r>
      <w:proofErr w:type="spellStart"/>
      <w:r w:rsidRPr="2C295FE7">
        <w:rPr>
          <w:rFonts w:ascii="Aptos" w:eastAsia="Aptos" w:hAnsi="Aptos" w:cs="Aptos"/>
        </w:rPr>
        <w:t>zile</w:t>
      </w:r>
      <w:proofErr w:type="spellEnd"/>
      <w:r w:rsidRPr="2C295FE7">
        <w:rPr>
          <w:rFonts w:ascii="Aptos" w:eastAsia="Aptos" w:hAnsi="Aptos" w:cs="Aptos"/>
        </w:rPr>
        <w:t xml:space="preserve"> </w:t>
      </w:r>
      <w:proofErr w:type="spellStart"/>
      <w:r w:rsidRPr="2C295FE7">
        <w:rPr>
          <w:rFonts w:ascii="Aptos" w:eastAsia="Aptos" w:hAnsi="Aptos" w:cs="Aptos"/>
        </w:rPr>
        <w:t>calendaristice</w:t>
      </w:r>
      <w:proofErr w:type="spellEnd"/>
      <w:r w:rsidRPr="2C295FE7">
        <w:rPr>
          <w:rFonts w:ascii="Aptos" w:eastAsia="Aptos" w:hAnsi="Aptos" w:cs="Aptos"/>
        </w:rPr>
        <w:t xml:space="preserve"> de la data </w:t>
      </w:r>
      <w:proofErr w:type="spellStart"/>
      <w:r w:rsidRPr="2C295FE7">
        <w:rPr>
          <w:rFonts w:ascii="Aptos" w:eastAsia="Aptos" w:hAnsi="Aptos" w:cs="Aptos"/>
        </w:rPr>
        <w:t>solicitării</w:t>
      </w:r>
      <w:proofErr w:type="spellEnd"/>
      <w:r w:rsidRPr="2C295FE7">
        <w:rPr>
          <w:rFonts w:ascii="Aptos" w:eastAsia="Aptos" w:hAnsi="Aptos" w:cs="Aptos"/>
        </w:rPr>
        <w:t xml:space="preserve">, </w:t>
      </w:r>
      <w:proofErr w:type="spellStart"/>
      <w:r w:rsidRPr="2C295FE7">
        <w:rPr>
          <w:rFonts w:ascii="Aptos" w:eastAsia="Aptos" w:hAnsi="Aptos" w:cs="Aptos"/>
        </w:rPr>
        <w:t>calendarul</w:t>
      </w:r>
      <w:proofErr w:type="spellEnd"/>
      <w:r w:rsidRPr="2C295FE7">
        <w:rPr>
          <w:rFonts w:ascii="Aptos" w:eastAsia="Aptos" w:hAnsi="Aptos" w:cs="Aptos"/>
        </w:rPr>
        <w:t xml:space="preserve"> </w:t>
      </w:r>
      <w:proofErr w:type="spellStart"/>
      <w:r w:rsidRPr="2C295FE7">
        <w:rPr>
          <w:rFonts w:ascii="Aptos" w:eastAsia="Aptos" w:hAnsi="Aptos" w:cs="Aptos"/>
        </w:rPr>
        <w:t>activităților</w:t>
      </w:r>
      <w:proofErr w:type="spellEnd"/>
      <w:r w:rsidRPr="2C295FE7">
        <w:rPr>
          <w:rFonts w:ascii="Aptos" w:eastAsia="Aptos" w:hAnsi="Aptos" w:cs="Aptos"/>
        </w:rPr>
        <w:t xml:space="preserve"> din </w:t>
      </w:r>
      <w:proofErr w:type="spellStart"/>
      <w:r w:rsidRPr="2C295FE7">
        <w:rPr>
          <w:rFonts w:ascii="Aptos" w:eastAsia="Aptos" w:hAnsi="Aptos" w:cs="Aptos"/>
        </w:rPr>
        <w:t>cadrul</w:t>
      </w:r>
      <w:proofErr w:type="spellEnd"/>
      <w:r w:rsidRPr="2C295FE7">
        <w:rPr>
          <w:rFonts w:ascii="Aptos" w:eastAsia="Aptos" w:hAnsi="Aptos" w:cs="Aptos"/>
        </w:rPr>
        <w:t xml:space="preserve"> </w:t>
      </w:r>
      <w:proofErr w:type="spellStart"/>
      <w:r w:rsidRPr="2C295FE7">
        <w:rPr>
          <w:rFonts w:ascii="Aptos" w:eastAsia="Aptos" w:hAnsi="Aptos" w:cs="Aptos"/>
        </w:rPr>
        <w:t>proiectului</w:t>
      </w:r>
      <w:proofErr w:type="spellEnd"/>
      <w:r w:rsidRPr="2C295FE7">
        <w:rPr>
          <w:rFonts w:ascii="Aptos" w:eastAsia="Aptos" w:hAnsi="Aptos" w:cs="Aptos"/>
        </w:rPr>
        <w:t xml:space="preserve"> </w:t>
      </w:r>
      <w:proofErr w:type="spellStart"/>
      <w:r w:rsidRPr="2C295FE7">
        <w:rPr>
          <w:rFonts w:ascii="Aptos" w:eastAsia="Aptos" w:hAnsi="Aptos" w:cs="Aptos"/>
        </w:rPr>
        <w:t>finanțat</w:t>
      </w:r>
      <w:proofErr w:type="spellEnd"/>
      <w:r w:rsidRPr="2C295FE7">
        <w:rPr>
          <w:rFonts w:ascii="Aptos" w:eastAsia="Aptos" w:hAnsi="Aptos" w:cs="Aptos"/>
        </w:rPr>
        <w:t xml:space="preserve">, </w:t>
      </w:r>
      <w:proofErr w:type="spellStart"/>
      <w:r w:rsidRPr="2C295FE7">
        <w:rPr>
          <w:rFonts w:ascii="Aptos" w:eastAsia="Aptos" w:hAnsi="Aptos" w:cs="Aptos"/>
        </w:rPr>
        <w:t>incluzând</w:t>
      </w:r>
      <w:proofErr w:type="spellEnd"/>
      <w:r w:rsidRPr="2C295FE7">
        <w:rPr>
          <w:rFonts w:ascii="Aptos" w:eastAsia="Aptos" w:hAnsi="Aptos" w:cs="Aptos"/>
        </w:rPr>
        <w:t xml:space="preserve"> </w:t>
      </w:r>
      <w:proofErr w:type="spellStart"/>
      <w:r w:rsidRPr="2C295FE7">
        <w:rPr>
          <w:rFonts w:ascii="Aptos" w:eastAsia="Aptos" w:hAnsi="Aptos" w:cs="Aptos"/>
        </w:rPr>
        <w:t>informații</w:t>
      </w:r>
      <w:proofErr w:type="spellEnd"/>
      <w:r w:rsidRPr="2C295FE7">
        <w:rPr>
          <w:rFonts w:ascii="Aptos" w:eastAsia="Aptos" w:hAnsi="Aptos" w:cs="Aptos"/>
        </w:rPr>
        <w:t xml:space="preserve"> </w:t>
      </w:r>
      <w:proofErr w:type="spellStart"/>
      <w:r w:rsidRPr="2C295FE7">
        <w:rPr>
          <w:rFonts w:ascii="Aptos" w:eastAsia="Aptos" w:hAnsi="Aptos" w:cs="Aptos"/>
        </w:rPr>
        <w:t>relevante</w:t>
      </w:r>
      <w:proofErr w:type="spellEnd"/>
      <w:r w:rsidRPr="2C295FE7">
        <w:rPr>
          <w:rFonts w:ascii="Aptos" w:eastAsia="Aptos" w:hAnsi="Aptos" w:cs="Aptos"/>
        </w:rPr>
        <w:t xml:space="preserve"> legate de </w:t>
      </w:r>
      <w:proofErr w:type="spellStart"/>
      <w:r w:rsidRPr="2C295FE7">
        <w:rPr>
          <w:rFonts w:ascii="Aptos" w:eastAsia="Aptos" w:hAnsi="Aptos" w:cs="Aptos"/>
        </w:rPr>
        <w:t>evenimentele</w:t>
      </w:r>
      <w:proofErr w:type="spellEnd"/>
      <w:r w:rsidRPr="2C295FE7">
        <w:rPr>
          <w:rFonts w:ascii="Aptos" w:eastAsia="Aptos" w:hAnsi="Aptos" w:cs="Aptos"/>
        </w:rPr>
        <w:t xml:space="preserve"> cu public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activitățile</w:t>
      </w:r>
      <w:proofErr w:type="spellEnd"/>
      <w:r w:rsidRPr="2C295FE7">
        <w:rPr>
          <w:rFonts w:ascii="Aptos" w:eastAsia="Aptos" w:hAnsi="Aptos" w:cs="Aptos"/>
        </w:rPr>
        <w:t xml:space="preserve"> cu </w:t>
      </w:r>
      <w:proofErr w:type="spellStart"/>
      <w:r w:rsidRPr="2C295FE7">
        <w:rPr>
          <w:rFonts w:ascii="Aptos" w:eastAsia="Aptos" w:hAnsi="Aptos" w:cs="Aptos"/>
        </w:rPr>
        <w:t>beneficiari</w:t>
      </w:r>
      <w:proofErr w:type="spellEnd"/>
      <w:r w:rsidRPr="2C295FE7">
        <w:rPr>
          <w:rFonts w:ascii="Aptos" w:eastAsia="Aptos" w:hAnsi="Aptos" w:cs="Aptos"/>
        </w:rPr>
        <w:t xml:space="preserve">, cum </w:t>
      </w:r>
      <w:proofErr w:type="spellStart"/>
      <w:r w:rsidRPr="2C295FE7">
        <w:rPr>
          <w:rFonts w:ascii="Aptos" w:eastAsia="Aptos" w:hAnsi="Aptos" w:cs="Aptos"/>
        </w:rPr>
        <w:t>ar</w:t>
      </w:r>
      <w:proofErr w:type="spellEnd"/>
      <w:r w:rsidRPr="2C295FE7">
        <w:rPr>
          <w:rFonts w:ascii="Aptos" w:eastAsia="Aptos" w:hAnsi="Aptos" w:cs="Aptos"/>
        </w:rPr>
        <w:t xml:space="preserve"> fi </w:t>
      </w:r>
      <w:proofErr w:type="spellStart"/>
      <w:r w:rsidRPr="2C295FE7">
        <w:rPr>
          <w:rFonts w:ascii="Aptos" w:eastAsia="Aptos" w:hAnsi="Aptos" w:cs="Aptos"/>
        </w:rPr>
        <w:t>texte</w:t>
      </w:r>
      <w:proofErr w:type="spellEnd"/>
      <w:r w:rsidRPr="2C295FE7">
        <w:rPr>
          <w:rFonts w:ascii="Aptos" w:eastAsia="Aptos" w:hAnsi="Aptos" w:cs="Aptos"/>
        </w:rPr>
        <w:t xml:space="preserve"> descriptive, </w:t>
      </w:r>
      <w:proofErr w:type="spellStart"/>
      <w:r w:rsidRPr="2C295FE7">
        <w:rPr>
          <w:rFonts w:ascii="Aptos" w:eastAsia="Aptos" w:hAnsi="Aptos" w:cs="Aptos"/>
        </w:rPr>
        <w:t>materiale</w:t>
      </w:r>
      <w:proofErr w:type="spellEnd"/>
      <w:r w:rsidRPr="2C295FE7">
        <w:rPr>
          <w:rFonts w:ascii="Aptos" w:eastAsia="Aptos" w:hAnsi="Aptos" w:cs="Aptos"/>
        </w:rPr>
        <w:t xml:space="preserve"> </w:t>
      </w:r>
      <w:proofErr w:type="spellStart"/>
      <w:r w:rsidRPr="2C295FE7">
        <w:rPr>
          <w:rFonts w:ascii="Aptos" w:eastAsia="Aptos" w:hAnsi="Aptos" w:cs="Aptos"/>
        </w:rPr>
        <w:t>vizuale</w:t>
      </w:r>
      <w:proofErr w:type="spellEnd"/>
      <w:r w:rsidRPr="2C295FE7">
        <w:rPr>
          <w:rFonts w:ascii="Aptos" w:eastAsia="Aptos" w:hAnsi="Aptos" w:cs="Aptos"/>
        </w:rPr>
        <w:t xml:space="preserve"> </w:t>
      </w:r>
      <w:proofErr w:type="spellStart"/>
      <w:r w:rsidRPr="2C295FE7">
        <w:rPr>
          <w:rFonts w:ascii="Aptos" w:eastAsia="Aptos" w:hAnsi="Aptos" w:cs="Aptos"/>
        </w:rPr>
        <w:t>necesare</w:t>
      </w:r>
      <w:proofErr w:type="spellEnd"/>
      <w:r w:rsidRPr="2C295FE7">
        <w:rPr>
          <w:rFonts w:ascii="Aptos" w:eastAsia="Aptos" w:hAnsi="Aptos" w:cs="Aptos"/>
        </w:rPr>
        <w:t xml:space="preserve"> </w:t>
      </w:r>
      <w:proofErr w:type="spellStart"/>
      <w:r w:rsidRPr="2C295FE7">
        <w:rPr>
          <w:rFonts w:ascii="Aptos" w:eastAsia="Aptos" w:hAnsi="Aptos" w:cs="Aptos"/>
        </w:rPr>
        <w:t>comunicării</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promovării</w:t>
      </w:r>
      <w:proofErr w:type="spellEnd"/>
      <w:r w:rsidRPr="2C295FE7">
        <w:rPr>
          <w:rFonts w:ascii="Aptos" w:eastAsia="Aptos" w:hAnsi="Aptos" w:cs="Aptos"/>
        </w:rPr>
        <w:t xml:space="preserve"> </w:t>
      </w:r>
      <w:proofErr w:type="spellStart"/>
      <w:r w:rsidRPr="2C295FE7">
        <w:rPr>
          <w:rFonts w:ascii="Aptos" w:eastAsia="Aptos" w:hAnsi="Aptos" w:cs="Aptos"/>
        </w:rPr>
        <w:t>evenimentului</w:t>
      </w:r>
      <w:proofErr w:type="spellEnd"/>
      <w:r w:rsidRPr="2C295FE7">
        <w:rPr>
          <w:rFonts w:ascii="Aptos" w:eastAsia="Aptos" w:hAnsi="Aptos" w:cs="Aptos"/>
        </w:rPr>
        <w:t xml:space="preserve">, data </w:t>
      </w:r>
      <w:proofErr w:type="spellStart"/>
      <w:r w:rsidRPr="2C295FE7">
        <w:rPr>
          <w:rFonts w:ascii="Aptos" w:eastAsia="Aptos" w:hAnsi="Aptos" w:cs="Aptos"/>
        </w:rPr>
        <w:t>și</w:t>
      </w:r>
      <w:proofErr w:type="spellEnd"/>
      <w:r w:rsidRPr="2C295FE7">
        <w:rPr>
          <w:rFonts w:ascii="Aptos" w:eastAsia="Aptos" w:hAnsi="Aptos" w:cs="Aptos"/>
        </w:rPr>
        <w:t xml:space="preserve"> ora, </w:t>
      </w:r>
      <w:proofErr w:type="spellStart"/>
      <w:r w:rsidRPr="2C295FE7">
        <w:rPr>
          <w:rFonts w:ascii="Aptos" w:eastAsia="Aptos" w:hAnsi="Aptos" w:cs="Aptos"/>
        </w:rPr>
        <w:t>spațiul</w:t>
      </w:r>
      <w:proofErr w:type="spellEnd"/>
      <w:r w:rsidRPr="2C295FE7">
        <w:rPr>
          <w:rFonts w:ascii="Aptos" w:eastAsia="Aptos" w:hAnsi="Aptos" w:cs="Aptos"/>
        </w:rPr>
        <w:t xml:space="preserve"> de </w:t>
      </w:r>
      <w:proofErr w:type="spellStart"/>
      <w:r w:rsidRPr="2C295FE7">
        <w:rPr>
          <w:rFonts w:ascii="Aptos" w:eastAsia="Aptos" w:hAnsi="Aptos" w:cs="Aptos"/>
        </w:rPr>
        <w:t>desfășurare</w:t>
      </w:r>
      <w:proofErr w:type="spellEnd"/>
      <w:r w:rsidRPr="2C295FE7">
        <w:rPr>
          <w:rFonts w:ascii="Aptos" w:eastAsia="Aptos" w:hAnsi="Aptos" w:cs="Aptos"/>
        </w:rPr>
        <w:t>, link-</w:t>
      </w:r>
      <w:proofErr w:type="spellStart"/>
      <w:r w:rsidRPr="2C295FE7">
        <w:rPr>
          <w:rFonts w:ascii="Aptos" w:eastAsia="Aptos" w:hAnsi="Aptos" w:cs="Aptos"/>
        </w:rPr>
        <w:t>uri</w:t>
      </w:r>
      <w:proofErr w:type="spellEnd"/>
      <w:r w:rsidRPr="2C295FE7">
        <w:rPr>
          <w:rFonts w:ascii="Aptos" w:eastAsia="Aptos" w:hAnsi="Aptos" w:cs="Aptos"/>
        </w:rPr>
        <w:t xml:space="preserve"> </w:t>
      </w:r>
      <w:proofErr w:type="spellStart"/>
      <w:r w:rsidRPr="2C295FE7">
        <w:rPr>
          <w:rFonts w:ascii="Aptos" w:eastAsia="Aptos" w:hAnsi="Aptos" w:cs="Aptos"/>
        </w:rPr>
        <w:t>etc</w:t>
      </w:r>
      <w:proofErr w:type="spellEnd"/>
      <w:r w:rsidRPr="2C295FE7">
        <w:rPr>
          <w:rFonts w:ascii="Aptos" w:eastAsia="Aptos" w:hAnsi="Aptos" w:cs="Aptos"/>
        </w:rPr>
        <w:t xml:space="preserve">, </w:t>
      </w:r>
      <w:proofErr w:type="spellStart"/>
      <w:r w:rsidRPr="2C295FE7">
        <w:rPr>
          <w:rFonts w:ascii="Aptos" w:eastAsia="Aptos" w:hAnsi="Aptos" w:cs="Aptos"/>
        </w:rPr>
        <w:t>pentru</w:t>
      </w:r>
      <w:proofErr w:type="spellEnd"/>
      <w:r w:rsidRPr="2C295FE7">
        <w:rPr>
          <w:rFonts w:ascii="Aptos" w:eastAsia="Aptos" w:hAnsi="Aptos" w:cs="Aptos"/>
        </w:rPr>
        <w:t xml:space="preserve"> a fi </w:t>
      </w:r>
      <w:proofErr w:type="spellStart"/>
      <w:r w:rsidRPr="2C295FE7">
        <w:rPr>
          <w:rFonts w:ascii="Aptos" w:eastAsia="Aptos" w:hAnsi="Aptos" w:cs="Aptos"/>
        </w:rPr>
        <w:t>preluate</w:t>
      </w:r>
      <w:proofErr w:type="spellEnd"/>
      <w:r w:rsidRPr="2C295FE7">
        <w:rPr>
          <w:rFonts w:ascii="Aptos" w:eastAsia="Aptos" w:hAnsi="Aptos" w:cs="Aptos"/>
        </w:rPr>
        <w:t xml:space="preserve"> de </w:t>
      </w:r>
      <w:proofErr w:type="spellStart"/>
      <w:r w:rsidRPr="2C295FE7">
        <w:rPr>
          <w:rFonts w:ascii="Aptos" w:eastAsia="Aptos" w:hAnsi="Aptos" w:cs="Aptos"/>
        </w:rPr>
        <w:t>autoritatea</w:t>
      </w:r>
      <w:proofErr w:type="spellEnd"/>
      <w:r w:rsidRPr="2C295FE7">
        <w:rPr>
          <w:rFonts w:ascii="Aptos" w:eastAsia="Aptos" w:hAnsi="Aptos" w:cs="Aptos"/>
        </w:rPr>
        <w:t xml:space="preserve"> </w:t>
      </w:r>
      <w:proofErr w:type="spellStart"/>
      <w:r w:rsidRPr="2C295FE7">
        <w:rPr>
          <w:rFonts w:ascii="Aptos" w:eastAsia="Aptos" w:hAnsi="Aptos" w:cs="Aptos"/>
        </w:rPr>
        <w:t>finanțatoare</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w:t>
      </w:r>
      <w:proofErr w:type="spellStart"/>
      <w:r w:rsidRPr="2C295FE7">
        <w:rPr>
          <w:rFonts w:ascii="Aptos" w:eastAsia="Aptos" w:hAnsi="Aptos" w:cs="Aptos"/>
        </w:rPr>
        <w:t>comunicare</w:t>
      </w:r>
      <w:proofErr w:type="spellEnd"/>
      <w:r w:rsidRPr="2C295FE7">
        <w:rPr>
          <w:rFonts w:ascii="Aptos" w:eastAsia="Aptos" w:hAnsi="Aptos" w:cs="Aptos"/>
        </w:rPr>
        <w:t>;</w:t>
      </w:r>
    </w:p>
    <w:p w14:paraId="188D59A6" w14:textId="77777777" w:rsidR="00651778" w:rsidRDefault="00651778" w:rsidP="00651778">
      <w:pPr>
        <w:pStyle w:val="ListParagraph"/>
        <w:numPr>
          <w:ilvl w:val="0"/>
          <w:numId w:val="49"/>
        </w:numPr>
        <w:spacing w:before="240" w:after="240" w:line="279" w:lineRule="auto"/>
        <w:rPr>
          <w:rFonts w:ascii="Aptos" w:eastAsia="Aptos" w:hAnsi="Aptos" w:cs="Aptos"/>
        </w:rPr>
      </w:pPr>
      <w:r w:rsidRPr="2C295FE7">
        <w:rPr>
          <w:rFonts w:ascii="Aptos" w:eastAsia="Aptos" w:hAnsi="Aptos" w:cs="Aptos"/>
        </w:rPr>
        <w:t xml:space="preserve"> </w:t>
      </w:r>
      <w:proofErr w:type="spellStart"/>
      <w:r w:rsidRPr="2C295FE7">
        <w:rPr>
          <w:rFonts w:ascii="Aptos" w:eastAsia="Aptos" w:hAnsi="Aptos" w:cs="Aptos"/>
        </w:rPr>
        <w:t>să</w:t>
      </w:r>
      <w:proofErr w:type="spellEnd"/>
      <w:r w:rsidRPr="2C295FE7">
        <w:rPr>
          <w:rFonts w:ascii="Aptos" w:eastAsia="Aptos" w:hAnsi="Aptos" w:cs="Aptos"/>
        </w:rPr>
        <w:t xml:space="preserve"> </w:t>
      </w:r>
      <w:proofErr w:type="spellStart"/>
      <w:r w:rsidRPr="2C295FE7">
        <w:rPr>
          <w:rFonts w:ascii="Aptos" w:eastAsia="Aptos" w:hAnsi="Aptos" w:cs="Aptos"/>
        </w:rPr>
        <w:t>transmită</w:t>
      </w:r>
      <w:proofErr w:type="spellEnd"/>
      <w:r w:rsidRPr="2C295FE7">
        <w:rPr>
          <w:rFonts w:ascii="Aptos" w:eastAsia="Aptos" w:hAnsi="Aptos" w:cs="Aptos"/>
        </w:rPr>
        <w:t xml:space="preserve"> </w:t>
      </w:r>
      <w:proofErr w:type="spellStart"/>
      <w:r w:rsidRPr="2C295FE7">
        <w:rPr>
          <w:rFonts w:ascii="Aptos" w:eastAsia="Aptos" w:hAnsi="Aptos" w:cs="Aptos"/>
        </w:rPr>
        <w:t>autorității</w:t>
      </w:r>
      <w:proofErr w:type="spellEnd"/>
      <w:r w:rsidRPr="2C295FE7">
        <w:rPr>
          <w:rFonts w:ascii="Aptos" w:eastAsia="Aptos" w:hAnsi="Aptos" w:cs="Aptos"/>
        </w:rPr>
        <w:t xml:space="preserve"> </w:t>
      </w:r>
      <w:proofErr w:type="spellStart"/>
      <w:r w:rsidRPr="2C295FE7">
        <w:rPr>
          <w:rFonts w:ascii="Aptos" w:eastAsia="Aptos" w:hAnsi="Aptos" w:cs="Aptos"/>
        </w:rPr>
        <w:t>finanțatoare</w:t>
      </w:r>
      <w:proofErr w:type="spellEnd"/>
      <w:r w:rsidRPr="2C295FE7">
        <w:rPr>
          <w:rFonts w:ascii="Aptos" w:eastAsia="Aptos" w:hAnsi="Aptos" w:cs="Aptos"/>
        </w:rPr>
        <w:t xml:space="preserve">, la </w:t>
      </w:r>
      <w:proofErr w:type="spellStart"/>
      <w:r w:rsidRPr="2C295FE7">
        <w:rPr>
          <w:rFonts w:ascii="Aptos" w:eastAsia="Aptos" w:hAnsi="Aptos" w:cs="Aptos"/>
        </w:rPr>
        <w:t>adresa</w:t>
      </w:r>
      <w:proofErr w:type="spellEnd"/>
      <w:r w:rsidRPr="2C295FE7">
        <w:rPr>
          <w:rFonts w:ascii="Aptos" w:eastAsia="Aptos" w:hAnsi="Aptos" w:cs="Aptos"/>
        </w:rPr>
        <w:t xml:space="preserve"> ............................................ </w:t>
      </w:r>
      <w:proofErr w:type="spellStart"/>
      <w:r w:rsidRPr="2C295FE7">
        <w:rPr>
          <w:rFonts w:ascii="Aptos" w:eastAsia="Aptos" w:hAnsi="Aptos" w:cs="Aptos"/>
        </w:rPr>
        <w:t>în</w:t>
      </w:r>
      <w:proofErr w:type="spellEnd"/>
      <w:r w:rsidRPr="2C295FE7">
        <w:rPr>
          <w:rFonts w:ascii="Aptos" w:eastAsia="Aptos" w:hAnsi="Aptos" w:cs="Aptos"/>
        </w:rPr>
        <w:t xml:space="preserve"> termen de maximum 7 </w:t>
      </w:r>
      <w:proofErr w:type="spellStart"/>
      <w:r w:rsidRPr="2C295FE7">
        <w:rPr>
          <w:rFonts w:ascii="Aptos" w:eastAsia="Aptos" w:hAnsi="Aptos" w:cs="Aptos"/>
        </w:rPr>
        <w:t>zile</w:t>
      </w:r>
      <w:proofErr w:type="spellEnd"/>
      <w:r w:rsidRPr="2C295FE7">
        <w:rPr>
          <w:rFonts w:ascii="Aptos" w:eastAsia="Aptos" w:hAnsi="Aptos" w:cs="Aptos"/>
        </w:rPr>
        <w:t xml:space="preserve"> </w:t>
      </w:r>
      <w:proofErr w:type="spellStart"/>
      <w:r w:rsidRPr="2C295FE7">
        <w:rPr>
          <w:rFonts w:ascii="Aptos" w:eastAsia="Aptos" w:hAnsi="Aptos" w:cs="Aptos"/>
        </w:rPr>
        <w:t>calendaristice</w:t>
      </w:r>
      <w:proofErr w:type="spellEnd"/>
      <w:r w:rsidRPr="2C295FE7">
        <w:rPr>
          <w:rFonts w:ascii="Aptos" w:eastAsia="Aptos" w:hAnsi="Aptos" w:cs="Aptos"/>
        </w:rPr>
        <w:t xml:space="preserve"> de la </w:t>
      </w:r>
      <w:proofErr w:type="spellStart"/>
      <w:r w:rsidRPr="2C295FE7">
        <w:rPr>
          <w:rFonts w:ascii="Aptos" w:eastAsia="Aptos" w:hAnsi="Aptos" w:cs="Aptos"/>
        </w:rPr>
        <w:t>desfășurarea</w:t>
      </w:r>
      <w:proofErr w:type="spellEnd"/>
      <w:r w:rsidRPr="2C295FE7">
        <w:rPr>
          <w:rFonts w:ascii="Aptos" w:eastAsia="Aptos" w:hAnsi="Aptos" w:cs="Aptos"/>
        </w:rPr>
        <w:t xml:space="preserve"> </w:t>
      </w:r>
      <w:proofErr w:type="spellStart"/>
      <w:r w:rsidRPr="2C295FE7">
        <w:rPr>
          <w:rFonts w:ascii="Aptos" w:eastAsia="Aptos" w:hAnsi="Aptos" w:cs="Aptos"/>
        </w:rPr>
        <w:t>evenimentelor</w:t>
      </w:r>
      <w:proofErr w:type="spellEnd"/>
      <w:r w:rsidRPr="2C295FE7">
        <w:rPr>
          <w:rFonts w:ascii="Aptos" w:eastAsia="Aptos" w:hAnsi="Aptos" w:cs="Aptos"/>
        </w:rPr>
        <w:t xml:space="preserve"> cu public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activităților</w:t>
      </w:r>
      <w:proofErr w:type="spellEnd"/>
      <w:r w:rsidRPr="2C295FE7">
        <w:rPr>
          <w:rFonts w:ascii="Aptos" w:eastAsia="Aptos" w:hAnsi="Aptos" w:cs="Aptos"/>
        </w:rPr>
        <w:t xml:space="preserve"> cu </w:t>
      </w:r>
      <w:proofErr w:type="spellStart"/>
      <w:r w:rsidRPr="2C295FE7">
        <w:rPr>
          <w:rFonts w:ascii="Aptos" w:eastAsia="Aptos" w:hAnsi="Aptos" w:cs="Aptos"/>
        </w:rPr>
        <w:t>beneficiari</w:t>
      </w:r>
      <w:proofErr w:type="spellEnd"/>
      <w:r w:rsidRPr="2C295FE7">
        <w:rPr>
          <w:rFonts w:ascii="Aptos" w:eastAsia="Aptos" w:hAnsi="Aptos" w:cs="Aptos"/>
        </w:rPr>
        <w:t xml:space="preserve"> </w:t>
      </w:r>
      <w:proofErr w:type="spellStart"/>
      <w:r w:rsidRPr="2C295FE7">
        <w:rPr>
          <w:rFonts w:ascii="Aptos" w:eastAsia="Aptos" w:hAnsi="Aptos" w:cs="Aptos"/>
        </w:rPr>
        <w:t>cuprinse</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w:t>
      </w:r>
      <w:proofErr w:type="spellStart"/>
      <w:r w:rsidRPr="2C295FE7">
        <w:rPr>
          <w:rFonts w:ascii="Aptos" w:eastAsia="Aptos" w:hAnsi="Aptos" w:cs="Aptos"/>
        </w:rPr>
        <w:t>proiectul</w:t>
      </w:r>
      <w:proofErr w:type="spellEnd"/>
      <w:r w:rsidRPr="2C295FE7">
        <w:rPr>
          <w:rFonts w:ascii="Aptos" w:eastAsia="Aptos" w:hAnsi="Aptos" w:cs="Aptos"/>
        </w:rPr>
        <w:t xml:space="preserve"> </w:t>
      </w:r>
      <w:proofErr w:type="spellStart"/>
      <w:r w:rsidRPr="2C295FE7">
        <w:rPr>
          <w:rFonts w:ascii="Aptos" w:eastAsia="Aptos" w:hAnsi="Aptos" w:cs="Aptos"/>
        </w:rPr>
        <w:t>finanțat</w:t>
      </w:r>
      <w:proofErr w:type="spellEnd"/>
      <w:r w:rsidRPr="2C295FE7">
        <w:rPr>
          <w:rFonts w:ascii="Aptos" w:eastAsia="Aptos" w:hAnsi="Aptos" w:cs="Aptos"/>
        </w:rPr>
        <w:t xml:space="preserve">, un </w:t>
      </w:r>
      <w:proofErr w:type="spellStart"/>
      <w:r w:rsidRPr="2C295FE7">
        <w:rPr>
          <w:rFonts w:ascii="Aptos" w:eastAsia="Aptos" w:hAnsi="Aptos" w:cs="Aptos"/>
        </w:rPr>
        <w:t>pachet</w:t>
      </w:r>
      <w:proofErr w:type="spellEnd"/>
      <w:r w:rsidRPr="2C295FE7">
        <w:rPr>
          <w:rFonts w:ascii="Aptos" w:eastAsia="Aptos" w:hAnsi="Aptos" w:cs="Aptos"/>
        </w:rPr>
        <w:t xml:space="preserve"> de minimum 10 </w:t>
      </w:r>
      <w:proofErr w:type="spellStart"/>
      <w:r w:rsidRPr="2C295FE7">
        <w:rPr>
          <w:rFonts w:ascii="Aptos" w:eastAsia="Aptos" w:hAnsi="Aptos" w:cs="Aptos"/>
        </w:rPr>
        <w:t>fotografii</w:t>
      </w:r>
      <w:proofErr w:type="spellEnd"/>
      <w:r w:rsidRPr="2C295FE7">
        <w:rPr>
          <w:rFonts w:ascii="Aptos" w:eastAsia="Aptos" w:hAnsi="Aptos" w:cs="Aptos"/>
        </w:rPr>
        <w:t xml:space="preserve"> </w:t>
      </w:r>
      <w:proofErr w:type="spellStart"/>
      <w:r w:rsidRPr="2C295FE7">
        <w:rPr>
          <w:rFonts w:ascii="Aptos" w:eastAsia="Aptos" w:hAnsi="Aptos" w:cs="Aptos"/>
        </w:rPr>
        <w:t>fără</w:t>
      </w:r>
      <w:proofErr w:type="spellEnd"/>
      <w:r w:rsidRPr="2C295FE7">
        <w:rPr>
          <w:rFonts w:ascii="Aptos" w:eastAsia="Aptos" w:hAnsi="Aptos" w:cs="Aptos"/>
        </w:rPr>
        <w:t xml:space="preserve"> </w:t>
      </w:r>
      <w:proofErr w:type="spellStart"/>
      <w:r w:rsidRPr="2C295FE7">
        <w:rPr>
          <w:rFonts w:ascii="Aptos" w:eastAsia="Aptos" w:hAnsi="Aptos" w:cs="Aptos"/>
        </w:rPr>
        <w:t>niciun</w:t>
      </w:r>
      <w:proofErr w:type="spellEnd"/>
      <w:r w:rsidRPr="2C295FE7">
        <w:rPr>
          <w:rFonts w:ascii="Aptos" w:eastAsia="Aptos" w:hAnsi="Aptos" w:cs="Aptos"/>
        </w:rPr>
        <w:t xml:space="preserve"> </w:t>
      </w:r>
      <w:proofErr w:type="spellStart"/>
      <w:r w:rsidRPr="2C295FE7">
        <w:rPr>
          <w:rFonts w:ascii="Aptos" w:eastAsia="Aptos" w:hAnsi="Aptos" w:cs="Aptos"/>
        </w:rPr>
        <w:t>fel</w:t>
      </w:r>
      <w:proofErr w:type="spellEnd"/>
      <w:r w:rsidRPr="2C295FE7">
        <w:rPr>
          <w:rFonts w:ascii="Aptos" w:eastAsia="Aptos" w:hAnsi="Aptos" w:cs="Aptos"/>
        </w:rPr>
        <w:t xml:space="preserve"> de </w:t>
      </w:r>
      <w:proofErr w:type="spellStart"/>
      <w:r w:rsidRPr="2C295FE7">
        <w:rPr>
          <w:rFonts w:ascii="Aptos" w:eastAsia="Aptos" w:hAnsi="Aptos" w:cs="Aptos"/>
        </w:rPr>
        <w:t>însemne</w:t>
      </w:r>
      <w:proofErr w:type="spellEnd"/>
      <w:r w:rsidRPr="2C295FE7">
        <w:rPr>
          <w:rFonts w:ascii="Aptos" w:eastAsia="Aptos" w:hAnsi="Aptos" w:cs="Aptos"/>
        </w:rPr>
        <w:t xml:space="preserve"> </w:t>
      </w:r>
      <w:proofErr w:type="spellStart"/>
      <w:r w:rsidRPr="2C295FE7">
        <w:rPr>
          <w:rFonts w:ascii="Aptos" w:eastAsia="Aptos" w:hAnsi="Aptos" w:cs="Aptos"/>
        </w:rPr>
        <w:t>grafice</w:t>
      </w:r>
      <w:proofErr w:type="spellEnd"/>
      <w:r w:rsidRPr="2C295FE7">
        <w:rPr>
          <w:rFonts w:ascii="Aptos" w:eastAsia="Aptos" w:hAnsi="Aptos" w:cs="Aptos"/>
        </w:rPr>
        <w:t xml:space="preserve">, </w:t>
      </w:r>
      <w:proofErr w:type="spellStart"/>
      <w:r w:rsidRPr="2C295FE7">
        <w:rPr>
          <w:rFonts w:ascii="Aptos" w:eastAsia="Aptos" w:hAnsi="Aptos" w:cs="Aptos"/>
        </w:rPr>
        <w:t>reprezentative</w:t>
      </w:r>
      <w:proofErr w:type="spellEnd"/>
      <w:r w:rsidRPr="2C295FE7">
        <w:rPr>
          <w:rFonts w:ascii="Aptos" w:eastAsia="Aptos" w:hAnsi="Aptos" w:cs="Aptos"/>
        </w:rPr>
        <w:t xml:space="preserve"> </w:t>
      </w:r>
      <w:proofErr w:type="spellStart"/>
      <w:r w:rsidRPr="2C295FE7">
        <w:rPr>
          <w:rFonts w:ascii="Aptos" w:eastAsia="Aptos" w:hAnsi="Aptos" w:cs="Aptos"/>
        </w:rPr>
        <w:t>pentru</w:t>
      </w:r>
      <w:proofErr w:type="spellEnd"/>
      <w:r w:rsidRPr="2C295FE7">
        <w:rPr>
          <w:rFonts w:ascii="Aptos" w:eastAsia="Aptos" w:hAnsi="Aptos" w:cs="Aptos"/>
        </w:rPr>
        <w:t xml:space="preserve"> </w:t>
      </w:r>
      <w:proofErr w:type="spellStart"/>
      <w:r w:rsidRPr="2C295FE7">
        <w:rPr>
          <w:rFonts w:ascii="Aptos" w:eastAsia="Aptos" w:hAnsi="Aptos" w:cs="Aptos"/>
        </w:rPr>
        <w:t>proiectul</w:t>
      </w:r>
      <w:proofErr w:type="spellEnd"/>
      <w:r w:rsidRPr="2C295FE7">
        <w:rPr>
          <w:rFonts w:ascii="Aptos" w:eastAsia="Aptos" w:hAnsi="Aptos" w:cs="Aptos"/>
        </w:rPr>
        <w:t xml:space="preserve"> </w:t>
      </w:r>
      <w:proofErr w:type="spellStart"/>
      <w:r w:rsidRPr="2C295FE7">
        <w:rPr>
          <w:rFonts w:ascii="Aptos" w:eastAsia="Aptos" w:hAnsi="Aptos" w:cs="Aptos"/>
        </w:rPr>
        <w:t>finanțat</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având</w:t>
      </w:r>
      <w:proofErr w:type="spellEnd"/>
      <w:r w:rsidRPr="2C295FE7">
        <w:rPr>
          <w:rFonts w:ascii="Aptos" w:eastAsia="Aptos" w:hAnsi="Aptos" w:cs="Aptos"/>
        </w:rPr>
        <w:t xml:space="preserve"> </w:t>
      </w:r>
      <w:bookmarkStart w:id="1" w:name="_Int_sWbvzSK0"/>
      <w:proofErr w:type="gramStart"/>
      <w:r w:rsidRPr="2C295FE7">
        <w:rPr>
          <w:rFonts w:ascii="Aptos" w:eastAsia="Aptos" w:hAnsi="Aptos" w:cs="Aptos"/>
        </w:rPr>
        <w:t>un format</w:t>
      </w:r>
      <w:bookmarkEnd w:id="1"/>
      <w:proofErr w:type="gram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o </w:t>
      </w:r>
      <w:proofErr w:type="spellStart"/>
      <w:r w:rsidRPr="2C295FE7">
        <w:rPr>
          <w:rFonts w:ascii="Aptos" w:eastAsia="Aptos" w:hAnsi="Aptos" w:cs="Aptos"/>
        </w:rPr>
        <w:t>calitate</w:t>
      </w:r>
      <w:proofErr w:type="spellEnd"/>
      <w:r w:rsidRPr="2C295FE7">
        <w:rPr>
          <w:rFonts w:ascii="Aptos" w:eastAsia="Aptos" w:hAnsi="Aptos" w:cs="Aptos"/>
        </w:rPr>
        <w:t xml:space="preserve"> </w:t>
      </w:r>
      <w:proofErr w:type="spellStart"/>
      <w:r w:rsidRPr="2C295FE7">
        <w:rPr>
          <w:rFonts w:ascii="Aptos" w:eastAsia="Aptos" w:hAnsi="Aptos" w:cs="Aptos"/>
        </w:rPr>
        <w:t>compatibile</w:t>
      </w:r>
      <w:proofErr w:type="spellEnd"/>
      <w:r w:rsidRPr="2C295FE7">
        <w:rPr>
          <w:rFonts w:ascii="Aptos" w:eastAsia="Aptos" w:hAnsi="Aptos" w:cs="Aptos"/>
        </w:rPr>
        <w:t xml:space="preserve"> cu </w:t>
      </w:r>
      <w:proofErr w:type="spellStart"/>
      <w:r w:rsidRPr="2C295FE7">
        <w:rPr>
          <w:rFonts w:ascii="Aptos" w:eastAsia="Aptos" w:hAnsi="Aptos" w:cs="Aptos"/>
        </w:rPr>
        <w:t>publicarea</w:t>
      </w:r>
      <w:proofErr w:type="spellEnd"/>
      <w:r w:rsidRPr="2C295FE7">
        <w:rPr>
          <w:rFonts w:ascii="Aptos" w:eastAsia="Aptos" w:hAnsi="Aptos" w:cs="Aptos"/>
        </w:rPr>
        <w:t xml:space="preserve"> online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tipărită</w:t>
      </w:r>
      <w:proofErr w:type="spellEnd"/>
      <w:r w:rsidRPr="2C295FE7">
        <w:rPr>
          <w:rFonts w:ascii="Aptos" w:eastAsia="Aptos" w:hAnsi="Aptos" w:cs="Aptos"/>
        </w:rPr>
        <w:t xml:space="preserve">; </w:t>
      </w:r>
    </w:p>
    <w:p w14:paraId="01B4FF30" w14:textId="77777777" w:rsidR="00651778" w:rsidRDefault="00651778" w:rsidP="00651778">
      <w:pPr>
        <w:pStyle w:val="ListParagraph"/>
        <w:numPr>
          <w:ilvl w:val="0"/>
          <w:numId w:val="49"/>
        </w:numPr>
        <w:spacing w:before="240" w:after="240" w:line="279" w:lineRule="auto"/>
        <w:rPr>
          <w:rFonts w:ascii="Aptos" w:eastAsia="Aptos" w:hAnsi="Aptos" w:cs="Aptos"/>
        </w:rPr>
      </w:pPr>
      <w:r w:rsidRPr="2C295FE7">
        <w:rPr>
          <w:rFonts w:ascii="Aptos" w:eastAsia="Aptos" w:hAnsi="Aptos" w:cs="Aptos"/>
        </w:rPr>
        <w:t xml:space="preserve"> </w:t>
      </w:r>
      <w:proofErr w:type="spellStart"/>
      <w:r w:rsidRPr="2C295FE7">
        <w:rPr>
          <w:rFonts w:ascii="Aptos" w:eastAsia="Aptos" w:hAnsi="Aptos" w:cs="Aptos"/>
        </w:rPr>
        <w:t>să</w:t>
      </w:r>
      <w:proofErr w:type="spellEnd"/>
      <w:r w:rsidRPr="2C295FE7">
        <w:rPr>
          <w:rFonts w:ascii="Aptos" w:eastAsia="Aptos" w:hAnsi="Aptos" w:cs="Aptos"/>
        </w:rPr>
        <w:t xml:space="preserve"> </w:t>
      </w:r>
      <w:proofErr w:type="spellStart"/>
      <w:r w:rsidRPr="2C295FE7">
        <w:rPr>
          <w:rFonts w:ascii="Aptos" w:eastAsia="Aptos" w:hAnsi="Aptos" w:cs="Aptos"/>
        </w:rPr>
        <w:t>permită</w:t>
      </w:r>
      <w:proofErr w:type="spellEnd"/>
      <w:r w:rsidRPr="2C295FE7">
        <w:rPr>
          <w:rFonts w:ascii="Aptos" w:eastAsia="Aptos" w:hAnsi="Aptos" w:cs="Aptos"/>
        </w:rPr>
        <w:t xml:space="preserve"> </w:t>
      </w:r>
      <w:proofErr w:type="spellStart"/>
      <w:r w:rsidRPr="2C295FE7">
        <w:rPr>
          <w:rFonts w:ascii="Aptos" w:eastAsia="Aptos" w:hAnsi="Aptos" w:cs="Aptos"/>
        </w:rPr>
        <w:t>autorității</w:t>
      </w:r>
      <w:proofErr w:type="spellEnd"/>
      <w:r w:rsidRPr="2C295FE7">
        <w:rPr>
          <w:rFonts w:ascii="Aptos" w:eastAsia="Aptos" w:hAnsi="Aptos" w:cs="Aptos"/>
        </w:rPr>
        <w:t xml:space="preserve"> </w:t>
      </w:r>
      <w:proofErr w:type="spellStart"/>
      <w:r w:rsidRPr="2C295FE7">
        <w:rPr>
          <w:rFonts w:ascii="Aptos" w:eastAsia="Aptos" w:hAnsi="Aptos" w:cs="Aptos"/>
        </w:rPr>
        <w:t>finanțatoare</w:t>
      </w:r>
      <w:proofErr w:type="spellEnd"/>
      <w:r w:rsidRPr="2C295FE7">
        <w:rPr>
          <w:rFonts w:ascii="Aptos" w:eastAsia="Aptos" w:hAnsi="Aptos" w:cs="Aptos"/>
        </w:rPr>
        <w:t xml:space="preserve"> </w:t>
      </w:r>
      <w:proofErr w:type="spellStart"/>
      <w:r w:rsidRPr="2C295FE7">
        <w:rPr>
          <w:rFonts w:ascii="Aptos" w:eastAsia="Aptos" w:hAnsi="Aptos" w:cs="Aptos"/>
        </w:rPr>
        <w:t>să</w:t>
      </w:r>
      <w:proofErr w:type="spellEnd"/>
      <w:r w:rsidRPr="2C295FE7">
        <w:rPr>
          <w:rFonts w:ascii="Aptos" w:eastAsia="Aptos" w:hAnsi="Aptos" w:cs="Aptos"/>
        </w:rPr>
        <w:t xml:space="preserve"> </w:t>
      </w:r>
      <w:proofErr w:type="spellStart"/>
      <w:r w:rsidRPr="2C295FE7">
        <w:rPr>
          <w:rFonts w:ascii="Aptos" w:eastAsia="Aptos" w:hAnsi="Aptos" w:cs="Aptos"/>
        </w:rPr>
        <w:t>utilizeze</w:t>
      </w:r>
      <w:proofErr w:type="spellEnd"/>
      <w:r w:rsidRPr="2C295FE7">
        <w:rPr>
          <w:rFonts w:ascii="Aptos" w:eastAsia="Aptos" w:hAnsi="Aptos" w:cs="Aptos"/>
        </w:rPr>
        <w:t xml:space="preserve"> </w:t>
      </w:r>
      <w:proofErr w:type="spellStart"/>
      <w:r w:rsidRPr="2C295FE7">
        <w:rPr>
          <w:rFonts w:ascii="Aptos" w:eastAsia="Aptos" w:hAnsi="Aptos" w:cs="Aptos"/>
        </w:rPr>
        <w:t>gratuit</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nelimitat</w:t>
      </w:r>
      <w:proofErr w:type="spellEnd"/>
      <w:r w:rsidRPr="2C295FE7">
        <w:rPr>
          <w:rFonts w:ascii="Aptos" w:eastAsia="Aptos" w:hAnsi="Aptos" w:cs="Aptos"/>
        </w:rPr>
        <w:t xml:space="preserve"> </w:t>
      </w:r>
      <w:proofErr w:type="spellStart"/>
      <w:r w:rsidRPr="2C295FE7">
        <w:rPr>
          <w:rFonts w:ascii="Aptos" w:eastAsia="Aptos" w:hAnsi="Aptos" w:cs="Aptos"/>
        </w:rPr>
        <w:t>informațiile</w:t>
      </w:r>
      <w:proofErr w:type="spellEnd"/>
      <w:r w:rsidRPr="2C295FE7">
        <w:rPr>
          <w:rFonts w:ascii="Aptos" w:eastAsia="Aptos" w:hAnsi="Aptos" w:cs="Aptos"/>
        </w:rPr>
        <w:t xml:space="preserve"> </w:t>
      </w:r>
      <w:proofErr w:type="spellStart"/>
      <w:r w:rsidRPr="2C295FE7">
        <w:rPr>
          <w:rFonts w:ascii="Aptos" w:eastAsia="Aptos" w:hAnsi="Aptos" w:cs="Aptos"/>
        </w:rPr>
        <w:t>cuprinse</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w:t>
      </w:r>
      <w:proofErr w:type="spellStart"/>
      <w:r w:rsidRPr="2C295FE7">
        <w:rPr>
          <w:rFonts w:ascii="Aptos" w:eastAsia="Aptos" w:hAnsi="Aptos" w:cs="Aptos"/>
        </w:rPr>
        <w:t>rapoartele</w:t>
      </w:r>
      <w:proofErr w:type="spellEnd"/>
      <w:r w:rsidRPr="2C295FE7">
        <w:rPr>
          <w:rFonts w:ascii="Aptos" w:eastAsia="Aptos" w:hAnsi="Aptos" w:cs="Aptos"/>
        </w:rPr>
        <w:t xml:space="preserve"> </w:t>
      </w:r>
      <w:proofErr w:type="spellStart"/>
      <w:r w:rsidRPr="2C295FE7">
        <w:rPr>
          <w:rFonts w:ascii="Aptos" w:eastAsia="Aptos" w:hAnsi="Aptos" w:cs="Aptos"/>
        </w:rPr>
        <w:t>proiectului</w:t>
      </w:r>
      <w:proofErr w:type="spellEnd"/>
      <w:r w:rsidRPr="2C295FE7">
        <w:rPr>
          <w:rFonts w:ascii="Aptos" w:eastAsia="Aptos" w:hAnsi="Aptos" w:cs="Aptos"/>
        </w:rPr>
        <w:t xml:space="preserve">, precum </w:t>
      </w:r>
      <w:proofErr w:type="spellStart"/>
      <w:r w:rsidRPr="2C295FE7">
        <w:rPr>
          <w:rFonts w:ascii="Aptos" w:eastAsia="Aptos" w:hAnsi="Aptos" w:cs="Aptos"/>
        </w:rPr>
        <w:t>și</w:t>
      </w:r>
      <w:proofErr w:type="spellEnd"/>
      <w:r w:rsidRPr="2C295FE7">
        <w:rPr>
          <w:rFonts w:ascii="Aptos" w:eastAsia="Aptos" w:hAnsi="Aptos" w:cs="Aptos"/>
        </w:rPr>
        <w:t xml:space="preserve"> pe </w:t>
      </w:r>
      <w:proofErr w:type="spellStart"/>
      <w:r w:rsidRPr="2C295FE7">
        <w:rPr>
          <w:rFonts w:ascii="Aptos" w:eastAsia="Aptos" w:hAnsi="Aptos" w:cs="Aptos"/>
        </w:rPr>
        <w:t>cele</w:t>
      </w:r>
      <w:proofErr w:type="spellEnd"/>
      <w:r w:rsidRPr="2C295FE7">
        <w:rPr>
          <w:rFonts w:ascii="Aptos" w:eastAsia="Aptos" w:hAnsi="Aptos" w:cs="Aptos"/>
        </w:rPr>
        <w:t xml:space="preserve"> </w:t>
      </w:r>
      <w:proofErr w:type="spellStart"/>
      <w:r w:rsidRPr="2C295FE7">
        <w:rPr>
          <w:rFonts w:ascii="Aptos" w:eastAsia="Aptos" w:hAnsi="Aptos" w:cs="Aptos"/>
        </w:rPr>
        <w:t>privind</w:t>
      </w:r>
      <w:proofErr w:type="spellEnd"/>
      <w:r w:rsidRPr="2C295FE7">
        <w:rPr>
          <w:rFonts w:ascii="Aptos" w:eastAsia="Aptos" w:hAnsi="Aptos" w:cs="Aptos"/>
        </w:rPr>
        <w:t xml:space="preserve"> </w:t>
      </w:r>
      <w:proofErr w:type="spellStart"/>
      <w:r w:rsidRPr="2C295FE7">
        <w:rPr>
          <w:rFonts w:ascii="Aptos" w:eastAsia="Aptos" w:hAnsi="Aptos" w:cs="Aptos"/>
        </w:rPr>
        <w:t>rezultatele</w:t>
      </w:r>
      <w:proofErr w:type="spellEnd"/>
      <w:r w:rsidRPr="2C295FE7">
        <w:rPr>
          <w:rFonts w:ascii="Aptos" w:eastAsia="Aptos" w:hAnsi="Aptos" w:cs="Aptos"/>
        </w:rPr>
        <w:t xml:space="preserve"> </w:t>
      </w:r>
      <w:proofErr w:type="spellStart"/>
      <w:r w:rsidRPr="2C295FE7">
        <w:rPr>
          <w:rFonts w:ascii="Aptos" w:eastAsia="Aptos" w:hAnsi="Aptos" w:cs="Aptos"/>
        </w:rPr>
        <w:t>obținute</w:t>
      </w:r>
      <w:proofErr w:type="spellEnd"/>
      <w:r w:rsidRPr="2C295FE7">
        <w:rPr>
          <w:rFonts w:ascii="Aptos" w:eastAsia="Aptos" w:hAnsi="Aptos" w:cs="Aptos"/>
        </w:rPr>
        <w:t xml:space="preserve">, </w:t>
      </w:r>
      <w:proofErr w:type="spellStart"/>
      <w:r w:rsidRPr="2C295FE7">
        <w:rPr>
          <w:rFonts w:ascii="Aptos" w:eastAsia="Aptos" w:hAnsi="Aptos" w:cs="Aptos"/>
        </w:rPr>
        <w:t>prin</w:t>
      </w:r>
      <w:proofErr w:type="spellEnd"/>
      <w:r w:rsidRPr="2C295FE7">
        <w:rPr>
          <w:rFonts w:ascii="Aptos" w:eastAsia="Aptos" w:hAnsi="Aptos" w:cs="Aptos"/>
        </w:rPr>
        <w:t xml:space="preserve"> </w:t>
      </w:r>
      <w:proofErr w:type="spellStart"/>
      <w:r w:rsidRPr="2C295FE7">
        <w:rPr>
          <w:rFonts w:ascii="Aptos" w:eastAsia="Aptos" w:hAnsi="Aptos" w:cs="Aptos"/>
        </w:rPr>
        <w:t>toate</w:t>
      </w:r>
      <w:proofErr w:type="spellEnd"/>
      <w:r w:rsidRPr="2C295FE7">
        <w:rPr>
          <w:rFonts w:ascii="Aptos" w:eastAsia="Aptos" w:hAnsi="Aptos" w:cs="Aptos"/>
        </w:rPr>
        <w:t xml:space="preserve"> </w:t>
      </w:r>
      <w:proofErr w:type="spellStart"/>
      <w:r w:rsidRPr="2C295FE7">
        <w:rPr>
          <w:rFonts w:ascii="Aptos" w:eastAsia="Aptos" w:hAnsi="Aptos" w:cs="Aptos"/>
        </w:rPr>
        <w:t>modalitățile</w:t>
      </w:r>
      <w:proofErr w:type="spellEnd"/>
      <w:r w:rsidRPr="2C295FE7">
        <w:rPr>
          <w:rFonts w:ascii="Aptos" w:eastAsia="Aptos" w:hAnsi="Aptos" w:cs="Aptos"/>
        </w:rPr>
        <w:t xml:space="preserve"> de </w:t>
      </w:r>
      <w:proofErr w:type="spellStart"/>
      <w:r w:rsidRPr="2C295FE7">
        <w:rPr>
          <w:rFonts w:ascii="Aptos" w:eastAsia="Aptos" w:hAnsi="Aptos" w:cs="Aptos"/>
        </w:rPr>
        <w:t>comunicare</w:t>
      </w:r>
      <w:proofErr w:type="spellEnd"/>
      <w:r w:rsidRPr="2C295FE7">
        <w:rPr>
          <w:rFonts w:ascii="Aptos" w:eastAsia="Aptos" w:hAnsi="Aptos" w:cs="Aptos"/>
        </w:rPr>
        <w:t xml:space="preserve"> </w:t>
      </w:r>
      <w:proofErr w:type="spellStart"/>
      <w:r w:rsidRPr="2C295FE7">
        <w:rPr>
          <w:rFonts w:ascii="Aptos" w:eastAsia="Aptos" w:hAnsi="Aptos" w:cs="Aptos"/>
        </w:rPr>
        <w:t>publică</w:t>
      </w:r>
      <w:proofErr w:type="spellEnd"/>
      <w:r w:rsidRPr="2C295FE7">
        <w:rPr>
          <w:rFonts w:ascii="Aptos" w:eastAsia="Aptos" w:hAnsi="Aptos" w:cs="Aptos"/>
        </w:rPr>
        <w:t xml:space="preserve"> pe care le decide, </w:t>
      </w:r>
      <w:proofErr w:type="spellStart"/>
      <w:r w:rsidRPr="2C295FE7">
        <w:rPr>
          <w:rFonts w:ascii="Aptos" w:eastAsia="Aptos" w:hAnsi="Aptos" w:cs="Aptos"/>
        </w:rPr>
        <w:t>inclusiv</w:t>
      </w:r>
      <w:proofErr w:type="spellEnd"/>
      <w:r w:rsidRPr="2C295FE7">
        <w:rPr>
          <w:rFonts w:ascii="Aptos" w:eastAsia="Aptos" w:hAnsi="Aptos" w:cs="Aptos"/>
        </w:rPr>
        <w:t xml:space="preserve"> </w:t>
      </w:r>
      <w:proofErr w:type="spellStart"/>
      <w:r w:rsidRPr="2C295FE7">
        <w:rPr>
          <w:rFonts w:ascii="Aptos" w:eastAsia="Aptos" w:hAnsi="Aptos" w:cs="Aptos"/>
        </w:rPr>
        <w:t>pentru</w:t>
      </w:r>
      <w:proofErr w:type="spellEnd"/>
      <w:r w:rsidRPr="2C295FE7">
        <w:rPr>
          <w:rFonts w:ascii="Aptos" w:eastAsia="Aptos" w:hAnsi="Aptos" w:cs="Aptos"/>
        </w:rPr>
        <w:t xml:space="preserve"> </w:t>
      </w:r>
      <w:proofErr w:type="spellStart"/>
      <w:r w:rsidRPr="2C295FE7">
        <w:rPr>
          <w:rFonts w:ascii="Aptos" w:eastAsia="Aptos" w:hAnsi="Aptos" w:cs="Aptos"/>
        </w:rPr>
        <w:t>diseminarea</w:t>
      </w:r>
      <w:proofErr w:type="spellEnd"/>
      <w:r w:rsidRPr="2C295FE7">
        <w:rPr>
          <w:rFonts w:ascii="Aptos" w:eastAsia="Aptos" w:hAnsi="Aptos" w:cs="Aptos"/>
        </w:rPr>
        <w:t xml:space="preserve"> </w:t>
      </w:r>
      <w:proofErr w:type="spellStart"/>
      <w:r w:rsidRPr="2C295FE7">
        <w:rPr>
          <w:rFonts w:ascii="Aptos" w:eastAsia="Aptos" w:hAnsi="Aptos" w:cs="Aptos"/>
        </w:rPr>
        <w:t>rezultatelor</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impactului</w:t>
      </w:r>
      <w:proofErr w:type="spellEnd"/>
      <w:r w:rsidRPr="2C295FE7">
        <w:rPr>
          <w:rFonts w:ascii="Aptos" w:eastAsia="Aptos" w:hAnsi="Aptos" w:cs="Aptos"/>
        </w:rPr>
        <w:t xml:space="preserve"> </w:t>
      </w:r>
      <w:proofErr w:type="spellStart"/>
      <w:r w:rsidRPr="2C295FE7">
        <w:rPr>
          <w:rFonts w:ascii="Aptos" w:eastAsia="Aptos" w:hAnsi="Aptos" w:cs="Aptos"/>
        </w:rPr>
        <w:t>programului</w:t>
      </w:r>
      <w:proofErr w:type="spellEnd"/>
      <w:r w:rsidRPr="2C295FE7">
        <w:rPr>
          <w:rFonts w:ascii="Aptos" w:eastAsia="Aptos" w:hAnsi="Aptos" w:cs="Aptos"/>
        </w:rPr>
        <w:t xml:space="preserve"> de </w:t>
      </w:r>
      <w:proofErr w:type="spellStart"/>
      <w:r w:rsidRPr="2C295FE7">
        <w:rPr>
          <w:rFonts w:ascii="Aptos" w:eastAsia="Aptos" w:hAnsi="Aptos" w:cs="Aptos"/>
        </w:rPr>
        <w:t>finanțare</w:t>
      </w:r>
      <w:proofErr w:type="spellEnd"/>
      <w:r w:rsidRPr="2C295FE7">
        <w:rPr>
          <w:rFonts w:ascii="Aptos" w:eastAsia="Aptos" w:hAnsi="Aptos" w:cs="Aptos"/>
        </w:rPr>
        <w:t>;</w:t>
      </w:r>
    </w:p>
    <w:p w14:paraId="17AE8BAA" w14:textId="77777777" w:rsidR="00651778" w:rsidRDefault="00651778" w:rsidP="00651778">
      <w:pPr>
        <w:pStyle w:val="ListParagraph"/>
        <w:numPr>
          <w:ilvl w:val="0"/>
          <w:numId w:val="49"/>
        </w:numPr>
        <w:spacing w:before="240" w:after="240" w:line="279" w:lineRule="auto"/>
        <w:rPr>
          <w:rFonts w:ascii="Aptos" w:eastAsia="Aptos" w:hAnsi="Aptos" w:cs="Aptos"/>
        </w:rPr>
      </w:pPr>
      <w:proofErr w:type="spellStart"/>
      <w:r w:rsidRPr="2C295FE7">
        <w:rPr>
          <w:rFonts w:ascii="Aptos" w:eastAsia="Aptos" w:hAnsi="Aptos" w:cs="Aptos"/>
        </w:rPr>
        <w:t>să</w:t>
      </w:r>
      <w:proofErr w:type="spellEnd"/>
      <w:r w:rsidRPr="2C295FE7">
        <w:rPr>
          <w:rFonts w:ascii="Aptos" w:eastAsia="Aptos" w:hAnsi="Aptos" w:cs="Aptos"/>
        </w:rPr>
        <w:t xml:space="preserve"> nu </w:t>
      </w:r>
      <w:proofErr w:type="spellStart"/>
      <w:r w:rsidRPr="2C295FE7">
        <w:rPr>
          <w:rFonts w:ascii="Aptos" w:eastAsia="Aptos" w:hAnsi="Aptos" w:cs="Aptos"/>
        </w:rPr>
        <w:t>utilizeze</w:t>
      </w:r>
      <w:proofErr w:type="spellEnd"/>
      <w:r w:rsidRPr="2C295FE7">
        <w:rPr>
          <w:rFonts w:ascii="Aptos" w:eastAsia="Aptos" w:hAnsi="Aptos" w:cs="Aptos"/>
        </w:rPr>
        <w:t xml:space="preserve"> </w:t>
      </w:r>
      <w:proofErr w:type="spellStart"/>
      <w:r w:rsidRPr="2C295FE7">
        <w:rPr>
          <w:rFonts w:ascii="Aptos" w:eastAsia="Aptos" w:hAnsi="Aptos" w:cs="Aptos"/>
        </w:rPr>
        <w:t>materialele</w:t>
      </w:r>
      <w:proofErr w:type="spellEnd"/>
      <w:r w:rsidRPr="2C295FE7">
        <w:rPr>
          <w:rFonts w:ascii="Aptos" w:eastAsia="Aptos" w:hAnsi="Aptos" w:cs="Aptos"/>
        </w:rPr>
        <w:t xml:space="preserve"> </w:t>
      </w:r>
      <w:proofErr w:type="spellStart"/>
      <w:r w:rsidRPr="2C295FE7">
        <w:rPr>
          <w:rFonts w:ascii="Aptos" w:eastAsia="Aptos" w:hAnsi="Aptos" w:cs="Aptos"/>
        </w:rPr>
        <w:t>promoţionale</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w:t>
      </w:r>
      <w:proofErr w:type="spellStart"/>
      <w:r w:rsidRPr="2C295FE7">
        <w:rPr>
          <w:rFonts w:ascii="Aptos" w:eastAsia="Aptos" w:hAnsi="Aptos" w:cs="Aptos"/>
        </w:rPr>
        <w:t>sau</w:t>
      </w:r>
      <w:proofErr w:type="spellEnd"/>
      <w:r w:rsidRPr="2C295FE7">
        <w:rPr>
          <w:rFonts w:ascii="Aptos" w:eastAsia="Aptos" w:hAnsi="Aptos" w:cs="Aptos"/>
        </w:rPr>
        <w:t xml:space="preserve"> </w:t>
      </w:r>
      <w:proofErr w:type="spellStart"/>
      <w:r w:rsidRPr="2C295FE7">
        <w:rPr>
          <w:rFonts w:ascii="Aptos" w:eastAsia="Aptos" w:hAnsi="Aptos" w:cs="Aptos"/>
        </w:rPr>
        <w:t>publicațiile</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produsele</w:t>
      </w:r>
      <w:proofErr w:type="spellEnd"/>
      <w:r w:rsidRPr="2C295FE7">
        <w:rPr>
          <w:rFonts w:ascii="Aptos" w:eastAsia="Aptos" w:hAnsi="Aptos" w:cs="Aptos"/>
        </w:rPr>
        <w:t xml:space="preserve">   </w:t>
      </w:r>
      <w:proofErr w:type="spellStart"/>
      <w:r w:rsidRPr="2C295FE7">
        <w:rPr>
          <w:rFonts w:ascii="Aptos" w:eastAsia="Aptos" w:hAnsi="Aptos" w:cs="Aptos"/>
        </w:rPr>
        <w:t>tipărite</w:t>
      </w:r>
      <w:proofErr w:type="spellEnd"/>
      <w:r w:rsidRPr="2C295FE7">
        <w:rPr>
          <w:rFonts w:ascii="Aptos" w:eastAsia="Aptos" w:hAnsi="Aptos" w:cs="Aptos"/>
        </w:rPr>
        <w:t xml:space="preserve">, digital </w:t>
      </w:r>
      <w:proofErr w:type="spellStart"/>
      <w:r w:rsidRPr="2C295FE7">
        <w:rPr>
          <w:rFonts w:ascii="Aptos" w:eastAsia="Aptos" w:hAnsi="Aptos" w:cs="Aptos"/>
        </w:rPr>
        <w:t>sau</w:t>
      </w:r>
      <w:proofErr w:type="spellEnd"/>
      <w:r w:rsidRPr="2C295FE7">
        <w:rPr>
          <w:rFonts w:ascii="Aptos" w:eastAsia="Aptos" w:hAnsi="Aptos" w:cs="Aptos"/>
        </w:rPr>
        <w:t xml:space="preserve"> </w:t>
      </w:r>
      <w:proofErr w:type="spellStart"/>
      <w:r w:rsidRPr="2C295FE7">
        <w:rPr>
          <w:rFonts w:ascii="Aptos" w:eastAsia="Aptos" w:hAnsi="Aptos" w:cs="Aptos"/>
        </w:rPr>
        <w:t>fizic</w:t>
      </w:r>
      <w:proofErr w:type="spellEnd"/>
      <w:r w:rsidRPr="2C295FE7">
        <w:rPr>
          <w:rFonts w:ascii="Aptos" w:eastAsia="Aptos" w:hAnsi="Aptos" w:cs="Aptos"/>
        </w:rPr>
        <w:t xml:space="preserve"> (</w:t>
      </w:r>
      <w:proofErr w:type="spellStart"/>
      <w:r w:rsidRPr="2C295FE7">
        <w:rPr>
          <w:rFonts w:ascii="Aptos" w:eastAsia="Aptos" w:hAnsi="Aptos" w:cs="Aptos"/>
        </w:rPr>
        <w:t>tipărituri</w:t>
      </w:r>
      <w:proofErr w:type="spellEnd"/>
      <w:r w:rsidRPr="2C295FE7">
        <w:rPr>
          <w:rFonts w:ascii="Aptos" w:eastAsia="Aptos" w:hAnsi="Aptos" w:cs="Aptos"/>
        </w:rPr>
        <w:t xml:space="preserve">, </w:t>
      </w:r>
      <w:proofErr w:type="spellStart"/>
      <w:r w:rsidRPr="2C295FE7">
        <w:rPr>
          <w:rFonts w:ascii="Aptos" w:eastAsia="Aptos" w:hAnsi="Aptos" w:cs="Aptos"/>
        </w:rPr>
        <w:t>pagini</w:t>
      </w:r>
      <w:proofErr w:type="spellEnd"/>
      <w:r w:rsidRPr="2C295FE7">
        <w:rPr>
          <w:rFonts w:ascii="Aptos" w:eastAsia="Aptos" w:hAnsi="Aptos" w:cs="Aptos"/>
        </w:rPr>
        <w:t xml:space="preserve"> web, </w:t>
      </w:r>
      <w:proofErr w:type="spellStart"/>
      <w:r w:rsidRPr="2C295FE7">
        <w:rPr>
          <w:rFonts w:ascii="Aptos" w:eastAsia="Aptos" w:hAnsi="Aptos" w:cs="Aptos"/>
        </w:rPr>
        <w:t>înregistrări</w:t>
      </w:r>
      <w:proofErr w:type="spellEnd"/>
      <w:r w:rsidRPr="2C295FE7">
        <w:rPr>
          <w:rFonts w:ascii="Aptos" w:eastAsia="Aptos" w:hAnsi="Aptos" w:cs="Aptos"/>
        </w:rPr>
        <w:t xml:space="preserve"> video </w:t>
      </w:r>
      <w:proofErr w:type="spellStart"/>
      <w:r w:rsidRPr="2C295FE7">
        <w:rPr>
          <w:rFonts w:ascii="Aptos" w:eastAsia="Aptos" w:hAnsi="Aptos" w:cs="Aptos"/>
        </w:rPr>
        <w:t>și</w:t>
      </w:r>
      <w:proofErr w:type="spellEnd"/>
      <w:r w:rsidRPr="2C295FE7">
        <w:rPr>
          <w:rFonts w:ascii="Aptos" w:eastAsia="Aptos" w:hAnsi="Aptos" w:cs="Aptos"/>
        </w:rPr>
        <w:t xml:space="preserve"> audio, catalog, manual, </w:t>
      </w:r>
      <w:proofErr w:type="spellStart"/>
      <w:r w:rsidRPr="2C295FE7">
        <w:rPr>
          <w:rFonts w:ascii="Aptos" w:eastAsia="Aptos" w:hAnsi="Aptos" w:cs="Aptos"/>
        </w:rPr>
        <w:t>ghid</w:t>
      </w:r>
      <w:proofErr w:type="spellEnd"/>
      <w:r w:rsidRPr="2C295FE7">
        <w:rPr>
          <w:rFonts w:ascii="Aptos" w:eastAsia="Aptos" w:hAnsi="Aptos" w:cs="Aptos"/>
        </w:rPr>
        <w:t xml:space="preserve"> etc.), destinate </w:t>
      </w:r>
      <w:proofErr w:type="spellStart"/>
      <w:r w:rsidRPr="2C295FE7">
        <w:rPr>
          <w:rFonts w:ascii="Aptos" w:eastAsia="Aptos" w:hAnsi="Aptos" w:cs="Aptos"/>
        </w:rPr>
        <w:t>mediatizării</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w:t>
      </w:r>
      <w:proofErr w:type="spellStart"/>
      <w:r w:rsidRPr="2C295FE7">
        <w:rPr>
          <w:rFonts w:ascii="Aptos" w:eastAsia="Aptos" w:hAnsi="Aptos" w:cs="Aptos"/>
        </w:rPr>
        <w:t>sau</w:t>
      </w:r>
      <w:proofErr w:type="spellEnd"/>
      <w:r w:rsidRPr="2C295FE7">
        <w:rPr>
          <w:rFonts w:ascii="Aptos" w:eastAsia="Aptos" w:hAnsi="Aptos" w:cs="Aptos"/>
        </w:rPr>
        <w:t xml:space="preserve"> </w:t>
      </w:r>
      <w:proofErr w:type="spellStart"/>
      <w:r w:rsidRPr="2C295FE7">
        <w:rPr>
          <w:rFonts w:ascii="Aptos" w:eastAsia="Aptos" w:hAnsi="Aptos" w:cs="Aptos"/>
        </w:rPr>
        <w:t>diseminării</w:t>
      </w:r>
      <w:proofErr w:type="spellEnd"/>
      <w:r w:rsidRPr="2C295FE7">
        <w:rPr>
          <w:rFonts w:ascii="Aptos" w:eastAsia="Aptos" w:hAnsi="Aptos" w:cs="Aptos"/>
        </w:rPr>
        <w:t xml:space="preserve"> </w:t>
      </w:r>
      <w:proofErr w:type="spellStart"/>
      <w:r w:rsidRPr="2C295FE7">
        <w:rPr>
          <w:rFonts w:ascii="Aptos" w:eastAsia="Aptos" w:hAnsi="Aptos" w:cs="Aptos"/>
        </w:rPr>
        <w:t>activităților</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rezultatelor</w:t>
      </w:r>
      <w:proofErr w:type="spellEnd"/>
      <w:r w:rsidRPr="2C295FE7">
        <w:rPr>
          <w:rFonts w:ascii="Aptos" w:eastAsia="Aptos" w:hAnsi="Aptos" w:cs="Aptos"/>
        </w:rPr>
        <w:t xml:space="preserve"> </w:t>
      </w:r>
      <w:proofErr w:type="spellStart"/>
      <w:r w:rsidRPr="2C295FE7">
        <w:rPr>
          <w:rFonts w:ascii="Aptos" w:eastAsia="Aptos" w:hAnsi="Aptos" w:cs="Aptos"/>
        </w:rPr>
        <w:t>proiectului</w:t>
      </w:r>
      <w:proofErr w:type="spellEnd"/>
      <w:r w:rsidRPr="2C295FE7">
        <w:rPr>
          <w:rFonts w:ascii="Aptos" w:eastAsia="Aptos" w:hAnsi="Aptos" w:cs="Aptos"/>
        </w:rPr>
        <w:t xml:space="preserve">   care face </w:t>
      </w:r>
      <w:proofErr w:type="spellStart"/>
      <w:r w:rsidRPr="2C295FE7">
        <w:rPr>
          <w:rFonts w:ascii="Aptos" w:eastAsia="Aptos" w:hAnsi="Aptos" w:cs="Aptos"/>
        </w:rPr>
        <w:t>obiectul</w:t>
      </w:r>
      <w:proofErr w:type="spellEnd"/>
      <w:r w:rsidRPr="2C295FE7">
        <w:rPr>
          <w:rFonts w:ascii="Aptos" w:eastAsia="Aptos" w:hAnsi="Aptos" w:cs="Aptos"/>
        </w:rPr>
        <w:t xml:space="preserve"> </w:t>
      </w:r>
      <w:proofErr w:type="spellStart"/>
      <w:r w:rsidRPr="2C295FE7">
        <w:rPr>
          <w:rFonts w:ascii="Aptos" w:eastAsia="Aptos" w:hAnsi="Aptos" w:cs="Aptos"/>
        </w:rPr>
        <w:t>prezentului</w:t>
      </w:r>
      <w:proofErr w:type="spellEnd"/>
      <w:r w:rsidRPr="2C295FE7">
        <w:rPr>
          <w:rFonts w:ascii="Aptos" w:eastAsia="Aptos" w:hAnsi="Aptos" w:cs="Aptos"/>
        </w:rPr>
        <w:t xml:space="preserve"> contract, </w:t>
      </w:r>
      <w:proofErr w:type="spellStart"/>
      <w:r w:rsidRPr="2C295FE7">
        <w:rPr>
          <w:rFonts w:ascii="Aptos" w:eastAsia="Aptos" w:hAnsi="Aptos" w:cs="Aptos"/>
        </w:rPr>
        <w:t>în</w:t>
      </w:r>
      <w:proofErr w:type="spellEnd"/>
      <w:r w:rsidRPr="2C295FE7">
        <w:rPr>
          <w:rFonts w:ascii="Aptos" w:eastAsia="Aptos" w:hAnsi="Aptos" w:cs="Aptos"/>
        </w:rPr>
        <w:t xml:space="preserve"> </w:t>
      </w:r>
      <w:proofErr w:type="spellStart"/>
      <w:r w:rsidRPr="2C295FE7">
        <w:rPr>
          <w:rFonts w:ascii="Aptos" w:eastAsia="Aptos" w:hAnsi="Aptos" w:cs="Aptos"/>
        </w:rPr>
        <w:t>scopul</w:t>
      </w:r>
      <w:proofErr w:type="spellEnd"/>
      <w:r w:rsidRPr="2C295FE7">
        <w:rPr>
          <w:rFonts w:ascii="Aptos" w:eastAsia="Aptos" w:hAnsi="Aptos" w:cs="Aptos"/>
        </w:rPr>
        <w:t xml:space="preserve"> </w:t>
      </w:r>
      <w:proofErr w:type="spellStart"/>
      <w:r w:rsidRPr="2C295FE7">
        <w:rPr>
          <w:rFonts w:ascii="Aptos" w:eastAsia="Aptos" w:hAnsi="Aptos" w:cs="Aptos"/>
        </w:rPr>
        <w:t>obţinerii</w:t>
      </w:r>
      <w:proofErr w:type="spellEnd"/>
      <w:r w:rsidRPr="2C295FE7">
        <w:rPr>
          <w:rFonts w:ascii="Aptos" w:eastAsia="Aptos" w:hAnsi="Aptos" w:cs="Aptos"/>
        </w:rPr>
        <w:t xml:space="preserve"> de profit; </w:t>
      </w:r>
    </w:p>
    <w:p w14:paraId="1E30A738" w14:textId="77777777" w:rsidR="00651778" w:rsidRDefault="00651778" w:rsidP="00651778">
      <w:pPr>
        <w:pStyle w:val="ListParagraph"/>
        <w:numPr>
          <w:ilvl w:val="0"/>
          <w:numId w:val="49"/>
        </w:numPr>
        <w:spacing w:before="240" w:after="240" w:line="279" w:lineRule="auto"/>
        <w:rPr>
          <w:rFonts w:ascii="Aptos" w:eastAsia="Aptos" w:hAnsi="Aptos" w:cs="Aptos"/>
        </w:rPr>
      </w:pPr>
      <w:proofErr w:type="spellStart"/>
      <w:r w:rsidRPr="2C295FE7">
        <w:rPr>
          <w:rFonts w:ascii="Aptos" w:eastAsia="Aptos" w:hAnsi="Aptos" w:cs="Aptos"/>
        </w:rPr>
        <w:lastRenderedPageBreak/>
        <w:t>să</w:t>
      </w:r>
      <w:proofErr w:type="spellEnd"/>
      <w:r w:rsidRPr="2C295FE7">
        <w:rPr>
          <w:rFonts w:ascii="Aptos" w:eastAsia="Aptos" w:hAnsi="Aptos" w:cs="Aptos"/>
        </w:rPr>
        <w:t xml:space="preserve"> </w:t>
      </w:r>
      <w:proofErr w:type="spellStart"/>
      <w:r w:rsidRPr="2C295FE7">
        <w:rPr>
          <w:rFonts w:ascii="Aptos" w:eastAsia="Aptos" w:hAnsi="Aptos" w:cs="Aptos"/>
        </w:rPr>
        <w:t>pună</w:t>
      </w:r>
      <w:proofErr w:type="spellEnd"/>
      <w:r w:rsidRPr="2C295FE7">
        <w:rPr>
          <w:rFonts w:ascii="Aptos" w:eastAsia="Aptos" w:hAnsi="Aptos" w:cs="Aptos"/>
        </w:rPr>
        <w:t xml:space="preserve"> la </w:t>
      </w:r>
      <w:proofErr w:type="spellStart"/>
      <w:r w:rsidRPr="2C295FE7">
        <w:rPr>
          <w:rFonts w:ascii="Aptos" w:eastAsia="Aptos" w:hAnsi="Aptos" w:cs="Aptos"/>
        </w:rPr>
        <w:t>dispoziția</w:t>
      </w:r>
      <w:proofErr w:type="spellEnd"/>
      <w:r w:rsidRPr="2C295FE7">
        <w:rPr>
          <w:rFonts w:ascii="Aptos" w:eastAsia="Aptos" w:hAnsi="Aptos" w:cs="Aptos"/>
        </w:rPr>
        <w:t xml:space="preserve"> </w:t>
      </w:r>
      <w:proofErr w:type="spellStart"/>
      <w:r w:rsidRPr="2C295FE7">
        <w:rPr>
          <w:rFonts w:ascii="Aptos" w:eastAsia="Aptos" w:hAnsi="Aptos" w:cs="Aptos"/>
        </w:rPr>
        <w:t>autorității</w:t>
      </w:r>
      <w:proofErr w:type="spellEnd"/>
      <w:r w:rsidRPr="2C295FE7">
        <w:rPr>
          <w:rFonts w:ascii="Aptos" w:eastAsia="Aptos" w:hAnsi="Aptos" w:cs="Aptos"/>
        </w:rPr>
        <w:t xml:space="preserve"> </w:t>
      </w:r>
      <w:proofErr w:type="spellStart"/>
      <w:r w:rsidRPr="2C295FE7">
        <w:rPr>
          <w:rFonts w:ascii="Aptos" w:eastAsia="Aptos" w:hAnsi="Aptos" w:cs="Aptos"/>
        </w:rPr>
        <w:t>finanțatoare</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mod </w:t>
      </w:r>
      <w:proofErr w:type="spellStart"/>
      <w:r w:rsidRPr="2C295FE7">
        <w:rPr>
          <w:rFonts w:ascii="Aptos" w:eastAsia="Aptos" w:hAnsi="Aptos" w:cs="Aptos"/>
        </w:rPr>
        <w:t>gratuit</w:t>
      </w:r>
      <w:proofErr w:type="spellEnd"/>
      <w:r w:rsidRPr="2C295FE7">
        <w:rPr>
          <w:rFonts w:ascii="Aptos" w:eastAsia="Aptos" w:hAnsi="Aptos" w:cs="Aptos"/>
        </w:rPr>
        <w:t xml:space="preserve">, </w:t>
      </w:r>
      <w:proofErr w:type="spellStart"/>
      <w:r w:rsidRPr="2C295FE7">
        <w:rPr>
          <w:rFonts w:ascii="Aptos" w:eastAsia="Aptos" w:hAnsi="Aptos" w:cs="Aptos"/>
        </w:rPr>
        <w:t>fotografii</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alte</w:t>
      </w:r>
      <w:proofErr w:type="spellEnd"/>
      <w:r w:rsidRPr="2C295FE7">
        <w:rPr>
          <w:rFonts w:ascii="Aptos" w:eastAsia="Aptos" w:hAnsi="Aptos" w:cs="Aptos"/>
        </w:rPr>
        <w:t xml:space="preserve"> </w:t>
      </w:r>
      <w:proofErr w:type="spellStart"/>
      <w:r w:rsidRPr="2C295FE7">
        <w:rPr>
          <w:rFonts w:ascii="Aptos" w:eastAsia="Aptos" w:hAnsi="Aptos" w:cs="Aptos"/>
        </w:rPr>
        <w:t>materiale</w:t>
      </w:r>
      <w:proofErr w:type="spellEnd"/>
      <w:r w:rsidRPr="2C295FE7">
        <w:rPr>
          <w:rFonts w:ascii="Aptos" w:eastAsia="Aptos" w:hAnsi="Aptos" w:cs="Aptos"/>
        </w:rPr>
        <w:t xml:space="preserve"> audio-</w:t>
      </w:r>
      <w:proofErr w:type="spellStart"/>
      <w:r w:rsidRPr="2C295FE7">
        <w:rPr>
          <w:rFonts w:ascii="Aptos" w:eastAsia="Aptos" w:hAnsi="Aptos" w:cs="Aptos"/>
        </w:rPr>
        <w:t>vizuale</w:t>
      </w:r>
      <w:proofErr w:type="spellEnd"/>
      <w:r w:rsidRPr="2C295FE7">
        <w:rPr>
          <w:rFonts w:ascii="Aptos" w:eastAsia="Aptos" w:hAnsi="Aptos" w:cs="Aptos"/>
        </w:rPr>
        <w:t xml:space="preserve"> cu </w:t>
      </w:r>
      <w:proofErr w:type="spellStart"/>
      <w:r w:rsidRPr="2C295FE7">
        <w:rPr>
          <w:rFonts w:ascii="Aptos" w:eastAsia="Aptos" w:hAnsi="Aptos" w:cs="Aptos"/>
        </w:rPr>
        <w:t>privire</w:t>
      </w:r>
      <w:proofErr w:type="spellEnd"/>
      <w:r w:rsidRPr="2C295FE7">
        <w:rPr>
          <w:rFonts w:ascii="Aptos" w:eastAsia="Aptos" w:hAnsi="Aptos" w:cs="Aptos"/>
        </w:rPr>
        <w:t xml:space="preserve"> la </w:t>
      </w:r>
      <w:proofErr w:type="spellStart"/>
      <w:r w:rsidRPr="2C295FE7">
        <w:rPr>
          <w:rFonts w:ascii="Aptos" w:eastAsia="Aptos" w:hAnsi="Aptos" w:cs="Aptos"/>
        </w:rPr>
        <w:t>proiect</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să</w:t>
      </w:r>
      <w:proofErr w:type="spellEnd"/>
      <w:r w:rsidRPr="2C295FE7">
        <w:rPr>
          <w:rFonts w:ascii="Aptos" w:eastAsia="Aptos" w:hAnsi="Aptos" w:cs="Aptos"/>
        </w:rPr>
        <w:t xml:space="preserve"> </w:t>
      </w:r>
      <w:proofErr w:type="spellStart"/>
      <w:r w:rsidRPr="2C295FE7">
        <w:rPr>
          <w:rFonts w:ascii="Aptos" w:eastAsia="Aptos" w:hAnsi="Aptos" w:cs="Aptos"/>
        </w:rPr>
        <w:t>autorizeze</w:t>
      </w:r>
      <w:proofErr w:type="spellEnd"/>
      <w:r w:rsidRPr="2C295FE7">
        <w:rPr>
          <w:rFonts w:ascii="Aptos" w:eastAsia="Aptos" w:hAnsi="Aptos" w:cs="Aptos"/>
        </w:rPr>
        <w:t xml:space="preserve"> </w:t>
      </w:r>
      <w:proofErr w:type="spellStart"/>
      <w:r w:rsidRPr="2C295FE7">
        <w:rPr>
          <w:rFonts w:ascii="Aptos" w:eastAsia="Aptos" w:hAnsi="Aptos" w:cs="Aptos"/>
        </w:rPr>
        <w:t>folosirea</w:t>
      </w:r>
      <w:proofErr w:type="spellEnd"/>
      <w:r w:rsidRPr="2C295FE7">
        <w:rPr>
          <w:rFonts w:ascii="Aptos" w:eastAsia="Aptos" w:hAnsi="Aptos" w:cs="Aptos"/>
        </w:rPr>
        <w:t xml:space="preserve"> de </w:t>
      </w:r>
      <w:proofErr w:type="spellStart"/>
      <w:r w:rsidRPr="2C295FE7">
        <w:rPr>
          <w:rFonts w:ascii="Aptos" w:eastAsia="Aptos" w:hAnsi="Aptos" w:cs="Aptos"/>
        </w:rPr>
        <w:t>către</w:t>
      </w:r>
      <w:proofErr w:type="spellEnd"/>
      <w:r w:rsidRPr="2C295FE7">
        <w:rPr>
          <w:rFonts w:ascii="Aptos" w:eastAsia="Aptos" w:hAnsi="Aptos" w:cs="Aptos"/>
        </w:rPr>
        <w:t xml:space="preserve"> </w:t>
      </w:r>
      <w:proofErr w:type="spellStart"/>
      <w:r w:rsidRPr="2C295FE7">
        <w:rPr>
          <w:rFonts w:ascii="Aptos" w:eastAsia="Aptos" w:hAnsi="Aptos" w:cs="Aptos"/>
        </w:rPr>
        <w:t>autoritate</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w:t>
      </w:r>
      <w:proofErr w:type="spellStart"/>
      <w:r w:rsidRPr="2C295FE7">
        <w:rPr>
          <w:rFonts w:ascii="Aptos" w:eastAsia="Aptos" w:hAnsi="Aptos" w:cs="Aptos"/>
        </w:rPr>
        <w:t>orice</w:t>
      </w:r>
      <w:proofErr w:type="spellEnd"/>
      <w:r w:rsidRPr="2C295FE7">
        <w:rPr>
          <w:rFonts w:ascii="Aptos" w:eastAsia="Aptos" w:hAnsi="Aptos" w:cs="Aptos"/>
        </w:rPr>
        <w:t xml:space="preserve"> mod </w:t>
      </w:r>
      <w:proofErr w:type="spellStart"/>
      <w:r w:rsidRPr="2C295FE7">
        <w:rPr>
          <w:rFonts w:ascii="Aptos" w:eastAsia="Aptos" w:hAnsi="Aptos" w:cs="Aptos"/>
        </w:rPr>
        <w:t>consideră</w:t>
      </w:r>
      <w:proofErr w:type="spellEnd"/>
      <w:r w:rsidRPr="2C295FE7">
        <w:rPr>
          <w:rFonts w:ascii="Aptos" w:eastAsia="Aptos" w:hAnsi="Aptos" w:cs="Aptos"/>
        </w:rPr>
        <w:t xml:space="preserve"> de </w:t>
      </w:r>
      <w:proofErr w:type="spellStart"/>
      <w:r w:rsidRPr="2C295FE7">
        <w:rPr>
          <w:rFonts w:ascii="Aptos" w:eastAsia="Aptos" w:hAnsi="Aptos" w:cs="Aptos"/>
        </w:rPr>
        <w:t>cuviință</w:t>
      </w:r>
      <w:proofErr w:type="spellEnd"/>
      <w:r w:rsidRPr="2C295FE7">
        <w:rPr>
          <w:rFonts w:ascii="Aptos" w:eastAsia="Aptos" w:hAnsi="Aptos" w:cs="Aptos"/>
        </w:rPr>
        <w:t xml:space="preserve">, </w:t>
      </w:r>
      <w:proofErr w:type="spellStart"/>
      <w:r w:rsidRPr="2C295FE7">
        <w:rPr>
          <w:rFonts w:ascii="Aptos" w:eastAsia="Aptos" w:hAnsi="Aptos" w:cs="Aptos"/>
        </w:rPr>
        <w:t>inclusiv</w:t>
      </w:r>
      <w:proofErr w:type="spellEnd"/>
      <w:r w:rsidRPr="2C295FE7">
        <w:rPr>
          <w:rFonts w:ascii="Aptos" w:eastAsia="Aptos" w:hAnsi="Aptos" w:cs="Aptos"/>
        </w:rPr>
        <w:t xml:space="preserve"> </w:t>
      </w:r>
      <w:proofErr w:type="spellStart"/>
      <w:r w:rsidRPr="2C295FE7">
        <w:rPr>
          <w:rFonts w:ascii="Aptos" w:eastAsia="Aptos" w:hAnsi="Aptos" w:cs="Aptos"/>
        </w:rPr>
        <w:t>să</w:t>
      </w:r>
      <w:proofErr w:type="spellEnd"/>
      <w:r w:rsidRPr="2C295FE7">
        <w:rPr>
          <w:rFonts w:ascii="Aptos" w:eastAsia="Aptos" w:hAnsi="Aptos" w:cs="Aptos"/>
        </w:rPr>
        <w:t xml:space="preserve"> le </w:t>
      </w:r>
      <w:proofErr w:type="spellStart"/>
      <w:r w:rsidRPr="2C295FE7">
        <w:rPr>
          <w:rFonts w:ascii="Aptos" w:eastAsia="Aptos" w:hAnsi="Aptos" w:cs="Aptos"/>
        </w:rPr>
        <w:t>publice</w:t>
      </w:r>
      <w:proofErr w:type="spellEnd"/>
      <w:r w:rsidRPr="2C295FE7">
        <w:rPr>
          <w:rFonts w:ascii="Aptos" w:eastAsia="Aptos" w:hAnsi="Aptos" w:cs="Aptos"/>
        </w:rPr>
        <w:t xml:space="preserve"> </w:t>
      </w:r>
      <w:proofErr w:type="spellStart"/>
      <w:r w:rsidRPr="2C295FE7">
        <w:rPr>
          <w:rFonts w:ascii="Aptos" w:eastAsia="Aptos" w:hAnsi="Aptos" w:cs="Aptos"/>
        </w:rPr>
        <w:t>prin</w:t>
      </w:r>
      <w:proofErr w:type="spellEnd"/>
      <w:r w:rsidRPr="2C295FE7">
        <w:rPr>
          <w:rFonts w:ascii="Aptos" w:eastAsia="Aptos" w:hAnsi="Aptos" w:cs="Aptos"/>
        </w:rPr>
        <w:t xml:space="preserve"> </w:t>
      </w:r>
      <w:proofErr w:type="spellStart"/>
      <w:r w:rsidRPr="2C295FE7">
        <w:rPr>
          <w:rFonts w:ascii="Aptos" w:eastAsia="Aptos" w:hAnsi="Aptos" w:cs="Aptos"/>
        </w:rPr>
        <w:t>orice</w:t>
      </w:r>
      <w:proofErr w:type="spellEnd"/>
      <w:r w:rsidRPr="2C295FE7">
        <w:rPr>
          <w:rFonts w:ascii="Aptos" w:eastAsia="Aptos" w:hAnsi="Aptos" w:cs="Aptos"/>
        </w:rPr>
        <w:t xml:space="preserve"> </w:t>
      </w:r>
      <w:proofErr w:type="spellStart"/>
      <w:r w:rsidRPr="2C295FE7">
        <w:rPr>
          <w:rFonts w:ascii="Aptos" w:eastAsia="Aptos" w:hAnsi="Aptos" w:cs="Aptos"/>
        </w:rPr>
        <w:t>modalitate</w:t>
      </w:r>
      <w:proofErr w:type="spellEnd"/>
      <w:r w:rsidRPr="2C295FE7">
        <w:rPr>
          <w:rFonts w:ascii="Aptos" w:eastAsia="Aptos" w:hAnsi="Aptos" w:cs="Aptos"/>
        </w:rPr>
        <w:t xml:space="preserve"> de </w:t>
      </w:r>
      <w:proofErr w:type="spellStart"/>
      <w:r w:rsidRPr="2C295FE7">
        <w:rPr>
          <w:rFonts w:ascii="Aptos" w:eastAsia="Aptos" w:hAnsi="Aptos" w:cs="Aptos"/>
        </w:rPr>
        <w:t>comunicare</w:t>
      </w:r>
      <w:proofErr w:type="spellEnd"/>
      <w:r w:rsidRPr="2C295FE7">
        <w:rPr>
          <w:rFonts w:ascii="Aptos" w:eastAsia="Aptos" w:hAnsi="Aptos" w:cs="Aptos"/>
        </w:rPr>
        <w:t xml:space="preserve"> pe care o </w:t>
      </w:r>
      <w:proofErr w:type="spellStart"/>
      <w:r w:rsidRPr="2C295FE7">
        <w:rPr>
          <w:rFonts w:ascii="Aptos" w:eastAsia="Aptos" w:hAnsi="Aptos" w:cs="Aptos"/>
        </w:rPr>
        <w:t>va</w:t>
      </w:r>
      <w:proofErr w:type="spellEnd"/>
      <w:r w:rsidRPr="2C295FE7">
        <w:rPr>
          <w:rFonts w:ascii="Aptos" w:eastAsia="Aptos" w:hAnsi="Aptos" w:cs="Aptos"/>
        </w:rPr>
        <w:t xml:space="preserve"> decide; </w:t>
      </w:r>
      <w:proofErr w:type="spellStart"/>
      <w:r w:rsidRPr="2C295FE7">
        <w:rPr>
          <w:rFonts w:ascii="Aptos" w:eastAsia="Aptos" w:hAnsi="Aptos" w:cs="Aptos"/>
        </w:rPr>
        <w:t>aceste</w:t>
      </w:r>
      <w:proofErr w:type="spellEnd"/>
      <w:r w:rsidRPr="2C295FE7">
        <w:rPr>
          <w:rFonts w:ascii="Aptos" w:eastAsia="Aptos" w:hAnsi="Aptos" w:cs="Aptos"/>
        </w:rPr>
        <w:t xml:space="preserve"> </w:t>
      </w:r>
      <w:proofErr w:type="spellStart"/>
      <w:r w:rsidRPr="2C295FE7">
        <w:rPr>
          <w:rFonts w:ascii="Aptos" w:eastAsia="Aptos" w:hAnsi="Aptos" w:cs="Aptos"/>
        </w:rPr>
        <w:t>autorizări</w:t>
      </w:r>
      <w:proofErr w:type="spellEnd"/>
      <w:r w:rsidRPr="2C295FE7">
        <w:rPr>
          <w:rFonts w:ascii="Aptos" w:eastAsia="Aptos" w:hAnsi="Aptos" w:cs="Aptos"/>
        </w:rPr>
        <w:t xml:space="preserve"> se </w:t>
      </w:r>
      <w:proofErr w:type="spellStart"/>
      <w:r w:rsidRPr="2C295FE7">
        <w:rPr>
          <w:rFonts w:ascii="Aptos" w:eastAsia="Aptos" w:hAnsi="Aptos" w:cs="Aptos"/>
        </w:rPr>
        <w:t>acordă</w:t>
      </w:r>
      <w:proofErr w:type="spellEnd"/>
      <w:r w:rsidRPr="2C295FE7">
        <w:rPr>
          <w:rFonts w:ascii="Aptos" w:eastAsia="Aptos" w:hAnsi="Aptos" w:cs="Aptos"/>
        </w:rPr>
        <w:t xml:space="preserve"> pe o </w:t>
      </w:r>
      <w:proofErr w:type="spellStart"/>
      <w:r w:rsidRPr="2C295FE7">
        <w:rPr>
          <w:rFonts w:ascii="Aptos" w:eastAsia="Aptos" w:hAnsi="Aptos" w:cs="Aptos"/>
        </w:rPr>
        <w:t>perioadă</w:t>
      </w:r>
      <w:proofErr w:type="spellEnd"/>
      <w:r w:rsidRPr="2C295FE7">
        <w:rPr>
          <w:rFonts w:ascii="Aptos" w:eastAsia="Aptos" w:hAnsi="Aptos" w:cs="Aptos"/>
        </w:rPr>
        <w:t xml:space="preserve"> </w:t>
      </w:r>
      <w:proofErr w:type="spellStart"/>
      <w:r w:rsidRPr="2C295FE7">
        <w:rPr>
          <w:rFonts w:ascii="Aptos" w:eastAsia="Aptos" w:hAnsi="Aptos" w:cs="Aptos"/>
        </w:rPr>
        <w:t>nelimitată</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sunt </w:t>
      </w:r>
      <w:proofErr w:type="spellStart"/>
      <w:r w:rsidRPr="2C295FE7">
        <w:rPr>
          <w:rFonts w:ascii="Aptos" w:eastAsia="Aptos" w:hAnsi="Aptos" w:cs="Aptos"/>
        </w:rPr>
        <w:t>valabile</w:t>
      </w:r>
      <w:proofErr w:type="spellEnd"/>
      <w:r w:rsidRPr="2C295FE7">
        <w:rPr>
          <w:rFonts w:ascii="Aptos" w:eastAsia="Aptos" w:hAnsi="Aptos" w:cs="Aptos"/>
        </w:rPr>
        <w:t xml:space="preserve"> </w:t>
      </w:r>
      <w:proofErr w:type="spellStart"/>
      <w:r w:rsidRPr="2C295FE7">
        <w:rPr>
          <w:rFonts w:ascii="Aptos" w:eastAsia="Aptos" w:hAnsi="Aptos" w:cs="Aptos"/>
        </w:rPr>
        <w:t>fără</w:t>
      </w:r>
      <w:proofErr w:type="spellEnd"/>
      <w:r w:rsidRPr="2C295FE7">
        <w:rPr>
          <w:rFonts w:ascii="Aptos" w:eastAsia="Aptos" w:hAnsi="Aptos" w:cs="Aptos"/>
        </w:rPr>
        <w:t xml:space="preserve"> </w:t>
      </w:r>
      <w:proofErr w:type="spellStart"/>
      <w:r w:rsidRPr="2C295FE7">
        <w:rPr>
          <w:rFonts w:ascii="Aptos" w:eastAsia="Aptos" w:hAnsi="Aptos" w:cs="Aptos"/>
        </w:rPr>
        <w:t>limite</w:t>
      </w:r>
      <w:proofErr w:type="spellEnd"/>
      <w:r w:rsidRPr="2C295FE7">
        <w:rPr>
          <w:rFonts w:ascii="Aptos" w:eastAsia="Aptos" w:hAnsi="Aptos" w:cs="Aptos"/>
        </w:rPr>
        <w:t xml:space="preserve"> </w:t>
      </w:r>
      <w:proofErr w:type="spellStart"/>
      <w:r w:rsidRPr="2C295FE7">
        <w:rPr>
          <w:rFonts w:ascii="Aptos" w:eastAsia="Aptos" w:hAnsi="Aptos" w:cs="Aptos"/>
        </w:rPr>
        <w:t>teritoriale</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fără</w:t>
      </w:r>
      <w:proofErr w:type="spellEnd"/>
      <w:r w:rsidRPr="2C295FE7">
        <w:rPr>
          <w:rFonts w:ascii="Aptos" w:eastAsia="Aptos" w:hAnsi="Aptos" w:cs="Aptos"/>
        </w:rPr>
        <w:t xml:space="preserve"> a da </w:t>
      </w:r>
      <w:proofErr w:type="spellStart"/>
      <w:r w:rsidRPr="2C295FE7">
        <w:rPr>
          <w:rFonts w:ascii="Aptos" w:eastAsia="Aptos" w:hAnsi="Aptos" w:cs="Aptos"/>
        </w:rPr>
        <w:t>naștere</w:t>
      </w:r>
      <w:proofErr w:type="spellEnd"/>
      <w:r w:rsidRPr="2C295FE7">
        <w:rPr>
          <w:rFonts w:ascii="Aptos" w:eastAsia="Aptos" w:hAnsi="Aptos" w:cs="Aptos"/>
        </w:rPr>
        <w:t xml:space="preserve"> </w:t>
      </w:r>
      <w:proofErr w:type="spellStart"/>
      <w:r w:rsidRPr="2C295FE7">
        <w:rPr>
          <w:rFonts w:ascii="Aptos" w:eastAsia="Aptos" w:hAnsi="Aptos" w:cs="Aptos"/>
        </w:rPr>
        <w:t>unor</w:t>
      </w:r>
      <w:proofErr w:type="spellEnd"/>
      <w:r w:rsidRPr="2C295FE7">
        <w:rPr>
          <w:rFonts w:ascii="Aptos" w:eastAsia="Aptos" w:hAnsi="Aptos" w:cs="Aptos"/>
        </w:rPr>
        <w:t xml:space="preserve"> </w:t>
      </w:r>
      <w:proofErr w:type="spellStart"/>
      <w:r w:rsidRPr="2C295FE7">
        <w:rPr>
          <w:rFonts w:ascii="Aptos" w:eastAsia="Aptos" w:hAnsi="Aptos" w:cs="Aptos"/>
        </w:rPr>
        <w:t>pretenții</w:t>
      </w:r>
      <w:proofErr w:type="spellEnd"/>
      <w:r w:rsidRPr="2C295FE7">
        <w:rPr>
          <w:rFonts w:ascii="Aptos" w:eastAsia="Aptos" w:hAnsi="Aptos" w:cs="Aptos"/>
        </w:rPr>
        <w:t xml:space="preserve"> </w:t>
      </w:r>
      <w:proofErr w:type="spellStart"/>
      <w:r w:rsidRPr="2C295FE7">
        <w:rPr>
          <w:rFonts w:ascii="Aptos" w:eastAsia="Aptos" w:hAnsi="Aptos" w:cs="Aptos"/>
        </w:rPr>
        <w:t>materiale</w:t>
      </w:r>
      <w:proofErr w:type="spellEnd"/>
      <w:r w:rsidRPr="2C295FE7">
        <w:rPr>
          <w:rFonts w:ascii="Aptos" w:eastAsia="Aptos" w:hAnsi="Aptos" w:cs="Aptos"/>
        </w:rPr>
        <w:t xml:space="preserve"> </w:t>
      </w:r>
      <w:proofErr w:type="spellStart"/>
      <w:r w:rsidRPr="2C295FE7">
        <w:rPr>
          <w:rFonts w:ascii="Aptos" w:eastAsia="Aptos" w:hAnsi="Aptos" w:cs="Aptos"/>
        </w:rPr>
        <w:t>suplimentare</w:t>
      </w:r>
      <w:proofErr w:type="spellEnd"/>
      <w:r w:rsidRPr="2C295FE7">
        <w:rPr>
          <w:rFonts w:ascii="Aptos" w:eastAsia="Aptos" w:hAnsi="Aptos" w:cs="Aptos"/>
        </w:rPr>
        <w:t xml:space="preserve"> din </w:t>
      </w:r>
      <w:proofErr w:type="spellStart"/>
      <w:r w:rsidRPr="2C295FE7">
        <w:rPr>
          <w:rFonts w:ascii="Aptos" w:eastAsia="Aptos" w:hAnsi="Aptos" w:cs="Aptos"/>
        </w:rPr>
        <w:t>partea</w:t>
      </w:r>
      <w:proofErr w:type="spellEnd"/>
      <w:r w:rsidRPr="2C295FE7">
        <w:rPr>
          <w:rFonts w:ascii="Aptos" w:eastAsia="Aptos" w:hAnsi="Aptos" w:cs="Aptos"/>
        </w:rPr>
        <w:t xml:space="preserve"> </w:t>
      </w:r>
      <w:proofErr w:type="spellStart"/>
      <w:r w:rsidRPr="2C295FE7">
        <w:rPr>
          <w:rFonts w:ascii="Aptos" w:eastAsia="Aptos" w:hAnsi="Aptos" w:cs="Aptos"/>
        </w:rPr>
        <w:t>beneficiarului</w:t>
      </w:r>
      <w:proofErr w:type="spellEnd"/>
      <w:r w:rsidRPr="2C295FE7">
        <w:rPr>
          <w:rFonts w:ascii="Aptos" w:eastAsia="Aptos" w:hAnsi="Aptos" w:cs="Aptos"/>
        </w:rPr>
        <w:t xml:space="preserve">; </w:t>
      </w:r>
    </w:p>
    <w:p w14:paraId="4B8BCB23" w14:textId="77777777" w:rsidR="00651778" w:rsidRDefault="00651778" w:rsidP="00651778">
      <w:pPr>
        <w:pStyle w:val="ListParagraph"/>
        <w:numPr>
          <w:ilvl w:val="0"/>
          <w:numId w:val="49"/>
        </w:numPr>
        <w:spacing w:before="240" w:after="240" w:line="279" w:lineRule="auto"/>
        <w:rPr>
          <w:rFonts w:ascii="Aptos" w:eastAsia="Aptos" w:hAnsi="Aptos" w:cs="Aptos"/>
        </w:rPr>
      </w:pPr>
      <w:proofErr w:type="spellStart"/>
      <w:r w:rsidRPr="2C295FE7">
        <w:rPr>
          <w:rFonts w:ascii="Aptos" w:eastAsia="Aptos" w:hAnsi="Aptos" w:cs="Aptos"/>
        </w:rPr>
        <w:t>să</w:t>
      </w:r>
      <w:proofErr w:type="spellEnd"/>
      <w:r w:rsidRPr="2C295FE7">
        <w:rPr>
          <w:rFonts w:ascii="Aptos" w:eastAsia="Aptos" w:hAnsi="Aptos" w:cs="Aptos"/>
        </w:rPr>
        <w:t xml:space="preserve"> </w:t>
      </w:r>
      <w:proofErr w:type="spellStart"/>
      <w:r w:rsidRPr="2C295FE7">
        <w:rPr>
          <w:rFonts w:ascii="Aptos" w:eastAsia="Aptos" w:hAnsi="Aptos" w:cs="Aptos"/>
        </w:rPr>
        <w:t>permită</w:t>
      </w:r>
      <w:proofErr w:type="spellEnd"/>
      <w:r w:rsidRPr="2C295FE7">
        <w:rPr>
          <w:rFonts w:ascii="Aptos" w:eastAsia="Aptos" w:hAnsi="Aptos" w:cs="Aptos"/>
        </w:rPr>
        <w:t xml:space="preserve"> </w:t>
      </w:r>
      <w:proofErr w:type="spellStart"/>
      <w:r w:rsidRPr="2C295FE7">
        <w:rPr>
          <w:rFonts w:ascii="Aptos" w:eastAsia="Aptos" w:hAnsi="Aptos" w:cs="Aptos"/>
        </w:rPr>
        <w:t>persoanei</w:t>
      </w:r>
      <w:proofErr w:type="spellEnd"/>
      <w:r w:rsidRPr="2C295FE7">
        <w:rPr>
          <w:rFonts w:ascii="Aptos" w:eastAsia="Aptos" w:hAnsi="Aptos" w:cs="Aptos"/>
        </w:rPr>
        <w:t xml:space="preserve"> </w:t>
      </w:r>
      <w:proofErr w:type="spellStart"/>
      <w:r w:rsidRPr="2C295FE7">
        <w:rPr>
          <w:rFonts w:ascii="Aptos" w:eastAsia="Aptos" w:hAnsi="Aptos" w:cs="Aptos"/>
        </w:rPr>
        <w:t>împuternicite</w:t>
      </w:r>
      <w:proofErr w:type="spellEnd"/>
      <w:r w:rsidRPr="2C295FE7">
        <w:rPr>
          <w:rFonts w:ascii="Aptos" w:eastAsia="Aptos" w:hAnsi="Aptos" w:cs="Aptos"/>
        </w:rPr>
        <w:t xml:space="preserve"> de </w:t>
      </w:r>
      <w:proofErr w:type="spellStart"/>
      <w:r w:rsidRPr="2C295FE7">
        <w:rPr>
          <w:rFonts w:ascii="Aptos" w:eastAsia="Aptos" w:hAnsi="Aptos" w:cs="Aptos"/>
        </w:rPr>
        <w:t>autoritatea</w:t>
      </w:r>
      <w:proofErr w:type="spellEnd"/>
      <w:r w:rsidRPr="2C295FE7">
        <w:rPr>
          <w:rFonts w:ascii="Aptos" w:eastAsia="Aptos" w:hAnsi="Aptos" w:cs="Aptos"/>
        </w:rPr>
        <w:t xml:space="preserve"> </w:t>
      </w:r>
      <w:proofErr w:type="spellStart"/>
      <w:r w:rsidRPr="2C295FE7">
        <w:rPr>
          <w:rFonts w:ascii="Aptos" w:eastAsia="Aptos" w:hAnsi="Aptos" w:cs="Aptos"/>
        </w:rPr>
        <w:t>finanțatoare</w:t>
      </w:r>
      <w:proofErr w:type="spellEnd"/>
      <w:r w:rsidRPr="2C295FE7">
        <w:rPr>
          <w:rFonts w:ascii="Aptos" w:eastAsia="Aptos" w:hAnsi="Aptos" w:cs="Aptos"/>
        </w:rPr>
        <w:t xml:space="preserve"> </w:t>
      </w:r>
      <w:proofErr w:type="spellStart"/>
      <w:r w:rsidRPr="2C295FE7">
        <w:rPr>
          <w:rFonts w:ascii="Aptos" w:eastAsia="Aptos" w:hAnsi="Aptos" w:cs="Aptos"/>
        </w:rPr>
        <w:t>să</w:t>
      </w:r>
      <w:proofErr w:type="spellEnd"/>
      <w:r w:rsidRPr="2C295FE7">
        <w:rPr>
          <w:rFonts w:ascii="Aptos" w:eastAsia="Aptos" w:hAnsi="Aptos" w:cs="Aptos"/>
        </w:rPr>
        <w:t xml:space="preserve"> </w:t>
      </w:r>
      <w:proofErr w:type="spellStart"/>
      <w:r w:rsidRPr="2C295FE7">
        <w:rPr>
          <w:rFonts w:ascii="Aptos" w:eastAsia="Aptos" w:hAnsi="Aptos" w:cs="Aptos"/>
        </w:rPr>
        <w:t>filmeze</w:t>
      </w:r>
      <w:proofErr w:type="spellEnd"/>
      <w:r w:rsidRPr="2C295FE7">
        <w:rPr>
          <w:rFonts w:ascii="Aptos" w:eastAsia="Aptos" w:hAnsi="Aptos" w:cs="Aptos"/>
        </w:rPr>
        <w:t xml:space="preserve"> </w:t>
      </w:r>
      <w:proofErr w:type="spellStart"/>
      <w:r w:rsidRPr="2C295FE7">
        <w:rPr>
          <w:rFonts w:ascii="Aptos" w:eastAsia="Aptos" w:hAnsi="Aptos" w:cs="Aptos"/>
        </w:rPr>
        <w:t>sau</w:t>
      </w:r>
      <w:proofErr w:type="spellEnd"/>
      <w:r w:rsidRPr="2C295FE7">
        <w:rPr>
          <w:rFonts w:ascii="Aptos" w:eastAsia="Aptos" w:hAnsi="Aptos" w:cs="Aptos"/>
        </w:rPr>
        <w:t xml:space="preserve"> </w:t>
      </w:r>
      <w:proofErr w:type="spellStart"/>
      <w:r w:rsidRPr="2C295FE7">
        <w:rPr>
          <w:rFonts w:ascii="Aptos" w:eastAsia="Aptos" w:hAnsi="Aptos" w:cs="Aptos"/>
        </w:rPr>
        <w:t>să</w:t>
      </w:r>
      <w:proofErr w:type="spellEnd"/>
      <w:r w:rsidRPr="2C295FE7">
        <w:rPr>
          <w:rFonts w:ascii="Aptos" w:eastAsia="Aptos" w:hAnsi="Aptos" w:cs="Aptos"/>
        </w:rPr>
        <w:t xml:space="preserve"> </w:t>
      </w:r>
      <w:proofErr w:type="spellStart"/>
      <w:r w:rsidRPr="2C295FE7">
        <w:rPr>
          <w:rFonts w:ascii="Aptos" w:eastAsia="Aptos" w:hAnsi="Aptos" w:cs="Aptos"/>
        </w:rPr>
        <w:t>fotografieze</w:t>
      </w:r>
      <w:proofErr w:type="spellEnd"/>
      <w:r w:rsidRPr="2C295FE7">
        <w:rPr>
          <w:rFonts w:ascii="Aptos" w:eastAsia="Aptos" w:hAnsi="Aptos" w:cs="Aptos"/>
        </w:rPr>
        <w:t xml:space="preserve"> </w:t>
      </w:r>
      <w:proofErr w:type="spellStart"/>
      <w:proofErr w:type="gramStart"/>
      <w:r w:rsidRPr="2C295FE7">
        <w:rPr>
          <w:rFonts w:ascii="Aptos" w:eastAsia="Aptos" w:hAnsi="Aptos" w:cs="Aptos"/>
        </w:rPr>
        <w:t>evenimentul</w:t>
      </w:r>
      <w:proofErr w:type="spellEnd"/>
      <w:r w:rsidRPr="2C295FE7">
        <w:rPr>
          <w:rFonts w:ascii="Aptos" w:eastAsia="Aptos" w:hAnsi="Aptos" w:cs="Aptos"/>
        </w:rPr>
        <w:t xml:space="preserve">  </w:t>
      </w:r>
      <w:proofErr w:type="spellStart"/>
      <w:r w:rsidRPr="2C295FE7">
        <w:rPr>
          <w:rFonts w:ascii="Aptos" w:eastAsia="Aptos" w:hAnsi="Aptos" w:cs="Aptos"/>
        </w:rPr>
        <w:t>finanţat</w:t>
      </w:r>
      <w:proofErr w:type="spellEnd"/>
      <w:proofErr w:type="gram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w:t>
      </w:r>
      <w:proofErr w:type="spellStart"/>
      <w:r w:rsidRPr="2C295FE7">
        <w:rPr>
          <w:rFonts w:ascii="Aptos" w:eastAsia="Aptos" w:hAnsi="Aptos" w:cs="Aptos"/>
        </w:rPr>
        <w:t>acest</w:t>
      </w:r>
      <w:proofErr w:type="spellEnd"/>
      <w:r w:rsidRPr="2C295FE7">
        <w:rPr>
          <w:rFonts w:ascii="Aptos" w:eastAsia="Aptos" w:hAnsi="Aptos" w:cs="Aptos"/>
        </w:rPr>
        <w:t xml:space="preserve"> </w:t>
      </w:r>
      <w:proofErr w:type="spellStart"/>
      <w:r w:rsidRPr="2C295FE7">
        <w:rPr>
          <w:rFonts w:ascii="Aptos" w:eastAsia="Aptos" w:hAnsi="Aptos" w:cs="Aptos"/>
        </w:rPr>
        <w:t>sens</w:t>
      </w:r>
      <w:proofErr w:type="spellEnd"/>
      <w:r w:rsidRPr="2C295FE7">
        <w:rPr>
          <w:rFonts w:ascii="Aptos" w:eastAsia="Aptos" w:hAnsi="Aptos" w:cs="Aptos"/>
        </w:rPr>
        <w:t xml:space="preserve">, </w:t>
      </w:r>
      <w:proofErr w:type="spellStart"/>
      <w:r w:rsidRPr="2C295FE7">
        <w:rPr>
          <w:rFonts w:ascii="Aptos" w:eastAsia="Aptos" w:hAnsi="Aptos" w:cs="Aptos"/>
        </w:rPr>
        <w:t>beneficiarul</w:t>
      </w:r>
      <w:proofErr w:type="spellEnd"/>
      <w:r w:rsidRPr="2C295FE7">
        <w:rPr>
          <w:rFonts w:ascii="Aptos" w:eastAsia="Aptos" w:hAnsi="Aptos" w:cs="Aptos"/>
        </w:rPr>
        <w:t xml:space="preserve"> </w:t>
      </w:r>
      <w:proofErr w:type="spellStart"/>
      <w:r w:rsidRPr="2C295FE7">
        <w:rPr>
          <w:rFonts w:ascii="Aptos" w:eastAsia="Aptos" w:hAnsi="Aptos" w:cs="Aptos"/>
        </w:rPr>
        <w:t>neavând</w:t>
      </w:r>
      <w:proofErr w:type="spellEnd"/>
      <w:r w:rsidRPr="2C295FE7">
        <w:rPr>
          <w:rFonts w:ascii="Aptos" w:eastAsia="Aptos" w:hAnsi="Aptos" w:cs="Aptos"/>
        </w:rPr>
        <w:t xml:space="preserve"> </w:t>
      </w:r>
      <w:proofErr w:type="spellStart"/>
      <w:r w:rsidRPr="2C295FE7">
        <w:rPr>
          <w:rFonts w:ascii="Aptos" w:eastAsia="Aptos" w:hAnsi="Aptos" w:cs="Aptos"/>
        </w:rPr>
        <w:t>pretenții</w:t>
      </w:r>
      <w:proofErr w:type="spellEnd"/>
      <w:r w:rsidRPr="2C295FE7">
        <w:rPr>
          <w:rFonts w:ascii="Aptos" w:eastAsia="Aptos" w:hAnsi="Aptos" w:cs="Aptos"/>
        </w:rPr>
        <w:t xml:space="preserve"> </w:t>
      </w:r>
      <w:proofErr w:type="spellStart"/>
      <w:r w:rsidRPr="2C295FE7">
        <w:rPr>
          <w:rFonts w:ascii="Aptos" w:eastAsia="Aptos" w:hAnsi="Aptos" w:cs="Aptos"/>
        </w:rPr>
        <w:t>ulterioare</w:t>
      </w:r>
      <w:proofErr w:type="spellEnd"/>
      <w:r w:rsidRPr="2C295FE7">
        <w:rPr>
          <w:rFonts w:ascii="Aptos" w:eastAsia="Aptos" w:hAnsi="Aptos" w:cs="Aptos"/>
        </w:rPr>
        <w:t xml:space="preserve">; </w:t>
      </w:r>
    </w:p>
    <w:p w14:paraId="4CFCD59B" w14:textId="77777777" w:rsidR="00651778" w:rsidRDefault="00651778" w:rsidP="00651778">
      <w:pPr>
        <w:pStyle w:val="ListParagraph"/>
        <w:numPr>
          <w:ilvl w:val="0"/>
          <w:numId w:val="49"/>
        </w:numPr>
        <w:spacing w:before="240" w:after="240" w:line="279" w:lineRule="auto"/>
        <w:rPr>
          <w:rFonts w:ascii="Aptos" w:eastAsia="Aptos" w:hAnsi="Aptos" w:cs="Aptos"/>
        </w:rPr>
      </w:pPr>
      <w:proofErr w:type="spellStart"/>
      <w:r w:rsidRPr="2C295FE7">
        <w:rPr>
          <w:rFonts w:ascii="Aptos" w:eastAsia="Aptos" w:hAnsi="Aptos" w:cs="Aptos"/>
        </w:rPr>
        <w:t>să</w:t>
      </w:r>
      <w:proofErr w:type="spellEnd"/>
      <w:r w:rsidRPr="2C295FE7">
        <w:rPr>
          <w:rFonts w:ascii="Aptos" w:eastAsia="Aptos" w:hAnsi="Aptos" w:cs="Aptos"/>
        </w:rPr>
        <w:t xml:space="preserve"> </w:t>
      </w:r>
      <w:proofErr w:type="spellStart"/>
      <w:r w:rsidRPr="2C295FE7">
        <w:rPr>
          <w:rFonts w:ascii="Aptos" w:eastAsia="Aptos" w:hAnsi="Aptos" w:cs="Aptos"/>
        </w:rPr>
        <w:t>documenteze</w:t>
      </w:r>
      <w:proofErr w:type="spellEnd"/>
      <w:r w:rsidRPr="2C295FE7">
        <w:rPr>
          <w:rFonts w:ascii="Aptos" w:eastAsia="Aptos" w:hAnsi="Aptos" w:cs="Aptos"/>
        </w:rPr>
        <w:t xml:space="preserve"> </w:t>
      </w:r>
      <w:proofErr w:type="spellStart"/>
      <w:r w:rsidRPr="2C295FE7">
        <w:rPr>
          <w:rFonts w:ascii="Aptos" w:eastAsia="Aptos" w:hAnsi="Aptos" w:cs="Aptos"/>
        </w:rPr>
        <w:t>foto</w:t>
      </w:r>
      <w:proofErr w:type="spellEnd"/>
      <w:r w:rsidRPr="2C295FE7">
        <w:rPr>
          <w:rFonts w:ascii="Aptos" w:eastAsia="Aptos" w:hAnsi="Aptos" w:cs="Aptos"/>
        </w:rPr>
        <w:t xml:space="preserve">/video/audio </w:t>
      </w:r>
      <w:proofErr w:type="spellStart"/>
      <w:r w:rsidRPr="2C295FE7">
        <w:rPr>
          <w:rFonts w:ascii="Aptos" w:eastAsia="Aptos" w:hAnsi="Aptos" w:cs="Aptos"/>
        </w:rPr>
        <w:t>activitățile</w:t>
      </w:r>
      <w:proofErr w:type="spellEnd"/>
      <w:r w:rsidRPr="2C295FE7">
        <w:rPr>
          <w:rFonts w:ascii="Aptos" w:eastAsia="Aptos" w:hAnsi="Aptos" w:cs="Aptos"/>
        </w:rPr>
        <w:t>/</w:t>
      </w:r>
      <w:proofErr w:type="spellStart"/>
      <w:r w:rsidRPr="2C295FE7">
        <w:rPr>
          <w:rFonts w:ascii="Aptos" w:eastAsia="Aptos" w:hAnsi="Aptos" w:cs="Aptos"/>
        </w:rPr>
        <w:t>evenimentele</w:t>
      </w:r>
      <w:proofErr w:type="spellEnd"/>
      <w:r w:rsidRPr="2C295FE7">
        <w:rPr>
          <w:rFonts w:ascii="Aptos" w:eastAsia="Aptos" w:hAnsi="Aptos" w:cs="Aptos"/>
        </w:rPr>
        <w:t xml:space="preserve"> din </w:t>
      </w:r>
      <w:proofErr w:type="spellStart"/>
      <w:r w:rsidRPr="2C295FE7">
        <w:rPr>
          <w:rFonts w:ascii="Aptos" w:eastAsia="Aptos" w:hAnsi="Aptos" w:cs="Aptos"/>
        </w:rPr>
        <w:t>cadrul</w:t>
      </w:r>
      <w:proofErr w:type="spellEnd"/>
      <w:r w:rsidRPr="2C295FE7">
        <w:rPr>
          <w:rFonts w:ascii="Aptos" w:eastAsia="Aptos" w:hAnsi="Aptos" w:cs="Aptos"/>
        </w:rPr>
        <w:t xml:space="preserve"> </w:t>
      </w:r>
      <w:proofErr w:type="spellStart"/>
      <w:r w:rsidRPr="2C295FE7">
        <w:rPr>
          <w:rFonts w:ascii="Aptos" w:eastAsia="Aptos" w:hAnsi="Aptos" w:cs="Aptos"/>
        </w:rPr>
        <w:t>proiectului</w:t>
      </w:r>
      <w:proofErr w:type="spellEnd"/>
      <w:r w:rsidRPr="2C295FE7">
        <w:rPr>
          <w:rFonts w:ascii="Aptos" w:eastAsia="Aptos" w:hAnsi="Aptos" w:cs="Aptos"/>
        </w:rPr>
        <w:t xml:space="preserve"> </w:t>
      </w:r>
      <w:proofErr w:type="spellStart"/>
      <w:r w:rsidRPr="2C295FE7">
        <w:rPr>
          <w:rFonts w:ascii="Aptos" w:eastAsia="Aptos" w:hAnsi="Aptos" w:cs="Aptos"/>
        </w:rPr>
        <w:t>într</w:t>
      </w:r>
      <w:proofErr w:type="spellEnd"/>
      <w:r w:rsidRPr="2C295FE7">
        <w:rPr>
          <w:rFonts w:ascii="Aptos" w:eastAsia="Aptos" w:hAnsi="Aptos" w:cs="Aptos"/>
        </w:rPr>
        <w:t xml:space="preserve">-un mod din care </w:t>
      </w:r>
      <w:proofErr w:type="spellStart"/>
      <w:r w:rsidRPr="2C295FE7">
        <w:rPr>
          <w:rFonts w:ascii="Aptos" w:eastAsia="Aptos" w:hAnsi="Aptos" w:cs="Aptos"/>
        </w:rPr>
        <w:t>să</w:t>
      </w:r>
      <w:proofErr w:type="spellEnd"/>
      <w:r w:rsidRPr="2C295FE7">
        <w:rPr>
          <w:rFonts w:ascii="Aptos" w:eastAsia="Aptos" w:hAnsi="Aptos" w:cs="Aptos"/>
        </w:rPr>
        <w:t xml:space="preserve"> </w:t>
      </w:r>
      <w:proofErr w:type="spellStart"/>
      <w:r w:rsidRPr="2C295FE7">
        <w:rPr>
          <w:rFonts w:ascii="Aptos" w:eastAsia="Aptos" w:hAnsi="Aptos" w:cs="Aptos"/>
        </w:rPr>
        <w:t>rezulte</w:t>
      </w:r>
      <w:proofErr w:type="spellEnd"/>
      <w:r w:rsidRPr="2C295FE7">
        <w:rPr>
          <w:rFonts w:ascii="Aptos" w:eastAsia="Aptos" w:hAnsi="Aptos" w:cs="Aptos"/>
        </w:rPr>
        <w:t xml:space="preserve"> data, </w:t>
      </w:r>
      <w:proofErr w:type="spellStart"/>
      <w:r w:rsidRPr="2C295FE7">
        <w:rPr>
          <w:rFonts w:ascii="Aptos" w:eastAsia="Aptos" w:hAnsi="Aptos" w:cs="Aptos"/>
        </w:rPr>
        <w:t>locul</w:t>
      </w:r>
      <w:proofErr w:type="spellEnd"/>
      <w:r w:rsidRPr="2C295FE7">
        <w:rPr>
          <w:rFonts w:ascii="Aptos" w:eastAsia="Aptos" w:hAnsi="Aptos" w:cs="Aptos"/>
        </w:rPr>
        <w:t xml:space="preserve"> </w:t>
      </w:r>
      <w:proofErr w:type="spellStart"/>
      <w:r w:rsidRPr="2C295FE7">
        <w:rPr>
          <w:rFonts w:ascii="Aptos" w:eastAsia="Aptos" w:hAnsi="Aptos" w:cs="Aptos"/>
        </w:rPr>
        <w:t>desfășurării</w:t>
      </w:r>
      <w:proofErr w:type="spellEnd"/>
      <w:r w:rsidRPr="2C295FE7">
        <w:rPr>
          <w:rFonts w:ascii="Aptos" w:eastAsia="Aptos" w:hAnsi="Aptos" w:cs="Aptos"/>
        </w:rPr>
        <w:t xml:space="preserve"> lor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prezența</w:t>
      </w:r>
      <w:proofErr w:type="spellEnd"/>
      <w:r w:rsidRPr="2C295FE7">
        <w:rPr>
          <w:rFonts w:ascii="Aptos" w:eastAsia="Aptos" w:hAnsi="Aptos" w:cs="Aptos"/>
        </w:rPr>
        <w:t xml:space="preserve"> </w:t>
      </w:r>
      <w:proofErr w:type="spellStart"/>
      <w:r w:rsidRPr="2C295FE7">
        <w:rPr>
          <w:rFonts w:ascii="Aptos" w:eastAsia="Aptos" w:hAnsi="Aptos" w:cs="Aptos"/>
        </w:rPr>
        <w:t>însemnelor</w:t>
      </w:r>
      <w:proofErr w:type="spellEnd"/>
      <w:r w:rsidRPr="2C295FE7">
        <w:rPr>
          <w:rFonts w:ascii="Aptos" w:eastAsia="Aptos" w:hAnsi="Aptos" w:cs="Aptos"/>
        </w:rPr>
        <w:t xml:space="preserve"> </w:t>
      </w:r>
      <w:proofErr w:type="spellStart"/>
      <w:r w:rsidRPr="2C295FE7">
        <w:rPr>
          <w:rFonts w:ascii="Aptos" w:eastAsia="Aptos" w:hAnsi="Aptos" w:cs="Aptos"/>
        </w:rPr>
        <w:t>autorității</w:t>
      </w:r>
      <w:proofErr w:type="spellEnd"/>
      <w:r w:rsidRPr="2C295FE7">
        <w:rPr>
          <w:rFonts w:ascii="Aptos" w:eastAsia="Aptos" w:hAnsi="Aptos" w:cs="Aptos"/>
        </w:rPr>
        <w:t xml:space="preserve"> </w:t>
      </w:r>
      <w:proofErr w:type="spellStart"/>
      <w:r w:rsidRPr="2C295FE7">
        <w:rPr>
          <w:rFonts w:ascii="Aptos" w:eastAsia="Aptos" w:hAnsi="Aptos" w:cs="Aptos"/>
        </w:rPr>
        <w:t>finanțatoare</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să</w:t>
      </w:r>
      <w:proofErr w:type="spellEnd"/>
      <w:r w:rsidRPr="2C295FE7">
        <w:rPr>
          <w:rFonts w:ascii="Aptos" w:eastAsia="Aptos" w:hAnsi="Aptos" w:cs="Aptos"/>
        </w:rPr>
        <w:t xml:space="preserve"> </w:t>
      </w:r>
      <w:proofErr w:type="spellStart"/>
      <w:r w:rsidRPr="2C295FE7">
        <w:rPr>
          <w:rFonts w:ascii="Aptos" w:eastAsia="Aptos" w:hAnsi="Aptos" w:cs="Aptos"/>
        </w:rPr>
        <w:t>reiasă</w:t>
      </w:r>
      <w:proofErr w:type="spellEnd"/>
      <w:r w:rsidRPr="2C295FE7">
        <w:rPr>
          <w:rFonts w:ascii="Aptos" w:eastAsia="Aptos" w:hAnsi="Aptos" w:cs="Aptos"/>
        </w:rPr>
        <w:t xml:space="preserve"> </w:t>
      </w:r>
      <w:proofErr w:type="spellStart"/>
      <w:r w:rsidRPr="2C295FE7">
        <w:rPr>
          <w:rFonts w:ascii="Aptos" w:eastAsia="Aptos" w:hAnsi="Aptos" w:cs="Aptos"/>
        </w:rPr>
        <w:t>cât</w:t>
      </w:r>
      <w:proofErr w:type="spellEnd"/>
      <w:r w:rsidRPr="2C295FE7">
        <w:rPr>
          <w:rFonts w:ascii="Aptos" w:eastAsia="Aptos" w:hAnsi="Aptos" w:cs="Aptos"/>
        </w:rPr>
        <w:t xml:space="preserve"> </w:t>
      </w:r>
      <w:proofErr w:type="spellStart"/>
      <w:r w:rsidRPr="2C295FE7">
        <w:rPr>
          <w:rFonts w:ascii="Aptos" w:eastAsia="Aptos" w:hAnsi="Aptos" w:cs="Aptos"/>
        </w:rPr>
        <w:t>mai</w:t>
      </w:r>
      <w:proofErr w:type="spellEnd"/>
      <w:r w:rsidRPr="2C295FE7">
        <w:rPr>
          <w:rFonts w:ascii="Aptos" w:eastAsia="Aptos" w:hAnsi="Aptos" w:cs="Aptos"/>
        </w:rPr>
        <w:t xml:space="preserve"> </w:t>
      </w:r>
      <w:proofErr w:type="spellStart"/>
      <w:r w:rsidRPr="2C295FE7">
        <w:rPr>
          <w:rFonts w:ascii="Aptos" w:eastAsia="Aptos" w:hAnsi="Aptos" w:cs="Aptos"/>
        </w:rPr>
        <w:t>clar</w:t>
      </w:r>
      <w:proofErr w:type="spellEnd"/>
      <w:r w:rsidRPr="2C295FE7">
        <w:rPr>
          <w:rFonts w:ascii="Aptos" w:eastAsia="Aptos" w:hAnsi="Aptos" w:cs="Aptos"/>
        </w:rPr>
        <w:t xml:space="preserve"> </w:t>
      </w:r>
      <w:proofErr w:type="spellStart"/>
      <w:r w:rsidRPr="2C295FE7">
        <w:rPr>
          <w:rFonts w:ascii="Aptos" w:eastAsia="Aptos" w:hAnsi="Aptos" w:cs="Aptos"/>
        </w:rPr>
        <w:t>numărul</w:t>
      </w:r>
      <w:proofErr w:type="spellEnd"/>
      <w:r w:rsidRPr="2C295FE7">
        <w:rPr>
          <w:rFonts w:ascii="Aptos" w:eastAsia="Aptos" w:hAnsi="Aptos" w:cs="Aptos"/>
        </w:rPr>
        <w:t xml:space="preserve"> de </w:t>
      </w:r>
      <w:proofErr w:type="spellStart"/>
      <w:r w:rsidRPr="2C295FE7">
        <w:rPr>
          <w:rFonts w:ascii="Aptos" w:eastAsia="Aptos" w:hAnsi="Aptos" w:cs="Aptos"/>
        </w:rPr>
        <w:t>participanți</w:t>
      </w:r>
      <w:proofErr w:type="spellEnd"/>
      <w:r w:rsidRPr="2C295FE7">
        <w:rPr>
          <w:rFonts w:ascii="Aptos" w:eastAsia="Aptos" w:hAnsi="Aptos" w:cs="Aptos"/>
        </w:rPr>
        <w:t xml:space="preserve">, </w:t>
      </w:r>
      <w:proofErr w:type="spellStart"/>
      <w:r w:rsidRPr="2C295FE7">
        <w:rPr>
          <w:rFonts w:ascii="Aptos" w:eastAsia="Aptos" w:hAnsi="Aptos" w:cs="Aptos"/>
        </w:rPr>
        <w:t>publicul</w:t>
      </w:r>
      <w:proofErr w:type="spellEnd"/>
      <w:r w:rsidRPr="2C295FE7">
        <w:rPr>
          <w:rFonts w:ascii="Aptos" w:eastAsia="Aptos" w:hAnsi="Aptos" w:cs="Aptos"/>
        </w:rPr>
        <w:t xml:space="preserve">, precum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orice</w:t>
      </w:r>
      <w:proofErr w:type="spellEnd"/>
      <w:r w:rsidRPr="2C295FE7">
        <w:rPr>
          <w:rFonts w:ascii="Aptos" w:eastAsia="Aptos" w:hAnsi="Aptos" w:cs="Aptos"/>
        </w:rPr>
        <w:t xml:space="preserve"> </w:t>
      </w:r>
      <w:proofErr w:type="spellStart"/>
      <w:r w:rsidRPr="2C295FE7">
        <w:rPr>
          <w:rFonts w:ascii="Aptos" w:eastAsia="Aptos" w:hAnsi="Aptos" w:cs="Aptos"/>
        </w:rPr>
        <w:t>alte</w:t>
      </w:r>
      <w:proofErr w:type="spellEnd"/>
      <w:r w:rsidRPr="2C295FE7">
        <w:rPr>
          <w:rFonts w:ascii="Aptos" w:eastAsia="Aptos" w:hAnsi="Aptos" w:cs="Aptos"/>
        </w:rPr>
        <w:t xml:space="preserve"> </w:t>
      </w:r>
      <w:proofErr w:type="spellStart"/>
      <w:r w:rsidRPr="2C295FE7">
        <w:rPr>
          <w:rFonts w:ascii="Aptos" w:eastAsia="Aptos" w:hAnsi="Aptos" w:cs="Aptos"/>
        </w:rPr>
        <w:t>elemente</w:t>
      </w:r>
      <w:proofErr w:type="spellEnd"/>
      <w:r w:rsidRPr="2C295FE7">
        <w:rPr>
          <w:rFonts w:ascii="Aptos" w:eastAsia="Aptos" w:hAnsi="Aptos" w:cs="Aptos"/>
        </w:rPr>
        <w:t xml:space="preserve"> care </w:t>
      </w:r>
      <w:proofErr w:type="spellStart"/>
      <w:r w:rsidRPr="2C295FE7">
        <w:rPr>
          <w:rFonts w:ascii="Aptos" w:eastAsia="Aptos" w:hAnsi="Aptos" w:cs="Aptos"/>
        </w:rPr>
        <w:t>presupun</w:t>
      </w:r>
      <w:proofErr w:type="spellEnd"/>
      <w:r w:rsidRPr="2C295FE7">
        <w:rPr>
          <w:rFonts w:ascii="Aptos" w:eastAsia="Aptos" w:hAnsi="Aptos" w:cs="Aptos"/>
        </w:rPr>
        <w:t xml:space="preserve"> </w:t>
      </w:r>
      <w:proofErr w:type="spellStart"/>
      <w:r w:rsidRPr="2C295FE7">
        <w:rPr>
          <w:rFonts w:ascii="Aptos" w:eastAsia="Aptos" w:hAnsi="Aptos" w:cs="Aptos"/>
        </w:rPr>
        <w:t>cheltuieli</w:t>
      </w:r>
      <w:proofErr w:type="spellEnd"/>
      <w:r w:rsidRPr="2C295FE7">
        <w:rPr>
          <w:rFonts w:ascii="Aptos" w:eastAsia="Aptos" w:hAnsi="Aptos" w:cs="Aptos"/>
        </w:rPr>
        <w:t xml:space="preserve"> </w:t>
      </w:r>
      <w:proofErr w:type="spellStart"/>
      <w:r w:rsidRPr="2C295FE7">
        <w:rPr>
          <w:rFonts w:ascii="Aptos" w:eastAsia="Aptos" w:hAnsi="Aptos" w:cs="Aptos"/>
        </w:rPr>
        <w:t>ce</w:t>
      </w:r>
      <w:proofErr w:type="spellEnd"/>
      <w:r w:rsidRPr="2C295FE7">
        <w:rPr>
          <w:rFonts w:ascii="Aptos" w:eastAsia="Aptos" w:hAnsi="Aptos" w:cs="Aptos"/>
        </w:rPr>
        <w:t xml:space="preserve"> </w:t>
      </w:r>
      <w:proofErr w:type="spellStart"/>
      <w:r w:rsidRPr="2C295FE7">
        <w:rPr>
          <w:rFonts w:ascii="Aptos" w:eastAsia="Aptos" w:hAnsi="Aptos" w:cs="Aptos"/>
        </w:rPr>
        <w:t>urmează</w:t>
      </w:r>
      <w:proofErr w:type="spellEnd"/>
      <w:r w:rsidRPr="2C295FE7">
        <w:rPr>
          <w:rFonts w:ascii="Aptos" w:eastAsia="Aptos" w:hAnsi="Aptos" w:cs="Aptos"/>
        </w:rPr>
        <w:t xml:space="preserve"> a fi </w:t>
      </w:r>
      <w:proofErr w:type="spellStart"/>
      <w:r w:rsidRPr="2C295FE7">
        <w:rPr>
          <w:rFonts w:ascii="Aptos" w:eastAsia="Aptos" w:hAnsi="Aptos" w:cs="Aptos"/>
        </w:rPr>
        <w:t>incluse</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w:t>
      </w:r>
      <w:proofErr w:type="spellStart"/>
      <w:r w:rsidRPr="2C295FE7">
        <w:rPr>
          <w:rFonts w:ascii="Aptos" w:eastAsia="Aptos" w:hAnsi="Aptos" w:cs="Aptos"/>
        </w:rPr>
        <w:t>decont</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w:t>
      </w:r>
      <w:proofErr w:type="spellStart"/>
      <w:r w:rsidRPr="2C295FE7">
        <w:rPr>
          <w:rFonts w:ascii="Aptos" w:eastAsia="Aptos" w:hAnsi="Aptos" w:cs="Aptos"/>
        </w:rPr>
        <w:t>sau</w:t>
      </w:r>
      <w:proofErr w:type="spellEnd"/>
      <w:r w:rsidRPr="2C295FE7">
        <w:rPr>
          <w:rFonts w:ascii="Aptos" w:eastAsia="Aptos" w:hAnsi="Aptos" w:cs="Aptos"/>
        </w:rPr>
        <w:t xml:space="preserve"> </w:t>
      </w:r>
      <w:proofErr w:type="spellStart"/>
      <w:r w:rsidRPr="2C295FE7">
        <w:rPr>
          <w:rFonts w:ascii="Aptos" w:eastAsia="Aptos" w:hAnsi="Aptos" w:cs="Aptos"/>
        </w:rPr>
        <w:t>ar</w:t>
      </w:r>
      <w:proofErr w:type="spellEnd"/>
      <w:r w:rsidRPr="2C295FE7">
        <w:rPr>
          <w:rFonts w:ascii="Aptos" w:eastAsia="Aptos" w:hAnsi="Aptos" w:cs="Aptos"/>
        </w:rPr>
        <w:t xml:space="preserve"> </w:t>
      </w:r>
      <w:proofErr w:type="spellStart"/>
      <w:r w:rsidRPr="2C295FE7">
        <w:rPr>
          <w:rFonts w:ascii="Aptos" w:eastAsia="Aptos" w:hAnsi="Aptos" w:cs="Aptos"/>
        </w:rPr>
        <w:t>putea</w:t>
      </w:r>
      <w:proofErr w:type="spellEnd"/>
      <w:r w:rsidRPr="2C295FE7">
        <w:rPr>
          <w:rFonts w:ascii="Aptos" w:eastAsia="Aptos" w:hAnsi="Aptos" w:cs="Aptos"/>
        </w:rPr>
        <w:t xml:space="preserve"> </w:t>
      </w:r>
      <w:proofErr w:type="spellStart"/>
      <w:r w:rsidRPr="2C295FE7">
        <w:rPr>
          <w:rFonts w:ascii="Aptos" w:eastAsia="Aptos" w:hAnsi="Aptos" w:cs="Aptos"/>
        </w:rPr>
        <w:t>contribui</w:t>
      </w:r>
      <w:proofErr w:type="spellEnd"/>
      <w:r w:rsidRPr="2C295FE7">
        <w:rPr>
          <w:rFonts w:ascii="Aptos" w:eastAsia="Aptos" w:hAnsi="Aptos" w:cs="Aptos"/>
        </w:rPr>
        <w:t xml:space="preserve"> la </w:t>
      </w:r>
      <w:proofErr w:type="spellStart"/>
      <w:r w:rsidRPr="2C295FE7">
        <w:rPr>
          <w:rFonts w:ascii="Aptos" w:eastAsia="Aptos" w:hAnsi="Aptos" w:cs="Aptos"/>
        </w:rPr>
        <w:t>validarea</w:t>
      </w:r>
      <w:proofErr w:type="spellEnd"/>
      <w:r w:rsidRPr="2C295FE7">
        <w:rPr>
          <w:rFonts w:ascii="Aptos" w:eastAsia="Aptos" w:hAnsi="Aptos" w:cs="Aptos"/>
        </w:rPr>
        <w:t xml:space="preserve"> </w:t>
      </w:r>
      <w:proofErr w:type="spellStart"/>
      <w:r w:rsidRPr="2C295FE7">
        <w:rPr>
          <w:rFonts w:ascii="Aptos" w:eastAsia="Aptos" w:hAnsi="Aptos" w:cs="Aptos"/>
        </w:rPr>
        <w:t>raportului</w:t>
      </w:r>
      <w:proofErr w:type="spellEnd"/>
      <w:r w:rsidRPr="2C295FE7">
        <w:rPr>
          <w:rFonts w:ascii="Aptos" w:eastAsia="Aptos" w:hAnsi="Aptos" w:cs="Aptos"/>
        </w:rPr>
        <w:t xml:space="preserve"> </w:t>
      </w:r>
      <w:proofErr w:type="spellStart"/>
      <w:r w:rsidRPr="2C295FE7">
        <w:rPr>
          <w:rFonts w:ascii="Aptos" w:eastAsia="Aptos" w:hAnsi="Aptos" w:cs="Aptos"/>
        </w:rPr>
        <w:t>narativ</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să</w:t>
      </w:r>
      <w:proofErr w:type="spellEnd"/>
      <w:r w:rsidRPr="2C295FE7">
        <w:rPr>
          <w:rFonts w:ascii="Aptos" w:eastAsia="Aptos" w:hAnsi="Aptos" w:cs="Aptos"/>
        </w:rPr>
        <w:t xml:space="preserve"> </w:t>
      </w:r>
      <w:proofErr w:type="spellStart"/>
      <w:r w:rsidRPr="2C295FE7">
        <w:rPr>
          <w:rFonts w:ascii="Aptos" w:eastAsia="Aptos" w:hAnsi="Aptos" w:cs="Aptos"/>
        </w:rPr>
        <w:t>transmită</w:t>
      </w:r>
      <w:proofErr w:type="spellEnd"/>
      <w:r w:rsidRPr="2C295FE7">
        <w:rPr>
          <w:rFonts w:ascii="Aptos" w:eastAsia="Aptos" w:hAnsi="Aptos" w:cs="Aptos"/>
        </w:rPr>
        <w:t xml:space="preserve"> </w:t>
      </w:r>
      <w:proofErr w:type="spellStart"/>
      <w:r w:rsidRPr="2C295FE7">
        <w:rPr>
          <w:rFonts w:ascii="Aptos" w:eastAsia="Aptos" w:hAnsi="Aptos" w:cs="Aptos"/>
        </w:rPr>
        <w:t>autorității</w:t>
      </w:r>
      <w:proofErr w:type="spellEnd"/>
      <w:r w:rsidRPr="2C295FE7">
        <w:rPr>
          <w:rFonts w:ascii="Aptos" w:eastAsia="Aptos" w:hAnsi="Aptos" w:cs="Aptos"/>
        </w:rPr>
        <w:t xml:space="preserve"> </w:t>
      </w:r>
      <w:proofErr w:type="spellStart"/>
      <w:r w:rsidRPr="2C295FE7">
        <w:rPr>
          <w:rFonts w:ascii="Aptos" w:eastAsia="Aptos" w:hAnsi="Aptos" w:cs="Aptos"/>
        </w:rPr>
        <w:t>finanțatoare</w:t>
      </w:r>
      <w:proofErr w:type="spellEnd"/>
      <w:r w:rsidRPr="2C295FE7">
        <w:rPr>
          <w:rFonts w:ascii="Aptos" w:eastAsia="Aptos" w:hAnsi="Aptos" w:cs="Aptos"/>
        </w:rPr>
        <w:t xml:space="preserve"> </w:t>
      </w:r>
      <w:proofErr w:type="spellStart"/>
      <w:r w:rsidRPr="2C295FE7">
        <w:rPr>
          <w:rFonts w:ascii="Aptos" w:eastAsia="Aptos" w:hAnsi="Aptos" w:cs="Aptos"/>
        </w:rPr>
        <w:t>documentația</w:t>
      </w:r>
      <w:proofErr w:type="spellEnd"/>
      <w:r w:rsidRPr="2C295FE7">
        <w:rPr>
          <w:rFonts w:ascii="Aptos" w:eastAsia="Aptos" w:hAnsi="Aptos" w:cs="Aptos"/>
        </w:rPr>
        <w:t xml:space="preserve"> </w:t>
      </w:r>
      <w:proofErr w:type="spellStart"/>
      <w:r w:rsidRPr="2C295FE7">
        <w:rPr>
          <w:rFonts w:ascii="Aptos" w:eastAsia="Aptos" w:hAnsi="Aptos" w:cs="Aptos"/>
        </w:rPr>
        <w:t>foto</w:t>
      </w:r>
      <w:proofErr w:type="spellEnd"/>
      <w:r w:rsidRPr="2C295FE7">
        <w:rPr>
          <w:rFonts w:ascii="Aptos" w:eastAsia="Aptos" w:hAnsi="Aptos" w:cs="Aptos"/>
        </w:rPr>
        <w:t xml:space="preserve">-video a </w:t>
      </w:r>
      <w:proofErr w:type="spellStart"/>
      <w:r w:rsidRPr="2C295FE7">
        <w:rPr>
          <w:rFonts w:ascii="Aptos" w:eastAsia="Aptos" w:hAnsi="Aptos" w:cs="Aptos"/>
        </w:rPr>
        <w:t>evenimentelor</w:t>
      </w:r>
      <w:proofErr w:type="spellEnd"/>
      <w:r w:rsidRPr="2C295FE7">
        <w:rPr>
          <w:rFonts w:ascii="Aptos" w:eastAsia="Aptos" w:hAnsi="Aptos" w:cs="Aptos"/>
        </w:rPr>
        <w:t xml:space="preserve"> ca </w:t>
      </w:r>
      <w:proofErr w:type="spellStart"/>
      <w:r w:rsidRPr="2C295FE7">
        <w:rPr>
          <w:rFonts w:ascii="Aptos" w:eastAsia="Aptos" w:hAnsi="Aptos" w:cs="Aptos"/>
        </w:rPr>
        <w:t>parte</w:t>
      </w:r>
      <w:proofErr w:type="spellEnd"/>
      <w:r w:rsidRPr="2C295FE7">
        <w:rPr>
          <w:rFonts w:ascii="Aptos" w:eastAsia="Aptos" w:hAnsi="Aptos" w:cs="Aptos"/>
        </w:rPr>
        <w:t xml:space="preserve"> a </w:t>
      </w:r>
      <w:proofErr w:type="spellStart"/>
      <w:r w:rsidRPr="2C295FE7">
        <w:rPr>
          <w:rFonts w:ascii="Aptos" w:eastAsia="Aptos" w:hAnsi="Aptos" w:cs="Aptos"/>
        </w:rPr>
        <w:t>raportului</w:t>
      </w:r>
      <w:proofErr w:type="spellEnd"/>
      <w:r w:rsidRPr="2C295FE7">
        <w:rPr>
          <w:rFonts w:ascii="Aptos" w:eastAsia="Aptos" w:hAnsi="Aptos" w:cs="Aptos"/>
        </w:rPr>
        <w:t xml:space="preserve"> final; </w:t>
      </w:r>
    </w:p>
    <w:p w14:paraId="1A9B779F" w14:textId="77777777" w:rsidR="00651778" w:rsidRDefault="00651778" w:rsidP="00651778">
      <w:pPr>
        <w:pStyle w:val="ListParagraph"/>
        <w:numPr>
          <w:ilvl w:val="0"/>
          <w:numId w:val="49"/>
        </w:numPr>
        <w:spacing w:before="240" w:after="240" w:line="279" w:lineRule="auto"/>
        <w:rPr>
          <w:rFonts w:ascii="Aptos" w:eastAsia="Aptos" w:hAnsi="Aptos" w:cs="Aptos"/>
        </w:rPr>
      </w:pPr>
      <w:proofErr w:type="spellStart"/>
      <w:r w:rsidRPr="2C295FE7">
        <w:rPr>
          <w:rFonts w:ascii="Aptos" w:eastAsia="Aptos" w:hAnsi="Aptos" w:cs="Aptos"/>
        </w:rPr>
        <w:t>beneficiarul</w:t>
      </w:r>
      <w:proofErr w:type="spellEnd"/>
      <w:r w:rsidRPr="2C295FE7">
        <w:rPr>
          <w:rFonts w:ascii="Aptos" w:eastAsia="Aptos" w:hAnsi="Aptos" w:cs="Aptos"/>
        </w:rPr>
        <w:t xml:space="preserve"> are </w:t>
      </w:r>
      <w:proofErr w:type="spellStart"/>
      <w:r w:rsidRPr="2C295FE7">
        <w:rPr>
          <w:rFonts w:ascii="Aptos" w:eastAsia="Aptos" w:hAnsi="Aptos" w:cs="Aptos"/>
        </w:rPr>
        <w:t>obligația</w:t>
      </w:r>
      <w:proofErr w:type="spellEnd"/>
      <w:r w:rsidRPr="2C295FE7">
        <w:rPr>
          <w:rFonts w:ascii="Aptos" w:eastAsia="Aptos" w:hAnsi="Aptos" w:cs="Aptos"/>
        </w:rPr>
        <w:t xml:space="preserve"> de a </w:t>
      </w:r>
      <w:proofErr w:type="spellStart"/>
      <w:r w:rsidRPr="2C295FE7">
        <w:rPr>
          <w:rFonts w:ascii="Aptos" w:eastAsia="Aptos" w:hAnsi="Aptos" w:cs="Aptos"/>
        </w:rPr>
        <w:t>dovedi</w:t>
      </w:r>
      <w:proofErr w:type="spellEnd"/>
      <w:r w:rsidRPr="2C295FE7">
        <w:rPr>
          <w:rFonts w:ascii="Aptos" w:eastAsia="Aptos" w:hAnsi="Aptos" w:cs="Aptos"/>
        </w:rPr>
        <w:t xml:space="preserve"> </w:t>
      </w:r>
      <w:proofErr w:type="spellStart"/>
      <w:r w:rsidRPr="2C295FE7">
        <w:rPr>
          <w:rFonts w:ascii="Aptos" w:eastAsia="Aptos" w:hAnsi="Aptos" w:cs="Aptos"/>
        </w:rPr>
        <w:t>îndeplinirea</w:t>
      </w:r>
      <w:proofErr w:type="spellEnd"/>
      <w:r w:rsidRPr="2C295FE7">
        <w:rPr>
          <w:rFonts w:ascii="Aptos" w:eastAsia="Aptos" w:hAnsi="Aptos" w:cs="Aptos"/>
        </w:rPr>
        <w:t xml:space="preserve"> </w:t>
      </w:r>
      <w:proofErr w:type="spellStart"/>
      <w:r w:rsidRPr="2C295FE7">
        <w:rPr>
          <w:rFonts w:ascii="Aptos" w:eastAsia="Aptos" w:hAnsi="Aptos" w:cs="Aptos"/>
        </w:rPr>
        <w:t>indicatorilor</w:t>
      </w:r>
      <w:proofErr w:type="spellEnd"/>
      <w:r w:rsidRPr="2C295FE7">
        <w:rPr>
          <w:rFonts w:ascii="Aptos" w:eastAsia="Aptos" w:hAnsi="Aptos" w:cs="Aptos"/>
        </w:rPr>
        <w:t xml:space="preserve"> </w:t>
      </w:r>
      <w:proofErr w:type="spellStart"/>
      <w:r w:rsidRPr="2C295FE7">
        <w:rPr>
          <w:rFonts w:ascii="Aptos" w:eastAsia="Aptos" w:hAnsi="Aptos" w:cs="Aptos"/>
        </w:rPr>
        <w:t>asumați</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w:t>
      </w:r>
      <w:proofErr w:type="spellStart"/>
      <w:r w:rsidRPr="2C295FE7">
        <w:rPr>
          <w:rFonts w:ascii="Aptos" w:eastAsia="Aptos" w:hAnsi="Aptos" w:cs="Aptos"/>
        </w:rPr>
        <w:t>conformitate</w:t>
      </w:r>
      <w:proofErr w:type="spellEnd"/>
      <w:r w:rsidRPr="2C295FE7">
        <w:rPr>
          <w:rFonts w:ascii="Aptos" w:eastAsia="Aptos" w:hAnsi="Aptos" w:cs="Aptos"/>
        </w:rPr>
        <w:t xml:space="preserve"> </w:t>
      </w:r>
      <w:proofErr w:type="gramStart"/>
      <w:r w:rsidRPr="2C295FE7">
        <w:rPr>
          <w:rFonts w:ascii="Aptos" w:eastAsia="Aptos" w:hAnsi="Aptos" w:cs="Aptos"/>
        </w:rPr>
        <w:t xml:space="preserve">cu  </w:t>
      </w:r>
      <w:proofErr w:type="spellStart"/>
      <w:r w:rsidRPr="2C295FE7">
        <w:rPr>
          <w:rFonts w:ascii="Aptos" w:eastAsia="Aptos" w:hAnsi="Aptos" w:cs="Aptos"/>
        </w:rPr>
        <w:t>cererea</w:t>
      </w:r>
      <w:proofErr w:type="spellEnd"/>
      <w:proofErr w:type="gramEnd"/>
      <w:r w:rsidRPr="2C295FE7">
        <w:rPr>
          <w:rFonts w:ascii="Aptos" w:eastAsia="Aptos" w:hAnsi="Aptos" w:cs="Aptos"/>
        </w:rPr>
        <w:t xml:space="preserve"> de </w:t>
      </w:r>
      <w:proofErr w:type="spellStart"/>
      <w:r w:rsidRPr="2C295FE7">
        <w:rPr>
          <w:rFonts w:ascii="Aptos" w:eastAsia="Aptos" w:hAnsi="Aptos" w:cs="Aptos"/>
        </w:rPr>
        <w:t>finanțare</w:t>
      </w:r>
      <w:proofErr w:type="spellEnd"/>
      <w:r w:rsidRPr="2C295FE7">
        <w:rPr>
          <w:rFonts w:ascii="Aptos" w:eastAsia="Aptos" w:hAnsi="Aptos" w:cs="Aptos"/>
        </w:rPr>
        <w:t xml:space="preserve">, </w:t>
      </w:r>
      <w:proofErr w:type="spellStart"/>
      <w:r w:rsidRPr="2C295FE7">
        <w:rPr>
          <w:rFonts w:ascii="Aptos" w:eastAsia="Aptos" w:hAnsi="Aptos" w:cs="Aptos"/>
        </w:rPr>
        <w:t>prin</w:t>
      </w:r>
      <w:proofErr w:type="spellEnd"/>
      <w:r w:rsidRPr="2C295FE7">
        <w:rPr>
          <w:rFonts w:ascii="Aptos" w:eastAsia="Aptos" w:hAnsi="Aptos" w:cs="Aptos"/>
        </w:rPr>
        <w:t xml:space="preserve"> </w:t>
      </w:r>
      <w:proofErr w:type="spellStart"/>
      <w:r w:rsidRPr="2C295FE7">
        <w:rPr>
          <w:rFonts w:ascii="Aptos" w:eastAsia="Aptos" w:hAnsi="Aptos" w:cs="Aptos"/>
        </w:rPr>
        <w:t>documente</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w:t>
      </w:r>
      <w:proofErr w:type="spellStart"/>
      <w:r w:rsidRPr="2C295FE7">
        <w:rPr>
          <w:rFonts w:ascii="Aptos" w:eastAsia="Aptos" w:hAnsi="Aptos" w:cs="Aptos"/>
        </w:rPr>
        <w:t>materiale</w:t>
      </w:r>
      <w:proofErr w:type="spellEnd"/>
      <w:r w:rsidRPr="2C295FE7">
        <w:rPr>
          <w:rFonts w:ascii="Aptos" w:eastAsia="Aptos" w:hAnsi="Aptos" w:cs="Aptos"/>
        </w:rPr>
        <w:t xml:space="preserve"> justificative, precum </w:t>
      </w:r>
      <w:proofErr w:type="spellStart"/>
      <w:r w:rsidRPr="2C295FE7">
        <w:rPr>
          <w:rFonts w:ascii="Aptos" w:eastAsia="Aptos" w:hAnsi="Aptos" w:cs="Aptos"/>
        </w:rPr>
        <w:t>fotografii</w:t>
      </w:r>
      <w:proofErr w:type="spellEnd"/>
      <w:r w:rsidRPr="2C295FE7">
        <w:rPr>
          <w:rFonts w:ascii="Aptos" w:eastAsia="Aptos" w:hAnsi="Aptos" w:cs="Aptos"/>
        </w:rPr>
        <w:t xml:space="preserve">, </w:t>
      </w:r>
      <w:proofErr w:type="spellStart"/>
      <w:r w:rsidRPr="2C295FE7">
        <w:rPr>
          <w:rFonts w:ascii="Aptos" w:eastAsia="Aptos" w:hAnsi="Aptos" w:cs="Aptos"/>
        </w:rPr>
        <w:t>înregistrări</w:t>
      </w:r>
      <w:proofErr w:type="spellEnd"/>
      <w:r w:rsidRPr="2C295FE7">
        <w:rPr>
          <w:rFonts w:ascii="Aptos" w:eastAsia="Aptos" w:hAnsi="Aptos" w:cs="Aptos"/>
        </w:rPr>
        <w:t xml:space="preserve"> video, </w:t>
      </w:r>
      <w:proofErr w:type="spellStart"/>
      <w:r w:rsidRPr="2C295FE7">
        <w:rPr>
          <w:rFonts w:ascii="Aptos" w:eastAsia="Aptos" w:hAnsi="Aptos" w:cs="Aptos"/>
        </w:rPr>
        <w:t>formulare</w:t>
      </w:r>
      <w:proofErr w:type="spellEnd"/>
      <w:r w:rsidRPr="2C295FE7">
        <w:rPr>
          <w:rFonts w:ascii="Aptos" w:eastAsia="Aptos" w:hAnsi="Aptos" w:cs="Aptos"/>
        </w:rPr>
        <w:t xml:space="preserve">, </w:t>
      </w:r>
      <w:proofErr w:type="spellStart"/>
      <w:r w:rsidRPr="2C295FE7">
        <w:rPr>
          <w:rFonts w:ascii="Aptos" w:eastAsia="Aptos" w:hAnsi="Aptos" w:cs="Aptos"/>
        </w:rPr>
        <w:t>liste</w:t>
      </w:r>
      <w:proofErr w:type="spellEnd"/>
      <w:r w:rsidRPr="2C295FE7">
        <w:rPr>
          <w:rFonts w:ascii="Aptos" w:eastAsia="Aptos" w:hAnsi="Aptos" w:cs="Aptos"/>
        </w:rPr>
        <w:t xml:space="preserve"> de </w:t>
      </w:r>
      <w:proofErr w:type="spellStart"/>
      <w:r w:rsidRPr="2C295FE7">
        <w:rPr>
          <w:rFonts w:ascii="Aptos" w:eastAsia="Aptos" w:hAnsi="Aptos" w:cs="Aptos"/>
        </w:rPr>
        <w:t>prezență</w:t>
      </w:r>
      <w:proofErr w:type="spellEnd"/>
      <w:r w:rsidRPr="2C295FE7">
        <w:rPr>
          <w:rFonts w:ascii="Aptos" w:eastAsia="Aptos" w:hAnsi="Aptos" w:cs="Aptos"/>
        </w:rPr>
        <w:t xml:space="preserve">, </w:t>
      </w:r>
      <w:proofErr w:type="spellStart"/>
      <w:r w:rsidRPr="2C295FE7">
        <w:rPr>
          <w:rFonts w:ascii="Aptos" w:eastAsia="Aptos" w:hAnsi="Aptos" w:cs="Aptos"/>
        </w:rPr>
        <w:t>rapoarte</w:t>
      </w:r>
      <w:proofErr w:type="spellEnd"/>
      <w:r w:rsidRPr="2C295FE7">
        <w:rPr>
          <w:rFonts w:ascii="Aptos" w:eastAsia="Aptos" w:hAnsi="Aptos" w:cs="Aptos"/>
        </w:rPr>
        <w:t xml:space="preserve"> </w:t>
      </w:r>
      <w:proofErr w:type="spellStart"/>
      <w:r w:rsidRPr="2C295FE7">
        <w:rPr>
          <w:rFonts w:ascii="Aptos" w:eastAsia="Aptos" w:hAnsi="Aptos" w:cs="Aptos"/>
        </w:rPr>
        <w:t>și</w:t>
      </w:r>
      <w:proofErr w:type="spellEnd"/>
      <w:r w:rsidRPr="2C295FE7">
        <w:rPr>
          <w:rFonts w:ascii="Aptos" w:eastAsia="Aptos" w:hAnsi="Aptos" w:cs="Aptos"/>
        </w:rPr>
        <w:t xml:space="preserve"> feed-back relevant etc. </w:t>
      </w:r>
    </w:p>
    <w:p w14:paraId="5948E035" w14:textId="77777777" w:rsidR="00651778" w:rsidRDefault="00651778" w:rsidP="00651778">
      <w:pPr>
        <w:pStyle w:val="ListParagraph"/>
        <w:numPr>
          <w:ilvl w:val="0"/>
          <w:numId w:val="49"/>
        </w:numPr>
        <w:spacing w:before="240" w:after="240" w:line="279" w:lineRule="auto"/>
        <w:rPr>
          <w:rFonts w:ascii="Aptos" w:eastAsia="Aptos" w:hAnsi="Aptos" w:cs="Aptos"/>
        </w:rPr>
      </w:pPr>
      <w:proofErr w:type="spellStart"/>
      <w:r w:rsidRPr="2C295FE7">
        <w:rPr>
          <w:rFonts w:ascii="Aptos" w:eastAsia="Aptos" w:hAnsi="Aptos" w:cs="Aptos"/>
        </w:rPr>
        <w:t>să</w:t>
      </w:r>
      <w:proofErr w:type="spellEnd"/>
      <w:r w:rsidRPr="2C295FE7">
        <w:rPr>
          <w:rFonts w:ascii="Aptos" w:eastAsia="Aptos" w:hAnsi="Aptos" w:cs="Aptos"/>
        </w:rPr>
        <w:t xml:space="preserve"> se </w:t>
      </w:r>
      <w:proofErr w:type="spellStart"/>
      <w:r w:rsidRPr="2C295FE7">
        <w:rPr>
          <w:rFonts w:ascii="Aptos" w:eastAsia="Aptos" w:hAnsi="Aptos" w:cs="Aptos"/>
        </w:rPr>
        <w:t>asigure</w:t>
      </w:r>
      <w:proofErr w:type="spellEnd"/>
      <w:r w:rsidRPr="2C295FE7">
        <w:rPr>
          <w:rFonts w:ascii="Aptos" w:eastAsia="Aptos" w:hAnsi="Aptos" w:cs="Aptos"/>
        </w:rPr>
        <w:t xml:space="preserve"> </w:t>
      </w:r>
      <w:proofErr w:type="spellStart"/>
      <w:r w:rsidRPr="2C295FE7">
        <w:rPr>
          <w:rFonts w:ascii="Aptos" w:eastAsia="Aptos" w:hAnsi="Aptos" w:cs="Aptos"/>
        </w:rPr>
        <w:t>că</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w:t>
      </w:r>
      <w:proofErr w:type="spellStart"/>
      <w:r w:rsidRPr="2C295FE7">
        <w:rPr>
          <w:rFonts w:ascii="Aptos" w:eastAsia="Aptos" w:hAnsi="Aptos" w:cs="Aptos"/>
        </w:rPr>
        <w:t>spațiile</w:t>
      </w:r>
      <w:proofErr w:type="spellEnd"/>
      <w:r w:rsidRPr="2C295FE7">
        <w:rPr>
          <w:rFonts w:ascii="Aptos" w:eastAsia="Aptos" w:hAnsi="Aptos" w:cs="Aptos"/>
        </w:rPr>
        <w:t xml:space="preserve"> </w:t>
      </w:r>
      <w:proofErr w:type="spellStart"/>
      <w:r w:rsidRPr="2C295FE7">
        <w:rPr>
          <w:rFonts w:ascii="Aptos" w:eastAsia="Aptos" w:hAnsi="Aptos" w:cs="Aptos"/>
        </w:rPr>
        <w:t>în</w:t>
      </w:r>
      <w:proofErr w:type="spellEnd"/>
      <w:r w:rsidRPr="2C295FE7">
        <w:rPr>
          <w:rFonts w:ascii="Aptos" w:eastAsia="Aptos" w:hAnsi="Aptos" w:cs="Aptos"/>
        </w:rPr>
        <w:t xml:space="preserve"> care se </w:t>
      </w:r>
      <w:proofErr w:type="spellStart"/>
      <w:r w:rsidRPr="2C295FE7">
        <w:rPr>
          <w:rFonts w:ascii="Aptos" w:eastAsia="Aptos" w:hAnsi="Aptos" w:cs="Aptos"/>
        </w:rPr>
        <w:t>derulează</w:t>
      </w:r>
      <w:proofErr w:type="spellEnd"/>
      <w:r w:rsidRPr="2C295FE7">
        <w:rPr>
          <w:rFonts w:ascii="Aptos" w:eastAsia="Aptos" w:hAnsi="Aptos" w:cs="Aptos"/>
        </w:rPr>
        <w:t xml:space="preserve"> </w:t>
      </w:r>
      <w:proofErr w:type="spellStart"/>
      <w:r w:rsidRPr="2C295FE7">
        <w:rPr>
          <w:rFonts w:ascii="Aptos" w:eastAsia="Aptos" w:hAnsi="Aptos" w:cs="Aptos"/>
        </w:rPr>
        <w:t>activitățile</w:t>
      </w:r>
      <w:proofErr w:type="spellEnd"/>
      <w:r w:rsidRPr="2C295FE7">
        <w:rPr>
          <w:rFonts w:ascii="Aptos" w:eastAsia="Aptos" w:hAnsi="Aptos" w:cs="Aptos"/>
        </w:rPr>
        <w:t xml:space="preserve"> din </w:t>
      </w:r>
      <w:proofErr w:type="spellStart"/>
      <w:r w:rsidRPr="2C295FE7">
        <w:rPr>
          <w:rFonts w:ascii="Aptos" w:eastAsia="Aptos" w:hAnsi="Aptos" w:cs="Aptos"/>
        </w:rPr>
        <w:t>cadrul</w:t>
      </w:r>
      <w:proofErr w:type="spellEnd"/>
      <w:r w:rsidRPr="2C295FE7">
        <w:rPr>
          <w:rFonts w:ascii="Aptos" w:eastAsia="Aptos" w:hAnsi="Aptos" w:cs="Aptos"/>
        </w:rPr>
        <w:t xml:space="preserve"> </w:t>
      </w:r>
      <w:proofErr w:type="spellStart"/>
      <w:proofErr w:type="gramStart"/>
      <w:r w:rsidRPr="2C295FE7">
        <w:rPr>
          <w:rFonts w:ascii="Aptos" w:eastAsia="Aptos" w:hAnsi="Aptos" w:cs="Aptos"/>
        </w:rPr>
        <w:t>programului</w:t>
      </w:r>
      <w:proofErr w:type="spellEnd"/>
      <w:r w:rsidRPr="2C295FE7">
        <w:rPr>
          <w:rFonts w:ascii="Aptos" w:eastAsia="Aptos" w:hAnsi="Aptos" w:cs="Aptos"/>
        </w:rPr>
        <w:t xml:space="preserve">  a</w:t>
      </w:r>
      <w:proofErr w:type="gramEnd"/>
      <w:r w:rsidRPr="2C295FE7">
        <w:rPr>
          <w:rFonts w:ascii="Aptos" w:eastAsia="Aptos" w:hAnsi="Aptos" w:cs="Aptos"/>
        </w:rPr>
        <w:t xml:space="preserve"> </w:t>
      </w:r>
      <w:proofErr w:type="spellStart"/>
      <w:r w:rsidRPr="2C295FE7">
        <w:rPr>
          <w:rFonts w:ascii="Aptos" w:eastAsia="Aptos" w:hAnsi="Aptos" w:cs="Aptos"/>
        </w:rPr>
        <w:t>cărui</w:t>
      </w:r>
      <w:proofErr w:type="spellEnd"/>
      <w:r w:rsidRPr="2C295FE7">
        <w:rPr>
          <w:rFonts w:ascii="Aptos" w:eastAsia="Aptos" w:hAnsi="Aptos" w:cs="Aptos"/>
        </w:rPr>
        <w:t xml:space="preserve"> </w:t>
      </w:r>
      <w:proofErr w:type="spellStart"/>
      <w:r w:rsidRPr="2C295FE7">
        <w:rPr>
          <w:rFonts w:ascii="Aptos" w:eastAsia="Aptos" w:hAnsi="Aptos" w:cs="Aptos"/>
        </w:rPr>
        <w:t>finanțare</w:t>
      </w:r>
      <w:proofErr w:type="spellEnd"/>
      <w:r w:rsidRPr="2C295FE7">
        <w:rPr>
          <w:rFonts w:ascii="Aptos" w:eastAsia="Aptos" w:hAnsi="Aptos" w:cs="Aptos"/>
        </w:rPr>
        <w:t xml:space="preserve"> face </w:t>
      </w:r>
      <w:proofErr w:type="spellStart"/>
      <w:r w:rsidRPr="2C295FE7">
        <w:rPr>
          <w:rFonts w:ascii="Aptos" w:eastAsia="Aptos" w:hAnsi="Aptos" w:cs="Aptos"/>
        </w:rPr>
        <w:t>obiectul</w:t>
      </w:r>
      <w:proofErr w:type="spellEnd"/>
      <w:r w:rsidRPr="2C295FE7">
        <w:rPr>
          <w:rFonts w:ascii="Aptos" w:eastAsia="Aptos" w:hAnsi="Aptos" w:cs="Aptos"/>
        </w:rPr>
        <w:t xml:space="preserve"> </w:t>
      </w:r>
      <w:proofErr w:type="spellStart"/>
      <w:r w:rsidRPr="2C295FE7">
        <w:rPr>
          <w:rFonts w:ascii="Aptos" w:eastAsia="Aptos" w:hAnsi="Aptos" w:cs="Aptos"/>
        </w:rPr>
        <w:t>prezentului</w:t>
      </w:r>
      <w:proofErr w:type="spellEnd"/>
      <w:r w:rsidRPr="2C295FE7">
        <w:rPr>
          <w:rFonts w:ascii="Aptos" w:eastAsia="Aptos" w:hAnsi="Aptos" w:cs="Aptos"/>
        </w:rPr>
        <w:t xml:space="preserve"> contract sunt </w:t>
      </w:r>
      <w:proofErr w:type="spellStart"/>
      <w:r w:rsidRPr="2C295FE7">
        <w:rPr>
          <w:rFonts w:ascii="Aptos" w:eastAsia="Aptos" w:hAnsi="Aptos" w:cs="Aptos"/>
        </w:rPr>
        <w:t>respectate</w:t>
      </w:r>
      <w:proofErr w:type="spellEnd"/>
      <w:r w:rsidRPr="2C295FE7">
        <w:rPr>
          <w:rFonts w:ascii="Aptos" w:eastAsia="Aptos" w:hAnsi="Aptos" w:cs="Aptos"/>
        </w:rPr>
        <w:t xml:space="preserve"> </w:t>
      </w:r>
      <w:proofErr w:type="spellStart"/>
      <w:r w:rsidRPr="2C295FE7">
        <w:rPr>
          <w:rFonts w:ascii="Aptos" w:eastAsia="Aptos" w:hAnsi="Aptos" w:cs="Aptos"/>
        </w:rPr>
        <w:t>toate</w:t>
      </w:r>
      <w:proofErr w:type="spellEnd"/>
      <w:r w:rsidRPr="2C295FE7">
        <w:rPr>
          <w:rFonts w:ascii="Aptos" w:eastAsia="Aptos" w:hAnsi="Aptos" w:cs="Aptos"/>
        </w:rPr>
        <w:t xml:space="preserve"> </w:t>
      </w:r>
      <w:proofErr w:type="spellStart"/>
      <w:r w:rsidRPr="2C295FE7">
        <w:rPr>
          <w:rFonts w:ascii="Aptos" w:eastAsia="Aptos" w:hAnsi="Aptos" w:cs="Aptos"/>
        </w:rPr>
        <w:t>normele</w:t>
      </w:r>
      <w:proofErr w:type="spellEnd"/>
      <w:r w:rsidRPr="2C295FE7">
        <w:rPr>
          <w:rFonts w:ascii="Aptos" w:eastAsia="Aptos" w:hAnsi="Aptos" w:cs="Aptos"/>
        </w:rPr>
        <w:t xml:space="preserve"> </w:t>
      </w:r>
      <w:proofErr w:type="spellStart"/>
      <w:r w:rsidRPr="2C295FE7">
        <w:rPr>
          <w:rFonts w:ascii="Aptos" w:eastAsia="Aptos" w:hAnsi="Aptos" w:cs="Aptos"/>
        </w:rPr>
        <w:t>legale</w:t>
      </w:r>
      <w:proofErr w:type="spellEnd"/>
      <w:r w:rsidRPr="2C295FE7">
        <w:rPr>
          <w:rFonts w:ascii="Aptos" w:eastAsia="Aptos" w:hAnsi="Aptos" w:cs="Aptos"/>
        </w:rPr>
        <w:t xml:space="preserve"> (PSI, </w:t>
      </w:r>
      <w:proofErr w:type="spellStart"/>
      <w:r w:rsidRPr="2C295FE7">
        <w:rPr>
          <w:rFonts w:ascii="Aptos" w:eastAsia="Aptos" w:hAnsi="Aptos" w:cs="Aptos"/>
        </w:rPr>
        <w:t>protecția</w:t>
      </w:r>
      <w:proofErr w:type="spellEnd"/>
      <w:r w:rsidRPr="2C295FE7">
        <w:rPr>
          <w:rFonts w:ascii="Aptos" w:eastAsia="Aptos" w:hAnsi="Aptos" w:cs="Aptos"/>
        </w:rPr>
        <w:t xml:space="preserve"> </w:t>
      </w:r>
      <w:proofErr w:type="spellStart"/>
      <w:r w:rsidRPr="2C295FE7">
        <w:rPr>
          <w:rFonts w:ascii="Aptos" w:eastAsia="Aptos" w:hAnsi="Aptos" w:cs="Aptos"/>
        </w:rPr>
        <w:t>muncii</w:t>
      </w:r>
      <w:proofErr w:type="spellEnd"/>
      <w:r w:rsidRPr="2C295FE7">
        <w:rPr>
          <w:rFonts w:ascii="Aptos" w:eastAsia="Aptos" w:hAnsi="Aptos" w:cs="Aptos"/>
        </w:rPr>
        <w:t xml:space="preserve">, </w:t>
      </w:r>
      <w:proofErr w:type="spellStart"/>
      <w:r w:rsidRPr="2C295FE7">
        <w:rPr>
          <w:rFonts w:ascii="Aptos" w:eastAsia="Aptos" w:hAnsi="Aptos" w:cs="Aptos"/>
        </w:rPr>
        <w:t>protecție</w:t>
      </w:r>
      <w:proofErr w:type="spellEnd"/>
      <w:r w:rsidRPr="2C295FE7">
        <w:rPr>
          <w:rFonts w:ascii="Aptos" w:eastAsia="Aptos" w:hAnsi="Aptos" w:cs="Aptos"/>
        </w:rPr>
        <w:t xml:space="preserve"> a </w:t>
      </w:r>
      <w:proofErr w:type="spellStart"/>
      <w:r w:rsidRPr="2C295FE7">
        <w:rPr>
          <w:rFonts w:ascii="Aptos" w:eastAsia="Aptos" w:hAnsi="Aptos" w:cs="Aptos"/>
        </w:rPr>
        <w:t>mediului</w:t>
      </w:r>
      <w:proofErr w:type="spellEnd"/>
      <w:r w:rsidRPr="2C295FE7">
        <w:rPr>
          <w:rFonts w:ascii="Aptos" w:eastAsia="Aptos" w:hAnsi="Aptos" w:cs="Aptos"/>
        </w:rPr>
        <w:t xml:space="preserve">, etc.); </w:t>
      </w:r>
    </w:p>
    <w:p w14:paraId="5BCE3C1A" w14:textId="77777777" w:rsidR="00651778" w:rsidRPr="00B02214" w:rsidRDefault="00651778" w:rsidP="00651778">
      <w:pPr>
        <w:pStyle w:val="ListParagraph"/>
        <w:numPr>
          <w:ilvl w:val="0"/>
          <w:numId w:val="49"/>
        </w:numPr>
        <w:spacing w:before="240" w:after="240" w:line="279" w:lineRule="auto"/>
        <w:rPr>
          <w:rFonts w:ascii="Aptos" w:eastAsia="Aptos" w:hAnsi="Aptos" w:cs="Aptos"/>
          <w:lang w:val="fr-FR"/>
        </w:rPr>
      </w:pPr>
      <w:proofErr w:type="spellStart"/>
      <w:proofErr w:type="gramStart"/>
      <w:r w:rsidRPr="00B02214">
        <w:rPr>
          <w:rFonts w:ascii="Aptos" w:eastAsia="Aptos" w:hAnsi="Aptos" w:cs="Aptos"/>
          <w:lang w:val="fr-FR"/>
        </w:rPr>
        <w:t>să</w:t>
      </w:r>
      <w:proofErr w:type="spellEnd"/>
      <w:proofErr w:type="gramEnd"/>
      <w:r w:rsidRPr="00B02214">
        <w:rPr>
          <w:rFonts w:ascii="Aptos" w:eastAsia="Aptos" w:hAnsi="Aptos" w:cs="Aptos"/>
          <w:lang w:val="fr-FR"/>
        </w:rPr>
        <w:t xml:space="preserve"> participe la </w:t>
      </w:r>
      <w:proofErr w:type="spellStart"/>
      <w:r w:rsidRPr="00B02214">
        <w:rPr>
          <w:rFonts w:ascii="Aptos" w:eastAsia="Aptos" w:hAnsi="Aptos" w:cs="Aptos"/>
          <w:lang w:val="fr-FR"/>
        </w:rPr>
        <w:t>realizarea</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analize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studii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evenimente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sau</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publicații</w:t>
      </w:r>
      <w:proofErr w:type="spellEnd"/>
      <w:r w:rsidRPr="00B02214">
        <w:rPr>
          <w:rFonts w:ascii="Aptos" w:eastAsia="Aptos" w:hAnsi="Aptos" w:cs="Aptos"/>
          <w:lang w:val="fr-FR"/>
        </w:rPr>
        <w:t xml:space="preserve"> care </w:t>
      </w:r>
      <w:proofErr w:type="spellStart"/>
      <w:r w:rsidRPr="00B02214">
        <w:rPr>
          <w:rFonts w:ascii="Aptos" w:eastAsia="Aptos" w:hAnsi="Aptos" w:cs="Aptos"/>
          <w:lang w:val="fr-FR"/>
        </w:rPr>
        <w:t>evidențiază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rezultatele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impactul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programului</w:t>
      </w:r>
      <w:proofErr w:type="spellEnd"/>
      <w:r w:rsidRPr="00B02214">
        <w:rPr>
          <w:rFonts w:ascii="Aptos" w:eastAsia="Aptos" w:hAnsi="Aptos" w:cs="Aptos"/>
          <w:lang w:val="fr-FR"/>
        </w:rPr>
        <w:t xml:space="preserve"> de </w:t>
      </w:r>
      <w:proofErr w:type="spellStart"/>
      <w:proofErr w:type="gramStart"/>
      <w:r w:rsidRPr="00B02214">
        <w:rPr>
          <w:rFonts w:ascii="Aptos" w:eastAsia="Aptos" w:hAnsi="Aptos" w:cs="Aptos"/>
          <w:lang w:val="fr-FR"/>
        </w:rPr>
        <w:t>finanțare</w:t>
      </w:r>
      <w:proofErr w:type="spellEnd"/>
      <w:r w:rsidRPr="00B02214">
        <w:rPr>
          <w:rFonts w:ascii="Aptos" w:eastAsia="Aptos" w:hAnsi="Aptos" w:cs="Aptos"/>
          <w:lang w:val="fr-FR"/>
        </w:rPr>
        <w:t>;</w:t>
      </w:r>
      <w:proofErr w:type="gramEnd"/>
    </w:p>
    <w:p w14:paraId="11E48C09" w14:textId="77777777" w:rsidR="00651778" w:rsidRPr="00B02214" w:rsidRDefault="00651778" w:rsidP="00651778">
      <w:pPr>
        <w:pStyle w:val="ListParagraph"/>
        <w:numPr>
          <w:ilvl w:val="0"/>
          <w:numId w:val="49"/>
        </w:numPr>
        <w:spacing w:before="240" w:after="240" w:line="279" w:lineRule="auto"/>
        <w:rPr>
          <w:rFonts w:ascii="Aptos" w:eastAsia="Aptos" w:hAnsi="Aptos" w:cs="Aptos"/>
          <w:lang w:val="fr-FR"/>
        </w:rPr>
      </w:pPr>
      <w:proofErr w:type="gramStart"/>
      <w:r w:rsidRPr="00B02214">
        <w:rPr>
          <w:rFonts w:ascii="Aptos" w:eastAsia="Aptos" w:hAnsi="Aptos" w:cs="Aptos"/>
          <w:lang w:val="fr-FR"/>
        </w:rPr>
        <w:t>se</w:t>
      </w:r>
      <w:proofErr w:type="gramEnd"/>
      <w:r w:rsidRPr="00B02214">
        <w:rPr>
          <w:rFonts w:ascii="Aptos" w:eastAsia="Aptos" w:hAnsi="Aptos" w:cs="Aptos"/>
          <w:lang w:val="fr-FR"/>
        </w:rPr>
        <w:t xml:space="preserve"> </w:t>
      </w:r>
      <w:proofErr w:type="spellStart"/>
      <w:r w:rsidRPr="00B02214">
        <w:rPr>
          <w:rFonts w:ascii="Aptos" w:eastAsia="Aptos" w:hAnsi="Aptos" w:cs="Aptos"/>
          <w:lang w:val="fr-FR"/>
        </w:rPr>
        <w:t>obligă</w:t>
      </w:r>
      <w:proofErr w:type="spellEnd"/>
      <w:r w:rsidRPr="00B02214">
        <w:rPr>
          <w:rFonts w:ascii="Aptos" w:eastAsia="Aptos" w:hAnsi="Aptos" w:cs="Aptos"/>
          <w:lang w:val="fr-FR"/>
        </w:rPr>
        <w:t xml:space="preserve"> </w:t>
      </w:r>
      <w:proofErr w:type="gramStart"/>
      <w:r w:rsidRPr="00B02214">
        <w:rPr>
          <w:rFonts w:ascii="Aptos" w:eastAsia="Aptos" w:hAnsi="Aptos" w:cs="Aptos"/>
          <w:lang w:val="fr-FR"/>
        </w:rPr>
        <w:t>ca</w:t>
      </w:r>
      <w:proofErr w:type="gramEnd"/>
      <w:r w:rsidRPr="00B02214">
        <w:rPr>
          <w:rFonts w:ascii="Aptos" w:eastAsia="Aptos" w:hAnsi="Aptos" w:cs="Aptos"/>
          <w:lang w:val="fr-FR"/>
        </w:rPr>
        <w:t xml:space="preserve"> </w:t>
      </w:r>
      <w:proofErr w:type="spellStart"/>
      <w:r w:rsidRPr="00B02214">
        <w:rPr>
          <w:rFonts w:ascii="Aptos" w:eastAsia="Aptos" w:hAnsi="Aptos" w:cs="Aptos"/>
          <w:lang w:val="fr-FR"/>
        </w:rPr>
        <w:t>toate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cheltuielile</w:t>
      </w:r>
      <w:proofErr w:type="spellEnd"/>
      <w:r w:rsidRPr="00B02214">
        <w:rPr>
          <w:rFonts w:ascii="Aptos" w:eastAsia="Aptos" w:hAnsi="Aptos" w:cs="Aptos"/>
          <w:lang w:val="fr-FR"/>
        </w:rPr>
        <w:t xml:space="preserve"> ce </w:t>
      </w:r>
      <w:proofErr w:type="spellStart"/>
      <w:r w:rsidRPr="00B02214">
        <w:rPr>
          <w:rFonts w:ascii="Aptos" w:eastAsia="Aptos" w:hAnsi="Aptos" w:cs="Aptos"/>
          <w:lang w:val="fr-FR"/>
        </w:rPr>
        <w:t>urmează</w:t>
      </w:r>
      <w:proofErr w:type="spellEnd"/>
      <w:r w:rsidRPr="00B02214">
        <w:rPr>
          <w:rFonts w:ascii="Aptos" w:eastAsia="Aptos" w:hAnsi="Aptos" w:cs="Aptos"/>
          <w:lang w:val="fr-FR"/>
        </w:rPr>
        <w:t xml:space="preserve"> a fi </w:t>
      </w:r>
      <w:proofErr w:type="spellStart"/>
      <w:r w:rsidRPr="00B02214">
        <w:rPr>
          <w:rFonts w:ascii="Aptos" w:eastAsia="Aptos" w:hAnsi="Aptos" w:cs="Aptos"/>
          <w:lang w:val="fr-FR"/>
        </w:rPr>
        <w:t>decontate</w:t>
      </w:r>
      <w:proofErr w:type="spellEnd"/>
      <w:r w:rsidRPr="00B02214">
        <w:rPr>
          <w:rFonts w:ascii="Aptos" w:eastAsia="Aptos" w:hAnsi="Aptos" w:cs="Aptos"/>
          <w:lang w:val="fr-FR"/>
        </w:rPr>
        <w:t xml:space="preserve"> </w:t>
      </w:r>
      <w:proofErr w:type="gramStart"/>
      <w:r w:rsidRPr="00B02214">
        <w:rPr>
          <w:rFonts w:ascii="Aptos" w:eastAsia="Aptos" w:hAnsi="Aptos" w:cs="Aptos"/>
          <w:lang w:val="fr-FR"/>
        </w:rPr>
        <w:t xml:space="preserve">de  </w:t>
      </w:r>
      <w:proofErr w:type="spellStart"/>
      <w:r w:rsidRPr="00B02214">
        <w:rPr>
          <w:rFonts w:ascii="Aptos" w:eastAsia="Aptos" w:hAnsi="Aptos" w:cs="Aptos"/>
          <w:lang w:val="fr-FR"/>
        </w:rPr>
        <w:t>Municipiul</w:t>
      </w:r>
      <w:proofErr w:type="spellEnd"/>
      <w:proofErr w:type="gramEnd"/>
      <w:r w:rsidRPr="00B02214">
        <w:rPr>
          <w:rFonts w:ascii="Aptos" w:eastAsia="Aptos" w:hAnsi="Aptos" w:cs="Aptos"/>
          <w:lang w:val="fr-FR"/>
        </w:rPr>
        <w:t xml:space="preserve"> </w:t>
      </w:r>
      <w:proofErr w:type="spellStart"/>
      <w:r w:rsidRPr="00B02214">
        <w:rPr>
          <w:rFonts w:ascii="Aptos" w:eastAsia="Aptos" w:hAnsi="Aptos" w:cs="Aptos"/>
          <w:lang w:val="fr-FR"/>
        </w:rPr>
        <w:t>Timișoara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temeiul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prezentului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contract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să</w:t>
      </w:r>
      <w:proofErr w:type="spellEnd"/>
      <w:r w:rsidRPr="00B02214">
        <w:rPr>
          <w:rFonts w:ascii="Aptos" w:eastAsia="Aptos" w:hAnsi="Aptos" w:cs="Aptos"/>
          <w:lang w:val="fr-FR"/>
        </w:rPr>
        <w:t xml:space="preserve"> nu mai fi </w:t>
      </w:r>
      <w:proofErr w:type="spellStart"/>
      <w:r w:rsidRPr="00B02214">
        <w:rPr>
          <w:rFonts w:ascii="Aptos" w:eastAsia="Aptos" w:hAnsi="Aptos" w:cs="Aptos"/>
          <w:lang w:val="fr-FR"/>
        </w:rPr>
        <w:t>fost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sau</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să</w:t>
      </w:r>
      <w:proofErr w:type="spellEnd"/>
      <w:r w:rsidRPr="00B02214">
        <w:rPr>
          <w:rFonts w:ascii="Aptos" w:eastAsia="Aptos" w:hAnsi="Aptos" w:cs="Aptos"/>
          <w:lang w:val="fr-FR"/>
        </w:rPr>
        <w:t xml:space="preserve"> nu </w:t>
      </w:r>
      <w:proofErr w:type="spellStart"/>
      <w:r w:rsidRPr="00B02214">
        <w:rPr>
          <w:rFonts w:ascii="Aptos" w:eastAsia="Aptos" w:hAnsi="Aptos" w:cs="Aptos"/>
          <w:lang w:val="fr-FR"/>
        </w:rPr>
        <w:t>urmeze</w:t>
      </w:r>
      <w:proofErr w:type="spellEnd"/>
      <w:r w:rsidRPr="00B02214">
        <w:rPr>
          <w:rFonts w:ascii="Aptos" w:eastAsia="Aptos" w:hAnsi="Aptos" w:cs="Aptos"/>
          <w:lang w:val="fr-FR"/>
        </w:rPr>
        <w:t xml:space="preserve"> a fi </w:t>
      </w:r>
      <w:proofErr w:type="spellStart"/>
      <w:r w:rsidRPr="00B02214">
        <w:rPr>
          <w:rFonts w:ascii="Aptos" w:eastAsia="Aptos" w:hAnsi="Aptos" w:cs="Aptos"/>
          <w:lang w:val="fr-FR"/>
        </w:rPr>
        <w:t>decontate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din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alte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fonduri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publice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sau</w:t>
      </w:r>
      <w:proofErr w:type="spellEnd"/>
      <w:r w:rsidRPr="00B02214">
        <w:rPr>
          <w:rFonts w:ascii="Aptos" w:eastAsia="Aptos" w:hAnsi="Aptos" w:cs="Aptos"/>
          <w:lang w:val="fr-FR"/>
        </w:rPr>
        <w:t xml:space="preserve"> </w:t>
      </w:r>
      <w:proofErr w:type="spellStart"/>
      <w:proofErr w:type="gramStart"/>
      <w:r w:rsidRPr="00B02214">
        <w:rPr>
          <w:rFonts w:ascii="Aptos" w:eastAsia="Aptos" w:hAnsi="Aptos" w:cs="Aptos"/>
          <w:lang w:val="fr-FR"/>
        </w:rPr>
        <w:t>private</w:t>
      </w:r>
      <w:proofErr w:type="spellEnd"/>
      <w:r w:rsidRPr="00B02214">
        <w:rPr>
          <w:rFonts w:ascii="Aptos" w:eastAsia="Aptos" w:hAnsi="Aptos" w:cs="Aptos"/>
          <w:lang w:val="fr-FR"/>
        </w:rPr>
        <w:t>;</w:t>
      </w:r>
      <w:proofErr w:type="gramEnd"/>
      <w:r w:rsidRPr="00B02214">
        <w:rPr>
          <w:rFonts w:ascii="Aptos" w:eastAsia="Aptos" w:hAnsi="Aptos" w:cs="Aptos"/>
          <w:lang w:val="fr-FR"/>
        </w:rPr>
        <w:t xml:space="preserve"> </w:t>
      </w:r>
    </w:p>
    <w:p w14:paraId="07DCFFE7" w14:textId="77777777" w:rsidR="00651778" w:rsidRPr="00B02214" w:rsidRDefault="00651778" w:rsidP="00651778">
      <w:pPr>
        <w:pStyle w:val="ListParagraph"/>
        <w:numPr>
          <w:ilvl w:val="0"/>
          <w:numId w:val="49"/>
        </w:numPr>
        <w:spacing w:before="240" w:after="240" w:line="279" w:lineRule="auto"/>
        <w:rPr>
          <w:rFonts w:ascii="Aptos" w:eastAsia="Aptos" w:hAnsi="Aptos" w:cs="Aptos"/>
          <w:lang w:val="fr-FR"/>
        </w:rPr>
      </w:pPr>
      <w:proofErr w:type="spellStart"/>
      <w:proofErr w:type="gramStart"/>
      <w:r w:rsidRPr="00B02214">
        <w:rPr>
          <w:rFonts w:ascii="Aptos" w:eastAsia="Aptos" w:hAnsi="Aptos" w:cs="Aptos"/>
          <w:lang w:val="fr-FR"/>
        </w:rPr>
        <w:t>să</w:t>
      </w:r>
      <w:proofErr w:type="spellEnd"/>
      <w:proofErr w:type="gramEnd"/>
      <w:r w:rsidRPr="00B02214">
        <w:rPr>
          <w:rFonts w:ascii="Aptos" w:eastAsia="Aptos" w:hAnsi="Aptos" w:cs="Aptos"/>
          <w:lang w:val="fr-FR"/>
        </w:rPr>
        <w:t xml:space="preserve"> </w:t>
      </w:r>
      <w:proofErr w:type="spellStart"/>
      <w:r w:rsidRPr="00B02214">
        <w:rPr>
          <w:rFonts w:ascii="Aptos" w:eastAsia="Aptos" w:hAnsi="Aptos" w:cs="Aptos"/>
          <w:lang w:val="fr-FR"/>
        </w:rPr>
        <w:t>anunțe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autoritatea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finanțatoare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cazul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oricărei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modificări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survenite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din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cauze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independente</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voința</w:t>
      </w:r>
      <w:proofErr w:type="spellEnd"/>
      <w:r w:rsidRPr="00B02214">
        <w:rPr>
          <w:rFonts w:ascii="Aptos" w:eastAsia="Aptos" w:hAnsi="Aptos" w:cs="Aptos"/>
          <w:lang w:val="fr-FR"/>
        </w:rPr>
        <w:t xml:space="preserve"> sa,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termen</w:t>
      </w:r>
      <w:proofErr w:type="spellEnd"/>
      <w:r w:rsidRPr="00B02214">
        <w:rPr>
          <w:rFonts w:ascii="Aptos" w:eastAsia="Aptos" w:hAnsi="Aptos" w:cs="Aptos"/>
          <w:lang w:val="fr-FR"/>
        </w:rPr>
        <w:t xml:space="preserve"> de 5 </w:t>
      </w:r>
      <w:proofErr w:type="spellStart"/>
      <w:r w:rsidRPr="00B02214">
        <w:rPr>
          <w:rFonts w:ascii="Aptos" w:eastAsia="Aptos" w:hAnsi="Aptos" w:cs="Aptos"/>
          <w:lang w:val="fr-FR"/>
        </w:rPr>
        <w:t>zile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calendaristice</w:t>
      </w:r>
      <w:proofErr w:type="spellEnd"/>
      <w:r w:rsidRPr="00B02214">
        <w:rPr>
          <w:rFonts w:ascii="Aptos" w:eastAsia="Aptos" w:hAnsi="Aptos" w:cs="Aptos"/>
          <w:lang w:val="fr-FR"/>
        </w:rPr>
        <w:t xml:space="preserve"> de la </w:t>
      </w:r>
      <w:proofErr w:type="spellStart"/>
      <w:r w:rsidRPr="00B02214">
        <w:rPr>
          <w:rFonts w:ascii="Aptos" w:eastAsia="Aptos" w:hAnsi="Aptos" w:cs="Aptos"/>
          <w:lang w:val="fr-FR"/>
        </w:rPr>
        <w:t>apariția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acesteia</w:t>
      </w:r>
      <w:proofErr w:type="spellEnd"/>
      <w:r w:rsidRPr="00B02214">
        <w:rPr>
          <w:rFonts w:ascii="Aptos" w:eastAsia="Aptos" w:hAnsi="Aptos" w:cs="Aptos"/>
          <w:lang w:val="fr-FR"/>
        </w:rPr>
        <w:t>.</w:t>
      </w:r>
    </w:p>
    <w:p w14:paraId="4451F119" w14:textId="77777777" w:rsidR="00651778" w:rsidRDefault="00651778" w:rsidP="00651778">
      <w:pPr>
        <w:pStyle w:val="ListParagraph"/>
        <w:numPr>
          <w:ilvl w:val="0"/>
          <w:numId w:val="49"/>
        </w:numPr>
        <w:spacing w:before="240" w:after="240" w:line="279" w:lineRule="auto"/>
        <w:rPr>
          <w:rFonts w:ascii="Aptos" w:eastAsia="Aptos" w:hAnsi="Aptos" w:cs="Aptos"/>
        </w:rPr>
      </w:pPr>
      <w:proofErr w:type="spellStart"/>
      <w:r w:rsidRPr="2C295FE7">
        <w:rPr>
          <w:rFonts w:ascii="Aptos" w:eastAsia="Aptos" w:hAnsi="Aptos" w:cs="Aptos"/>
        </w:rPr>
        <w:t>să</w:t>
      </w:r>
      <w:proofErr w:type="spellEnd"/>
      <w:r w:rsidRPr="2C295FE7">
        <w:rPr>
          <w:rFonts w:ascii="Aptos" w:eastAsia="Aptos" w:hAnsi="Aptos" w:cs="Aptos"/>
        </w:rPr>
        <w:t xml:space="preserve"> </w:t>
      </w:r>
      <w:proofErr w:type="spellStart"/>
      <w:r w:rsidRPr="2C295FE7">
        <w:rPr>
          <w:rFonts w:ascii="Aptos" w:eastAsia="Aptos" w:hAnsi="Aptos" w:cs="Aptos"/>
        </w:rPr>
        <w:t>respecte</w:t>
      </w:r>
      <w:proofErr w:type="spellEnd"/>
      <w:r w:rsidRPr="2C295FE7">
        <w:rPr>
          <w:rFonts w:ascii="Aptos" w:eastAsia="Aptos" w:hAnsi="Aptos" w:cs="Aptos"/>
        </w:rPr>
        <w:t xml:space="preserve"> </w:t>
      </w:r>
      <w:proofErr w:type="spellStart"/>
      <w:r w:rsidRPr="2C295FE7">
        <w:rPr>
          <w:rFonts w:ascii="Aptos" w:eastAsia="Aptos" w:hAnsi="Aptos" w:cs="Aptos"/>
        </w:rPr>
        <w:t>următoarele</w:t>
      </w:r>
      <w:proofErr w:type="spellEnd"/>
      <w:r w:rsidRPr="2C295FE7">
        <w:rPr>
          <w:rFonts w:ascii="Aptos" w:eastAsia="Aptos" w:hAnsi="Aptos" w:cs="Aptos"/>
        </w:rPr>
        <w:t xml:space="preserve"> </w:t>
      </w:r>
      <w:proofErr w:type="spellStart"/>
      <w:r w:rsidRPr="2C295FE7">
        <w:rPr>
          <w:rFonts w:ascii="Aptos" w:eastAsia="Aptos" w:hAnsi="Aptos" w:cs="Aptos"/>
        </w:rPr>
        <w:t>condiții</w:t>
      </w:r>
      <w:proofErr w:type="spellEnd"/>
      <w:r w:rsidRPr="2C295FE7">
        <w:rPr>
          <w:rFonts w:ascii="Aptos" w:eastAsia="Aptos" w:hAnsi="Aptos" w:cs="Aptos"/>
        </w:rPr>
        <w:t xml:space="preserve"> </w:t>
      </w:r>
      <w:proofErr w:type="spellStart"/>
      <w:r w:rsidRPr="2C295FE7">
        <w:rPr>
          <w:rFonts w:ascii="Aptos" w:eastAsia="Aptos" w:hAnsi="Aptos" w:cs="Aptos"/>
        </w:rPr>
        <w:t>pentru</w:t>
      </w:r>
      <w:proofErr w:type="spellEnd"/>
      <w:r w:rsidRPr="2C295FE7">
        <w:rPr>
          <w:rFonts w:ascii="Aptos" w:eastAsia="Aptos" w:hAnsi="Aptos" w:cs="Aptos"/>
        </w:rPr>
        <w:t xml:space="preserve"> </w:t>
      </w:r>
      <w:proofErr w:type="spellStart"/>
      <w:r w:rsidRPr="2C295FE7">
        <w:rPr>
          <w:rFonts w:ascii="Aptos" w:eastAsia="Aptos" w:hAnsi="Aptos" w:cs="Aptos"/>
        </w:rPr>
        <w:t>echipamentele</w:t>
      </w:r>
      <w:proofErr w:type="spellEnd"/>
      <w:r w:rsidRPr="2C295FE7">
        <w:rPr>
          <w:rFonts w:ascii="Aptos" w:eastAsia="Aptos" w:hAnsi="Aptos" w:cs="Aptos"/>
        </w:rPr>
        <w:t xml:space="preserve"> </w:t>
      </w:r>
      <w:proofErr w:type="spellStart"/>
      <w:r w:rsidRPr="2C295FE7">
        <w:rPr>
          <w:rFonts w:ascii="Aptos" w:eastAsia="Aptos" w:hAnsi="Aptos" w:cs="Aptos"/>
        </w:rPr>
        <w:t>achiziționate</w:t>
      </w:r>
      <w:proofErr w:type="spellEnd"/>
      <w:r w:rsidRPr="2C295FE7">
        <w:rPr>
          <w:rFonts w:ascii="Aptos" w:eastAsia="Aptos" w:hAnsi="Aptos" w:cs="Aptos"/>
        </w:rPr>
        <w:t xml:space="preserve"> integral din </w:t>
      </w:r>
      <w:proofErr w:type="spellStart"/>
      <w:r w:rsidRPr="2C295FE7">
        <w:rPr>
          <w:rFonts w:ascii="Aptos" w:eastAsia="Aptos" w:hAnsi="Aptos" w:cs="Aptos"/>
        </w:rPr>
        <w:t>finanțarea</w:t>
      </w:r>
      <w:proofErr w:type="spellEnd"/>
      <w:r w:rsidRPr="2C295FE7">
        <w:rPr>
          <w:rFonts w:ascii="Aptos" w:eastAsia="Aptos" w:hAnsi="Aptos" w:cs="Aptos"/>
        </w:rPr>
        <w:t xml:space="preserve"> </w:t>
      </w:r>
      <w:proofErr w:type="spellStart"/>
      <w:r w:rsidRPr="2C295FE7">
        <w:rPr>
          <w:rFonts w:ascii="Aptos" w:eastAsia="Aptos" w:hAnsi="Aptos" w:cs="Aptos"/>
        </w:rPr>
        <w:t>nerambursabilă</w:t>
      </w:r>
      <w:proofErr w:type="spellEnd"/>
      <w:r w:rsidRPr="2C295FE7">
        <w:rPr>
          <w:rFonts w:ascii="Aptos" w:eastAsia="Aptos" w:hAnsi="Aptos" w:cs="Aptos"/>
        </w:rPr>
        <w:t>:</w:t>
      </w:r>
    </w:p>
    <w:p w14:paraId="169B1E0E" w14:textId="77777777" w:rsidR="00651778" w:rsidRDefault="00651778" w:rsidP="00651778">
      <w:pPr>
        <w:pStyle w:val="ListParagraph"/>
        <w:numPr>
          <w:ilvl w:val="0"/>
          <w:numId w:val="50"/>
        </w:numPr>
        <w:spacing w:after="0" w:line="279" w:lineRule="auto"/>
        <w:rPr>
          <w:rFonts w:ascii="Aptos" w:eastAsia="Aptos" w:hAnsi="Aptos" w:cs="Aptos"/>
        </w:rPr>
      </w:pPr>
      <w:proofErr w:type="spellStart"/>
      <w:r w:rsidRPr="2C295FE7">
        <w:rPr>
          <w:rFonts w:ascii="Aptos" w:eastAsia="Aptos" w:hAnsi="Aptos" w:cs="Aptos"/>
        </w:rPr>
        <w:t>să</w:t>
      </w:r>
      <w:proofErr w:type="spellEnd"/>
      <w:r w:rsidRPr="2C295FE7">
        <w:rPr>
          <w:rFonts w:ascii="Aptos" w:eastAsia="Aptos" w:hAnsi="Aptos" w:cs="Aptos"/>
        </w:rPr>
        <w:t xml:space="preserve"> nu </w:t>
      </w:r>
      <w:proofErr w:type="spellStart"/>
      <w:r w:rsidRPr="2C295FE7">
        <w:rPr>
          <w:rFonts w:ascii="Aptos" w:eastAsia="Aptos" w:hAnsi="Aptos" w:cs="Aptos"/>
        </w:rPr>
        <w:t>înstrăineze</w:t>
      </w:r>
      <w:proofErr w:type="spellEnd"/>
      <w:r w:rsidRPr="2C295FE7">
        <w:rPr>
          <w:rFonts w:ascii="Aptos" w:eastAsia="Aptos" w:hAnsi="Aptos" w:cs="Aptos"/>
        </w:rPr>
        <w:t xml:space="preserve">, </w:t>
      </w:r>
      <w:proofErr w:type="spellStart"/>
      <w:r w:rsidRPr="2C295FE7">
        <w:rPr>
          <w:rFonts w:ascii="Aptos" w:eastAsia="Aptos" w:hAnsi="Aptos" w:cs="Aptos"/>
        </w:rPr>
        <w:t>închirieze</w:t>
      </w:r>
      <w:proofErr w:type="spellEnd"/>
      <w:r w:rsidRPr="2C295FE7">
        <w:rPr>
          <w:rFonts w:ascii="Aptos" w:eastAsia="Aptos" w:hAnsi="Aptos" w:cs="Aptos"/>
        </w:rPr>
        <w:t xml:space="preserve">, </w:t>
      </w:r>
      <w:proofErr w:type="spellStart"/>
      <w:r w:rsidRPr="2C295FE7">
        <w:rPr>
          <w:rFonts w:ascii="Aptos" w:eastAsia="Aptos" w:hAnsi="Aptos" w:cs="Aptos"/>
        </w:rPr>
        <w:t>gajeze</w:t>
      </w:r>
      <w:proofErr w:type="spellEnd"/>
      <w:r w:rsidRPr="2C295FE7">
        <w:rPr>
          <w:rFonts w:ascii="Aptos" w:eastAsia="Aptos" w:hAnsi="Aptos" w:cs="Aptos"/>
        </w:rPr>
        <w:t xml:space="preserve"> </w:t>
      </w:r>
      <w:proofErr w:type="spellStart"/>
      <w:r w:rsidRPr="2C295FE7">
        <w:rPr>
          <w:rFonts w:ascii="Aptos" w:eastAsia="Aptos" w:hAnsi="Aptos" w:cs="Aptos"/>
        </w:rPr>
        <w:t>sau</w:t>
      </w:r>
      <w:proofErr w:type="spellEnd"/>
      <w:r w:rsidRPr="2C295FE7">
        <w:rPr>
          <w:rFonts w:ascii="Aptos" w:eastAsia="Aptos" w:hAnsi="Aptos" w:cs="Aptos"/>
        </w:rPr>
        <w:t xml:space="preserve"> </w:t>
      </w:r>
      <w:proofErr w:type="spellStart"/>
      <w:r w:rsidRPr="2C295FE7">
        <w:rPr>
          <w:rFonts w:ascii="Aptos" w:eastAsia="Aptos" w:hAnsi="Aptos" w:cs="Aptos"/>
        </w:rPr>
        <w:t>ipotecheze</w:t>
      </w:r>
      <w:proofErr w:type="spellEnd"/>
      <w:r w:rsidRPr="2C295FE7">
        <w:rPr>
          <w:rFonts w:ascii="Aptos" w:eastAsia="Aptos" w:hAnsi="Aptos" w:cs="Aptos"/>
        </w:rPr>
        <w:t xml:space="preserve"> </w:t>
      </w:r>
      <w:proofErr w:type="spellStart"/>
      <w:r w:rsidRPr="2C295FE7">
        <w:rPr>
          <w:rFonts w:ascii="Aptos" w:eastAsia="Aptos" w:hAnsi="Aptos" w:cs="Aptos"/>
        </w:rPr>
        <w:t>bunurile</w:t>
      </w:r>
      <w:proofErr w:type="spellEnd"/>
      <w:r w:rsidRPr="2C295FE7">
        <w:rPr>
          <w:rFonts w:ascii="Aptos" w:eastAsia="Aptos" w:hAnsi="Aptos" w:cs="Aptos"/>
        </w:rPr>
        <w:t xml:space="preserve"> </w:t>
      </w:r>
      <w:proofErr w:type="spellStart"/>
      <w:r w:rsidRPr="2C295FE7">
        <w:rPr>
          <w:rFonts w:ascii="Aptos" w:eastAsia="Aptos" w:hAnsi="Aptos" w:cs="Aptos"/>
        </w:rPr>
        <w:t>achiziționate</w:t>
      </w:r>
      <w:proofErr w:type="spellEnd"/>
      <w:r w:rsidRPr="2C295FE7">
        <w:rPr>
          <w:rFonts w:ascii="Aptos" w:eastAsia="Aptos" w:hAnsi="Aptos" w:cs="Aptos"/>
        </w:rPr>
        <w:t xml:space="preserve"> din </w:t>
      </w:r>
      <w:proofErr w:type="spellStart"/>
      <w:r w:rsidRPr="2C295FE7">
        <w:rPr>
          <w:rFonts w:ascii="Aptos" w:eastAsia="Aptos" w:hAnsi="Aptos" w:cs="Aptos"/>
        </w:rPr>
        <w:t>finanțarea</w:t>
      </w:r>
      <w:proofErr w:type="spellEnd"/>
      <w:r w:rsidRPr="2C295FE7">
        <w:rPr>
          <w:rFonts w:ascii="Aptos" w:eastAsia="Aptos" w:hAnsi="Aptos" w:cs="Aptos"/>
        </w:rPr>
        <w:t xml:space="preserve"> </w:t>
      </w:r>
      <w:proofErr w:type="spellStart"/>
      <w:r w:rsidRPr="2C295FE7">
        <w:rPr>
          <w:rFonts w:ascii="Aptos" w:eastAsia="Aptos" w:hAnsi="Aptos" w:cs="Aptos"/>
        </w:rPr>
        <w:t>nerambursabilă</w:t>
      </w:r>
      <w:proofErr w:type="spellEnd"/>
      <w:r w:rsidRPr="2C295FE7">
        <w:rPr>
          <w:rFonts w:ascii="Aptos" w:eastAsia="Aptos" w:hAnsi="Aptos" w:cs="Aptos"/>
        </w:rPr>
        <w:t xml:space="preserve"> </w:t>
      </w:r>
      <w:proofErr w:type="spellStart"/>
      <w:r w:rsidRPr="2C295FE7">
        <w:rPr>
          <w:rFonts w:ascii="Aptos" w:eastAsia="Aptos" w:hAnsi="Aptos" w:cs="Aptos"/>
        </w:rPr>
        <w:t>pentru</w:t>
      </w:r>
      <w:proofErr w:type="spellEnd"/>
      <w:r w:rsidRPr="2C295FE7">
        <w:rPr>
          <w:rFonts w:ascii="Aptos" w:eastAsia="Aptos" w:hAnsi="Aptos" w:cs="Aptos"/>
        </w:rPr>
        <w:t xml:space="preserve"> </w:t>
      </w:r>
      <w:proofErr w:type="spellStart"/>
      <w:r w:rsidRPr="2C295FE7">
        <w:rPr>
          <w:rFonts w:ascii="Aptos" w:eastAsia="Aptos" w:hAnsi="Aptos" w:cs="Aptos"/>
        </w:rPr>
        <w:t>toată</w:t>
      </w:r>
      <w:proofErr w:type="spellEnd"/>
      <w:r w:rsidRPr="2C295FE7">
        <w:rPr>
          <w:rFonts w:ascii="Aptos" w:eastAsia="Aptos" w:hAnsi="Aptos" w:cs="Aptos"/>
        </w:rPr>
        <w:t xml:space="preserve"> </w:t>
      </w:r>
      <w:proofErr w:type="spellStart"/>
      <w:r w:rsidRPr="2C295FE7">
        <w:rPr>
          <w:rFonts w:ascii="Aptos" w:eastAsia="Aptos" w:hAnsi="Aptos" w:cs="Aptos"/>
        </w:rPr>
        <w:t>perioada</w:t>
      </w:r>
      <w:proofErr w:type="spellEnd"/>
      <w:r w:rsidRPr="2C295FE7">
        <w:rPr>
          <w:rFonts w:ascii="Aptos" w:eastAsia="Aptos" w:hAnsi="Aptos" w:cs="Aptos"/>
        </w:rPr>
        <w:t xml:space="preserve"> de </w:t>
      </w:r>
      <w:proofErr w:type="spellStart"/>
      <w:r w:rsidRPr="2C295FE7">
        <w:rPr>
          <w:rFonts w:ascii="Aptos" w:eastAsia="Aptos" w:hAnsi="Aptos" w:cs="Aptos"/>
        </w:rPr>
        <w:t>amortizare</w:t>
      </w:r>
      <w:proofErr w:type="spellEnd"/>
      <w:r w:rsidRPr="2C295FE7">
        <w:rPr>
          <w:rFonts w:ascii="Aptos" w:eastAsia="Aptos" w:hAnsi="Aptos" w:cs="Aptos"/>
        </w:rPr>
        <w:t xml:space="preserve">; </w:t>
      </w:r>
    </w:p>
    <w:p w14:paraId="57DCCDFC" w14:textId="77777777" w:rsidR="00651778" w:rsidRDefault="00651778" w:rsidP="00651778">
      <w:pPr>
        <w:pStyle w:val="ListParagraph"/>
        <w:numPr>
          <w:ilvl w:val="0"/>
          <w:numId w:val="50"/>
        </w:numPr>
        <w:spacing w:after="0" w:line="279" w:lineRule="auto"/>
        <w:rPr>
          <w:rFonts w:ascii="Aptos" w:eastAsia="Aptos" w:hAnsi="Aptos" w:cs="Aptos"/>
        </w:rPr>
      </w:pPr>
      <w:proofErr w:type="spellStart"/>
      <w:r w:rsidRPr="4CEEF237">
        <w:rPr>
          <w:rFonts w:ascii="Aptos" w:eastAsia="Aptos" w:hAnsi="Aptos" w:cs="Aptos"/>
        </w:rPr>
        <w:t>să</w:t>
      </w:r>
      <w:proofErr w:type="spellEnd"/>
      <w:r w:rsidRPr="4CEEF237">
        <w:rPr>
          <w:rFonts w:ascii="Aptos" w:eastAsia="Aptos" w:hAnsi="Aptos" w:cs="Aptos"/>
        </w:rPr>
        <w:t xml:space="preserve"> </w:t>
      </w:r>
      <w:proofErr w:type="spellStart"/>
      <w:r w:rsidRPr="4CEEF237">
        <w:rPr>
          <w:rFonts w:ascii="Aptos" w:eastAsia="Aptos" w:hAnsi="Aptos" w:cs="Aptos"/>
        </w:rPr>
        <w:t>utilizeze</w:t>
      </w:r>
      <w:proofErr w:type="spellEnd"/>
      <w:r w:rsidRPr="4CEEF237">
        <w:rPr>
          <w:rFonts w:ascii="Aptos" w:eastAsia="Aptos" w:hAnsi="Aptos" w:cs="Aptos"/>
        </w:rPr>
        <w:t xml:space="preserve"> </w:t>
      </w:r>
      <w:proofErr w:type="spellStart"/>
      <w:r w:rsidRPr="4CEEF237">
        <w:rPr>
          <w:rFonts w:ascii="Aptos" w:eastAsia="Aptos" w:hAnsi="Aptos" w:cs="Aptos"/>
        </w:rPr>
        <w:t>bunul</w:t>
      </w:r>
      <w:proofErr w:type="spellEnd"/>
      <w:r w:rsidRPr="4CEEF237">
        <w:rPr>
          <w:rFonts w:ascii="Aptos" w:eastAsia="Aptos" w:hAnsi="Aptos" w:cs="Aptos"/>
        </w:rPr>
        <w:t xml:space="preserve"> </w:t>
      </w:r>
      <w:proofErr w:type="spellStart"/>
      <w:r w:rsidRPr="4CEEF237">
        <w:rPr>
          <w:rFonts w:ascii="Aptos" w:eastAsia="Aptos" w:hAnsi="Aptos" w:cs="Aptos"/>
        </w:rPr>
        <w:t>exclusiv</w:t>
      </w:r>
      <w:proofErr w:type="spellEnd"/>
      <w:r w:rsidRPr="4CEEF237">
        <w:rPr>
          <w:rFonts w:ascii="Aptos" w:eastAsia="Aptos" w:hAnsi="Aptos" w:cs="Aptos"/>
        </w:rPr>
        <w:t xml:space="preserve"> </w:t>
      </w:r>
      <w:proofErr w:type="spellStart"/>
      <w:r w:rsidRPr="4CEEF237">
        <w:rPr>
          <w:rFonts w:ascii="Aptos" w:eastAsia="Aptos" w:hAnsi="Aptos" w:cs="Aptos"/>
        </w:rPr>
        <w:t>în</w:t>
      </w:r>
      <w:proofErr w:type="spellEnd"/>
      <w:r w:rsidRPr="4CEEF237">
        <w:rPr>
          <w:rFonts w:ascii="Aptos" w:eastAsia="Aptos" w:hAnsi="Aptos" w:cs="Aptos"/>
        </w:rPr>
        <w:t xml:space="preserve"> </w:t>
      </w:r>
      <w:proofErr w:type="spellStart"/>
      <w:r w:rsidRPr="4CEEF237">
        <w:rPr>
          <w:rFonts w:ascii="Aptos" w:eastAsia="Aptos" w:hAnsi="Aptos" w:cs="Aptos"/>
        </w:rPr>
        <w:t>scopuri</w:t>
      </w:r>
      <w:proofErr w:type="spellEnd"/>
      <w:r w:rsidRPr="4CEEF237">
        <w:rPr>
          <w:rFonts w:ascii="Aptos" w:eastAsia="Aptos" w:hAnsi="Aptos" w:cs="Aptos"/>
        </w:rPr>
        <w:t xml:space="preserve"> educative </w:t>
      </w:r>
      <w:proofErr w:type="spellStart"/>
      <w:r w:rsidRPr="4CEEF237">
        <w:rPr>
          <w:rFonts w:ascii="Aptos" w:eastAsia="Aptos" w:hAnsi="Aptos" w:cs="Aptos"/>
        </w:rPr>
        <w:t>sau</w:t>
      </w:r>
      <w:proofErr w:type="spellEnd"/>
      <w:r w:rsidRPr="4CEEF237">
        <w:rPr>
          <w:rFonts w:ascii="Aptos" w:eastAsia="Aptos" w:hAnsi="Aptos" w:cs="Aptos"/>
        </w:rPr>
        <w:t xml:space="preserve"> de </w:t>
      </w:r>
      <w:proofErr w:type="spellStart"/>
      <w:r w:rsidRPr="4CEEF237">
        <w:rPr>
          <w:rFonts w:ascii="Aptos" w:eastAsia="Aptos" w:hAnsi="Aptos" w:cs="Aptos"/>
        </w:rPr>
        <w:t>utilitate</w:t>
      </w:r>
      <w:proofErr w:type="spellEnd"/>
      <w:r w:rsidRPr="4CEEF237">
        <w:rPr>
          <w:rFonts w:ascii="Aptos" w:eastAsia="Aptos" w:hAnsi="Aptos" w:cs="Aptos"/>
        </w:rPr>
        <w:t xml:space="preserve"> </w:t>
      </w:r>
      <w:proofErr w:type="spellStart"/>
      <w:r w:rsidRPr="4CEEF237">
        <w:rPr>
          <w:rFonts w:ascii="Aptos" w:eastAsia="Aptos" w:hAnsi="Aptos" w:cs="Aptos"/>
        </w:rPr>
        <w:t>publică</w:t>
      </w:r>
      <w:proofErr w:type="spellEnd"/>
      <w:r w:rsidRPr="4CEEF237">
        <w:rPr>
          <w:rFonts w:ascii="Aptos" w:eastAsia="Aptos" w:hAnsi="Aptos" w:cs="Aptos"/>
        </w:rPr>
        <w:t xml:space="preserve">, </w:t>
      </w:r>
      <w:proofErr w:type="spellStart"/>
      <w:r w:rsidRPr="4CEEF237">
        <w:rPr>
          <w:rFonts w:ascii="Aptos" w:eastAsia="Aptos" w:hAnsi="Aptos" w:cs="Aptos"/>
        </w:rPr>
        <w:t>similare</w:t>
      </w:r>
      <w:proofErr w:type="spellEnd"/>
      <w:r w:rsidRPr="4CEEF237">
        <w:rPr>
          <w:rFonts w:ascii="Aptos" w:eastAsia="Aptos" w:hAnsi="Aptos" w:cs="Aptos"/>
        </w:rPr>
        <w:t xml:space="preserve"> </w:t>
      </w:r>
      <w:proofErr w:type="spellStart"/>
      <w:r w:rsidRPr="4CEEF237">
        <w:rPr>
          <w:rFonts w:ascii="Aptos" w:eastAsia="Aptos" w:hAnsi="Aptos" w:cs="Aptos"/>
        </w:rPr>
        <w:t>obiectivelor</w:t>
      </w:r>
      <w:proofErr w:type="spellEnd"/>
      <w:r w:rsidRPr="4CEEF237">
        <w:rPr>
          <w:rFonts w:ascii="Aptos" w:eastAsia="Aptos" w:hAnsi="Aptos" w:cs="Aptos"/>
        </w:rPr>
        <w:t xml:space="preserve"> </w:t>
      </w:r>
      <w:proofErr w:type="spellStart"/>
      <w:r w:rsidRPr="4CEEF237">
        <w:rPr>
          <w:rFonts w:ascii="Aptos" w:eastAsia="Aptos" w:hAnsi="Aptos" w:cs="Aptos"/>
        </w:rPr>
        <w:t>proiectului</w:t>
      </w:r>
      <w:proofErr w:type="spellEnd"/>
      <w:r w:rsidRPr="4CEEF237">
        <w:rPr>
          <w:rFonts w:ascii="Aptos" w:eastAsia="Aptos" w:hAnsi="Aptos" w:cs="Aptos"/>
        </w:rPr>
        <w:t xml:space="preserve"> </w:t>
      </w:r>
      <w:proofErr w:type="spellStart"/>
      <w:r w:rsidRPr="4CEEF237">
        <w:rPr>
          <w:rFonts w:ascii="Aptos" w:eastAsia="Aptos" w:hAnsi="Aptos" w:cs="Aptos"/>
        </w:rPr>
        <w:t>finanțat</w:t>
      </w:r>
      <w:proofErr w:type="spellEnd"/>
      <w:r w:rsidRPr="4CEEF237">
        <w:rPr>
          <w:rFonts w:ascii="Aptos" w:eastAsia="Aptos" w:hAnsi="Aptos" w:cs="Aptos"/>
        </w:rPr>
        <w:t xml:space="preserve">, pe </w:t>
      </w:r>
      <w:proofErr w:type="spellStart"/>
      <w:r w:rsidRPr="4CEEF237">
        <w:rPr>
          <w:rFonts w:ascii="Aptos" w:eastAsia="Aptos" w:hAnsi="Aptos" w:cs="Aptos"/>
        </w:rPr>
        <w:t>întreaga</w:t>
      </w:r>
      <w:proofErr w:type="spellEnd"/>
      <w:r w:rsidRPr="4CEEF237">
        <w:rPr>
          <w:rFonts w:ascii="Aptos" w:eastAsia="Aptos" w:hAnsi="Aptos" w:cs="Aptos"/>
        </w:rPr>
        <w:t xml:space="preserve"> </w:t>
      </w:r>
      <w:proofErr w:type="spellStart"/>
      <w:r w:rsidRPr="4CEEF237">
        <w:rPr>
          <w:rFonts w:ascii="Aptos" w:eastAsia="Aptos" w:hAnsi="Aptos" w:cs="Aptos"/>
        </w:rPr>
        <w:t>perioadă</w:t>
      </w:r>
      <w:proofErr w:type="spellEnd"/>
      <w:r w:rsidRPr="4CEEF237">
        <w:rPr>
          <w:rFonts w:ascii="Aptos" w:eastAsia="Aptos" w:hAnsi="Aptos" w:cs="Aptos"/>
        </w:rPr>
        <w:t xml:space="preserve"> de </w:t>
      </w:r>
      <w:proofErr w:type="spellStart"/>
      <w:r w:rsidRPr="4CEEF237">
        <w:rPr>
          <w:rFonts w:ascii="Aptos" w:eastAsia="Aptos" w:hAnsi="Aptos" w:cs="Aptos"/>
        </w:rPr>
        <w:t>indisponibilizare</w:t>
      </w:r>
      <w:proofErr w:type="spellEnd"/>
      <w:r w:rsidRPr="4CEEF237">
        <w:rPr>
          <w:rFonts w:ascii="Aptos" w:eastAsia="Aptos" w:hAnsi="Aptos" w:cs="Aptos"/>
        </w:rPr>
        <w:t xml:space="preserve">; </w:t>
      </w:r>
    </w:p>
    <w:p w14:paraId="4CD720A7" w14:textId="77777777" w:rsidR="00651778" w:rsidRDefault="00651778" w:rsidP="00651778">
      <w:pPr>
        <w:pStyle w:val="ListParagraph"/>
        <w:numPr>
          <w:ilvl w:val="0"/>
          <w:numId w:val="50"/>
        </w:numPr>
        <w:spacing w:after="0" w:line="279" w:lineRule="auto"/>
        <w:rPr>
          <w:rFonts w:ascii="Aptos" w:eastAsia="Aptos" w:hAnsi="Aptos" w:cs="Aptos"/>
        </w:rPr>
      </w:pPr>
      <w:proofErr w:type="spellStart"/>
      <w:r w:rsidRPr="2C295FE7">
        <w:rPr>
          <w:rFonts w:ascii="Aptos" w:eastAsia="Aptos" w:hAnsi="Aptos" w:cs="Aptos"/>
        </w:rPr>
        <w:t>să</w:t>
      </w:r>
      <w:proofErr w:type="spellEnd"/>
      <w:r w:rsidRPr="2C295FE7">
        <w:rPr>
          <w:rFonts w:ascii="Aptos" w:eastAsia="Aptos" w:hAnsi="Aptos" w:cs="Aptos"/>
        </w:rPr>
        <w:t xml:space="preserve"> </w:t>
      </w:r>
      <w:proofErr w:type="spellStart"/>
      <w:r w:rsidRPr="2C295FE7">
        <w:rPr>
          <w:rFonts w:ascii="Aptos" w:eastAsia="Aptos" w:hAnsi="Aptos" w:cs="Aptos"/>
        </w:rPr>
        <w:t>aplice</w:t>
      </w:r>
      <w:proofErr w:type="spellEnd"/>
      <w:r w:rsidRPr="2C295FE7">
        <w:rPr>
          <w:rFonts w:ascii="Aptos" w:eastAsia="Aptos" w:hAnsi="Aptos" w:cs="Aptos"/>
        </w:rPr>
        <w:t xml:space="preserve"> pe </w:t>
      </w:r>
      <w:proofErr w:type="spellStart"/>
      <w:r w:rsidRPr="2C295FE7">
        <w:rPr>
          <w:rFonts w:ascii="Aptos" w:eastAsia="Aptos" w:hAnsi="Aptos" w:cs="Aptos"/>
        </w:rPr>
        <w:t>fiecare</w:t>
      </w:r>
      <w:proofErr w:type="spellEnd"/>
      <w:r w:rsidRPr="2C295FE7">
        <w:rPr>
          <w:rFonts w:ascii="Aptos" w:eastAsia="Aptos" w:hAnsi="Aptos" w:cs="Aptos"/>
        </w:rPr>
        <w:t xml:space="preserve"> </w:t>
      </w:r>
      <w:proofErr w:type="spellStart"/>
      <w:r w:rsidRPr="2C295FE7">
        <w:rPr>
          <w:rFonts w:ascii="Aptos" w:eastAsia="Aptos" w:hAnsi="Aptos" w:cs="Aptos"/>
        </w:rPr>
        <w:t>echipament</w:t>
      </w:r>
      <w:proofErr w:type="spellEnd"/>
      <w:r w:rsidRPr="2C295FE7">
        <w:rPr>
          <w:rFonts w:ascii="Aptos" w:eastAsia="Aptos" w:hAnsi="Aptos" w:cs="Aptos"/>
        </w:rPr>
        <w:t xml:space="preserve"> </w:t>
      </w:r>
      <w:proofErr w:type="spellStart"/>
      <w:r w:rsidRPr="2C295FE7">
        <w:rPr>
          <w:rFonts w:ascii="Aptos" w:eastAsia="Aptos" w:hAnsi="Aptos" w:cs="Aptos"/>
        </w:rPr>
        <w:t>textul</w:t>
      </w:r>
      <w:proofErr w:type="spellEnd"/>
      <w:r w:rsidRPr="2C295FE7">
        <w:rPr>
          <w:rFonts w:ascii="Aptos" w:eastAsia="Aptos" w:hAnsi="Aptos" w:cs="Aptos"/>
        </w:rPr>
        <w:t xml:space="preserve">: „Bun </w:t>
      </w:r>
      <w:proofErr w:type="spellStart"/>
      <w:r w:rsidRPr="2C295FE7">
        <w:rPr>
          <w:rFonts w:ascii="Aptos" w:eastAsia="Aptos" w:hAnsi="Aptos" w:cs="Aptos"/>
        </w:rPr>
        <w:t>achiziționat</w:t>
      </w:r>
      <w:proofErr w:type="spellEnd"/>
      <w:r w:rsidRPr="2C295FE7">
        <w:rPr>
          <w:rFonts w:ascii="Aptos" w:eastAsia="Aptos" w:hAnsi="Aptos" w:cs="Aptos"/>
        </w:rPr>
        <w:t xml:space="preserve"> </w:t>
      </w:r>
      <w:proofErr w:type="spellStart"/>
      <w:r w:rsidRPr="2C295FE7">
        <w:rPr>
          <w:rFonts w:ascii="Aptos" w:eastAsia="Aptos" w:hAnsi="Aptos" w:cs="Aptos"/>
        </w:rPr>
        <w:t>prin</w:t>
      </w:r>
      <w:proofErr w:type="spellEnd"/>
      <w:r w:rsidRPr="2C295FE7">
        <w:rPr>
          <w:rFonts w:ascii="Aptos" w:eastAsia="Aptos" w:hAnsi="Aptos" w:cs="Aptos"/>
        </w:rPr>
        <w:t xml:space="preserve"> </w:t>
      </w:r>
      <w:proofErr w:type="spellStart"/>
      <w:r w:rsidRPr="2C295FE7">
        <w:rPr>
          <w:rFonts w:ascii="Aptos" w:eastAsia="Aptos" w:hAnsi="Aptos" w:cs="Aptos"/>
        </w:rPr>
        <w:t>Municipiul</w:t>
      </w:r>
      <w:proofErr w:type="spellEnd"/>
      <w:r w:rsidRPr="2C295FE7">
        <w:rPr>
          <w:rFonts w:ascii="Aptos" w:eastAsia="Aptos" w:hAnsi="Aptos" w:cs="Aptos"/>
        </w:rPr>
        <w:t xml:space="preserve"> </w:t>
      </w:r>
      <w:proofErr w:type="spellStart"/>
      <w:r w:rsidRPr="2C295FE7">
        <w:rPr>
          <w:rFonts w:ascii="Aptos" w:eastAsia="Aptos" w:hAnsi="Aptos" w:cs="Aptos"/>
        </w:rPr>
        <w:t>Timișoara</w:t>
      </w:r>
      <w:proofErr w:type="spellEnd"/>
      <w:r w:rsidRPr="2C295FE7">
        <w:rPr>
          <w:rFonts w:ascii="Aptos" w:eastAsia="Aptos" w:hAnsi="Aptos" w:cs="Aptos"/>
        </w:rPr>
        <w:t xml:space="preserve"> – </w:t>
      </w:r>
      <w:proofErr w:type="spellStart"/>
      <w:r w:rsidRPr="2C295FE7">
        <w:rPr>
          <w:rFonts w:ascii="Aptos" w:eastAsia="Aptos" w:hAnsi="Aptos" w:cs="Aptos"/>
        </w:rPr>
        <w:t>Programul</w:t>
      </w:r>
      <w:proofErr w:type="spellEnd"/>
      <w:r w:rsidRPr="2C295FE7">
        <w:rPr>
          <w:rFonts w:ascii="Aptos" w:eastAsia="Aptos" w:hAnsi="Aptos" w:cs="Aptos"/>
        </w:rPr>
        <w:t xml:space="preserve"> Youth Climate Action Fund 2026”.  </w:t>
      </w:r>
      <w:proofErr w:type="spellStart"/>
      <w:r w:rsidRPr="2C295FE7">
        <w:rPr>
          <w:rFonts w:ascii="Aptos" w:eastAsia="Aptos" w:hAnsi="Aptos" w:cs="Aptos"/>
        </w:rPr>
        <w:t>Dovada</w:t>
      </w:r>
      <w:proofErr w:type="spellEnd"/>
      <w:r w:rsidRPr="2C295FE7">
        <w:rPr>
          <w:rFonts w:ascii="Aptos" w:eastAsia="Aptos" w:hAnsi="Aptos" w:cs="Aptos"/>
        </w:rPr>
        <w:t xml:space="preserve"> </w:t>
      </w:r>
      <w:proofErr w:type="spellStart"/>
      <w:r w:rsidRPr="2C295FE7">
        <w:rPr>
          <w:rFonts w:ascii="Aptos" w:eastAsia="Aptos" w:hAnsi="Aptos" w:cs="Aptos"/>
        </w:rPr>
        <w:t>marcării</w:t>
      </w:r>
      <w:proofErr w:type="spellEnd"/>
      <w:r w:rsidRPr="2C295FE7">
        <w:rPr>
          <w:rFonts w:ascii="Aptos" w:eastAsia="Aptos" w:hAnsi="Aptos" w:cs="Aptos"/>
        </w:rPr>
        <w:t xml:space="preserve"> se face </w:t>
      </w:r>
      <w:proofErr w:type="spellStart"/>
      <w:r w:rsidRPr="2C295FE7">
        <w:rPr>
          <w:rFonts w:ascii="Aptos" w:eastAsia="Aptos" w:hAnsi="Aptos" w:cs="Aptos"/>
        </w:rPr>
        <w:t>prin</w:t>
      </w:r>
      <w:proofErr w:type="spellEnd"/>
      <w:r w:rsidRPr="2C295FE7">
        <w:rPr>
          <w:rFonts w:ascii="Aptos" w:eastAsia="Aptos" w:hAnsi="Aptos" w:cs="Aptos"/>
        </w:rPr>
        <w:t xml:space="preserve"> </w:t>
      </w:r>
      <w:proofErr w:type="spellStart"/>
      <w:r w:rsidRPr="2C295FE7">
        <w:rPr>
          <w:rFonts w:ascii="Aptos" w:eastAsia="Aptos" w:hAnsi="Aptos" w:cs="Aptos"/>
        </w:rPr>
        <w:t>fotografii</w:t>
      </w:r>
      <w:proofErr w:type="spellEnd"/>
      <w:r w:rsidRPr="2C295FE7">
        <w:rPr>
          <w:rFonts w:ascii="Aptos" w:eastAsia="Aptos" w:hAnsi="Aptos" w:cs="Aptos"/>
        </w:rPr>
        <w:t xml:space="preserve"> </w:t>
      </w:r>
      <w:proofErr w:type="spellStart"/>
      <w:r w:rsidRPr="2C295FE7">
        <w:rPr>
          <w:rFonts w:ascii="Aptos" w:eastAsia="Aptos" w:hAnsi="Aptos" w:cs="Aptos"/>
        </w:rPr>
        <w:t>anexate</w:t>
      </w:r>
      <w:proofErr w:type="spellEnd"/>
      <w:r w:rsidRPr="2C295FE7">
        <w:rPr>
          <w:rFonts w:ascii="Aptos" w:eastAsia="Aptos" w:hAnsi="Aptos" w:cs="Aptos"/>
        </w:rPr>
        <w:t xml:space="preserve"> </w:t>
      </w:r>
      <w:proofErr w:type="spellStart"/>
      <w:r w:rsidRPr="2C295FE7">
        <w:rPr>
          <w:rFonts w:ascii="Aptos" w:eastAsia="Aptos" w:hAnsi="Aptos" w:cs="Aptos"/>
        </w:rPr>
        <w:t>raportului</w:t>
      </w:r>
      <w:proofErr w:type="spellEnd"/>
      <w:r w:rsidRPr="2C295FE7">
        <w:rPr>
          <w:rFonts w:ascii="Aptos" w:eastAsia="Aptos" w:hAnsi="Aptos" w:cs="Aptos"/>
        </w:rPr>
        <w:t xml:space="preserve"> final. </w:t>
      </w:r>
    </w:p>
    <w:p w14:paraId="740C73EB" w14:textId="77777777" w:rsidR="00651778" w:rsidRDefault="00651778" w:rsidP="00651778">
      <w:pPr>
        <w:spacing w:before="240" w:after="240"/>
        <w:rPr>
          <w:rFonts w:ascii="Aptos" w:eastAsia="Aptos" w:hAnsi="Aptos" w:cs="Aptos"/>
          <w:b/>
          <w:bCs/>
        </w:rPr>
      </w:pPr>
      <w:proofErr w:type="spellStart"/>
      <w:r w:rsidRPr="4CEEF237">
        <w:rPr>
          <w:rFonts w:ascii="Aptos" w:eastAsia="Aptos" w:hAnsi="Aptos" w:cs="Aptos"/>
          <w:b/>
          <w:bCs/>
        </w:rPr>
        <w:t>Capitolul</w:t>
      </w:r>
      <w:proofErr w:type="spellEnd"/>
      <w:r w:rsidRPr="4CEEF237">
        <w:rPr>
          <w:rFonts w:ascii="Aptos" w:eastAsia="Aptos" w:hAnsi="Aptos" w:cs="Aptos"/>
          <w:b/>
          <w:bCs/>
        </w:rPr>
        <w:t xml:space="preserve"> 6. </w:t>
      </w:r>
      <w:proofErr w:type="spellStart"/>
      <w:r w:rsidRPr="4CEEF237">
        <w:rPr>
          <w:rFonts w:ascii="Aptos" w:eastAsia="Aptos" w:hAnsi="Aptos" w:cs="Aptos"/>
          <w:b/>
          <w:bCs/>
        </w:rPr>
        <w:t>Modificarea</w:t>
      </w:r>
      <w:proofErr w:type="spellEnd"/>
      <w:r w:rsidRPr="4CEEF237">
        <w:rPr>
          <w:rFonts w:ascii="Aptos" w:eastAsia="Aptos" w:hAnsi="Aptos" w:cs="Aptos"/>
          <w:b/>
          <w:bCs/>
        </w:rPr>
        <w:t xml:space="preserve">, </w:t>
      </w:r>
      <w:proofErr w:type="spellStart"/>
      <w:r w:rsidRPr="4CEEF237">
        <w:rPr>
          <w:rFonts w:ascii="Aptos" w:eastAsia="Aptos" w:hAnsi="Aptos" w:cs="Aptos"/>
          <w:b/>
          <w:bCs/>
        </w:rPr>
        <w:t>rezilierea</w:t>
      </w:r>
      <w:proofErr w:type="spellEnd"/>
      <w:r w:rsidRPr="4CEEF237">
        <w:rPr>
          <w:rFonts w:ascii="Aptos" w:eastAsia="Aptos" w:hAnsi="Aptos" w:cs="Aptos"/>
          <w:b/>
          <w:bCs/>
        </w:rPr>
        <w:t xml:space="preserve"> </w:t>
      </w:r>
      <w:proofErr w:type="spellStart"/>
      <w:r w:rsidRPr="4CEEF237">
        <w:rPr>
          <w:rFonts w:ascii="Aptos" w:eastAsia="Aptos" w:hAnsi="Aptos" w:cs="Aptos"/>
          <w:b/>
          <w:bCs/>
        </w:rPr>
        <w:t>și</w:t>
      </w:r>
      <w:proofErr w:type="spellEnd"/>
      <w:r w:rsidRPr="4CEEF237">
        <w:rPr>
          <w:rFonts w:ascii="Aptos" w:eastAsia="Aptos" w:hAnsi="Aptos" w:cs="Aptos"/>
          <w:b/>
          <w:bCs/>
        </w:rPr>
        <w:t xml:space="preserve"> </w:t>
      </w:r>
      <w:proofErr w:type="spellStart"/>
      <w:r w:rsidRPr="4CEEF237">
        <w:rPr>
          <w:rFonts w:ascii="Aptos" w:eastAsia="Aptos" w:hAnsi="Aptos" w:cs="Aptos"/>
          <w:b/>
          <w:bCs/>
        </w:rPr>
        <w:t>încetarea</w:t>
      </w:r>
      <w:proofErr w:type="spellEnd"/>
      <w:r w:rsidRPr="4CEEF237">
        <w:rPr>
          <w:rFonts w:ascii="Aptos" w:eastAsia="Aptos" w:hAnsi="Aptos" w:cs="Aptos"/>
          <w:b/>
          <w:bCs/>
        </w:rPr>
        <w:t xml:space="preserve"> </w:t>
      </w:r>
      <w:proofErr w:type="spellStart"/>
      <w:r w:rsidRPr="4CEEF237">
        <w:rPr>
          <w:rFonts w:ascii="Aptos" w:eastAsia="Aptos" w:hAnsi="Aptos" w:cs="Aptos"/>
          <w:b/>
          <w:bCs/>
        </w:rPr>
        <w:t>contractului</w:t>
      </w:r>
      <w:proofErr w:type="spellEnd"/>
      <w:r w:rsidRPr="4CEEF237">
        <w:rPr>
          <w:rFonts w:ascii="Aptos" w:eastAsia="Aptos" w:hAnsi="Aptos" w:cs="Aptos"/>
          <w:b/>
          <w:bCs/>
        </w:rPr>
        <w:t xml:space="preserve"> </w:t>
      </w:r>
    </w:p>
    <w:p w14:paraId="1CC7E2A1" w14:textId="77777777" w:rsidR="00651778" w:rsidRDefault="00651778" w:rsidP="00651778">
      <w:pPr>
        <w:spacing w:before="240" w:after="240"/>
      </w:pPr>
      <w:proofErr w:type="spellStart"/>
      <w:r w:rsidRPr="4CEEF237">
        <w:rPr>
          <w:rFonts w:ascii="Aptos" w:eastAsia="Aptos" w:hAnsi="Aptos" w:cs="Aptos"/>
        </w:rPr>
        <w:t>Secțiunea</w:t>
      </w:r>
      <w:proofErr w:type="spellEnd"/>
      <w:r w:rsidRPr="4CEEF237">
        <w:rPr>
          <w:rFonts w:ascii="Aptos" w:eastAsia="Aptos" w:hAnsi="Aptos" w:cs="Aptos"/>
        </w:rPr>
        <w:t xml:space="preserve"> 1. </w:t>
      </w:r>
      <w:proofErr w:type="spellStart"/>
      <w:r w:rsidRPr="4CEEF237">
        <w:rPr>
          <w:rFonts w:ascii="Aptos" w:eastAsia="Aptos" w:hAnsi="Aptos" w:cs="Aptos"/>
        </w:rPr>
        <w:t>Modificarea</w:t>
      </w:r>
      <w:proofErr w:type="spellEnd"/>
      <w:r w:rsidRPr="4CEEF237">
        <w:rPr>
          <w:rFonts w:ascii="Aptos" w:eastAsia="Aptos" w:hAnsi="Aptos" w:cs="Aptos"/>
        </w:rPr>
        <w:t xml:space="preserve"> </w:t>
      </w:r>
      <w:proofErr w:type="spellStart"/>
      <w:r w:rsidRPr="4CEEF237">
        <w:rPr>
          <w:rFonts w:ascii="Aptos" w:eastAsia="Aptos" w:hAnsi="Aptos" w:cs="Aptos"/>
        </w:rPr>
        <w:t>contractului</w:t>
      </w:r>
      <w:proofErr w:type="spellEnd"/>
    </w:p>
    <w:p w14:paraId="3B4DEF77" w14:textId="77777777" w:rsidR="00651778" w:rsidRPr="00B02214" w:rsidRDefault="00651778" w:rsidP="00651778">
      <w:pPr>
        <w:spacing w:before="240" w:after="240"/>
        <w:rPr>
          <w:rFonts w:ascii="Aptos" w:eastAsia="Aptos" w:hAnsi="Aptos" w:cs="Aptos"/>
        </w:rPr>
      </w:pPr>
      <w:r w:rsidRPr="00B02214">
        <w:rPr>
          <w:rFonts w:ascii="Aptos" w:eastAsia="Aptos" w:hAnsi="Aptos" w:cs="Aptos"/>
        </w:rPr>
        <w:t xml:space="preserve">Art. 15. (1) </w:t>
      </w:r>
      <w:proofErr w:type="spellStart"/>
      <w:r w:rsidRPr="00B02214">
        <w:rPr>
          <w:rFonts w:ascii="Aptos" w:eastAsia="Aptos" w:hAnsi="Aptos" w:cs="Aptos"/>
        </w:rPr>
        <w:t>Prezentul</w:t>
      </w:r>
      <w:proofErr w:type="spellEnd"/>
      <w:r w:rsidRPr="00B02214">
        <w:rPr>
          <w:rFonts w:ascii="Aptos" w:eastAsia="Aptos" w:hAnsi="Aptos" w:cs="Aptos"/>
        </w:rPr>
        <w:t xml:space="preserve"> contract </w:t>
      </w:r>
      <w:proofErr w:type="spellStart"/>
      <w:r w:rsidRPr="00B02214">
        <w:rPr>
          <w:rFonts w:ascii="Aptos" w:eastAsia="Aptos" w:hAnsi="Aptos" w:cs="Aptos"/>
        </w:rPr>
        <w:t>poate</w:t>
      </w:r>
      <w:proofErr w:type="spellEnd"/>
      <w:r w:rsidRPr="00B02214">
        <w:rPr>
          <w:rFonts w:ascii="Aptos" w:eastAsia="Aptos" w:hAnsi="Aptos" w:cs="Aptos"/>
        </w:rPr>
        <w:t xml:space="preserve"> fi </w:t>
      </w:r>
      <w:proofErr w:type="spellStart"/>
      <w:r w:rsidRPr="00B02214">
        <w:rPr>
          <w:rFonts w:ascii="Aptos" w:eastAsia="Aptos" w:hAnsi="Aptos" w:cs="Aptos"/>
        </w:rPr>
        <w:t>modificat</w:t>
      </w:r>
      <w:proofErr w:type="spellEnd"/>
      <w:r w:rsidRPr="00B02214">
        <w:rPr>
          <w:rFonts w:ascii="Aptos" w:eastAsia="Aptos" w:hAnsi="Aptos" w:cs="Aptos"/>
        </w:rPr>
        <w:t xml:space="preserve"> </w:t>
      </w:r>
      <w:proofErr w:type="spellStart"/>
      <w:r w:rsidRPr="00B02214">
        <w:rPr>
          <w:rFonts w:ascii="Aptos" w:eastAsia="Aptos" w:hAnsi="Aptos" w:cs="Aptos"/>
        </w:rPr>
        <w:t>numai</w:t>
      </w:r>
      <w:proofErr w:type="spellEnd"/>
      <w:r w:rsidRPr="00B02214">
        <w:rPr>
          <w:rFonts w:ascii="Aptos" w:eastAsia="Aptos" w:hAnsi="Aptos" w:cs="Aptos"/>
        </w:rPr>
        <w:t xml:space="preserve"> </w:t>
      </w:r>
      <w:proofErr w:type="spellStart"/>
      <w:r w:rsidRPr="00B02214">
        <w:rPr>
          <w:rFonts w:ascii="Aptos" w:eastAsia="Aptos" w:hAnsi="Aptos" w:cs="Aptos"/>
        </w:rPr>
        <w:t>în</w:t>
      </w:r>
      <w:proofErr w:type="spellEnd"/>
      <w:r w:rsidRPr="00B02214">
        <w:rPr>
          <w:rFonts w:ascii="Aptos" w:eastAsia="Aptos" w:hAnsi="Aptos" w:cs="Aptos"/>
        </w:rPr>
        <w:t xml:space="preserve"> </w:t>
      </w:r>
      <w:proofErr w:type="spellStart"/>
      <w:r w:rsidRPr="00B02214">
        <w:rPr>
          <w:rFonts w:ascii="Aptos" w:eastAsia="Aptos" w:hAnsi="Aptos" w:cs="Aptos"/>
        </w:rPr>
        <w:t>cazuri</w:t>
      </w:r>
      <w:proofErr w:type="spellEnd"/>
      <w:r w:rsidRPr="00B02214">
        <w:rPr>
          <w:rFonts w:ascii="Aptos" w:eastAsia="Aptos" w:hAnsi="Aptos" w:cs="Aptos"/>
        </w:rPr>
        <w:t xml:space="preserve"> </w:t>
      </w:r>
      <w:proofErr w:type="spellStart"/>
      <w:r w:rsidRPr="00B02214">
        <w:rPr>
          <w:rFonts w:ascii="Aptos" w:eastAsia="Aptos" w:hAnsi="Aptos" w:cs="Aptos"/>
        </w:rPr>
        <w:t>temeinic</w:t>
      </w:r>
      <w:proofErr w:type="spellEnd"/>
      <w:r w:rsidRPr="00B02214">
        <w:rPr>
          <w:rFonts w:ascii="Aptos" w:eastAsia="Aptos" w:hAnsi="Aptos" w:cs="Aptos"/>
        </w:rPr>
        <w:t xml:space="preserve"> </w:t>
      </w:r>
      <w:proofErr w:type="spellStart"/>
      <w:r w:rsidRPr="00B02214">
        <w:rPr>
          <w:rFonts w:ascii="Aptos" w:eastAsia="Aptos" w:hAnsi="Aptos" w:cs="Aptos"/>
        </w:rPr>
        <w:t>justificate</w:t>
      </w:r>
      <w:proofErr w:type="spellEnd"/>
      <w:r w:rsidRPr="00B02214">
        <w:rPr>
          <w:rFonts w:ascii="Aptos" w:eastAsia="Aptos" w:hAnsi="Aptos" w:cs="Aptos"/>
        </w:rPr>
        <w:t xml:space="preserve">, cu </w:t>
      </w:r>
      <w:proofErr w:type="spellStart"/>
      <w:r w:rsidRPr="00B02214">
        <w:rPr>
          <w:rFonts w:ascii="Aptos" w:eastAsia="Aptos" w:hAnsi="Aptos" w:cs="Aptos"/>
        </w:rPr>
        <w:t>acordul</w:t>
      </w:r>
      <w:proofErr w:type="spellEnd"/>
      <w:r w:rsidRPr="00B02214">
        <w:rPr>
          <w:rFonts w:ascii="Aptos" w:eastAsia="Aptos" w:hAnsi="Aptos" w:cs="Aptos"/>
        </w:rPr>
        <w:t xml:space="preserve"> </w:t>
      </w:r>
      <w:proofErr w:type="spellStart"/>
      <w:r w:rsidRPr="00B02214">
        <w:rPr>
          <w:rFonts w:ascii="Aptos" w:eastAsia="Aptos" w:hAnsi="Aptos" w:cs="Aptos"/>
        </w:rPr>
        <w:t>ambelor</w:t>
      </w:r>
      <w:proofErr w:type="spellEnd"/>
      <w:r w:rsidRPr="00B02214">
        <w:rPr>
          <w:rFonts w:ascii="Aptos" w:eastAsia="Aptos" w:hAnsi="Aptos" w:cs="Aptos"/>
        </w:rPr>
        <w:t xml:space="preserve"> </w:t>
      </w:r>
      <w:proofErr w:type="spellStart"/>
      <w:r w:rsidRPr="00B02214">
        <w:rPr>
          <w:rFonts w:ascii="Aptos" w:eastAsia="Aptos" w:hAnsi="Aptos" w:cs="Aptos"/>
        </w:rPr>
        <w:t>părți</w:t>
      </w:r>
      <w:proofErr w:type="spellEnd"/>
      <w:r w:rsidRPr="00B02214">
        <w:rPr>
          <w:rFonts w:ascii="Aptos" w:eastAsia="Aptos" w:hAnsi="Aptos" w:cs="Aptos"/>
        </w:rPr>
        <w:t xml:space="preserve">, </w:t>
      </w:r>
      <w:proofErr w:type="spellStart"/>
      <w:r w:rsidRPr="00B02214">
        <w:rPr>
          <w:rFonts w:ascii="Aptos" w:eastAsia="Aptos" w:hAnsi="Aptos" w:cs="Aptos"/>
        </w:rPr>
        <w:t>consemnat</w:t>
      </w:r>
      <w:proofErr w:type="spellEnd"/>
      <w:r w:rsidRPr="00B02214">
        <w:rPr>
          <w:rFonts w:ascii="Aptos" w:eastAsia="Aptos" w:hAnsi="Aptos" w:cs="Aptos"/>
        </w:rPr>
        <w:t xml:space="preserve"> </w:t>
      </w:r>
      <w:proofErr w:type="spellStart"/>
      <w:r w:rsidRPr="00B02214">
        <w:rPr>
          <w:rFonts w:ascii="Aptos" w:eastAsia="Aptos" w:hAnsi="Aptos" w:cs="Aptos"/>
        </w:rPr>
        <w:t>în</w:t>
      </w:r>
      <w:proofErr w:type="spellEnd"/>
      <w:r w:rsidRPr="00B02214">
        <w:rPr>
          <w:rFonts w:ascii="Aptos" w:eastAsia="Aptos" w:hAnsi="Aptos" w:cs="Aptos"/>
        </w:rPr>
        <w:t xml:space="preserve"> </w:t>
      </w:r>
      <w:proofErr w:type="spellStart"/>
      <w:r w:rsidRPr="00B02214">
        <w:rPr>
          <w:rFonts w:ascii="Aptos" w:eastAsia="Aptos" w:hAnsi="Aptos" w:cs="Aptos"/>
        </w:rPr>
        <w:t>scris</w:t>
      </w:r>
      <w:proofErr w:type="spellEnd"/>
      <w:r w:rsidRPr="00B02214">
        <w:rPr>
          <w:rFonts w:ascii="Aptos" w:eastAsia="Aptos" w:hAnsi="Aptos" w:cs="Aptos"/>
        </w:rPr>
        <w:t xml:space="preserve"> </w:t>
      </w:r>
      <w:proofErr w:type="spellStart"/>
      <w:r w:rsidRPr="00B02214">
        <w:rPr>
          <w:rFonts w:ascii="Aptos" w:eastAsia="Aptos" w:hAnsi="Aptos" w:cs="Aptos"/>
        </w:rPr>
        <w:t>prin</w:t>
      </w:r>
      <w:proofErr w:type="spellEnd"/>
      <w:r w:rsidRPr="00B02214">
        <w:rPr>
          <w:rFonts w:ascii="Aptos" w:eastAsia="Aptos" w:hAnsi="Aptos" w:cs="Aptos"/>
        </w:rPr>
        <w:t xml:space="preserve"> act </w:t>
      </w:r>
      <w:proofErr w:type="spellStart"/>
      <w:r w:rsidRPr="00B02214">
        <w:rPr>
          <w:rFonts w:ascii="Aptos" w:eastAsia="Aptos" w:hAnsi="Aptos" w:cs="Aptos"/>
        </w:rPr>
        <w:t>adițional</w:t>
      </w:r>
      <w:proofErr w:type="spellEnd"/>
      <w:r w:rsidRPr="00B02214">
        <w:rPr>
          <w:rFonts w:ascii="Aptos" w:eastAsia="Aptos" w:hAnsi="Aptos" w:cs="Aptos"/>
        </w:rPr>
        <w:t xml:space="preserve">; </w:t>
      </w:r>
    </w:p>
    <w:p w14:paraId="37E86BD1" w14:textId="77777777" w:rsidR="00651778" w:rsidRPr="00B02214" w:rsidRDefault="00651778" w:rsidP="00651778">
      <w:pPr>
        <w:spacing w:before="240" w:after="240"/>
        <w:rPr>
          <w:rFonts w:ascii="Aptos" w:eastAsia="Aptos" w:hAnsi="Aptos" w:cs="Aptos"/>
          <w:lang w:val="fr-FR"/>
        </w:rPr>
      </w:pPr>
      <w:r w:rsidRPr="00B02214">
        <w:rPr>
          <w:rFonts w:ascii="Aptos" w:eastAsia="Aptos" w:hAnsi="Aptos" w:cs="Aptos"/>
          <w:lang w:val="fr-FR"/>
        </w:rPr>
        <w:t xml:space="preserve">(2) </w:t>
      </w:r>
      <w:proofErr w:type="spellStart"/>
      <w:r w:rsidRPr="00B02214">
        <w:rPr>
          <w:rFonts w:ascii="Aptos" w:eastAsia="Aptos" w:hAnsi="Aptos" w:cs="Aptos"/>
          <w:lang w:val="fr-FR"/>
        </w:rPr>
        <w:t>Beneficiarul</w:t>
      </w:r>
      <w:proofErr w:type="spellEnd"/>
      <w:r w:rsidRPr="00B02214">
        <w:rPr>
          <w:rFonts w:ascii="Aptos" w:eastAsia="Aptos" w:hAnsi="Aptos" w:cs="Aptos"/>
          <w:lang w:val="fr-FR"/>
        </w:rPr>
        <w:t xml:space="preserve"> are </w:t>
      </w:r>
      <w:proofErr w:type="spellStart"/>
      <w:r w:rsidRPr="00B02214">
        <w:rPr>
          <w:rFonts w:ascii="Aptos" w:eastAsia="Aptos" w:hAnsi="Aptos" w:cs="Aptos"/>
          <w:lang w:val="fr-FR"/>
        </w:rPr>
        <w:t>obligația</w:t>
      </w:r>
      <w:proofErr w:type="spellEnd"/>
      <w:r w:rsidRPr="00B02214">
        <w:rPr>
          <w:rFonts w:ascii="Aptos" w:eastAsia="Aptos" w:hAnsi="Aptos" w:cs="Aptos"/>
          <w:lang w:val="fr-FR"/>
        </w:rPr>
        <w:t xml:space="preserve"> </w:t>
      </w:r>
      <w:proofErr w:type="gramStart"/>
      <w:r w:rsidRPr="00B02214">
        <w:rPr>
          <w:rFonts w:ascii="Aptos" w:eastAsia="Aptos" w:hAnsi="Aptos" w:cs="Aptos"/>
          <w:lang w:val="fr-FR"/>
        </w:rPr>
        <w:t>de a</w:t>
      </w:r>
      <w:proofErr w:type="gramEnd"/>
      <w:r w:rsidRPr="00B02214">
        <w:rPr>
          <w:rFonts w:ascii="Aptos" w:eastAsia="Aptos" w:hAnsi="Aptos" w:cs="Aptos"/>
          <w:lang w:val="fr-FR"/>
        </w:rPr>
        <w:t xml:space="preserve"> informa de </w:t>
      </w:r>
      <w:proofErr w:type="spellStart"/>
      <w:r w:rsidRPr="00B02214">
        <w:rPr>
          <w:rFonts w:ascii="Aptos" w:eastAsia="Aptos" w:hAnsi="Aptos" w:cs="Aptos"/>
          <w:lang w:val="fr-FR"/>
        </w:rPr>
        <w:t>îndată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autoritatea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finanțatoare</w:t>
      </w:r>
      <w:proofErr w:type="spellEnd"/>
      <w:r w:rsidRPr="00B02214">
        <w:rPr>
          <w:rFonts w:ascii="Aptos" w:eastAsia="Aptos" w:hAnsi="Aptos" w:cs="Aptos"/>
          <w:lang w:val="fr-FR"/>
        </w:rPr>
        <w:t xml:space="preserve"> - </w:t>
      </w:r>
      <w:proofErr w:type="spellStart"/>
      <w:r w:rsidRPr="00B02214">
        <w:rPr>
          <w:rFonts w:ascii="Aptos" w:eastAsia="Aptos" w:hAnsi="Aptos" w:cs="Aptos"/>
          <w:lang w:val="fr-FR"/>
        </w:rPr>
        <w:t>cel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târziu</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termen</w:t>
      </w:r>
      <w:proofErr w:type="spellEnd"/>
      <w:r w:rsidRPr="00B02214">
        <w:rPr>
          <w:rFonts w:ascii="Aptos" w:eastAsia="Aptos" w:hAnsi="Aptos" w:cs="Aptos"/>
          <w:lang w:val="fr-FR"/>
        </w:rPr>
        <w:t xml:space="preserve"> de maximum 5 </w:t>
      </w:r>
      <w:proofErr w:type="spellStart"/>
      <w:r w:rsidRPr="00B02214">
        <w:rPr>
          <w:rFonts w:ascii="Aptos" w:eastAsia="Aptos" w:hAnsi="Aptos" w:cs="Aptos"/>
          <w:lang w:val="fr-FR"/>
        </w:rPr>
        <w:t>zile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calendaristice</w:t>
      </w:r>
      <w:proofErr w:type="spellEnd"/>
      <w:r w:rsidRPr="00B02214">
        <w:rPr>
          <w:rFonts w:ascii="Aptos" w:eastAsia="Aptos" w:hAnsi="Aptos" w:cs="Aptos"/>
          <w:lang w:val="fr-FR"/>
        </w:rPr>
        <w:t xml:space="preserve"> de la </w:t>
      </w:r>
      <w:proofErr w:type="spellStart"/>
      <w:r w:rsidRPr="00B02214">
        <w:rPr>
          <w:rFonts w:ascii="Aptos" w:eastAsia="Aptos" w:hAnsi="Aptos" w:cs="Aptos"/>
          <w:lang w:val="fr-FR"/>
        </w:rPr>
        <w:t>producere</w:t>
      </w:r>
      <w:proofErr w:type="spellEnd"/>
      <w:r w:rsidRPr="00B02214">
        <w:rPr>
          <w:rFonts w:ascii="Aptos" w:eastAsia="Aptos" w:hAnsi="Aptos" w:cs="Aptos"/>
          <w:lang w:val="fr-FR"/>
        </w:rPr>
        <w:t xml:space="preserve"> - </w:t>
      </w:r>
      <w:proofErr w:type="spellStart"/>
      <w:r w:rsidRPr="00B02214">
        <w:rPr>
          <w:rFonts w:ascii="Aptos" w:eastAsia="Aptos" w:hAnsi="Aptos" w:cs="Aptos"/>
          <w:lang w:val="fr-FR"/>
        </w:rPr>
        <w:t>cu</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privire</w:t>
      </w:r>
      <w:proofErr w:type="spellEnd"/>
      <w:r w:rsidRPr="00B02214">
        <w:rPr>
          <w:rFonts w:ascii="Aptos" w:eastAsia="Aptos" w:hAnsi="Aptos" w:cs="Aptos"/>
          <w:lang w:val="fr-FR"/>
        </w:rPr>
        <w:t xml:space="preserve"> la </w:t>
      </w:r>
      <w:proofErr w:type="spellStart"/>
      <w:r w:rsidRPr="00B02214">
        <w:rPr>
          <w:rFonts w:ascii="Aptos" w:eastAsia="Aptos" w:hAnsi="Aptos" w:cs="Aptos"/>
          <w:lang w:val="fr-FR"/>
        </w:rPr>
        <w:t>orice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eveniment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sau</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împrejurare</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natură</w:t>
      </w:r>
      <w:proofErr w:type="spellEnd"/>
      <w:r w:rsidRPr="00B02214">
        <w:rPr>
          <w:rFonts w:ascii="Aptos" w:eastAsia="Aptos" w:hAnsi="Aptos" w:cs="Aptos"/>
          <w:lang w:val="fr-FR"/>
        </w:rPr>
        <w:t xml:space="preserve"> a </w:t>
      </w:r>
      <w:proofErr w:type="spellStart"/>
      <w:r w:rsidRPr="00B02214">
        <w:rPr>
          <w:rFonts w:ascii="Aptos" w:eastAsia="Aptos" w:hAnsi="Aptos" w:cs="Aptos"/>
          <w:lang w:val="fr-FR"/>
        </w:rPr>
        <w:t>cauza</w:t>
      </w:r>
      <w:proofErr w:type="spellEnd"/>
      <w:r w:rsidRPr="00B02214">
        <w:rPr>
          <w:rFonts w:ascii="Aptos" w:eastAsia="Aptos" w:hAnsi="Aptos" w:cs="Aptos"/>
          <w:lang w:val="fr-FR"/>
        </w:rPr>
        <w:t xml:space="preserve"> o </w:t>
      </w:r>
      <w:proofErr w:type="spellStart"/>
      <w:r w:rsidRPr="00B02214">
        <w:rPr>
          <w:rFonts w:ascii="Aptos" w:eastAsia="Aptos" w:hAnsi="Aptos" w:cs="Aptos"/>
          <w:lang w:val="fr-FR"/>
        </w:rPr>
        <w:t>modificare</w:t>
      </w:r>
      <w:proofErr w:type="spellEnd"/>
      <w:r w:rsidRPr="00B02214">
        <w:rPr>
          <w:rFonts w:ascii="Aptos" w:eastAsia="Aptos" w:hAnsi="Aptos" w:cs="Aptos"/>
          <w:lang w:val="fr-FR"/>
        </w:rPr>
        <w:t xml:space="preserve"> a </w:t>
      </w:r>
      <w:proofErr w:type="spellStart"/>
      <w:r w:rsidRPr="00B02214">
        <w:rPr>
          <w:rFonts w:ascii="Aptos" w:eastAsia="Aptos" w:hAnsi="Aptos" w:cs="Aptos"/>
          <w:lang w:val="fr-FR"/>
        </w:rPr>
        <w:t>activităților</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contractului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Informarea</w:t>
      </w:r>
      <w:proofErr w:type="spellEnd"/>
      <w:r w:rsidRPr="00B02214">
        <w:rPr>
          <w:rFonts w:ascii="Aptos" w:eastAsia="Aptos" w:hAnsi="Aptos" w:cs="Aptos"/>
          <w:lang w:val="fr-FR"/>
        </w:rPr>
        <w:t xml:space="preserve"> va </w:t>
      </w:r>
      <w:proofErr w:type="spellStart"/>
      <w:r w:rsidRPr="00B02214">
        <w:rPr>
          <w:rFonts w:ascii="Aptos" w:eastAsia="Aptos" w:hAnsi="Aptos" w:cs="Aptos"/>
          <w:lang w:val="fr-FR"/>
        </w:rPr>
        <w:t>conține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descrierea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condițiilor</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a </w:t>
      </w:r>
      <w:proofErr w:type="spellStart"/>
      <w:r w:rsidRPr="00B02214">
        <w:rPr>
          <w:rFonts w:ascii="Aptos" w:eastAsia="Aptos" w:hAnsi="Aptos" w:cs="Aptos"/>
          <w:lang w:val="fr-FR"/>
        </w:rPr>
        <w:t>circumstanțelor</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care </w:t>
      </w:r>
      <w:proofErr w:type="spellStart"/>
      <w:r w:rsidRPr="00B02214">
        <w:rPr>
          <w:rFonts w:ascii="Aptos" w:eastAsia="Aptos" w:hAnsi="Aptos" w:cs="Aptos"/>
          <w:lang w:val="fr-FR"/>
        </w:rPr>
        <w:t>proiectul</w:t>
      </w:r>
      <w:proofErr w:type="spellEnd"/>
      <w:r w:rsidRPr="00B02214">
        <w:rPr>
          <w:rFonts w:ascii="Aptos" w:eastAsia="Aptos" w:hAnsi="Aptos" w:cs="Aptos"/>
          <w:lang w:val="fr-FR"/>
        </w:rPr>
        <w:t xml:space="preserve"> se va </w:t>
      </w:r>
      <w:proofErr w:type="spellStart"/>
      <w:r w:rsidRPr="00B02214">
        <w:rPr>
          <w:rFonts w:ascii="Aptos" w:eastAsia="Aptos" w:hAnsi="Aptos" w:cs="Aptos"/>
          <w:lang w:val="fr-FR"/>
        </w:rPr>
        <w:t>desfășura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sau</w:t>
      </w:r>
      <w:proofErr w:type="spellEnd"/>
      <w:r w:rsidRPr="00B02214">
        <w:rPr>
          <w:rFonts w:ascii="Aptos" w:eastAsia="Aptos" w:hAnsi="Aptos" w:cs="Aptos"/>
          <w:lang w:val="fr-FR"/>
        </w:rPr>
        <w:t xml:space="preserve"> a </w:t>
      </w:r>
      <w:proofErr w:type="spellStart"/>
      <w:r w:rsidRPr="00B02214">
        <w:rPr>
          <w:rFonts w:ascii="Aptos" w:eastAsia="Aptos" w:hAnsi="Aptos" w:cs="Aptos"/>
          <w:lang w:val="fr-FR"/>
        </w:rPr>
        <w:t>oricăror</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altor</w:t>
      </w:r>
      <w:proofErr w:type="spellEnd"/>
      <w:r w:rsidRPr="00B02214">
        <w:rPr>
          <w:rFonts w:ascii="Aptos" w:eastAsia="Aptos" w:hAnsi="Aptos" w:cs="Aptos"/>
          <w:lang w:val="fr-FR"/>
        </w:rPr>
        <w:t xml:space="preserve"> aspecte </w:t>
      </w:r>
      <w:proofErr w:type="spellStart"/>
      <w:r w:rsidRPr="00B02214">
        <w:rPr>
          <w:rFonts w:ascii="Aptos" w:eastAsia="Aptos" w:hAnsi="Aptos" w:cs="Aptos"/>
          <w:lang w:val="fr-FR"/>
        </w:rPr>
        <w:t>privind</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executarea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prezentului</w:t>
      </w:r>
      <w:proofErr w:type="spellEnd"/>
      <w:r w:rsidRPr="00B02214">
        <w:rPr>
          <w:rFonts w:ascii="Aptos" w:eastAsia="Aptos" w:hAnsi="Aptos" w:cs="Aptos"/>
          <w:lang w:val="fr-FR"/>
        </w:rPr>
        <w:t xml:space="preserve"> </w:t>
      </w:r>
      <w:proofErr w:type="spellStart"/>
      <w:proofErr w:type="gramStart"/>
      <w:r w:rsidRPr="00B02214">
        <w:rPr>
          <w:rFonts w:ascii="Aptos" w:eastAsia="Aptos" w:hAnsi="Aptos" w:cs="Aptos"/>
          <w:lang w:val="fr-FR"/>
        </w:rPr>
        <w:t>contract</w:t>
      </w:r>
      <w:proofErr w:type="spellEnd"/>
      <w:r w:rsidRPr="00B02214">
        <w:rPr>
          <w:rFonts w:ascii="Aptos" w:eastAsia="Aptos" w:hAnsi="Aptos" w:cs="Aptos"/>
          <w:lang w:val="fr-FR"/>
        </w:rPr>
        <w:t>;</w:t>
      </w:r>
      <w:proofErr w:type="gramEnd"/>
      <w:r w:rsidRPr="00B02214">
        <w:rPr>
          <w:rFonts w:ascii="Aptos" w:eastAsia="Aptos" w:hAnsi="Aptos" w:cs="Aptos"/>
          <w:lang w:val="fr-FR"/>
        </w:rPr>
        <w:t xml:space="preserve"> </w:t>
      </w:r>
    </w:p>
    <w:p w14:paraId="6A7D049E" w14:textId="77777777" w:rsidR="00651778" w:rsidRPr="00B02214" w:rsidRDefault="00651778" w:rsidP="00651778">
      <w:pPr>
        <w:spacing w:before="240" w:after="240"/>
        <w:rPr>
          <w:rFonts w:ascii="Aptos" w:eastAsia="Aptos" w:hAnsi="Aptos" w:cs="Aptos"/>
          <w:lang w:val="fr-FR"/>
        </w:rPr>
      </w:pPr>
      <w:proofErr w:type="spellStart"/>
      <w:r w:rsidRPr="00B02214">
        <w:rPr>
          <w:rFonts w:ascii="Aptos" w:eastAsia="Aptos" w:hAnsi="Aptos" w:cs="Aptos"/>
          <w:lang w:val="fr-FR"/>
        </w:rPr>
        <w:t>Secțiunea</w:t>
      </w:r>
      <w:proofErr w:type="spellEnd"/>
      <w:r w:rsidRPr="00B02214">
        <w:rPr>
          <w:rFonts w:ascii="Aptos" w:eastAsia="Aptos" w:hAnsi="Aptos" w:cs="Aptos"/>
          <w:lang w:val="fr-FR"/>
        </w:rPr>
        <w:t xml:space="preserve"> 2. </w:t>
      </w:r>
      <w:proofErr w:type="spellStart"/>
      <w:r w:rsidRPr="00B02214">
        <w:rPr>
          <w:rFonts w:ascii="Aptos" w:eastAsia="Aptos" w:hAnsi="Aptos" w:cs="Aptos"/>
          <w:lang w:val="fr-FR"/>
        </w:rPr>
        <w:t>Rezilierea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contractului</w:t>
      </w:r>
      <w:proofErr w:type="spellEnd"/>
      <w:r w:rsidRPr="00B02214">
        <w:rPr>
          <w:rFonts w:ascii="Aptos" w:eastAsia="Aptos" w:hAnsi="Aptos" w:cs="Aptos"/>
          <w:lang w:val="fr-FR"/>
        </w:rPr>
        <w:t xml:space="preserve"> </w:t>
      </w:r>
    </w:p>
    <w:p w14:paraId="59271D7A" w14:textId="77777777" w:rsidR="00651778" w:rsidRPr="00B02214" w:rsidRDefault="00651778" w:rsidP="00651778">
      <w:pPr>
        <w:spacing w:before="240" w:after="240"/>
        <w:rPr>
          <w:rFonts w:ascii="Aptos" w:eastAsia="Aptos" w:hAnsi="Aptos" w:cs="Aptos"/>
          <w:lang w:val="fr-FR"/>
        </w:rPr>
      </w:pPr>
      <w:r w:rsidRPr="00B02214">
        <w:rPr>
          <w:rFonts w:ascii="Aptos" w:eastAsia="Aptos" w:hAnsi="Aptos" w:cs="Aptos"/>
          <w:lang w:val="fr-FR"/>
        </w:rPr>
        <w:t>Art. 16. (</w:t>
      </w:r>
      <w:proofErr w:type="gramStart"/>
      <w:r w:rsidRPr="00B02214">
        <w:rPr>
          <w:rFonts w:ascii="Aptos" w:eastAsia="Aptos" w:hAnsi="Aptos" w:cs="Aptos"/>
          <w:lang w:val="fr-FR"/>
        </w:rPr>
        <w:t>1)</w:t>
      </w:r>
      <w:proofErr w:type="spellStart"/>
      <w:r w:rsidRPr="00B02214">
        <w:rPr>
          <w:rFonts w:ascii="Aptos" w:eastAsia="Aptos" w:hAnsi="Aptos" w:cs="Aptos"/>
          <w:lang w:val="fr-FR"/>
        </w:rPr>
        <w:t>Prezentul</w:t>
      </w:r>
      <w:proofErr w:type="spellEnd"/>
      <w:proofErr w:type="gramEnd"/>
      <w:r w:rsidRPr="00B02214">
        <w:rPr>
          <w:rFonts w:ascii="Aptos" w:eastAsia="Aptos" w:hAnsi="Aptos" w:cs="Aptos"/>
          <w:lang w:val="fr-FR"/>
        </w:rPr>
        <w:t xml:space="preserve"> </w:t>
      </w:r>
      <w:proofErr w:type="spellStart"/>
      <w:r w:rsidRPr="00B02214">
        <w:rPr>
          <w:rFonts w:ascii="Aptos" w:eastAsia="Aptos" w:hAnsi="Aptos" w:cs="Aptos"/>
          <w:lang w:val="fr-FR"/>
        </w:rPr>
        <w:t>contract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poate</w:t>
      </w:r>
      <w:proofErr w:type="spellEnd"/>
      <w:r w:rsidRPr="00B02214">
        <w:rPr>
          <w:rFonts w:ascii="Aptos" w:eastAsia="Aptos" w:hAnsi="Aptos" w:cs="Aptos"/>
          <w:lang w:val="fr-FR"/>
        </w:rPr>
        <w:t xml:space="preserve"> fi </w:t>
      </w:r>
      <w:proofErr w:type="spellStart"/>
      <w:r w:rsidRPr="00B02214">
        <w:rPr>
          <w:rFonts w:ascii="Aptos" w:eastAsia="Aptos" w:hAnsi="Aptos" w:cs="Aptos"/>
          <w:lang w:val="fr-FR"/>
        </w:rPr>
        <w:t>reziliat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situația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care </w:t>
      </w:r>
      <w:proofErr w:type="spellStart"/>
      <w:r w:rsidRPr="00B02214">
        <w:rPr>
          <w:rFonts w:ascii="Aptos" w:eastAsia="Aptos" w:hAnsi="Aptos" w:cs="Aptos"/>
          <w:lang w:val="fr-FR"/>
        </w:rPr>
        <w:t>beneficiarul</w:t>
      </w:r>
      <w:proofErr w:type="spellEnd"/>
      <w:r w:rsidRPr="00B02214">
        <w:rPr>
          <w:rFonts w:ascii="Aptos" w:eastAsia="Aptos" w:hAnsi="Aptos" w:cs="Aptos"/>
          <w:lang w:val="fr-FR"/>
        </w:rPr>
        <w:t xml:space="preserve"> nu </w:t>
      </w:r>
      <w:proofErr w:type="spellStart"/>
      <w:r w:rsidRPr="00B02214">
        <w:rPr>
          <w:rFonts w:ascii="Aptos" w:eastAsia="Aptos" w:hAnsi="Aptos" w:cs="Aptos"/>
          <w:lang w:val="fr-FR"/>
        </w:rPr>
        <w:t>utilizează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finanțarea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exclusiv</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scopul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realizării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activităților</w:t>
      </w:r>
      <w:proofErr w:type="spellEnd"/>
      <w:r w:rsidRPr="00B02214">
        <w:rPr>
          <w:rFonts w:ascii="Aptos" w:eastAsia="Aptos" w:hAnsi="Aptos" w:cs="Aptos"/>
          <w:lang w:val="fr-FR"/>
        </w:rPr>
        <w:t xml:space="preserve"> non-profit care fac </w:t>
      </w:r>
      <w:proofErr w:type="spellStart"/>
      <w:r w:rsidRPr="00B02214">
        <w:rPr>
          <w:rFonts w:ascii="Aptos" w:eastAsia="Aptos" w:hAnsi="Aptos" w:cs="Aptos"/>
          <w:lang w:val="fr-FR"/>
        </w:rPr>
        <w:t>obiectul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prezentului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contract</w:t>
      </w:r>
      <w:proofErr w:type="spellEnd"/>
      <w:r w:rsidRPr="00B02214">
        <w:rPr>
          <w:rFonts w:ascii="Aptos" w:eastAsia="Aptos" w:hAnsi="Aptos" w:cs="Aptos"/>
          <w:lang w:val="fr-FR"/>
        </w:rPr>
        <w:t>.</w:t>
      </w:r>
    </w:p>
    <w:p w14:paraId="4CA2C9BB" w14:textId="77777777" w:rsidR="00651778" w:rsidRPr="00651778" w:rsidRDefault="00651778" w:rsidP="00651778">
      <w:pPr>
        <w:spacing w:before="240" w:after="240"/>
        <w:rPr>
          <w:lang w:val="fr-FR"/>
        </w:rPr>
      </w:pPr>
      <w:r w:rsidRPr="00B02214">
        <w:rPr>
          <w:rFonts w:ascii="Aptos" w:eastAsia="Aptos" w:hAnsi="Aptos" w:cs="Aptos"/>
          <w:lang w:val="fr-FR"/>
        </w:rPr>
        <w:lastRenderedPageBreak/>
        <w:t xml:space="preserve">(2) </w:t>
      </w:r>
      <w:proofErr w:type="spellStart"/>
      <w:r w:rsidRPr="00B02214">
        <w:rPr>
          <w:rFonts w:ascii="Aptos" w:eastAsia="Aptos" w:hAnsi="Aptos" w:cs="Aptos"/>
          <w:lang w:val="fr-FR"/>
        </w:rPr>
        <w:t>Prezentul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contract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poate</w:t>
      </w:r>
      <w:proofErr w:type="spellEnd"/>
      <w:r w:rsidRPr="00B02214">
        <w:rPr>
          <w:rFonts w:ascii="Aptos" w:eastAsia="Aptos" w:hAnsi="Aptos" w:cs="Aptos"/>
          <w:lang w:val="fr-FR"/>
        </w:rPr>
        <w:t xml:space="preserve"> fi </w:t>
      </w:r>
      <w:proofErr w:type="spellStart"/>
      <w:r w:rsidRPr="00B02214">
        <w:rPr>
          <w:rFonts w:ascii="Aptos" w:eastAsia="Aptos" w:hAnsi="Aptos" w:cs="Aptos"/>
          <w:lang w:val="fr-FR"/>
        </w:rPr>
        <w:t>reziliat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situația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care </w:t>
      </w:r>
      <w:proofErr w:type="spellStart"/>
      <w:r w:rsidRPr="00B02214">
        <w:rPr>
          <w:rFonts w:ascii="Aptos" w:eastAsia="Aptos" w:hAnsi="Aptos" w:cs="Aptos"/>
          <w:lang w:val="fr-FR"/>
        </w:rPr>
        <w:t>beneficiarul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comunică</w:t>
      </w:r>
      <w:proofErr w:type="spellEnd"/>
      <w:r w:rsidRPr="00B02214">
        <w:rPr>
          <w:rFonts w:ascii="Aptos" w:eastAsia="Aptos" w:hAnsi="Aptos" w:cs="Aptos"/>
          <w:lang w:val="fr-FR"/>
        </w:rPr>
        <w:t xml:space="preserve"> date, </w:t>
      </w:r>
      <w:proofErr w:type="spellStart"/>
      <w:r w:rsidRPr="00B02214">
        <w:rPr>
          <w:rFonts w:ascii="Aptos" w:eastAsia="Aptos" w:hAnsi="Aptos" w:cs="Aptos"/>
          <w:lang w:val="fr-FR"/>
        </w:rPr>
        <w:t>informaţii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sau</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înscrisuri</w:t>
      </w:r>
      <w:proofErr w:type="spellEnd"/>
      <w:r w:rsidRPr="00B02214">
        <w:rPr>
          <w:rFonts w:ascii="Aptos" w:eastAsia="Aptos" w:hAnsi="Aptos" w:cs="Aptos"/>
          <w:lang w:val="fr-FR"/>
        </w:rPr>
        <w:t xml:space="preserve"> false </w:t>
      </w:r>
      <w:proofErr w:type="spellStart"/>
      <w:r w:rsidRPr="00B02214">
        <w:rPr>
          <w:rFonts w:ascii="Aptos" w:eastAsia="Aptos" w:hAnsi="Aptos" w:cs="Aptos"/>
          <w:lang w:val="fr-FR"/>
        </w:rPr>
        <w:t>ori</w:t>
      </w:r>
      <w:proofErr w:type="spellEnd"/>
      <w:r w:rsidRPr="00B02214">
        <w:rPr>
          <w:rFonts w:ascii="Aptos" w:eastAsia="Aptos" w:hAnsi="Aptos" w:cs="Aptos"/>
          <w:lang w:val="fr-FR"/>
        </w:rPr>
        <w:t xml:space="preserve"> </w:t>
      </w:r>
      <w:proofErr w:type="spellStart"/>
      <w:proofErr w:type="gramStart"/>
      <w:r w:rsidRPr="00B02214">
        <w:rPr>
          <w:rFonts w:ascii="Aptos" w:eastAsia="Aptos" w:hAnsi="Aptos" w:cs="Aptos"/>
          <w:lang w:val="fr-FR"/>
        </w:rPr>
        <w:t>eronate</w:t>
      </w:r>
      <w:proofErr w:type="spellEnd"/>
      <w:r w:rsidRPr="00B02214">
        <w:rPr>
          <w:rFonts w:ascii="Aptos" w:eastAsia="Aptos" w:hAnsi="Aptos" w:cs="Aptos"/>
          <w:lang w:val="fr-FR"/>
        </w:rPr>
        <w:t>;</w:t>
      </w:r>
      <w:proofErr w:type="gramEnd"/>
      <w:r w:rsidRPr="00B02214">
        <w:rPr>
          <w:rFonts w:ascii="Aptos" w:eastAsia="Aptos" w:hAnsi="Aptos" w:cs="Aptos"/>
          <w:lang w:val="fr-FR"/>
        </w:rPr>
        <w:t xml:space="preserve"> </w:t>
      </w:r>
    </w:p>
    <w:p w14:paraId="1C21E0CE" w14:textId="77777777" w:rsidR="00651778" w:rsidRPr="00651778" w:rsidRDefault="00651778" w:rsidP="00651778">
      <w:pPr>
        <w:spacing w:before="240" w:after="240"/>
        <w:rPr>
          <w:lang w:val="fr-FR"/>
        </w:rPr>
      </w:pPr>
      <w:r w:rsidRPr="00B02214">
        <w:rPr>
          <w:rFonts w:ascii="Aptos" w:eastAsia="Aptos" w:hAnsi="Aptos" w:cs="Aptos"/>
          <w:lang w:val="fr-FR"/>
        </w:rPr>
        <w:t>(</w:t>
      </w:r>
      <w:proofErr w:type="gramStart"/>
      <w:r w:rsidRPr="00B02214">
        <w:rPr>
          <w:rFonts w:ascii="Aptos" w:eastAsia="Aptos" w:hAnsi="Aptos" w:cs="Aptos"/>
          <w:lang w:val="fr-FR"/>
        </w:rPr>
        <w:t>3)</w:t>
      </w:r>
      <w:proofErr w:type="spellStart"/>
      <w:r w:rsidRPr="00B02214">
        <w:rPr>
          <w:rFonts w:ascii="Aptos" w:eastAsia="Aptos" w:hAnsi="Aptos" w:cs="Aptos"/>
          <w:lang w:val="fr-FR"/>
        </w:rPr>
        <w:t>Prezentul</w:t>
      </w:r>
      <w:proofErr w:type="spellEnd"/>
      <w:proofErr w:type="gramEnd"/>
      <w:r w:rsidRPr="00B02214">
        <w:rPr>
          <w:rFonts w:ascii="Aptos" w:eastAsia="Aptos" w:hAnsi="Aptos" w:cs="Aptos"/>
          <w:lang w:val="fr-FR"/>
        </w:rPr>
        <w:t xml:space="preserve"> </w:t>
      </w:r>
      <w:proofErr w:type="spellStart"/>
      <w:r w:rsidRPr="00B02214">
        <w:rPr>
          <w:rFonts w:ascii="Aptos" w:eastAsia="Aptos" w:hAnsi="Aptos" w:cs="Aptos"/>
          <w:lang w:val="fr-FR"/>
        </w:rPr>
        <w:t>contract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poate</w:t>
      </w:r>
      <w:proofErr w:type="spellEnd"/>
      <w:r w:rsidRPr="00B02214">
        <w:rPr>
          <w:rFonts w:ascii="Aptos" w:eastAsia="Aptos" w:hAnsi="Aptos" w:cs="Aptos"/>
          <w:lang w:val="fr-FR"/>
        </w:rPr>
        <w:t xml:space="preserve"> fi </w:t>
      </w:r>
      <w:proofErr w:type="spellStart"/>
      <w:r w:rsidRPr="00B02214">
        <w:rPr>
          <w:rFonts w:ascii="Aptos" w:eastAsia="Aptos" w:hAnsi="Aptos" w:cs="Aptos"/>
          <w:lang w:val="fr-FR"/>
        </w:rPr>
        <w:t>reziliat</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plin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drept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autoritatea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finanțatoare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poate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solicita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repararea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prejudiciului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cauzat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dacă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Beneficiarul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inițiază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sau</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sprijină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activități</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denigrare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sau</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orice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activitate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sau</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conduită</w:t>
      </w:r>
      <w:proofErr w:type="spellEnd"/>
      <w:r w:rsidRPr="00B02214">
        <w:rPr>
          <w:rFonts w:ascii="Aptos" w:eastAsia="Aptos" w:hAnsi="Aptos" w:cs="Aptos"/>
          <w:lang w:val="fr-FR"/>
        </w:rPr>
        <w:t xml:space="preserve"> care </w:t>
      </w:r>
      <w:proofErr w:type="spellStart"/>
      <w:r w:rsidRPr="00B02214">
        <w:rPr>
          <w:rFonts w:ascii="Aptos" w:eastAsia="Aptos" w:hAnsi="Aptos" w:cs="Aptos"/>
          <w:lang w:val="fr-FR"/>
        </w:rPr>
        <w:t>ar</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putea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aduce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atingere</w:t>
      </w:r>
      <w:proofErr w:type="spellEnd"/>
      <w:r w:rsidRPr="00B02214">
        <w:rPr>
          <w:rFonts w:ascii="Aptos" w:eastAsia="Aptos" w:hAnsi="Aptos" w:cs="Aptos"/>
          <w:lang w:val="fr-FR"/>
        </w:rPr>
        <w:t xml:space="preserve"> </w:t>
      </w:r>
      <w:proofErr w:type="spellStart"/>
      <w:proofErr w:type="gramStart"/>
      <w:r w:rsidRPr="00B02214">
        <w:rPr>
          <w:rFonts w:ascii="Aptos" w:eastAsia="Aptos" w:hAnsi="Aptos" w:cs="Aptos"/>
          <w:lang w:val="fr-FR"/>
        </w:rPr>
        <w:t>imaginii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Municipiului</w:t>
      </w:r>
      <w:proofErr w:type="spellEnd"/>
      <w:proofErr w:type="gramEnd"/>
      <w:r w:rsidRPr="00B02214">
        <w:rPr>
          <w:rFonts w:ascii="Aptos" w:eastAsia="Aptos" w:hAnsi="Aptos" w:cs="Aptos"/>
          <w:lang w:val="fr-FR"/>
        </w:rPr>
        <w:t xml:space="preserve"> </w:t>
      </w:r>
      <w:proofErr w:type="spellStart"/>
      <w:r w:rsidRPr="00B02214">
        <w:rPr>
          <w:rFonts w:ascii="Aptos" w:eastAsia="Aptos" w:hAnsi="Aptos" w:cs="Aptos"/>
          <w:lang w:val="fr-FR"/>
        </w:rPr>
        <w:t>Timișoara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Consiliului</w:t>
      </w:r>
      <w:proofErr w:type="spellEnd"/>
      <w:r w:rsidRPr="00B02214">
        <w:rPr>
          <w:rFonts w:ascii="Aptos" w:eastAsia="Aptos" w:hAnsi="Aptos" w:cs="Aptos"/>
          <w:lang w:val="fr-FR"/>
        </w:rPr>
        <w:t xml:space="preserve"> Local al </w:t>
      </w:r>
      <w:proofErr w:type="spellStart"/>
      <w:r w:rsidRPr="00B02214">
        <w:rPr>
          <w:rFonts w:ascii="Aptos" w:eastAsia="Aptos" w:hAnsi="Aptos" w:cs="Aptos"/>
          <w:lang w:val="fr-FR"/>
        </w:rPr>
        <w:t>Municipiului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Timișoara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situaţia</w:t>
      </w:r>
      <w:proofErr w:type="spellEnd"/>
      <w:r w:rsidRPr="00B02214">
        <w:rPr>
          <w:rFonts w:ascii="Aptos" w:eastAsia="Aptos" w:hAnsi="Aptos" w:cs="Aptos"/>
          <w:lang w:val="fr-FR"/>
        </w:rPr>
        <w:t xml:space="preserve"> nu este </w:t>
      </w:r>
      <w:proofErr w:type="spellStart"/>
      <w:r w:rsidRPr="00B02214">
        <w:rPr>
          <w:rFonts w:ascii="Aptos" w:eastAsia="Aptos" w:hAnsi="Aptos" w:cs="Aptos"/>
          <w:lang w:val="fr-FR"/>
        </w:rPr>
        <w:t>remediată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termen</w:t>
      </w:r>
      <w:proofErr w:type="spellEnd"/>
      <w:r w:rsidRPr="00B02214">
        <w:rPr>
          <w:rFonts w:ascii="Aptos" w:eastAsia="Aptos" w:hAnsi="Aptos" w:cs="Aptos"/>
          <w:lang w:val="fr-FR"/>
        </w:rPr>
        <w:t xml:space="preserve"> de 5 </w:t>
      </w:r>
      <w:proofErr w:type="spellStart"/>
      <w:r w:rsidRPr="00B02214">
        <w:rPr>
          <w:rFonts w:ascii="Aptos" w:eastAsia="Aptos" w:hAnsi="Aptos" w:cs="Aptos"/>
          <w:lang w:val="fr-FR"/>
        </w:rPr>
        <w:t>zile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calendaristice</w:t>
      </w:r>
      <w:proofErr w:type="spellEnd"/>
      <w:r w:rsidRPr="00B02214">
        <w:rPr>
          <w:rFonts w:ascii="Aptos" w:eastAsia="Aptos" w:hAnsi="Aptos" w:cs="Aptos"/>
          <w:lang w:val="fr-FR"/>
        </w:rPr>
        <w:t xml:space="preserve"> de la data </w:t>
      </w:r>
      <w:proofErr w:type="spellStart"/>
      <w:r w:rsidRPr="00B02214">
        <w:rPr>
          <w:rFonts w:ascii="Aptos" w:eastAsia="Aptos" w:hAnsi="Aptos" w:cs="Aptos"/>
          <w:lang w:val="fr-FR"/>
        </w:rPr>
        <w:t>solicitării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scrise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formulate</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autoritatea</w:t>
      </w:r>
      <w:proofErr w:type="spellEnd"/>
      <w:r w:rsidRPr="00B02214">
        <w:rPr>
          <w:rFonts w:ascii="Aptos" w:eastAsia="Aptos" w:hAnsi="Aptos" w:cs="Aptos"/>
          <w:lang w:val="fr-FR"/>
        </w:rPr>
        <w:t xml:space="preserve"> </w:t>
      </w:r>
      <w:proofErr w:type="spellStart"/>
      <w:proofErr w:type="gramStart"/>
      <w:r w:rsidRPr="00B02214">
        <w:rPr>
          <w:rFonts w:ascii="Aptos" w:eastAsia="Aptos" w:hAnsi="Aptos" w:cs="Aptos"/>
          <w:lang w:val="fr-FR"/>
        </w:rPr>
        <w:t>finanțatoare</w:t>
      </w:r>
      <w:proofErr w:type="spellEnd"/>
      <w:r w:rsidRPr="00B02214">
        <w:rPr>
          <w:rFonts w:ascii="Aptos" w:eastAsia="Aptos" w:hAnsi="Aptos" w:cs="Aptos"/>
          <w:lang w:val="fr-FR"/>
        </w:rPr>
        <w:t>;</w:t>
      </w:r>
      <w:proofErr w:type="gramEnd"/>
    </w:p>
    <w:p w14:paraId="5AB9F874" w14:textId="77777777" w:rsidR="00651778" w:rsidRPr="00651778" w:rsidRDefault="00651778" w:rsidP="00651778">
      <w:pPr>
        <w:spacing w:before="240" w:after="240"/>
        <w:rPr>
          <w:lang w:val="fr-FR"/>
        </w:rPr>
      </w:pPr>
      <w:r w:rsidRPr="00B02214">
        <w:rPr>
          <w:rFonts w:ascii="Aptos" w:eastAsia="Aptos" w:hAnsi="Aptos" w:cs="Aptos"/>
          <w:lang w:val="fr-FR"/>
        </w:rPr>
        <w:t xml:space="preserve">(4) </w:t>
      </w:r>
      <w:proofErr w:type="spellStart"/>
      <w:r w:rsidRPr="00B02214">
        <w:rPr>
          <w:rFonts w:ascii="Aptos" w:eastAsia="Aptos" w:hAnsi="Aptos" w:cs="Aptos"/>
          <w:lang w:val="fr-FR"/>
        </w:rPr>
        <w:t>Prezentul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contract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poate</w:t>
      </w:r>
      <w:proofErr w:type="spellEnd"/>
      <w:r w:rsidRPr="00B02214">
        <w:rPr>
          <w:rFonts w:ascii="Aptos" w:eastAsia="Aptos" w:hAnsi="Aptos" w:cs="Aptos"/>
          <w:lang w:val="fr-FR"/>
        </w:rPr>
        <w:t xml:space="preserve"> fi </w:t>
      </w:r>
      <w:proofErr w:type="spellStart"/>
      <w:r w:rsidRPr="00B02214">
        <w:rPr>
          <w:rFonts w:ascii="Aptos" w:eastAsia="Aptos" w:hAnsi="Aptos" w:cs="Aptos"/>
          <w:lang w:val="fr-FR"/>
        </w:rPr>
        <w:t>reziliat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termen</w:t>
      </w:r>
      <w:proofErr w:type="spellEnd"/>
      <w:r w:rsidRPr="00B02214">
        <w:rPr>
          <w:rFonts w:ascii="Aptos" w:eastAsia="Aptos" w:hAnsi="Aptos" w:cs="Aptos"/>
          <w:lang w:val="fr-FR"/>
        </w:rPr>
        <w:t xml:space="preserve"> de 5 </w:t>
      </w:r>
      <w:proofErr w:type="spellStart"/>
      <w:r w:rsidRPr="00B02214">
        <w:rPr>
          <w:rFonts w:ascii="Aptos" w:eastAsia="Aptos" w:hAnsi="Aptos" w:cs="Aptos"/>
          <w:lang w:val="fr-FR"/>
        </w:rPr>
        <w:t>zile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calendaristice</w:t>
      </w:r>
      <w:proofErr w:type="spellEnd"/>
      <w:r w:rsidRPr="00B02214">
        <w:rPr>
          <w:rFonts w:ascii="Aptos" w:eastAsia="Aptos" w:hAnsi="Aptos" w:cs="Aptos"/>
          <w:lang w:val="fr-FR"/>
        </w:rPr>
        <w:t xml:space="preserve"> de la data </w:t>
      </w:r>
      <w:proofErr w:type="spellStart"/>
      <w:r w:rsidRPr="00B02214">
        <w:rPr>
          <w:rFonts w:ascii="Aptos" w:eastAsia="Aptos" w:hAnsi="Aptos" w:cs="Aptos"/>
          <w:lang w:val="fr-FR"/>
        </w:rPr>
        <w:t>primirii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notificării</w:t>
      </w:r>
      <w:proofErr w:type="spellEnd"/>
      <w:r w:rsidRPr="00B02214">
        <w:rPr>
          <w:rFonts w:ascii="Aptos" w:eastAsia="Aptos" w:hAnsi="Aptos" w:cs="Aptos"/>
          <w:lang w:val="fr-FR"/>
        </w:rPr>
        <w:t xml:space="preserve"> prin care </w:t>
      </w:r>
      <w:proofErr w:type="spellStart"/>
      <w:r w:rsidRPr="00B02214">
        <w:rPr>
          <w:rFonts w:ascii="Aptos" w:eastAsia="Aptos" w:hAnsi="Aptos" w:cs="Aptos"/>
          <w:lang w:val="fr-FR"/>
        </w:rPr>
        <w:t>părții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culpă</w:t>
      </w:r>
      <w:proofErr w:type="spellEnd"/>
      <w:r w:rsidRPr="00B02214">
        <w:rPr>
          <w:rFonts w:ascii="Aptos" w:eastAsia="Aptos" w:hAnsi="Aptos" w:cs="Aptos"/>
          <w:lang w:val="fr-FR"/>
        </w:rPr>
        <w:t xml:space="preserve"> i s-a </w:t>
      </w:r>
      <w:proofErr w:type="spellStart"/>
      <w:r w:rsidRPr="00B02214">
        <w:rPr>
          <w:rFonts w:ascii="Aptos" w:eastAsia="Aptos" w:hAnsi="Aptos" w:cs="Aptos"/>
          <w:lang w:val="fr-FR"/>
        </w:rPr>
        <w:t>adus</w:t>
      </w:r>
      <w:proofErr w:type="spellEnd"/>
      <w:r w:rsidRPr="00B02214">
        <w:rPr>
          <w:rFonts w:ascii="Aptos" w:eastAsia="Aptos" w:hAnsi="Aptos" w:cs="Aptos"/>
          <w:lang w:val="fr-FR"/>
        </w:rPr>
        <w:t xml:space="preserve"> la </w:t>
      </w:r>
      <w:proofErr w:type="spellStart"/>
      <w:r w:rsidRPr="00B02214">
        <w:rPr>
          <w:rFonts w:ascii="Aptos" w:eastAsia="Aptos" w:hAnsi="Aptos" w:cs="Aptos"/>
          <w:lang w:val="fr-FR"/>
        </w:rPr>
        <w:t>cunoștință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faptul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că</w:t>
      </w:r>
      <w:proofErr w:type="spellEnd"/>
      <w:r w:rsidRPr="00B02214">
        <w:rPr>
          <w:rFonts w:ascii="Aptos" w:eastAsia="Aptos" w:hAnsi="Aptos" w:cs="Aptos"/>
          <w:lang w:val="fr-FR"/>
        </w:rPr>
        <w:t xml:space="preserve"> nu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-a </w:t>
      </w:r>
      <w:proofErr w:type="spellStart"/>
      <w:r w:rsidRPr="00B02214">
        <w:rPr>
          <w:rFonts w:ascii="Aptos" w:eastAsia="Aptos" w:hAnsi="Aptos" w:cs="Aptos"/>
          <w:lang w:val="fr-FR"/>
        </w:rPr>
        <w:t>îndeplinit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obligațiile</w:t>
      </w:r>
      <w:proofErr w:type="spellEnd"/>
      <w:r w:rsidRPr="00B02214">
        <w:rPr>
          <w:rFonts w:ascii="Aptos" w:eastAsia="Aptos" w:hAnsi="Aptos" w:cs="Aptos"/>
          <w:lang w:val="fr-FR"/>
        </w:rPr>
        <w:t xml:space="preserve"> </w:t>
      </w:r>
      <w:proofErr w:type="spellStart"/>
      <w:proofErr w:type="gramStart"/>
      <w:r w:rsidRPr="00B02214">
        <w:rPr>
          <w:rFonts w:ascii="Aptos" w:eastAsia="Aptos" w:hAnsi="Aptos" w:cs="Aptos"/>
          <w:lang w:val="fr-FR"/>
        </w:rPr>
        <w:t>contractuale</w:t>
      </w:r>
      <w:proofErr w:type="spellEnd"/>
      <w:r w:rsidRPr="00B02214">
        <w:rPr>
          <w:rFonts w:ascii="Aptos" w:eastAsia="Aptos" w:hAnsi="Aptos" w:cs="Aptos"/>
          <w:lang w:val="fr-FR"/>
        </w:rPr>
        <w:t>;</w:t>
      </w:r>
      <w:proofErr w:type="gramEnd"/>
      <w:r w:rsidRPr="00B02214">
        <w:rPr>
          <w:rFonts w:ascii="Aptos" w:eastAsia="Aptos" w:hAnsi="Aptos" w:cs="Aptos"/>
          <w:lang w:val="fr-FR"/>
        </w:rPr>
        <w:t xml:space="preserve"> </w:t>
      </w:r>
    </w:p>
    <w:p w14:paraId="2B7D6E22" w14:textId="77777777" w:rsidR="00651778" w:rsidRPr="00651778" w:rsidRDefault="00651778" w:rsidP="00651778">
      <w:pPr>
        <w:spacing w:before="240" w:after="240"/>
        <w:rPr>
          <w:lang w:val="fr-FR"/>
        </w:rPr>
      </w:pPr>
      <w:r w:rsidRPr="00B02214">
        <w:rPr>
          <w:rFonts w:ascii="Aptos" w:eastAsia="Aptos" w:hAnsi="Aptos" w:cs="Aptos"/>
          <w:lang w:val="fr-FR"/>
        </w:rPr>
        <w:t xml:space="preserve">(5) </w:t>
      </w:r>
      <w:proofErr w:type="spellStart"/>
      <w:r w:rsidRPr="00B02214">
        <w:rPr>
          <w:rFonts w:ascii="Aptos" w:eastAsia="Aptos" w:hAnsi="Aptos" w:cs="Aptos"/>
          <w:lang w:val="fr-FR"/>
        </w:rPr>
        <w:t>Notificarea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prevăzută</w:t>
      </w:r>
      <w:proofErr w:type="spellEnd"/>
      <w:r w:rsidRPr="00B02214">
        <w:rPr>
          <w:rFonts w:ascii="Aptos" w:eastAsia="Aptos" w:hAnsi="Aptos" w:cs="Aptos"/>
          <w:lang w:val="fr-FR"/>
        </w:rPr>
        <w:t xml:space="preserve"> la </w:t>
      </w:r>
      <w:proofErr w:type="spellStart"/>
      <w:r w:rsidRPr="00B02214">
        <w:rPr>
          <w:rFonts w:ascii="Aptos" w:eastAsia="Aptos" w:hAnsi="Aptos" w:cs="Aptos"/>
          <w:lang w:val="fr-FR"/>
        </w:rPr>
        <w:t>pct</w:t>
      </w:r>
      <w:proofErr w:type="spellEnd"/>
      <w:r w:rsidRPr="00B02214">
        <w:rPr>
          <w:rFonts w:ascii="Aptos" w:eastAsia="Aptos" w:hAnsi="Aptos" w:cs="Aptos"/>
          <w:lang w:val="fr-FR"/>
        </w:rPr>
        <w:t xml:space="preserve">. (4) va fi </w:t>
      </w:r>
      <w:proofErr w:type="spellStart"/>
      <w:r w:rsidRPr="00B02214">
        <w:rPr>
          <w:rFonts w:ascii="Aptos" w:eastAsia="Aptos" w:hAnsi="Aptos" w:cs="Aptos"/>
          <w:lang w:val="fr-FR"/>
        </w:rPr>
        <w:t>comunicată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termen</w:t>
      </w:r>
      <w:proofErr w:type="spellEnd"/>
      <w:r w:rsidRPr="00B02214">
        <w:rPr>
          <w:rFonts w:ascii="Aptos" w:eastAsia="Aptos" w:hAnsi="Aptos" w:cs="Aptos"/>
          <w:lang w:val="fr-FR"/>
        </w:rPr>
        <w:t xml:space="preserve"> de maximum 15 </w:t>
      </w:r>
      <w:proofErr w:type="spellStart"/>
      <w:r w:rsidRPr="00B02214">
        <w:rPr>
          <w:rFonts w:ascii="Aptos" w:eastAsia="Aptos" w:hAnsi="Aptos" w:cs="Aptos"/>
          <w:lang w:val="fr-FR"/>
        </w:rPr>
        <w:t>zile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calendaristice</w:t>
      </w:r>
      <w:proofErr w:type="spellEnd"/>
      <w:r w:rsidRPr="00B02214">
        <w:rPr>
          <w:rFonts w:ascii="Aptos" w:eastAsia="Aptos" w:hAnsi="Aptos" w:cs="Aptos"/>
          <w:lang w:val="fr-FR"/>
        </w:rPr>
        <w:t xml:space="preserve"> de la data </w:t>
      </w:r>
      <w:proofErr w:type="spellStart"/>
      <w:r w:rsidRPr="00B02214">
        <w:rPr>
          <w:rFonts w:ascii="Aptos" w:eastAsia="Aptos" w:hAnsi="Aptos" w:cs="Aptos"/>
          <w:lang w:val="fr-FR"/>
        </w:rPr>
        <w:t>constatării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neîndeplinirii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sau</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îndeplinirii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necorespunzătoare</w:t>
      </w:r>
      <w:proofErr w:type="spellEnd"/>
      <w:r w:rsidRPr="00B02214">
        <w:rPr>
          <w:rFonts w:ascii="Aptos" w:eastAsia="Aptos" w:hAnsi="Aptos" w:cs="Aptos"/>
          <w:lang w:val="fr-FR"/>
        </w:rPr>
        <w:t xml:space="preserve"> a </w:t>
      </w:r>
      <w:proofErr w:type="spellStart"/>
      <w:r w:rsidRPr="00B02214">
        <w:rPr>
          <w:rFonts w:ascii="Aptos" w:eastAsia="Aptos" w:hAnsi="Aptos" w:cs="Aptos"/>
          <w:lang w:val="fr-FR"/>
        </w:rPr>
        <w:t>uneia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ori</w:t>
      </w:r>
      <w:proofErr w:type="spellEnd"/>
      <w:r w:rsidRPr="00B02214">
        <w:rPr>
          <w:rFonts w:ascii="Aptos" w:eastAsia="Aptos" w:hAnsi="Aptos" w:cs="Aptos"/>
          <w:lang w:val="fr-FR"/>
        </w:rPr>
        <w:t xml:space="preserve"> a mai </w:t>
      </w:r>
      <w:proofErr w:type="spellStart"/>
      <w:r w:rsidRPr="00B02214">
        <w:rPr>
          <w:rFonts w:ascii="Aptos" w:eastAsia="Aptos" w:hAnsi="Aptos" w:cs="Aptos"/>
          <w:lang w:val="fr-FR"/>
        </w:rPr>
        <w:t>multor</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obligații</w:t>
      </w:r>
      <w:proofErr w:type="spellEnd"/>
      <w:r w:rsidRPr="00B02214">
        <w:rPr>
          <w:rFonts w:ascii="Aptos" w:eastAsia="Aptos" w:hAnsi="Aptos" w:cs="Aptos"/>
          <w:lang w:val="fr-FR"/>
        </w:rPr>
        <w:t xml:space="preserve"> </w:t>
      </w:r>
      <w:proofErr w:type="spellStart"/>
      <w:proofErr w:type="gramStart"/>
      <w:r w:rsidRPr="00B02214">
        <w:rPr>
          <w:rFonts w:ascii="Aptos" w:eastAsia="Aptos" w:hAnsi="Aptos" w:cs="Aptos"/>
          <w:lang w:val="fr-FR"/>
        </w:rPr>
        <w:t>contractuale</w:t>
      </w:r>
      <w:proofErr w:type="spellEnd"/>
      <w:r w:rsidRPr="00B02214">
        <w:rPr>
          <w:rFonts w:ascii="Aptos" w:eastAsia="Aptos" w:hAnsi="Aptos" w:cs="Aptos"/>
          <w:lang w:val="fr-FR"/>
        </w:rPr>
        <w:t>;</w:t>
      </w:r>
      <w:proofErr w:type="gramEnd"/>
      <w:r w:rsidRPr="00B02214">
        <w:rPr>
          <w:rFonts w:ascii="Aptos" w:eastAsia="Aptos" w:hAnsi="Aptos" w:cs="Aptos"/>
          <w:lang w:val="fr-FR"/>
        </w:rPr>
        <w:t xml:space="preserve"> </w:t>
      </w:r>
    </w:p>
    <w:p w14:paraId="05F6C8B9" w14:textId="77777777" w:rsidR="00651778" w:rsidRPr="00651778" w:rsidRDefault="00651778" w:rsidP="00651778">
      <w:pPr>
        <w:spacing w:before="240" w:after="240"/>
        <w:rPr>
          <w:lang w:val="fr-FR"/>
        </w:rPr>
      </w:pPr>
      <w:r w:rsidRPr="00651778">
        <w:rPr>
          <w:rFonts w:ascii="Aptos" w:eastAsia="Aptos" w:hAnsi="Aptos" w:cs="Aptos"/>
          <w:lang w:val="fr-FR"/>
        </w:rPr>
        <w:t xml:space="preserve">(6)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cazul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care </w:t>
      </w:r>
      <w:proofErr w:type="spellStart"/>
      <w:r w:rsidRPr="00651778">
        <w:rPr>
          <w:rFonts w:ascii="Aptos" w:eastAsia="Aptos" w:hAnsi="Aptos" w:cs="Aptos"/>
          <w:lang w:val="fr-FR"/>
        </w:rPr>
        <w:t>beneficiarului</w:t>
      </w:r>
      <w:proofErr w:type="spellEnd"/>
      <w:r w:rsidRPr="00651778">
        <w:rPr>
          <w:rFonts w:ascii="Aptos" w:eastAsia="Aptos" w:hAnsi="Aptos" w:cs="Aptos"/>
          <w:lang w:val="fr-FR"/>
        </w:rPr>
        <w:t xml:space="preserve"> i s-a </w:t>
      </w:r>
      <w:proofErr w:type="spellStart"/>
      <w:r w:rsidRPr="00651778">
        <w:rPr>
          <w:rFonts w:ascii="Aptos" w:eastAsia="Aptos" w:hAnsi="Aptos" w:cs="Aptos"/>
          <w:lang w:val="fr-FR"/>
        </w:rPr>
        <w:t>notificat</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rezilierea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prezentului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contract</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finanțare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din</w:t>
      </w:r>
      <w:proofErr w:type="spellEnd"/>
      <w:r w:rsidRPr="00651778">
        <w:rPr>
          <w:rFonts w:ascii="Aptos" w:eastAsia="Aptos" w:hAnsi="Aptos" w:cs="Aptos"/>
          <w:lang w:val="fr-FR"/>
        </w:rPr>
        <w:t xml:space="preserve"> vina </w:t>
      </w:r>
      <w:proofErr w:type="spellStart"/>
      <w:r w:rsidRPr="00651778">
        <w:rPr>
          <w:rFonts w:ascii="Aptos" w:eastAsia="Aptos" w:hAnsi="Aptos" w:cs="Aptos"/>
          <w:lang w:val="fr-FR"/>
        </w:rPr>
        <w:t>sa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acesta</w:t>
      </w:r>
      <w:proofErr w:type="spellEnd"/>
      <w:r w:rsidRPr="00651778">
        <w:rPr>
          <w:rFonts w:ascii="Aptos" w:eastAsia="Aptos" w:hAnsi="Aptos" w:cs="Aptos"/>
          <w:lang w:val="fr-FR"/>
        </w:rPr>
        <w:t xml:space="preserve"> este </w:t>
      </w:r>
      <w:proofErr w:type="spellStart"/>
      <w:r w:rsidRPr="00651778">
        <w:rPr>
          <w:rFonts w:ascii="Aptos" w:eastAsia="Aptos" w:hAnsi="Aptos" w:cs="Aptos"/>
          <w:lang w:val="fr-FR"/>
        </w:rPr>
        <w:t>obligat</w:t>
      </w:r>
      <w:proofErr w:type="spellEnd"/>
      <w:r w:rsidRPr="00651778">
        <w:rPr>
          <w:rFonts w:ascii="Aptos" w:eastAsia="Aptos" w:hAnsi="Aptos" w:cs="Aptos"/>
          <w:lang w:val="fr-FR"/>
        </w:rPr>
        <w:t xml:space="preserve"> </w:t>
      </w:r>
      <w:proofErr w:type="gramStart"/>
      <w:r w:rsidRPr="00651778">
        <w:rPr>
          <w:rFonts w:ascii="Aptos" w:eastAsia="Aptos" w:hAnsi="Aptos" w:cs="Aptos"/>
          <w:lang w:val="fr-FR"/>
        </w:rPr>
        <w:t>ca</w:t>
      </w:r>
      <w:proofErr w:type="gram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termen</w:t>
      </w:r>
      <w:proofErr w:type="spellEnd"/>
      <w:r w:rsidRPr="00651778">
        <w:rPr>
          <w:rFonts w:ascii="Aptos" w:eastAsia="Aptos" w:hAnsi="Aptos" w:cs="Aptos"/>
          <w:lang w:val="fr-FR"/>
        </w:rPr>
        <w:t xml:space="preserve"> de maximum 15 </w:t>
      </w:r>
      <w:proofErr w:type="spellStart"/>
      <w:r w:rsidRPr="00651778">
        <w:rPr>
          <w:rFonts w:ascii="Aptos" w:eastAsia="Aptos" w:hAnsi="Aptos" w:cs="Aptos"/>
          <w:lang w:val="fr-FR"/>
        </w:rPr>
        <w:t>zile</w:t>
      </w:r>
      <w:proofErr w:type="spellEnd"/>
      <w:r w:rsidRPr="00651778">
        <w:rPr>
          <w:rFonts w:ascii="Aptos" w:eastAsia="Aptos" w:hAnsi="Aptos" w:cs="Aptos"/>
          <w:lang w:val="fr-FR"/>
        </w:rPr>
        <w:t xml:space="preserve"> de la data </w:t>
      </w:r>
      <w:proofErr w:type="spellStart"/>
      <w:r w:rsidRPr="00651778">
        <w:rPr>
          <w:rFonts w:ascii="Aptos" w:eastAsia="Aptos" w:hAnsi="Aptos" w:cs="Aptos"/>
          <w:lang w:val="fr-FR"/>
        </w:rPr>
        <w:t>primirii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notificării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restituie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autorității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finanțatoare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suma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totală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sau</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parțială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funcție</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gradul</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neîndeplinire</w:t>
      </w:r>
      <w:proofErr w:type="spellEnd"/>
      <w:r w:rsidRPr="00651778">
        <w:rPr>
          <w:rFonts w:ascii="Aptos" w:eastAsia="Aptos" w:hAnsi="Aptos" w:cs="Aptos"/>
          <w:lang w:val="fr-FR"/>
        </w:rPr>
        <w:t xml:space="preserve"> a </w:t>
      </w:r>
      <w:proofErr w:type="spellStart"/>
      <w:r w:rsidRPr="00651778">
        <w:rPr>
          <w:rFonts w:ascii="Aptos" w:eastAsia="Aptos" w:hAnsi="Aptos" w:cs="Aptos"/>
          <w:lang w:val="fr-FR"/>
        </w:rPr>
        <w:t>activităților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sau</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după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caz</w:t>
      </w:r>
      <w:proofErr w:type="spellEnd"/>
      <w:r w:rsidRPr="00651778">
        <w:rPr>
          <w:rFonts w:ascii="Aptos" w:eastAsia="Aptos" w:hAnsi="Aptos" w:cs="Aptos"/>
          <w:lang w:val="fr-FR"/>
        </w:rPr>
        <w:t xml:space="preserve">, a </w:t>
      </w:r>
      <w:proofErr w:type="spellStart"/>
      <w:r w:rsidRPr="00651778">
        <w:rPr>
          <w:rFonts w:ascii="Aptos" w:eastAsia="Aptos" w:hAnsi="Aptos" w:cs="Aptos"/>
          <w:lang w:val="fr-FR"/>
        </w:rPr>
        <w:t>indicatorilor</w:t>
      </w:r>
      <w:proofErr w:type="spellEnd"/>
      <w:r w:rsidRPr="00651778">
        <w:rPr>
          <w:rFonts w:ascii="Aptos" w:eastAsia="Aptos" w:hAnsi="Aptos" w:cs="Aptos"/>
          <w:lang w:val="fr-FR"/>
        </w:rPr>
        <w:t xml:space="preserve"> de </w:t>
      </w:r>
      <w:proofErr w:type="spellStart"/>
      <w:proofErr w:type="gramStart"/>
      <w:r w:rsidRPr="00651778">
        <w:rPr>
          <w:rFonts w:ascii="Aptos" w:eastAsia="Aptos" w:hAnsi="Aptos" w:cs="Aptos"/>
          <w:lang w:val="fr-FR"/>
        </w:rPr>
        <w:t>rezultate</w:t>
      </w:r>
      <w:proofErr w:type="spellEnd"/>
      <w:r w:rsidRPr="00651778">
        <w:rPr>
          <w:rFonts w:ascii="Aptos" w:eastAsia="Aptos" w:hAnsi="Aptos" w:cs="Aptos"/>
          <w:lang w:val="fr-FR"/>
        </w:rPr>
        <w:t>;</w:t>
      </w:r>
      <w:proofErr w:type="gramEnd"/>
      <w:r w:rsidRPr="00651778">
        <w:rPr>
          <w:rFonts w:ascii="Aptos" w:eastAsia="Aptos" w:hAnsi="Aptos" w:cs="Aptos"/>
          <w:lang w:val="fr-FR"/>
        </w:rPr>
        <w:t xml:space="preserve"> </w:t>
      </w:r>
    </w:p>
    <w:p w14:paraId="677F27CA" w14:textId="77777777" w:rsidR="00651778" w:rsidRDefault="00651778" w:rsidP="00651778">
      <w:pPr>
        <w:spacing w:before="240" w:after="240"/>
        <w:rPr>
          <w:rFonts w:ascii="Aptos" w:eastAsia="Aptos" w:hAnsi="Aptos" w:cs="Aptos"/>
          <w:b/>
          <w:bCs/>
        </w:rPr>
      </w:pPr>
      <w:proofErr w:type="spellStart"/>
      <w:r w:rsidRPr="00B02214">
        <w:rPr>
          <w:rFonts w:ascii="Aptos" w:eastAsia="Aptos" w:hAnsi="Aptos" w:cs="Aptos"/>
          <w:b/>
          <w:bCs/>
        </w:rPr>
        <w:t>Secțiunea</w:t>
      </w:r>
      <w:proofErr w:type="spellEnd"/>
      <w:r w:rsidRPr="00B02214">
        <w:rPr>
          <w:rFonts w:ascii="Aptos" w:eastAsia="Aptos" w:hAnsi="Aptos" w:cs="Aptos"/>
          <w:b/>
          <w:bCs/>
        </w:rPr>
        <w:t xml:space="preserve"> 4. </w:t>
      </w:r>
      <w:proofErr w:type="spellStart"/>
      <w:r w:rsidRPr="00B02214">
        <w:rPr>
          <w:rFonts w:ascii="Aptos" w:eastAsia="Aptos" w:hAnsi="Aptos" w:cs="Aptos"/>
          <w:b/>
          <w:bCs/>
        </w:rPr>
        <w:t>Încetarea</w:t>
      </w:r>
      <w:proofErr w:type="spellEnd"/>
      <w:r w:rsidRPr="00B02214">
        <w:rPr>
          <w:rFonts w:ascii="Aptos" w:eastAsia="Aptos" w:hAnsi="Aptos" w:cs="Aptos"/>
          <w:b/>
          <w:bCs/>
        </w:rPr>
        <w:t xml:space="preserve"> </w:t>
      </w:r>
      <w:proofErr w:type="spellStart"/>
      <w:r w:rsidRPr="00B02214">
        <w:rPr>
          <w:rFonts w:ascii="Aptos" w:eastAsia="Aptos" w:hAnsi="Aptos" w:cs="Aptos"/>
          <w:b/>
          <w:bCs/>
        </w:rPr>
        <w:t>contractului</w:t>
      </w:r>
      <w:proofErr w:type="spellEnd"/>
      <w:r w:rsidRPr="00B02214">
        <w:rPr>
          <w:rFonts w:ascii="Aptos" w:eastAsia="Aptos" w:hAnsi="Aptos" w:cs="Aptos"/>
          <w:b/>
          <w:bCs/>
        </w:rPr>
        <w:t xml:space="preserve"> </w:t>
      </w:r>
    </w:p>
    <w:p w14:paraId="14264E45" w14:textId="77777777" w:rsidR="00651778" w:rsidRDefault="00651778" w:rsidP="00651778">
      <w:pPr>
        <w:spacing w:before="240" w:after="240"/>
        <w:rPr>
          <w:rFonts w:ascii="Aptos" w:eastAsia="Aptos" w:hAnsi="Aptos" w:cs="Aptos"/>
        </w:rPr>
      </w:pPr>
      <w:r w:rsidRPr="2C295FE7">
        <w:rPr>
          <w:rFonts w:ascii="Aptos" w:eastAsia="Aptos" w:hAnsi="Aptos" w:cs="Aptos"/>
        </w:rPr>
        <w:t xml:space="preserve">Art. 17 </w:t>
      </w:r>
      <w:proofErr w:type="spellStart"/>
      <w:r w:rsidRPr="2C295FE7">
        <w:rPr>
          <w:rFonts w:ascii="Aptos" w:eastAsia="Aptos" w:hAnsi="Aptos" w:cs="Aptos"/>
        </w:rPr>
        <w:t>Prezentul</w:t>
      </w:r>
      <w:proofErr w:type="spellEnd"/>
      <w:r w:rsidRPr="2C295FE7">
        <w:rPr>
          <w:rFonts w:ascii="Aptos" w:eastAsia="Aptos" w:hAnsi="Aptos" w:cs="Aptos"/>
        </w:rPr>
        <w:t xml:space="preserve"> contract </w:t>
      </w:r>
      <w:proofErr w:type="spellStart"/>
      <w:r w:rsidRPr="2C295FE7">
        <w:rPr>
          <w:rFonts w:ascii="Aptos" w:eastAsia="Aptos" w:hAnsi="Aptos" w:cs="Aptos"/>
        </w:rPr>
        <w:t>încetează</w:t>
      </w:r>
      <w:proofErr w:type="spellEnd"/>
      <w:r w:rsidRPr="2C295FE7">
        <w:rPr>
          <w:rFonts w:ascii="Aptos" w:eastAsia="Aptos" w:hAnsi="Aptos" w:cs="Aptos"/>
        </w:rPr>
        <w:t xml:space="preserve"> </w:t>
      </w:r>
      <w:proofErr w:type="spellStart"/>
      <w:r w:rsidRPr="2C295FE7">
        <w:rPr>
          <w:rFonts w:ascii="Aptos" w:eastAsia="Aptos" w:hAnsi="Aptos" w:cs="Aptos"/>
        </w:rPr>
        <w:t>să</w:t>
      </w:r>
      <w:proofErr w:type="spellEnd"/>
      <w:r w:rsidRPr="2C295FE7">
        <w:rPr>
          <w:rFonts w:ascii="Aptos" w:eastAsia="Aptos" w:hAnsi="Aptos" w:cs="Aptos"/>
        </w:rPr>
        <w:t xml:space="preserve"> </w:t>
      </w:r>
      <w:proofErr w:type="spellStart"/>
      <w:r w:rsidRPr="2C295FE7">
        <w:rPr>
          <w:rFonts w:ascii="Aptos" w:eastAsia="Aptos" w:hAnsi="Aptos" w:cs="Aptos"/>
        </w:rPr>
        <w:t>producă</w:t>
      </w:r>
      <w:proofErr w:type="spellEnd"/>
      <w:r w:rsidRPr="2C295FE7">
        <w:rPr>
          <w:rFonts w:ascii="Aptos" w:eastAsia="Aptos" w:hAnsi="Aptos" w:cs="Aptos"/>
        </w:rPr>
        <w:t xml:space="preserve"> </w:t>
      </w:r>
      <w:proofErr w:type="spellStart"/>
      <w:r w:rsidRPr="2C295FE7">
        <w:rPr>
          <w:rFonts w:ascii="Aptos" w:eastAsia="Aptos" w:hAnsi="Aptos" w:cs="Aptos"/>
        </w:rPr>
        <w:t>efecte</w:t>
      </w:r>
      <w:proofErr w:type="spellEnd"/>
      <w:r w:rsidRPr="2C295FE7">
        <w:rPr>
          <w:rFonts w:ascii="Aptos" w:eastAsia="Aptos" w:hAnsi="Aptos" w:cs="Aptos"/>
        </w:rPr>
        <w:t xml:space="preserve">: </w:t>
      </w:r>
    </w:p>
    <w:p w14:paraId="1C957766" w14:textId="77777777" w:rsidR="00651778" w:rsidRDefault="00651778" w:rsidP="00651778">
      <w:pPr>
        <w:pStyle w:val="ListParagraph"/>
        <w:numPr>
          <w:ilvl w:val="0"/>
          <w:numId w:val="48"/>
        </w:numPr>
        <w:spacing w:before="240" w:after="240" w:line="279" w:lineRule="auto"/>
        <w:rPr>
          <w:rFonts w:ascii="Aptos" w:eastAsia="Aptos" w:hAnsi="Aptos" w:cs="Aptos"/>
        </w:rPr>
      </w:pPr>
      <w:r w:rsidRPr="2C295FE7">
        <w:rPr>
          <w:rFonts w:ascii="Aptos" w:eastAsia="Aptos" w:hAnsi="Aptos" w:cs="Aptos"/>
        </w:rPr>
        <w:t xml:space="preserve">la data </w:t>
      </w:r>
      <w:proofErr w:type="spellStart"/>
      <w:r w:rsidRPr="2C295FE7">
        <w:rPr>
          <w:rFonts w:ascii="Aptos" w:eastAsia="Aptos" w:hAnsi="Aptos" w:cs="Aptos"/>
        </w:rPr>
        <w:t>rezilierii</w:t>
      </w:r>
      <w:proofErr w:type="spellEnd"/>
      <w:r w:rsidRPr="2C295FE7">
        <w:rPr>
          <w:rFonts w:ascii="Aptos" w:eastAsia="Aptos" w:hAnsi="Aptos" w:cs="Aptos"/>
        </w:rPr>
        <w:t xml:space="preserve"> </w:t>
      </w:r>
      <w:proofErr w:type="spellStart"/>
      <w:r w:rsidRPr="2C295FE7">
        <w:rPr>
          <w:rFonts w:ascii="Aptos" w:eastAsia="Aptos" w:hAnsi="Aptos" w:cs="Aptos"/>
        </w:rPr>
        <w:t>acestuia</w:t>
      </w:r>
      <w:proofErr w:type="spellEnd"/>
      <w:r w:rsidRPr="2C295FE7">
        <w:rPr>
          <w:rFonts w:ascii="Aptos" w:eastAsia="Aptos" w:hAnsi="Aptos" w:cs="Aptos"/>
        </w:rPr>
        <w:t xml:space="preserve">; </w:t>
      </w:r>
    </w:p>
    <w:p w14:paraId="2D123EBA" w14:textId="77777777" w:rsidR="00651778" w:rsidRPr="00B02214" w:rsidRDefault="00651778" w:rsidP="00651778">
      <w:pPr>
        <w:pStyle w:val="ListParagraph"/>
        <w:numPr>
          <w:ilvl w:val="0"/>
          <w:numId w:val="48"/>
        </w:numPr>
        <w:spacing w:before="240" w:after="240" w:line="279" w:lineRule="auto"/>
        <w:rPr>
          <w:rFonts w:ascii="Aptos" w:eastAsia="Aptos" w:hAnsi="Aptos" w:cs="Aptos"/>
          <w:lang w:val="fr-FR"/>
        </w:rPr>
      </w:pPr>
      <w:proofErr w:type="gramStart"/>
      <w:r w:rsidRPr="00B02214">
        <w:rPr>
          <w:rFonts w:ascii="Aptos" w:eastAsia="Aptos" w:hAnsi="Aptos" w:cs="Aptos"/>
          <w:lang w:val="fr-FR"/>
        </w:rPr>
        <w:t>la</w:t>
      </w:r>
      <w:proofErr w:type="gramEnd"/>
      <w:r w:rsidRPr="00B02214">
        <w:rPr>
          <w:rFonts w:ascii="Aptos" w:eastAsia="Aptos" w:hAnsi="Aptos" w:cs="Aptos"/>
          <w:lang w:val="fr-FR"/>
        </w:rPr>
        <w:t xml:space="preserve"> data </w:t>
      </w:r>
      <w:proofErr w:type="spellStart"/>
      <w:r w:rsidRPr="00B02214">
        <w:rPr>
          <w:rFonts w:ascii="Aptos" w:eastAsia="Aptos" w:hAnsi="Aptos" w:cs="Aptos"/>
          <w:lang w:val="fr-FR"/>
        </w:rPr>
        <w:t>îndeplinirii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tuturor</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obligațiilor</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asumate</w:t>
      </w:r>
      <w:proofErr w:type="spellEnd"/>
      <w:r w:rsidRPr="00B02214">
        <w:rPr>
          <w:rFonts w:ascii="Aptos" w:eastAsia="Aptos" w:hAnsi="Aptos" w:cs="Aptos"/>
          <w:lang w:val="fr-FR"/>
        </w:rPr>
        <w:t xml:space="preserve"> de </w:t>
      </w:r>
      <w:proofErr w:type="spellStart"/>
      <w:proofErr w:type="gramStart"/>
      <w:r w:rsidRPr="00B02214">
        <w:rPr>
          <w:rFonts w:ascii="Aptos" w:eastAsia="Aptos" w:hAnsi="Aptos" w:cs="Aptos"/>
          <w:lang w:val="fr-FR"/>
        </w:rPr>
        <w:t>părți</w:t>
      </w:r>
      <w:proofErr w:type="spellEnd"/>
      <w:r w:rsidRPr="00B02214">
        <w:rPr>
          <w:rFonts w:ascii="Aptos" w:eastAsia="Aptos" w:hAnsi="Aptos" w:cs="Aptos"/>
          <w:lang w:val="fr-FR"/>
        </w:rPr>
        <w:t>;</w:t>
      </w:r>
      <w:proofErr w:type="gramEnd"/>
      <w:r w:rsidRPr="00B02214">
        <w:rPr>
          <w:rFonts w:ascii="Aptos" w:eastAsia="Aptos" w:hAnsi="Aptos" w:cs="Aptos"/>
          <w:lang w:val="fr-FR"/>
        </w:rPr>
        <w:t xml:space="preserve"> </w:t>
      </w:r>
    </w:p>
    <w:p w14:paraId="2FFD21AA" w14:textId="77777777" w:rsidR="00651778" w:rsidRPr="00B02214" w:rsidRDefault="00651778" w:rsidP="00651778">
      <w:pPr>
        <w:pStyle w:val="ListParagraph"/>
        <w:numPr>
          <w:ilvl w:val="0"/>
          <w:numId w:val="48"/>
        </w:numPr>
        <w:spacing w:before="240" w:after="240" w:line="279" w:lineRule="auto"/>
        <w:rPr>
          <w:rFonts w:ascii="Aptos" w:eastAsia="Aptos" w:hAnsi="Aptos" w:cs="Aptos"/>
          <w:lang w:val="fr-FR"/>
        </w:rPr>
      </w:pPr>
      <w:proofErr w:type="gramStart"/>
      <w:r w:rsidRPr="00B02214">
        <w:rPr>
          <w:rFonts w:ascii="Aptos" w:eastAsia="Aptos" w:hAnsi="Aptos" w:cs="Aptos"/>
          <w:lang w:val="fr-FR"/>
        </w:rPr>
        <w:t>prin</w:t>
      </w:r>
      <w:proofErr w:type="gramEnd"/>
      <w:r w:rsidRPr="00B02214">
        <w:rPr>
          <w:rFonts w:ascii="Aptos" w:eastAsia="Aptos" w:hAnsi="Aptos" w:cs="Aptos"/>
          <w:lang w:val="fr-FR"/>
        </w:rPr>
        <w:t xml:space="preserve"> </w:t>
      </w:r>
      <w:proofErr w:type="spellStart"/>
      <w:r w:rsidRPr="00B02214">
        <w:rPr>
          <w:rFonts w:ascii="Aptos" w:eastAsia="Aptos" w:hAnsi="Aptos" w:cs="Aptos"/>
          <w:lang w:val="fr-FR"/>
        </w:rPr>
        <w:t>acordul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părților</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consemnat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proofErr w:type="gramStart"/>
      <w:r w:rsidRPr="00B02214">
        <w:rPr>
          <w:rFonts w:ascii="Aptos" w:eastAsia="Aptos" w:hAnsi="Aptos" w:cs="Aptos"/>
          <w:lang w:val="fr-FR"/>
        </w:rPr>
        <w:t>scris</w:t>
      </w:r>
      <w:proofErr w:type="spellEnd"/>
      <w:r w:rsidRPr="00B02214">
        <w:rPr>
          <w:rFonts w:ascii="Aptos" w:eastAsia="Aptos" w:hAnsi="Aptos" w:cs="Aptos"/>
          <w:lang w:val="fr-FR"/>
        </w:rPr>
        <w:t>;</w:t>
      </w:r>
      <w:proofErr w:type="gramEnd"/>
      <w:r w:rsidRPr="00B02214">
        <w:rPr>
          <w:rFonts w:ascii="Aptos" w:eastAsia="Aptos" w:hAnsi="Aptos" w:cs="Aptos"/>
          <w:lang w:val="fr-FR"/>
        </w:rPr>
        <w:t xml:space="preserve"> </w:t>
      </w:r>
    </w:p>
    <w:p w14:paraId="1D014429" w14:textId="77777777" w:rsidR="00651778" w:rsidRDefault="00651778" w:rsidP="00651778">
      <w:pPr>
        <w:pStyle w:val="ListParagraph"/>
        <w:numPr>
          <w:ilvl w:val="0"/>
          <w:numId w:val="48"/>
        </w:numPr>
        <w:spacing w:before="240" w:after="240" w:line="279" w:lineRule="auto"/>
        <w:rPr>
          <w:rFonts w:ascii="Aptos" w:eastAsia="Aptos" w:hAnsi="Aptos" w:cs="Aptos"/>
        </w:rPr>
      </w:pPr>
      <w:r w:rsidRPr="2C295FE7">
        <w:rPr>
          <w:rFonts w:ascii="Aptos" w:eastAsia="Aptos" w:hAnsi="Aptos" w:cs="Aptos"/>
        </w:rPr>
        <w:t xml:space="preserve">la data </w:t>
      </w:r>
      <w:proofErr w:type="spellStart"/>
      <w:r w:rsidRPr="2C295FE7">
        <w:rPr>
          <w:rFonts w:ascii="Aptos" w:eastAsia="Aptos" w:hAnsi="Aptos" w:cs="Aptos"/>
        </w:rPr>
        <w:t>prevăzută</w:t>
      </w:r>
      <w:proofErr w:type="spellEnd"/>
      <w:r w:rsidRPr="2C295FE7">
        <w:rPr>
          <w:rFonts w:ascii="Aptos" w:eastAsia="Aptos" w:hAnsi="Aptos" w:cs="Aptos"/>
        </w:rPr>
        <w:t xml:space="preserve"> la art. 2 din </w:t>
      </w:r>
      <w:proofErr w:type="spellStart"/>
      <w:r w:rsidRPr="2C295FE7">
        <w:rPr>
          <w:rFonts w:ascii="Aptos" w:eastAsia="Aptos" w:hAnsi="Aptos" w:cs="Aptos"/>
        </w:rPr>
        <w:t>prezentul</w:t>
      </w:r>
      <w:proofErr w:type="spellEnd"/>
      <w:r w:rsidRPr="2C295FE7">
        <w:rPr>
          <w:rFonts w:ascii="Aptos" w:eastAsia="Aptos" w:hAnsi="Aptos" w:cs="Aptos"/>
        </w:rPr>
        <w:t xml:space="preserve"> contract; </w:t>
      </w:r>
    </w:p>
    <w:p w14:paraId="54A0A4B9" w14:textId="77777777" w:rsidR="00651778" w:rsidRPr="00651778" w:rsidRDefault="00651778" w:rsidP="00651778">
      <w:pPr>
        <w:pStyle w:val="ListParagraph"/>
        <w:numPr>
          <w:ilvl w:val="0"/>
          <w:numId w:val="48"/>
        </w:numPr>
        <w:spacing w:before="240" w:after="240" w:line="279" w:lineRule="auto"/>
        <w:rPr>
          <w:lang w:val="fr-FR"/>
        </w:rPr>
      </w:pPr>
      <w:proofErr w:type="spellStart"/>
      <w:proofErr w:type="gramStart"/>
      <w:r w:rsidRPr="00B02214">
        <w:rPr>
          <w:rFonts w:ascii="Aptos" w:eastAsia="Aptos" w:hAnsi="Aptos" w:cs="Aptos"/>
          <w:lang w:val="fr-FR"/>
        </w:rPr>
        <w:t>în</w:t>
      </w:r>
      <w:proofErr w:type="spellEnd"/>
      <w:proofErr w:type="gramEnd"/>
      <w:r w:rsidRPr="00B02214">
        <w:rPr>
          <w:rFonts w:ascii="Aptos" w:eastAsia="Aptos" w:hAnsi="Aptos" w:cs="Aptos"/>
          <w:lang w:val="fr-FR"/>
        </w:rPr>
        <w:t xml:space="preserve"> </w:t>
      </w:r>
      <w:proofErr w:type="spellStart"/>
      <w:r w:rsidRPr="00B02214">
        <w:rPr>
          <w:rFonts w:ascii="Aptos" w:eastAsia="Aptos" w:hAnsi="Aptos" w:cs="Aptos"/>
          <w:lang w:val="fr-FR"/>
        </w:rPr>
        <w:t>alte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situații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prevăzute</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legislația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vigoare</w:t>
      </w:r>
      <w:proofErr w:type="spellEnd"/>
      <w:r w:rsidRPr="00B02214">
        <w:rPr>
          <w:rFonts w:ascii="Aptos" w:eastAsia="Aptos" w:hAnsi="Aptos" w:cs="Aptos"/>
          <w:lang w:val="fr-FR"/>
        </w:rPr>
        <w:t>.</w:t>
      </w:r>
    </w:p>
    <w:p w14:paraId="31DC2027" w14:textId="77777777" w:rsidR="00651778" w:rsidRPr="00651778" w:rsidRDefault="00651778" w:rsidP="00651778">
      <w:pPr>
        <w:spacing w:before="240" w:after="240"/>
        <w:rPr>
          <w:rFonts w:ascii="Aptos" w:eastAsia="Aptos" w:hAnsi="Aptos" w:cs="Aptos"/>
          <w:b/>
          <w:bCs/>
          <w:lang w:val="fr-FR"/>
        </w:rPr>
      </w:pPr>
      <w:proofErr w:type="spellStart"/>
      <w:r w:rsidRPr="00651778">
        <w:rPr>
          <w:rFonts w:ascii="Aptos" w:eastAsia="Aptos" w:hAnsi="Aptos" w:cs="Aptos"/>
          <w:b/>
          <w:bCs/>
          <w:lang w:val="fr-FR"/>
        </w:rPr>
        <w:t>Capitolul</w:t>
      </w:r>
      <w:proofErr w:type="spellEnd"/>
      <w:r w:rsidRPr="00651778">
        <w:rPr>
          <w:rFonts w:ascii="Aptos" w:eastAsia="Aptos" w:hAnsi="Aptos" w:cs="Aptos"/>
          <w:b/>
          <w:bCs/>
          <w:lang w:val="fr-FR"/>
        </w:rPr>
        <w:t xml:space="preserve"> 7. </w:t>
      </w:r>
      <w:proofErr w:type="spellStart"/>
      <w:r w:rsidRPr="00651778">
        <w:rPr>
          <w:rFonts w:ascii="Aptos" w:eastAsia="Aptos" w:hAnsi="Aptos" w:cs="Aptos"/>
          <w:b/>
          <w:bCs/>
          <w:lang w:val="fr-FR"/>
        </w:rPr>
        <w:t>Forța</w:t>
      </w:r>
      <w:proofErr w:type="spellEnd"/>
      <w:r w:rsidRPr="00651778">
        <w:rPr>
          <w:rFonts w:ascii="Aptos" w:eastAsia="Aptos" w:hAnsi="Aptos" w:cs="Aptos"/>
          <w:b/>
          <w:bCs/>
          <w:lang w:val="fr-FR"/>
        </w:rPr>
        <w:t xml:space="preserve"> </w:t>
      </w:r>
      <w:proofErr w:type="spellStart"/>
      <w:r w:rsidRPr="00651778">
        <w:rPr>
          <w:rFonts w:ascii="Aptos" w:eastAsia="Aptos" w:hAnsi="Aptos" w:cs="Aptos"/>
          <w:b/>
          <w:bCs/>
          <w:lang w:val="fr-FR"/>
        </w:rPr>
        <w:t>majoră</w:t>
      </w:r>
      <w:proofErr w:type="spellEnd"/>
    </w:p>
    <w:p w14:paraId="64CA54ED" w14:textId="77777777" w:rsidR="00651778" w:rsidRPr="00651778" w:rsidRDefault="00651778" w:rsidP="00651778">
      <w:pPr>
        <w:spacing w:before="240" w:after="240"/>
        <w:rPr>
          <w:lang w:val="fr-FR"/>
        </w:rPr>
      </w:pPr>
      <w:r w:rsidRPr="00651778">
        <w:rPr>
          <w:rFonts w:ascii="Aptos" w:eastAsia="Aptos" w:hAnsi="Aptos" w:cs="Aptos"/>
          <w:lang w:val="fr-FR"/>
        </w:rPr>
        <w:t xml:space="preserve">Art. 18. </w:t>
      </w:r>
      <w:proofErr w:type="spellStart"/>
      <w:r w:rsidRPr="00651778">
        <w:rPr>
          <w:rFonts w:ascii="Aptos" w:eastAsia="Aptos" w:hAnsi="Aptos" w:cs="Aptos"/>
          <w:lang w:val="fr-FR"/>
        </w:rPr>
        <w:t>Forța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majoră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exonerează</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răspundere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părțile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cazul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neexecutării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parțiale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sau</w:t>
      </w:r>
      <w:proofErr w:type="spellEnd"/>
      <w:r w:rsidRPr="00651778">
        <w:rPr>
          <w:rFonts w:ascii="Aptos" w:eastAsia="Aptos" w:hAnsi="Aptos" w:cs="Aptos"/>
          <w:lang w:val="fr-FR"/>
        </w:rPr>
        <w:t xml:space="preserve"> totale a </w:t>
      </w:r>
      <w:proofErr w:type="spellStart"/>
      <w:r w:rsidRPr="00651778">
        <w:rPr>
          <w:rFonts w:ascii="Aptos" w:eastAsia="Aptos" w:hAnsi="Aptos" w:cs="Aptos"/>
          <w:lang w:val="fr-FR"/>
        </w:rPr>
        <w:t>obligațiilor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asumate</w:t>
      </w:r>
      <w:proofErr w:type="spellEnd"/>
      <w:r w:rsidRPr="00651778">
        <w:rPr>
          <w:rFonts w:ascii="Aptos" w:eastAsia="Aptos" w:hAnsi="Aptos" w:cs="Aptos"/>
          <w:lang w:val="fr-FR"/>
        </w:rPr>
        <w:t xml:space="preserve"> prin </w:t>
      </w:r>
      <w:proofErr w:type="spellStart"/>
      <w:r w:rsidRPr="00651778">
        <w:rPr>
          <w:rFonts w:ascii="Aptos" w:eastAsia="Aptos" w:hAnsi="Aptos" w:cs="Aptos"/>
          <w:lang w:val="fr-FR"/>
        </w:rPr>
        <w:t>prezentul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contract</w:t>
      </w:r>
      <w:proofErr w:type="spellEnd"/>
      <w:r w:rsidRPr="00651778">
        <w:rPr>
          <w:rFonts w:ascii="Aptos" w:eastAsia="Aptos" w:hAnsi="Aptos" w:cs="Aptos"/>
          <w:lang w:val="fr-FR"/>
        </w:rPr>
        <w:t xml:space="preserve">. Prin </w:t>
      </w:r>
      <w:proofErr w:type="spellStart"/>
      <w:r w:rsidRPr="00651778">
        <w:rPr>
          <w:rFonts w:ascii="Aptos" w:eastAsia="Aptos" w:hAnsi="Aptos" w:cs="Aptos"/>
          <w:lang w:val="fr-FR"/>
        </w:rPr>
        <w:t>forță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majoră</w:t>
      </w:r>
      <w:proofErr w:type="spellEnd"/>
      <w:r w:rsidRPr="00651778">
        <w:rPr>
          <w:rFonts w:ascii="Aptos" w:eastAsia="Aptos" w:hAnsi="Aptos" w:cs="Aptos"/>
          <w:lang w:val="fr-FR"/>
        </w:rPr>
        <w:t xml:space="preserve"> se </w:t>
      </w:r>
      <w:proofErr w:type="spellStart"/>
      <w:r w:rsidRPr="00651778">
        <w:rPr>
          <w:rFonts w:ascii="Aptos" w:eastAsia="Aptos" w:hAnsi="Aptos" w:cs="Aptos"/>
          <w:lang w:val="fr-FR"/>
        </w:rPr>
        <w:t>înțelege</w:t>
      </w:r>
      <w:proofErr w:type="spellEnd"/>
      <w:r w:rsidRPr="00651778">
        <w:rPr>
          <w:rFonts w:ascii="Aptos" w:eastAsia="Aptos" w:hAnsi="Aptos" w:cs="Aptos"/>
          <w:lang w:val="fr-FR"/>
        </w:rPr>
        <w:t xml:space="preserve"> un </w:t>
      </w:r>
      <w:proofErr w:type="spellStart"/>
      <w:r w:rsidRPr="00651778">
        <w:rPr>
          <w:rFonts w:ascii="Aptos" w:eastAsia="Aptos" w:hAnsi="Aptos" w:cs="Aptos"/>
          <w:lang w:val="fr-FR"/>
        </w:rPr>
        <w:t>eveniment</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independent</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voința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părților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imprevizibil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insurmontabil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apărut</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după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încheierea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contractului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care </w:t>
      </w:r>
      <w:proofErr w:type="spellStart"/>
      <w:r w:rsidRPr="00651778">
        <w:rPr>
          <w:rFonts w:ascii="Aptos" w:eastAsia="Aptos" w:hAnsi="Aptos" w:cs="Aptos"/>
          <w:lang w:val="fr-FR"/>
        </w:rPr>
        <w:t>împiedică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părțile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execute</w:t>
      </w:r>
      <w:proofErr w:type="spellEnd"/>
      <w:r w:rsidRPr="00651778">
        <w:rPr>
          <w:rFonts w:ascii="Aptos" w:eastAsia="Aptos" w:hAnsi="Aptos" w:cs="Aptos"/>
          <w:lang w:val="fr-FR"/>
        </w:rPr>
        <w:t xml:space="preserve"> total </w:t>
      </w:r>
      <w:proofErr w:type="spellStart"/>
      <w:r w:rsidRPr="00651778">
        <w:rPr>
          <w:rFonts w:ascii="Aptos" w:eastAsia="Aptos" w:hAnsi="Aptos" w:cs="Aptos"/>
          <w:lang w:val="fr-FR"/>
        </w:rPr>
        <w:t>sau</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parțial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obligațiile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asumate</w:t>
      </w:r>
      <w:proofErr w:type="spellEnd"/>
      <w:r w:rsidRPr="00651778">
        <w:rPr>
          <w:rFonts w:ascii="Aptos" w:eastAsia="Aptos" w:hAnsi="Aptos" w:cs="Aptos"/>
          <w:lang w:val="fr-FR"/>
        </w:rPr>
        <w:t>.</w:t>
      </w:r>
    </w:p>
    <w:p w14:paraId="4129035B" w14:textId="77777777" w:rsidR="00651778" w:rsidRPr="00651778" w:rsidRDefault="00651778" w:rsidP="00651778">
      <w:pPr>
        <w:spacing w:before="240" w:after="240"/>
        <w:rPr>
          <w:lang w:val="fr-FR"/>
        </w:rPr>
      </w:pPr>
      <w:r w:rsidRPr="00B02214">
        <w:rPr>
          <w:rFonts w:ascii="Aptos" w:eastAsia="Aptos" w:hAnsi="Aptos" w:cs="Aptos"/>
          <w:lang w:val="fr-FR"/>
        </w:rPr>
        <w:t xml:space="preserve">Art. 19. </w:t>
      </w:r>
      <w:proofErr w:type="spellStart"/>
      <w:r w:rsidRPr="00B02214">
        <w:rPr>
          <w:rFonts w:ascii="Aptos" w:eastAsia="Aptos" w:hAnsi="Aptos" w:cs="Aptos"/>
          <w:lang w:val="fr-FR"/>
        </w:rPr>
        <w:t>Partea</w:t>
      </w:r>
      <w:proofErr w:type="spellEnd"/>
      <w:r w:rsidRPr="00B02214">
        <w:rPr>
          <w:rFonts w:ascii="Aptos" w:eastAsia="Aptos" w:hAnsi="Aptos" w:cs="Aptos"/>
          <w:lang w:val="fr-FR"/>
        </w:rPr>
        <w:t xml:space="preserve"> care </w:t>
      </w:r>
      <w:proofErr w:type="spellStart"/>
      <w:r w:rsidRPr="00B02214">
        <w:rPr>
          <w:rFonts w:ascii="Aptos" w:eastAsia="Aptos" w:hAnsi="Aptos" w:cs="Aptos"/>
          <w:lang w:val="fr-FR"/>
        </w:rPr>
        <w:t>invocă</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forța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majoră</w:t>
      </w:r>
      <w:proofErr w:type="spellEnd"/>
      <w:r w:rsidRPr="00B02214">
        <w:rPr>
          <w:rFonts w:ascii="Aptos" w:eastAsia="Aptos" w:hAnsi="Aptos" w:cs="Aptos"/>
          <w:lang w:val="fr-FR"/>
        </w:rPr>
        <w:t xml:space="preserve"> are </w:t>
      </w:r>
      <w:proofErr w:type="spellStart"/>
      <w:r w:rsidRPr="00B02214">
        <w:rPr>
          <w:rFonts w:ascii="Aptos" w:eastAsia="Aptos" w:hAnsi="Aptos" w:cs="Aptos"/>
          <w:lang w:val="fr-FR"/>
        </w:rPr>
        <w:t>obligația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să</w:t>
      </w:r>
      <w:proofErr w:type="spellEnd"/>
      <w:r w:rsidRPr="00B02214">
        <w:rPr>
          <w:rFonts w:ascii="Aptos" w:eastAsia="Aptos" w:hAnsi="Aptos" w:cs="Aptos"/>
          <w:lang w:val="fr-FR"/>
        </w:rPr>
        <w:t xml:space="preserve"> o </w:t>
      </w:r>
      <w:proofErr w:type="spellStart"/>
      <w:r w:rsidRPr="00B02214">
        <w:rPr>
          <w:rFonts w:ascii="Aptos" w:eastAsia="Aptos" w:hAnsi="Aptos" w:cs="Aptos"/>
          <w:lang w:val="fr-FR"/>
        </w:rPr>
        <w:t>aducă</w:t>
      </w:r>
      <w:proofErr w:type="spellEnd"/>
      <w:r w:rsidRPr="00B02214">
        <w:rPr>
          <w:rFonts w:ascii="Aptos" w:eastAsia="Aptos" w:hAnsi="Aptos" w:cs="Aptos"/>
          <w:lang w:val="fr-FR"/>
        </w:rPr>
        <w:t xml:space="preserve"> la </w:t>
      </w:r>
      <w:proofErr w:type="spellStart"/>
      <w:r w:rsidRPr="00B02214">
        <w:rPr>
          <w:rFonts w:ascii="Aptos" w:eastAsia="Aptos" w:hAnsi="Aptos" w:cs="Aptos"/>
          <w:lang w:val="fr-FR"/>
        </w:rPr>
        <w:t>cunoștința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celeilalte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părți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scris</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maximum 5 </w:t>
      </w:r>
      <w:proofErr w:type="spellStart"/>
      <w:r w:rsidRPr="00B02214">
        <w:rPr>
          <w:rFonts w:ascii="Aptos" w:eastAsia="Aptos" w:hAnsi="Aptos" w:cs="Aptos"/>
          <w:lang w:val="fr-FR"/>
        </w:rPr>
        <w:t>zile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calendaristice</w:t>
      </w:r>
      <w:proofErr w:type="spellEnd"/>
      <w:r w:rsidRPr="00B02214">
        <w:rPr>
          <w:rFonts w:ascii="Aptos" w:eastAsia="Aptos" w:hAnsi="Aptos" w:cs="Aptos"/>
          <w:lang w:val="fr-FR"/>
        </w:rPr>
        <w:t xml:space="preserve"> de la </w:t>
      </w:r>
      <w:proofErr w:type="spellStart"/>
      <w:r w:rsidRPr="00B02214">
        <w:rPr>
          <w:rFonts w:ascii="Aptos" w:eastAsia="Aptos" w:hAnsi="Aptos" w:cs="Aptos"/>
          <w:lang w:val="fr-FR"/>
        </w:rPr>
        <w:t>apariție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iar</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dovada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forței</w:t>
      </w:r>
      <w:proofErr w:type="spellEnd"/>
      <w:r w:rsidRPr="00B02214">
        <w:rPr>
          <w:rFonts w:ascii="Aptos" w:eastAsia="Aptos" w:hAnsi="Aptos" w:cs="Aptos"/>
          <w:lang w:val="fr-FR"/>
        </w:rPr>
        <w:t xml:space="preserve"> majore se va </w:t>
      </w:r>
      <w:proofErr w:type="spellStart"/>
      <w:r w:rsidRPr="00B02214">
        <w:rPr>
          <w:rFonts w:ascii="Aptos" w:eastAsia="Aptos" w:hAnsi="Aptos" w:cs="Aptos"/>
          <w:lang w:val="fr-FR"/>
        </w:rPr>
        <w:t>comunica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maximum 15 </w:t>
      </w:r>
      <w:proofErr w:type="spellStart"/>
      <w:r w:rsidRPr="00B02214">
        <w:rPr>
          <w:rFonts w:ascii="Aptos" w:eastAsia="Aptos" w:hAnsi="Aptos" w:cs="Aptos"/>
          <w:lang w:val="fr-FR"/>
        </w:rPr>
        <w:t>zile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calendaristice</w:t>
      </w:r>
      <w:proofErr w:type="spellEnd"/>
      <w:r w:rsidRPr="00B02214">
        <w:rPr>
          <w:rFonts w:ascii="Aptos" w:eastAsia="Aptos" w:hAnsi="Aptos" w:cs="Aptos"/>
          <w:lang w:val="fr-FR"/>
        </w:rPr>
        <w:t xml:space="preserve"> de la </w:t>
      </w:r>
      <w:proofErr w:type="spellStart"/>
      <w:r w:rsidRPr="00B02214">
        <w:rPr>
          <w:rFonts w:ascii="Aptos" w:eastAsia="Aptos" w:hAnsi="Aptos" w:cs="Aptos"/>
          <w:lang w:val="fr-FR"/>
        </w:rPr>
        <w:t>producerea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evenimentului</w:t>
      </w:r>
      <w:proofErr w:type="spellEnd"/>
      <w:r w:rsidRPr="00B02214">
        <w:rPr>
          <w:rFonts w:ascii="Aptos" w:eastAsia="Aptos" w:hAnsi="Aptos" w:cs="Aptos"/>
          <w:lang w:val="fr-FR"/>
        </w:rPr>
        <w:t>.</w:t>
      </w:r>
    </w:p>
    <w:p w14:paraId="5D728C2E" w14:textId="77777777" w:rsidR="00651778" w:rsidRPr="00BF389C" w:rsidRDefault="00651778" w:rsidP="00651778">
      <w:pPr>
        <w:spacing w:before="240" w:after="240"/>
        <w:rPr>
          <w:rFonts w:ascii="Aptos" w:eastAsia="Aptos" w:hAnsi="Aptos" w:cs="Aptos"/>
          <w:b/>
          <w:bCs/>
          <w:lang w:val="fr-FR"/>
        </w:rPr>
      </w:pPr>
      <w:proofErr w:type="spellStart"/>
      <w:r w:rsidRPr="00BF389C">
        <w:rPr>
          <w:rFonts w:ascii="Aptos" w:eastAsia="Aptos" w:hAnsi="Aptos" w:cs="Aptos"/>
          <w:b/>
          <w:bCs/>
          <w:lang w:val="fr-FR"/>
        </w:rPr>
        <w:t>Capitolul</w:t>
      </w:r>
      <w:proofErr w:type="spellEnd"/>
      <w:r w:rsidRPr="00BF389C">
        <w:rPr>
          <w:rFonts w:ascii="Aptos" w:eastAsia="Aptos" w:hAnsi="Aptos" w:cs="Aptos"/>
          <w:b/>
          <w:bCs/>
          <w:lang w:val="fr-FR"/>
        </w:rPr>
        <w:t xml:space="preserve"> 8. </w:t>
      </w:r>
      <w:proofErr w:type="spellStart"/>
      <w:r w:rsidRPr="00BF389C">
        <w:rPr>
          <w:rFonts w:ascii="Aptos" w:eastAsia="Aptos" w:hAnsi="Aptos" w:cs="Aptos"/>
          <w:b/>
          <w:bCs/>
          <w:lang w:val="fr-FR"/>
        </w:rPr>
        <w:t>Clauze</w:t>
      </w:r>
      <w:proofErr w:type="spellEnd"/>
      <w:r w:rsidRPr="00BF389C">
        <w:rPr>
          <w:rFonts w:ascii="Aptos" w:eastAsia="Aptos" w:hAnsi="Aptos" w:cs="Aptos"/>
          <w:b/>
          <w:bCs/>
          <w:lang w:val="fr-FR"/>
        </w:rPr>
        <w:t xml:space="preserve"> </w:t>
      </w:r>
      <w:proofErr w:type="spellStart"/>
      <w:r w:rsidRPr="00BF389C">
        <w:rPr>
          <w:rFonts w:ascii="Aptos" w:eastAsia="Aptos" w:hAnsi="Aptos" w:cs="Aptos"/>
          <w:b/>
          <w:bCs/>
          <w:lang w:val="fr-FR"/>
        </w:rPr>
        <w:t>speciale</w:t>
      </w:r>
      <w:proofErr w:type="spellEnd"/>
    </w:p>
    <w:p w14:paraId="0E789D8D" w14:textId="77777777" w:rsidR="00651778" w:rsidRPr="00651778" w:rsidRDefault="00651778" w:rsidP="00651778">
      <w:pPr>
        <w:spacing w:before="240" w:after="240"/>
        <w:rPr>
          <w:lang w:val="fr-FR"/>
        </w:rPr>
      </w:pPr>
      <w:r w:rsidRPr="00BF389C">
        <w:rPr>
          <w:rFonts w:ascii="Aptos" w:eastAsia="Aptos" w:hAnsi="Aptos" w:cs="Aptos"/>
          <w:lang w:val="fr-FR"/>
        </w:rPr>
        <w:t xml:space="preserve">Art. 20. </w:t>
      </w:r>
      <w:proofErr w:type="spellStart"/>
      <w:r w:rsidRPr="00BF389C">
        <w:rPr>
          <w:rFonts w:ascii="Aptos" w:eastAsia="Aptos" w:hAnsi="Aptos" w:cs="Aptos"/>
          <w:lang w:val="fr-FR"/>
        </w:rPr>
        <w:t>Proiectul</w:t>
      </w:r>
      <w:proofErr w:type="spellEnd"/>
      <w:r w:rsidRPr="00BF389C">
        <w:rPr>
          <w:rFonts w:ascii="Aptos" w:eastAsia="Aptos" w:hAnsi="Aptos" w:cs="Aptos"/>
          <w:lang w:val="fr-FR"/>
        </w:rPr>
        <w:t xml:space="preserve"> </w:t>
      </w:r>
      <w:proofErr w:type="spellStart"/>
      <w:r w:rsidRPr="00BF389C">
        <w:rPr>
          <w:rFonts w:ascii="Aptos" w:eastAsia="Aptos" w:hAnsi="Aptos" w:cs="Aptos"/>
          <w:lang w:val="fr-FR"/>
        </w:rPr>
        <w:t>pentru</w:t>
      </w:r>
      <w:proofErr w:type="spellEnd"/>
      <w:r w:rsidRPr="00BF389C">
        <w:rPr>
          <w:rFonts w:ascii="Aptos" w:eastAsia="Aptos" w:hAnsi="Aptos" w:cs="Aptos"/>
          <w:lang w:val="fr-FR"/>
        </w:rPr>
        <w:t xml:space="preserve"> care s-a </w:t>
      </w:r>
      <w:proofErr w:type="spellStart"/>
      <w:r w:rsidRPr="00BF389C">
        <w:rPr>
          <w:rFonts w:ascii="Aptos" w:eastAsia="Aptos" w:hAnsi="Aptos" w:cs="Aptos"/>
          <w:lang w:val="fr-FR"/>
        </w:rPr>
        <w:t>acordat</w:t>
      </w:r>
      <w:proofErr w:type="spellEnd"/>
      <w:r w:rsidRPr="00BF389C">
        <w:rPr>
          <w:rFonts w:ascii="Aptos" w:eastAsia="Aptos" w:hAnsi="Aptos" w:cs="Aptos"/>
          <w:lang w:val="fr-FR"/>
        </w:rPr>
        <w:t xml:space="preserve"> </w:t>
      </w:r>
      <w:proofErr w:type="spellStart"/>
      <w:r w:rsidRPr="00BF389C">
        <w:rPr>
          <w:rFonts w:ascii="Aptos" w:eastAsia="Aptos" w:hAnsi="Aptos" w:cs="Aptos"/>
          <w:lang w:val="fr-FR"/>
        </w:rPr>
        <w:t>finanțarea</w:t>
      </w:r>
      <w:proofErr w:type="spellEnd"/>
      <w:r w:rsidRPr="00BF389C">
        <w:rPr>
          <w:rFonts w:ascii="Aptos" w:eastAsia="Aptos" w:hAnsi="Aptos" w:cs="Aptos"/>
          <w:lang w:val="fr-FR"/>
        </w:rPr>
        <w:t xml:space="preserve"> </w:t>
      </w:r>
      <w:proofErr w:type="spellStart"/>
      <w:r w:rsidRPr="00BF389C">
        <w:rPr>
          <w:rFonts w:ascii="Aptos" w:eastAsia="Aptos" w:hAnsi="Aptos" w:cs="Aptos"/>
          <w:lang w:val="fr-FR"/>
        </w:rPr>
        <w:t>în</w:t>
      </w:r>
      <w:proofErr w:type="spellEnd"/>
      <w:r w:rsidRPr="00BF389C">
        <w:rPr>
          <w:rFonts w:ascii="Aptos" w:eastAsia="Aptos" w:hAnsi="Aptos" w:cs="Aptos"/>
          <w:lang w:val="fr-FR"/>
        </w:rPr>
        <w:t xml:space="preserve"> </w:t>
      </w:r>
      <w:proofErr w:type="spellStart"/>
      <w:r w:rsidRPr="00BF389C">
        <w:rPr>
          <w:rFonts w:ascii="Aptos" w:eastAsia="Aptos" w:hAnsi="Aptos" w:cs="Aptos"/>
          <w:lang w:val="fr-FR"/>
        </w:rPr>
        <w:t>baza</w:t>
      </w:r>
      <w:proofErr w:type="spellEnd"/>
      <w:r w:rsidRPr="00BF389C">
        <w:rPr>
          <w:rFonts w:ascii="Aptos" w:eastAsia="Aptos" w:hAnsi="Aptos" w:cs="Aptos"/>
          <w:lang w:val="fr-FR"/>
        </w:rPr>
        <w:t xml:space="preserve"> </w:t>
      </w:r>
      <w:proofErr w:type="spellStart"/>
      <w:r w:rsidRPr="00BF389C">
        <w:rPr>
          <w:rFonts w:ascii="Aptos" w:eastAsia="Aptos" w:hAnsi="Aptos" w:cs="Aptos"/>
          <w:lang w:val="fr-FR"/>
        </w:rPr>
        <w:t>prezentului</w:t>
      </w:r>
      <w:proofErr w:type="spellEnd"/>
      <w:r w:rsidRPr="00BF389C">
        <w:rPr>
          <w:rFonts w:ascii="Aptos" w:eastAsia="Aptos" w:hAnsi="Aptos" w:cs="Aptos"/>
          <w:lang w:val="fr-FR"/>
        </w:rPr>
        <w:t xml:space="preserve"> </w:t>
      </w:r>
      <w:proofErr w:type="spellStart"/>
      <w:r w:rsidRPr="00BF389C">
        <w:rPr>
          <w:rFonts w:ascii="Aptos" w:eastAsia="Aptos" w:hAnsi="Aptos" w:cs="Aptos"/>
          <w:lang w:val="fr-FR"/>
        </w:rPr>
        <w:t>contract</w:t>
      </w:r>
      <w:proofErr w:type="spellEnd"/>
      <w:r w:rsidRPr="00BF389C">
        <w:rPr>
          <w:rFonts w:ascii="Aptos" w:eastAsia="Aptos" w:hAnsi="Aptos" w:cs="Aptos"/>
          <w:lang w:val="fr-FR"/>
        </w:rPr>
        <w:t xml:space="preserve"> nu </w:t>
      </w:r>
      <w:proofErr w:type="spellStart"/>
      <w:r w:rsidRPr="00BF389C">
        <w:rPr>
          <w:rFonts w:ascii="Aptos" w:eastAsia="Aptos" w:hAnsi="Aptos" w:cs="Aptos"/>
          <w:lang w:val="fr-FR"/>
        </w:rPr>
        <w:t>reprezintă</w:t>
      </w:r>
      <w:proofErr w:type="spellEnd"/>
      <w:r w:rsidRPr="00BF389C">
        <w:rPr>
          <w:rFonts w:ascii="Aptos" w:eastAsia="Aptos" w:hAnsi="Aptos" w:cs="Aptos"/>
          <w:lang w:val="fr-FR"/>
        </w:rPr>
        <w:t xml:space="preserve"> </w:t>
      </w:r>
      <w:proofErr w:type="spellStart"/>
      <w:r w:rsidRPr="00BF389C">
        <w:rPr>
          <w:rFonts w:ascii="Aptos" w:eastAsia="Aptos" w:hAnsi="Aptos" w:cs="Aptos"/>
          <w:lang w:val="fr-FR"/>
        </w:rPr>
        <w:t>în</w:t>
      </w:r>
      <w:proofErr w:type="spellEnd"/>
      <w:r w:rsidRPr="00BF389C">
        <w:rPr>
          <w:rFonts w:ascii="Aptos" w:eastAsia="Aptos" w:hAnsi="Aptos" w:cs="Aptos"/>
          <w:lang w:val="fr-FR"/>
        </w:rPr>
        <w:t xml:space="preserve"> mod </w:t>
      </w:r>
      <w:proofErr w:type="spellStart"/>
      <w:r w:rsidRPr="00BF389C">
        <w:rPr>
          <w:rFonts w:ascii="Aptos" w:eastAsia="Aptos" w:hAnsi="Aptos" w:cs="Aptos"/>
          <w:lang w:val="fr-FR"/>
        </w:rPr>
        <w:t>necesar</w:t>
      </w:r>
      <w:proofErr w:type="spellEnd"/>
      <w:r w:rsidRPr="00BF389C">
        <w:rPr>
          <w:rFonts w:ascii="Aptos" w:eastAsia="Aptos" w:hAnsi="Aptos" w:cs="Aptos"/>
          <w:lang w:val="fr-FR"/>
        </w:rPr>
        <w:t xml:space="preserve"> </w:t>
      </w:r>
      <w:proofErr w:type="spellStart"/>
      <w:r w:rsidRPr="00BF389C">
        <w:rPr>
          <w:rFonts w:ascii="Aptos" w:eastAsia="Aptos" w:hAnsi="Aptos" w:cs="Aptos"/>
          <w:lang w:val="fr-FR"/>
        </w:rPr>
        <w:t>poziția</w:t>
      </w:r>
      <w:proofErr w:type="spellEnd"/>
      <w:r w:rsidRPr="00BF389C">
        <w:rPr>
          <w:rFonts w:ascii="Aptos" w:eastAsia="Aptos" w:hAnsi="Aptos" w:cs="Aptos"/>
          <w:lang w:val="fr-FR"/>
        </w:rPr>
        <w:t xml:space="preserve"> </w:t>
      </w:r>
      <w:proofErr w:type="spellStart"/>
      <w:r w:rsidRPr="00BF389C">
        <w:rPr>
          <w:rFonts w:ascii="Aptos" w:eastAsia="Aptos" w:hAnsi="Aptos" w:cs="Aptos"/>
          <w:lang w:val="fr-FR"/>
        </w:rPr>
        <w:t>Municipiului</w:t>
      </w:r>
      <w:proofErr w:type="spellEnd"/>
      <w:r w:rsidRPr="00BF389C">
        <w:rPr>
          <w:rFonts w:ascii="Aptos" w:eastAsia="Aptos" w:hAnsi="Aptos" w:cs="Aptos"/>
          <w:lang w:val="fr-FR"/>
        </w:rPr>
        <w:t xml:space="preserve"> </w:t>
      </w:r>
      <w:proofErr w:type="spellStart"/>
      <w:r w:rsidRPr="00BF389C">
        <w:rPr>
          <w:rFonts w:ascii="Aptos" w:eastAsia="Aptos" w:hAnsi="Aptos" w:cs="Aptos"/>
          <w:lang w:val="fr-FR"/>
        </w:rPr>
        <w:t>Timișoara</w:t>
      </w:r>
      <w:proofErr w:type="spellEnd"/>
      <w:r w:rsidRPr="00BF389C">
        <w:rPr>
          <w:rFonts w:ascii="Aptos" w:eastAsia="Aptos" w:hAnsi="Aptos" w:cs="Aptos"/>
          <w:lang w:val="fr-FR"/>
        </w:rPr>
        <w:t xml:space="preserve">. </w:t>
      </w:r>
      <w:proofErr w:type="spellStart"/>
      <w:r w:rsidRPr="00BF389C">
        <w:rPr>
          <w:rFonts w:ascii="Aptos" w:eastAsia="Aptos" w:hAnsi="Aptos" w:cs="Aptos"/>
          <w:lang w:val="fr-FR"/>
        </w:rPr>
        <w:t>Conținutul</w:t>
      </w:r>
      <w:proofErr w:type="spellEnd"/>
      <w:r w:rsidRPr="00BF389C">
        <w:rPr>
          <w:rFonts w:ascii="Aptos" w:eastAsia="Aptos" w:hAnsi="Aptos" w:cs="Aptos"/>
          <w:lang w:val="fr-FR"/>
        </w:rPr>
        <w:t xml:space="preserve"> </w:t>
      </w:r>
      <w:proofErr w:type="spellStart"/>
      <w:r w:rsidRPr="00BF389C">
        <w:rPr>
          <w:rFonts w:ascii="Aptos" w:eastAsia="Aptos" w:hAnsi="Aptos" w:cs="Aptos"/>
          <w:lang w:val="fr-FR"/>
        </w:rPr>
        <w:t>proiectului</w:t>
      </w:r>
      <w:proofErr w:type="spellEnd"/>
      <w:r w:rsidRPr="00BF389C">
        <w:rPr>
          <w:rFonts w:ascii="Aptos" w:eastAsia="Aptos" w:hAnsi="Aptos" w:cs="Aptos"/>
          <w:lang w:val="fr-FR"/>
        </w:rPr>
        <w:t xml:space="preserve">, </w:t>
      </w:r>
      <w:proofErr w:type="spellStart"/>
      <w:r w:rsidRPr="00BF389C">
        <w:rPr>
          <w:rFonts w:ascii="Aptos" w:eastAsia="Aptos" w:hAnsi="Aptos" w:cs="Aptos"/>
          <w:lang w:val="fr-FR"/>
        </w:rPr>
        <w:t>precum</w:t>
      </w:r>
      <w:proofErr w:type="spellEnd"/>
      <w:r w:rsidRPr="00BF389C">
        <w:rPr>
          <w:rFonts w:ascii="Aptos" w:eastAsia="Aptos" w:hAnsi="Aptos" w:cs="Aptos"/>
          <w:lang w:val="fr-FR"/>
        </w:rPr>
        <w:t xml:space="preserve"> </w:t>
      </w:r>
      <w:proofErr w:type="spellStart"/>
      <w:r w:rsidRPr="00BF389C">
        <w:rPr>
          <w:rFonts w:ascii="Aptos" w:eastAsia="Aptos" w:hAnsi="Aptos" w:cs="Aptos"/>
          <w:lang w:val="fr-FR"/>
        </w:rPr>
        <w:t>și</w:t>
      </w:r>
      <w:proofErr w:type="spellEnd"/>
      <w:r w:rsidRPr="00BF389C">
        <w:rPr>
          <w:rFonts w:ascii="Aptos" w:eastAsia="Aptos" w:hAnsi="Aptos" w:cs="Aptos"/>
          <w:lang w:val="fr-FR"/>
        </w:rPr>
        <w:t xml:space="preserve"> </w:t>
      </w:r>
      <w:proofErr w:type="spellStart"/>
      <w:r w:rsidRPr="00BF389C">
        <w:rPr>
          <w:rFonts w:ascii="Aptos" w:eastAsia="Aptos" w:hAnsi="Aptos" w:cs="Aptos"/>
          <w:lang w:val="fr-FR"/>
        </w:rPr>
        <w:t>modul</w:t>
      </w:r>
      <w:proofErr w:type="spellEnd"/>
      <w:r w:rsidRPr="00BF389C">
        <w:rPr>
          <w:rFonts w:ascii="Aptos" w:eastAsia="Aptos" w:hAnsi="Aptos" w:cs="Aptos"/>
          <w:lang w:val="fr-FR"/>
        </w:rPr>
        <w:t xml:space="preserve"> </w:t>
      </w:r>
      <w:proofErr w:type="spellStart"/>
      <w:r w:rsidRPr="00BF389C">
        <w:rPr>
          <w:rFonts w:ascii="Aptos" w:eastAsia="Aptos" w:hAnsi="Aptos" w:cs="Aptos"/>
          <w:lang w:val="fr-FR"/>
        </w:rPr>
        <w:t>în</w:t>
      </w:r>
      <w:proofErr w:type="spellEnd"/>
      <w:r w:rsidRPr="00BF389C">
        <w:rPr>
          <w:rFonts w:ascii="Aptos" w:eastAsia="Aptos" w:hAnsi="Aptos" w:cs="Aptos"/>
          <w:lang w:val="fr-FR"/>
        </w:rPr>
        <w:t xml:space="preserve"> care </w:t>
      </w:r>
      <w:proofErr w:type="spellStart"/>
      <w:r w:rsidRPr="00BF389C">
        <w:rPr>
          <w:rFonts w:ascii="Aptos" w:eastAsia="Aptos" w:hAnsi="Aptos" w:cs="Aptos"/>
          <w:lang w:val="fr-FR"/>
        </w:rPr>
        <w:t>rezultatele</w:t>
      </w:r>
      <w:proofErr w:type="spellEnd"/>
      <w:r w:rsidRPr="00BF389C">
        <w:rPr>
          <w:rFonts w:ascii="Aptos" w:eastAsia="Aptos" w:hAnsi="Aptos" w:cs="Aptos"/>
          <w:lang w:val="fr-FR"/>
        </w:rPr>
        <w:t xml:space="preserve"> </w:t>
      </w:r>
      <w:proofErr w:type="spellStart"/>
      <w:r w:rsidRPr="00BF389C">
        <w:rPr>
          <w:rFonts w:ascii="Aptos" w:eastAsia="Aptos" w:hAnsi="Aptos" w:cs="Aptos"/>
          <w:lang w:val="fr-FR"/>
        </w:rPr>
        <w:t>acestuia</w:t>
      </w:r>
      <w:proofErr w:type="spellEnd"/>
      <w:r w:rsidRPr="00BF389C">
        <w:rPr>
          <w:rFonts w:ascii="Aptos" w:eastAsia="Aptos" w:hAnsi="Aptos" w:cs="Aptos"/>
          <w:lang w:val="fr-FR"/>
        </w:rPr>
        <w:t xml:space="preserve"> pot fi </w:t>
      </w:r>
      <w:proofErr w:type="spellStart"/>
      <w:r w:rsidRPr="00BF389C">
        <w:rPr>
          <w:rFonts w:ascii="Aptos" w:eastAsia="Aptos" w:hAnsi="Aptos" w:cs="Aptos"/>
          <w:lang w:val="fr-FR"/>
        </w:rPr>
        <w:t>folosite</w:t>
      </w:r>
      <w:proofErr w:type="spellEnd"/>
      <w:r w:rsidRPr="00BF389C">
        <w:rPr>
          <w:rFonts w:ascii="Aptos" w:eastAsia="Aptos" w:hAnsi="Aptos" w:cs="Aptos"/>
          <w:lang w:val="fr-FR"/>
        </w:rPr>
        <w:t xml:space="preserve"> </w:t>
      </w:r>
      <w:proofErr w:type="spellStart"/>
      <w:r w:rsidRPr="00BF389C">
        <w:rPr>
          <w:rFonts w:ascii="Aptos" w:eastAsia="Aptos" w:hAnsi="Aptos" w:cs="Aptos"/>
          <w:lang w:val="fr-FR"/>
        </w:rPr>
        <w:t>reprezintă</w:t>
      </w:r>
      <w:proofErr w:type="spellEnd"/>
      <w:r w:rsidRPr="00BF389C">
        <w:rPr>
          <w:rFonts w:ascii="Aptos" w:eastAsia="Aptos" w:hAnsi="Aptos" w:cs="Aptos"/>
          <w:lang w:val="fr-FR"/>
        </w:rPr>
        <w:t xml:space="preserve"> </w:t>
      </w:r>
      <w:proofErr w:type="spellStart"/>
      <w:r w:rsidRPr="00BF389C">
        <w:rPr>
          <w:rFonts w:ascii="Aptos" w:eastAsia="Aptos" w:hAnsi="Aptos" w:cs="Aptos"/>
          <w:lang w:val="fr-FR"/>
        </w:rPr>
        <w:t>responsabilitatea</w:t>
      </w:r>
      <w:proofErr w:type="spellEnd"/>
      <w:r w:rsidRPr="00BF389C">
        <w:rPr>
          <w:rFonts w:ascii="Aptos" w:eastAsia="Aptos" w:hAnsi="Aptos" w:cs="Aptos"/>
          <w:lang w:val="fr-FR"/>
        </w:rPr>
        <w:t xml:space="preserve"> </w:t>
      </w:r>
      <w:proofErr w:type="spellStart"/>
      <w:r w:rsidRPr="00BF389C">
        <w:rPr>
          <w:rFonts w:ascii="Aptos" w:eastAsia="Aptos" w:hAnsi="Aptos" w:cs="Aptos"/>
          <w:lang w:val="fr-FR"/>
        </w:rPr>
        <w:t>exclusivă</w:t>
      </w:r>
      <w:proofErr w:type="spellEnd"/>
      <w:r w:rsidRPr="00BF389C">
        <w:rPr>
          <w:rFonts w:ascii="Aptos" w:eastAsia="Aptos" w:hAnsi="Aptos" w:cs="Aptos"/>
          <w:lang w:val="fr-FR"/>
        </w:rPr>
        <w:t xml:space="preserve"> a </w:t>
      </w:r>
      <w:proofErr w:type="spellStart"/>
      <w:r w:rsidRPr="00BF389C">
        <w:rPr>
          <w:rFonts w:ascii="Aptos" w:eastAsia="Aptos" w:hAnsi="Aptos" w:cs="Aptos"/>
          <w:lang w:val="fr-FR"/>
        </w:rPr>
        <w:t>autorilor</w:t>
      </w:r>
      <w:proofErr w:type="spellEnd"/>
      <w:r w:rsidRPr="00BF389C">
        <w:rPr>
          <w:rFonts w:ascii="Aptos" w:eastAsia="Aptos" w:hAnsi="Aptos" w:cs="Aptos"/>
          <w:lang w:val="fr-FR"/>
        </w:rPr>
        <w:t xml:space="preserve"> </w:t>
      </w:r>
      <w:proofErr w:type="spellStart"/>
      <w:r w:rsidRPr="00BF389C">
        <w:rPr>
          <w:rFonts w:ascii="Aptos" w:eastAsia="Aptos" w:hAnsi="Aptos" w:cs="Aptos"/>
          <w:lang w:val="fr-FR"/>
        </w:rPr>
        <w:t>și</w:t>
      </w:r>
      <w:proofErr w:type="spellEnd"/>
      <w:r w:rsidRPr="00BF389C">
        <w:rPr>
          <w:rFonts w:ascii="Aptos" w:eastAsia="Aptos" w:hAnsi="Aptos" w:cs="Aptos"/>
          <w:lang w:val="fr-FR"/>
        </w:rPr>
        <w:t xml:space="preserve"> </w:t>
      </w:r>
      <w:proofErr w:type="spellStart"/>
      <w:r w:rsidRPr="00BF389C">
        <w:rPr>
          <w:rFonts w:ascii="Aptos" w:eastAsia="Aptos" w:hAnsi="Aptos" w:cs="Aptos"/>
          <w:lang w:val="fr-FR"/>
        </w:rPr>
        <w:t>beneficiarului</w:t>
      </w:r>
      <w:proofErr w:type="spellEnd"/>
      <w:r w:rsidRPr="00BF389C">
        <w:rPr>
          <w:rFonts w:ascii="Aptos" w:eastAsia="Aptos" w:hAnsi="Aptos" w:cs="Aptos"/>
          <w:lang w:val="fr-FR"/>
        </w:rPr>
        <w:t xml:space="preserve"> </w:t>
      </w:r>
      <w:proofErr w:type="spellStart"/>
      <w:r w:rsidRPr="00BF389C">
        <w:rPr>
          <w:rFonts w:ascii="Aptos" w:eastAsia="Aptos" w:hAnsi="Aptos" w:cs="Aptos"/>
          <w:lang w:val="fr-FR"/>
        </w:rPr>
        <w:t>finanțării</w:t>
      </w:r>
      <w:proofErr w:type="spellEnd"/>
      <w:r w:rsidRPr="00BF389C">
        <w:rPr>
          <w:rFonts w:ascii="Aptos" w:eastAsia="Aptos" w:hAnsi="Aptos" w:cs="Aptos"/>
          <w:lang w:val="fr-FR"/>
        </w:rPr>
        <w:t xml:space="preserve">.  </w:t>
      </w:r>
      <w:proofErr w:type="spellStart"/>
      <w:r w:rsidRPr="00B02214">
        <w:rPr>
          <w:rFonts w:ascii="Aptos" w:eastAsia="Aptos" w:hAnsi="Aptos" w:cs="Aptos"/>
          <w:lang w:val="fr-FR"/>
        </w:rPr>
        <w:t>Municipiul</w:t>
      </w:r>
      <w:proofErr w:type="spellEnd"/>
      <w:r w:rsidRPr="00B02214">
        <w:rPr>
          <w:rFonts w:ascii="Aptos" w:eastAsia="Aptos" w:hAnsi="Aptos" w:cs="Aptos"/>
          <w:lang w:val="fr-FR"/>
        </w:rPr>
        <w:t xml:space="preserve"> nu este </w:t>
      </w:r>
      <w:proofErr w:type="spellStart"/>
      <w:r w:rsidRPr="00B02214">
        <w:rPr>
          <w:rFonts w:ascii="Aptos" w:eastAsia="Aptos" w:hAnsi="Aptos" w:cs="Aptos"/>
          <w:lang w:val="fr-FR"/>
        </w:rPr>
        <w:t>responsabil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pentru</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conținutul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proiectului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modul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care </w:t>
      </w:r>
      <w:proofErr w:type="spellStart"/>
      <w:r w:rsidRPr="00B02214">
        <w:rPr>
          <w:rFonts w:ascii="Aptos" w:eastAsia="Aptos" w:hAnsi="Aptos" w:cs="Aptos"/>
          <w:lang w:val="fr-FR"/>
        </w:rPr>
        <w:t>acesta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ar</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putea</w:t>
      </w:r>
      <w:proofErr w:type="spellEnd"/>
      <w:r w:rsidRPr="00B02214">
        <w:rPr>
          <w:rFonts w:ascii="Aptos" w:eastAsia="Aptos" w:hAnsi="Aptos" w:cs="Aptos"/>
          <w:lang w:val="fr-FR"/>
        </w:rPr>
        <w:t xml:space="preserve"> fi </w:t>
      </w:r>
      <w:proofErr w:type="spellStart"/>
      <w:r w:rsidRPr="00B02214">
        <w:rPr>
          <w:rFonts w:ascii="Aptos" w:eastAsia="Aptos" w:hAnsi="Aptos" w:cs="Aptos"/>
          <w:lang w:val="fr-FR"/>
        </w:rPr>
        <w:t>folosit</w:t>
      </w:r>
      <w:proofErr w:type="spellEnd"/>
      <w:r w:rsidRPr="00B02214">
        <w:rPr>
          <w:rFonts w:ascii="Aptos" w:eastAsia="Aptos" w:hAnsi="Aptos" w:cs="Aptos"/>
          <w:lang w:val="fr-FR"/>
        </w:rPr>
        <w:t>.</w:t>
      </w:r>
    </w:p>
    <w:p w14:paraId="4440DFB9" w14:textId="77777777" w:rsidR="00651778" w:rsidRPr="00651778" w:rsidRDefault="00651778" w:rsidP="00651778">
      <w:pPr>
        <w:spacing w:before="240" w:after="240"/>
        <w:rPr>
          <w:lang w:val="fr-FR"/>
        </w:rPr>
      </w:pPr>
      <w:r w:rsidRPr="00651778">
        <w:rPr>
          <w:rFonts w:ascii="Aptos" w:eastAsia="Aptos" w:hAnsi="Aptos" w:cs="Aptos"/>
          <w:lang w:val="fr-FR"/>
        </w:rPr>
        <w:t xml:space="preserve">Art. 21. </w:t>
      </w:r>
      <w:proofErr w:type="spellStart"/>
      <w:r w:rsidRPr="00651778">
        <w:rPr>
          <w:rFonts w:ascii="Aptos" w:eastAsia="Aptos" w:hAnsi="Aptos" w:cs="Aptos"/>
          <w:lang w:val="fr-FR"/>
        </w:rPr>
        <w:t>Prevederile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prezentului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contract</w:t>
      </w:r>
      <w:proofErr w:type="spellEnd"/>
      <w:r w:rsidRPr="00651778">
        <w:rPr>
          <w:rFonts w:ascii="Aptos" w:eastAsia="Aptos" w:hAnsi="Aptos" w:cs="Aptos"/>
          <w:lang w:val="fr-FR"/>
        </w:rPr>
        <w:t xml:space="preserve"> se </w:t>
      </w:r>
      <w:proofErr w:type="spellStart"/>
      <w:r w:rsidRPr="00651778">
        <w:rPr>
          <w:rFonts w:ascii="Aptos" w:eastAsia="Aptos" w:hAnsi="Aptos" w:cs="Aptos"/>
          <w:lang w:val="fr-FR"/>
        </w:rPr>
        <w:t>completează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cu</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dispozițiile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legale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materie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aflate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vigoare</w:t>
      </w:r>
      <w:proofErr w:type="spellEnd"/>
      <w:r w:rsidRPr="00651778">
        <w:rPr>
          <w:rFonts w:ascii="Aptos" w:eastAsia="Aptos" w:hAnsi="Aptos" w:cs="Aptos"/>
          <w:lang w:val="fr-FR"/>
        </w:rPr>
        <w:t>.</w:t>
      </w:r>
    </w:p>
    <w:p w14:paraId="07D38A36" w14:textId="77777777" w:rsidR="00651778" w:rsidRPr="00651778" w:rsidRDefault="00651778" w:rsidP="00651778">
      <w:pPr>
        <w:spacing w:before="240" w:after="240"/>
        <w:rPr>
          <w:rFonts w:ascii="Aptos" w:eastAsia="Aptos" w:hAnsi="Aptos" w:cs="Aptos"/>
          <w:b/>
          <w:bCs/>
          <w:lang w:val="fr-FR"/>
        </w:rPr>
      </w:pPr>
      <w:proofErr w:type="spellStart"/>
      <w:r w:rsidRPr="00651778">
        <w:rPr>
          <w:rFonts w:ascii="Aptos" w:eastAsia="Aptos" w:hAnsi="Aptos" w:cs="Aptos"/>
          <w:b/>
          <w:bCs/>
          <w:lang w:val="fr-FR"/>
        </w:rPr>
        <w:t>Capitolul</w:t>
      </w:r>
      <w:proofErr w:type="spellEnd"/>
      <w:r w:rsidRPr="00651778">
        <w:rPr>
          <w:rFonts w:ascii="Aptos" w:eastAsia="Aptos" w:hAnsi="Aptos" w:cs="Aptos"/>
          <w:b/>
          <w:bCs/>
          <w:lang w:val="fr-FR"/>
        </w:rPr>
        <w:t xml:space="preserve"> 9. </w:t>
      </w:r>
      <w:proofErr w:type="spellStart"/>
      <w:r w:rsidRPr="00651778">
        <w:rPr>
          <w:rFonts w:ascii="Aptos" w:eastAsia="Aptos" w:hAnsi="Aptos" w:cs="Aptos"/>
          <w:b/>
          <w:bCs/>
          <w:lang w:val="fr-FR"/>
        </w:rPr>
        <w:t>Litigii</w:t>
      </w:r>
      <w:proofErr w:type="spellEnd"/>
    </w:p>
    <w:p w14:paraId="5969F077" w14:textId="77777777" w:rsidR="00651778" w:rsidRPr="00651778" w:rsidRDefault="00651778" w:rsidP="00651778">
      <w:pPr>
        <w:spacing w:before="240" w:after="240"/>
        <w:rPr>
          <w:lang w:val="fr-FR"/>
        </w:rPr>
      </w:pPr>
      <w:r w:rsidRPr="00651778">
        <w:rPr>
          <w:rFonts w:ascii="Aptos" w:eastAsia="Aptos" w:hAnsi="Aptos" w:cs="Aptos"/>
          <w:lang w:val="fr-FR"/>
        </w:rPr>
        <w:t xml:space="preserve">Art. 22. (1) </w:t>
      </w:r>
      <w:proofErr w:type="spellStart"/>
      <w:r w:rsidRPr="00651778">
        <w:rPr>
          <w:rFonts w:ascii="Aptos" w:eastAsia="Aptos" w:hAnsi="Aptos" w:cs="Aptos"/>
          <w:lang w:val="fr-FR"/>
        </w:rPr>
        <w:t>Părțile</w:t>
      </w:r>
      <w:proofErr w:type="spellEnd"/>
      <w:r w:rsidRPr="00651778">
        <w:rPr>
          <w:rFonts w:ascii="Aptos" w:eastAsia="Aptos" w:hAnsi="Aptos" w:cs="Aptos"/>
          <w:lang w:val="fr-FR"/>
        </w:rPr>
        <w:t xml:space="preserve"> vor </w:t>
      </w:r>
      <w:proofErr w:type="spellStart"/>
      <w:r w:rsidRPr="00651778">
        <w:rPr>
          <w:rFonts w:ascii="Aptos" w:eastAsia="Aptos" w:hAnsi="Aptos" w:cs="Aptos"/>
          <w:lang w:val="fr-FR"/>
        </w:rPr>
        <w:t>acționa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pentru</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rezolvarea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pe</w:t>
      </w:r>
      <w:proofErr w:type="spellEnd"/>
      <w:r w:rsidRPr="00651778">
        <w:rPr>
          <w:rFonts w:ascii="Aptos" w:eastAsia="Aptos" w:hAnsi="Aptos" w:cs="Aptos"/>
          <w:lang w:val="fr-FR"/>
        </w:rPr>
        <w:t xml:space="preserve"> cale </w:t>
      </w:r>
      <w:proofErr w:type="spellStart"/>
      <w:r w:rsidRPr="00651778">
        <w:rPr>
          <w:rFonts w:ascii="Aptos" w:eastAsia="Aptos" w:hAnsi="Aptos" w:cs="Aptos"/>
          <w:lang w:val="fr-FR"/>
        </w:rPr>
        <w:t>amiabilă</w:t>
      </w:r>
      <w:proofErr w:type="spellEnd"/>
      <w:r w:rsidRPr="00651778">
        <w:rPr>
          <w:rFonts w:ascii="Aptos" w:eastAsia="Aptos" w:hAnsi="Aptos" w:cs="Aptos"/>
          <w:lang w:val="fr-FR"/>
        </w:rPr>
        <w:t xml:space="preserve"> a </w:t>
      </w:r>
      <w:proofErr w:type="spellStart"/>
      <w:r w:rsidRPr="00651778">
        <w:rPr>
          <w:rFonts w:ascii="Aptos" w:eastAsia="Aptos" w:hAnsi="Aptos" w:cs="Aptos"/>
          <w:lang w:val="fr-FR"/>
        </w:rPr>
        <w:t>neînțelegerilor</w:t>
      </w:r>
      <w:proofErr w:type="spellEnd"/>
      <w:r w:rsidRPr="00651778">
        <w:rPr>
          <w:rFonts w:ascii="Aptos" w:eastAsia="Aptos" w:hAnsi="Aptos" w:cs="Aptos"/>
          <w:lang w:val="fr-FR"/>
        </w:rPr>
        <w:t xml:space="preserve"> ce pot </w:t>
      </w:r>
      <w:proofErr w:type="spellStart"/>
      <w:r w:rsidRPr="00651778">
        <w:rPr>
          <w:rFonts w:ascii="Aptos" w:eastAsia="Aptos" w:hAnsi="Aptos" w:cs="Aptos"/>
          <w:lang w:val="fr-FR"/>
        </w:rPr>
        <w:t>apărea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parcursul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derulării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prezentului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contract</w:t>
      </w:r>
      <w:proofErr w:type="spellEnd"/>
      <w:r w:rsidRPr="00651778">
        <w:rPr>
          <w:rFonts w:ascii="Aptos" w:eastAsia="Aptos" w:hAnsi="Aptos" w:cs="Aptos"/>
          <w:lang w:val="fr-FR"/>
        </w:rPr>
        <w:t xml:space="preserve">. </w:t>
      </w:r>
    </w:p>
    <w:p w14:paraId="503ADD92" w14:textId="77777777" w:rsidR="00651778" w:rsidRPr="00651778" w:rsidRDefault="00651778" w:rsidP="00651778">
      <w:pPr>
        <w:spacing w:before="240" w:after="240"/>
        <w:rPr>
          <w:lang w:val="fr-FR"/>
        </w:rPr>
      </w:pPr>
      <w:r w:rsidRPr="00651778">
        <w:rPr>
          <w:rFonts w:ascii="Aptos" w:eastAsia="Aptos" w:hAnsi="Aptos" w:cs="Aptos"/>
          <w:lang w:val="fr-FR"/>
        </w:rPr>
        <w:lastRenderedPageBreak/>
        <w:t xml:space="preserve">(2)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cazul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care </w:t>
      </w:r>
      <w:proofErr w:type="spellStart"/>
      <w:r w:rsidRPr="00651778">
        <w:rPr>
          <w:rFonts w:ascii="Aptos" w:eastAsia="Aptos" w:hAnsi="Aptos" w:cs="Aptos"/>
          <w:lang w:val="fr-FR"/>
        </w:rPr>
        <w:t>părțile</w:t>
      </w:r>
      <w:proofErr w:type="spellEnd"/>
      <w:r w:rsidRPr="00651778">
        <w:rPr>
          <w:rFonts w:ascii="Aptos" w:eastAsia="Aptos" w:hAnsi="Aptos" w:cs="Aptos"/>
          <w:lang w:val="fr-FR"/>
        </w:rPr>
        <w:t xml:space="preserve"> nu </w:t>
      </w:r>
      <w:proofErr w:type="spellStart"/>
      <w:r w:rsidRPr="00651778">
        <w:rPr>
          <w:rFonts w:ascii="Aptos" w:eastAsia="Aptos" w:hAnsi="Aptos" w:cs="Aptos"/>
          <w:lang w:val="fr-FR"/>
        </w:rPr>
        <w:t>ajung</w:t>
      </w:r>
      <w:proofErr w:type="spellEnd"/>
      <w:r w:rsidRPr="00651778">
        <w:rPr>
          <w:rFonts w:ascii="Aptos" w:eastAsia="Aptos" w:hAnsi="Aptos" w:cs="Aptos"/>
          <w:lang w:val="fr-FR"/>
        </w:rPr>
        <w:t xml:space="preserve"> la o </w:t>
      </w:r>
      <w:proofErr w:type="spellStart"/>
      <w:r w:rsidRPr="00651778">
        <w:rPr>
          <w:rFonts w:ascii="Aptos" w:eastAsia="Aptos" w:hAnsi="Aptos" w:cs="Aptos"/>
          <w:lang w:val="fr-FR"/>
        </w:rPr>
        <w:t>înțelegere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potrivit</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alin</w:t>
      </w:r>
      <w:proofErr w:type="spellEnd"/>
      <w:r w:rsidRPr="00651778">
        <w:rPr>
          <w:rFonts w:ascii="Aptos" w:eastAsia="Aptos" w:hAnsi="Aptos" w:cs="Aptos"/>
          <w:lang w:val="fr-FR"/>
        </w:rPr>
        <w:t xml:space="preserve">. (1), </w:t>
      </w:r>
      <w:proofErr w:type="spellStart"/>
      <w:r w:rsidRPr="00651778">
        <w:rPr>
          <w:rFonts w:ascii="Aptos" w:eastAsia="Aptos" w:hAnsi="Aptos" w:cs="Aptos"/>
          <w:lang w:val="fr-FR"/>
        </w:rPr>
        <w:t>acestea</w:t>
      </w:r>
      <w:proofErr w:type="spellEnd"/>
      <w:r w:rsidRPr="00651778">
        <w:rPr>
          <w:rFonts w:ascii="Aptos" w:eastAsia="Aptos" w:hAnsi="Aptos" w:cs="Aptos"/>
          <w:lang w:val="fr-FR"/>
        </w:rPr>
        <w:t xml:space="preserve"> se pot </w:t>
      </w:r>
      <w:proofErr w:type="spellStart"/>
      <w:r w:rsidRPr="00651778">
        <w:rPr>
          <w:rFonts w:ascii="Aptos" w:eastAsia="Aptos" w:hAnsi="Aptos" w:cs="Aptos"/>
          <w:lang w:val="fr-FR"/>
        </w:rPr>
        <w:t>adresa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instanțelor</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judecată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competente</w:t>
      </w:r>
      <w:proofErr w:type="spellEnd"/>
      <w:r w:rsidRPr="00651778">
        <w:rPr>
          <w:rFonts w:ascii="Aptos" w:eastAsia="Aptos" w:hAnsi="Aptos" w:cs="Aptos"/>
          <w:lang w:val="fr-FR"/>
        </w:rPr>
        <w:t>.</w:t>
      </w:r>
    </w:p>
    <w:p w14:paraId="7D5309CB" w14:textId="77777777" w:rsidR="00651778" w:rsidRPr="00651778" w:rsidRDefault="00651778" w:rsidP="00651778">
      <w:pPr>
        <w:spacing w:before="240" w:after="240"/>
        <w:rPr>
          <w:rFonts w:ascii="Aptos" w:eastAsia="Aptos" w:hAnsi="Aptos" w:cs="Aptos"/>
          <w:b/>
          <w:bCs/>
          <w:lang w:val="fr-FR"/>
        </w:rPr>
      </w:pPr>
      <w:proofErr w:type="spellStart"/>
      <w:r w:rsidRPr="00651778">
        <w:rPr>
          <w:rFonts w:ascii="Aptos" w:eastAsia="Aptos" w:hAnsi="Aptos" w:cs="Aptos"/>
          <w:b/>
          <w:bCs/>
          <w:lang w:val="fr-FR"/>
        </w:rPr>
        <w:t>Capitolul</w:t>
      </w:r>
      <w:proofErr w:type="spellEnd"/>
      <w:r w:rsidRPr="00651778">
        <w:rPr>
          <w:rFonts w:ascii="Aptos" w:eastAsia="Aptos" w:hAnsi="Aptos" w:cs="Aptos"/>
          <w:b/>
          <w:bCs/>
          <w:lang w:val="fr-FR"/>
        </w:rPr>
        <w:t xml:space="preserve"> 10. </w:t>
      </w:r>
      <w:proofErr w:type="spellStart"/>
      <w:r w:rsidRPr="00651778">
        <w:rPr>
          <w:rFonts w:ascii="Aptos" w:eastAsia="Aptos" w:hAnsi="Aptos" w:cs="Aptos"/>
          <w:b/>
          <w:bCs/>
          <w:lang w:val="fr-FR"/>
        </w:rPr>
        <w:t>Transparență</w:t>
      </w:r>
      <w:proofErr w:type="spellEnd"/>
    </w:p>
    <w:p w14:paraId="75ABB631" w14:textId="77777777" w:rsidR="00651778" w:rsidRPr="00651778" w:rsidRDefault="00651778" w:rsidP="00651778">
      <w:pPr>
        <w:spacing w:before="240" w:after="240"/>
        <w:rPr>
          <w:lang w:val="fr-FR"/>
        </w:rPr>
      </w:pPr>
      <w:r w:rsidRPr="00651778">
        <w:rPr>
          <w:rFonts w:ascii="Aptos" w:eastAsia="Aptos" w:hAnsi="Aptos" w:cs="Aptos"/>
          <w:lang w:val="fr-FR"/>
        </w:rPr>
        <w:t xml:space="preserve">Art. 23. </w:t>
      </w:r>
      <w:proofErr w:type="spellStart"/>
      <w:r w:rsidRPr="00651778">
        <w:rPr>
          <w:rFonts w:ascii="Aptos" w:eastAsia="Aptos" w:hAnsi="Aptos" w:cs="Aptos"/>
          <w:lang w:val="fr-FR"/>
        </w:rPr>
        <w:t>Contractul</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finanțare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inclusiv</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anexele</w:t>
      </w:r>
      <w:proofErr w:type="spellEnd"/>
      <w:r w:rsidRPr="00651778">
        <w:rPr>
          <w:rFonts w:ascii="Aptos" w:eastAsia="Aptos" w:hAnsi="Aptos" w:cs="Aptos"/>
          <w:lang w:val="fr-FR"/>
        </w:rPr>
        <w:t xml:space="preserve"> sale, </w:t>
      </w:r>
      <w:proofErr w:type="spellStart"/>
      <w:r w:rsidRPr="00651778">
        <w:rPr>
          <w:rFonts w:ascii="Aptos" w:eastAsia="Aptos" w:hAnsi="Aptos" w:cs="Aptos"/>
          <w:lang w:val="fr-FR"/>
        </w:rPr>
        <w:t>precum</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informațiile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documentele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vizând</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executarea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acestora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constituie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informații</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interes</w:t>
      </w:r>
      <w:proofErr w:type="spellEnd"/>
      <w:r w:rsidRPr="00651778">
        <w:rPr>
          <w:rFonts w:ascii="Aptos" w:eastAsia="Aptos" w:hAnsi="Aptos" w:cs="Aptos"/>
          <w:lang w:val="fr-FR"/>
        </w:rPr>
        <w:t xml:space="preserve"> public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condițiile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prevederilor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Legii</w:t>
      </w:r>
      <w:proofErr w:type="spellEnd"/>
      <w:r w:rsidRPr="00651778">
        <w:rPr>
          <w:rFonts w:ascii="Aptos" w:eastAsia="Aptos" w:hAnsi="Aptos" w:cs="Aptos"/>
          <w:lang w:val="fr-FR"/>
        </w:rPr>
        <w:t xml:space="preserve"> nr. 544/2001 </w:t>
      </w:r>
      <w:proofErr w:type="spellStart"/>
      <w:r w:rsidRPr="00651778">
        <w:rPr>
          <w:rFonts w:ascii="Aptos" w:eastAsia="Aptos" w:hAnsi="Aptos" w:cs="Aptos"/>
          <w:lang w:val="fr-FR"/>
        </w:rPr>
        <w:t>privind</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liberul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acces</w:t>
      </w:r>
      <w:proofErr w:type="spellEnd"/>
      <w:r w:rsidRPr="00651778">
        <w:rPr>
          <w:rFonts w:ascii="Aptos" w:eastAsia="Aptos" w:hAnsi="Aptos" w:cs="Aptos"/>
          <w:lang w:val="fr-FR"/>
        </w:rPr>
        <w:t xml:space="preserve"> la </w:t>
      </w:r>
      <w:proofErr w:type="spellStart"/>
      <w:r w:rsidRPr="00651778">
        <w:rPr>
          <w:rFonts w:ascii="Aptos" w:eastAsia="Aptos" w:hAnsi="Aptos" w:cs="Aptos"/>
          <w:lang w:val="fr-FR"/>
        </w:rPr>
        <w:t>informațiile</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interes</w:t>
      </w:r>
      <w:proofErr w:type="spellEnd"/>
      <w:r w:rsidRPr="00651778">
        <w:rPr>
          <w:rFonts w:ascii="Aptos" w:eastAsia="Aptos" w:hAnsi="Aptos" w:cs="Aptos"/>
          <w:lang w:val="fr-FR"/>
        </w:rPr>
        <w:t xml:space="preserve"> public, </w:t>
      </w:r>
      <w:proofErr w:type="spellStart"/>
      <w:r w:rsidRPr="00651778">
        <w:rPr>
          <w:rFonts w:ascii="Aptos" w:eastAsia="Aptos" w:hAnsi="Aptos" w:cs="Aptos"/>
          <w:lang w:val="fr-FR"/>
        </w:rPr>
        <w:t>cu</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modificările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completările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ulterioare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cu</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respectarea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excepțiilor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prevăzute</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aceasta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a </w:t>
      </w:r>
      <w:proofErr w:type="spellStart"/>
      <w:r w:rsidRPr="00651778">
        <w:rPr>
          <w:rFonts w:ascii="Aptos" w:eastAsia="Aptos" w:hAnsi="Aptos" w:cs="Aptos"/>
          <w:lang w:val="fr-FR"/>
        </w:rPr>
        <w:t>celor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stabilite</w:t>
      </w:r>
      <w:proofErr w:type="spellEnd"/>
      <w:r w:rsidRPr="00651778">
        <w:rPr>
          <w:rFonts w:ascii="Aptos" w:eastAsia="Aptos" w:hAnsi="Aptos" w:cs="Aptos"/>
          <w:lang w:val="fr-FR"/>
        </w:rPr>
        <w:t xml:space="preserve"> prin </w:t>
      </w:r>
      <w:proofErr w:type="spellStart"/>
      <w:r w:rsidRPr="00651778">
        <w:rPr>
          <w:rFonts w:ascii="Aptos" w:eastAsia="Aptos" w:hAnsi="Aptos" w:cs="Aptos"/>
          <w:lang w:val="fr-FR"/>
        </w:rPr>
        <w:t>prezentul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contract</w:t>
      </w:r>
      <w:proofErr w:type="spellEnd"/>
      <w:r w:rsidRPr="00651778">
        <w:rPr>
          <w:rFonts w:ascii="Aptos" w:eastAsia="Aptos" w:hAnsi="Aptos" w:cs="Aptos"/>
          <w:lang w:val="fr-FR"/>
        </w:rPr>
        <w:t>.</w:t>
      </w:r>
    </w:p>
    <w:p w14:paraId="577962F8" w14:textId="77777777" w:rsidR="00651778" w:rsidRPr="00651778" w:rsidRDefault="00651778" w:rsidP="00651778">
      <w:pPr>
        <w:spacing w:before="240" w:after="240"/>
        <w:rPr>
          <w:lang w:val="fr-FR"/>
        </w:rPr>
      </w:pPr>
      <w:r w:rsidRPr="00651778">
        <w:rPr>
          <w:rFonts w:ascii="Aptos" w:eastAsia="Aptos" w:hAnsi="Aptos" w:cs="Aptos"/>
          <w:lang w:val="fr-FR"/>
        </w:rPr>
        <w:t xml:space="preserve">Art. 24. </w:t>
      </w:r>
      <w:proofErr w:type="spellStart"/>
      <w:r w:rsidRPr="00651778">
        <w:rPr>
          <w:rFonts w:ascii="Aptos" w:eastAsia="Aptos" w:hAnsi="Aptos" w:cs="Aptos"/>
          <w:lang w:val="fr-FR"/>
        </w:rPr>
        <w:t>Următoarele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elemente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așa</w:t>
      </w:r>
      <w:proofErr w:type="spellEnd"/>
      <w:r w:rsidRPr="00651778">
        <w:rPr>
          <w:rFonts w:ascii="Aptos" w:eastAsia="Aptos" w:hAnsi="Aptos" w:cs="Aptos"/>
          <w:lang w:val="fr-FR"/>
        </w:rPr>
        <w:t xml:space="preserve"> cum </w:t>
      </w:r>
      <w:proofErr w:type="spellStart"/>
      <w:r w:rsidRPr="00651778">
        <w:rPr>
          <w:rFonts w:ascii="Aptos" w:eastAsia="Aptos" w:hAnsi="Aptos" w:cs="Aptos"/>
          <w:lang w:val="fr-FR"/>
        </w:rPr>
        <w:t>rezultă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acestea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din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contractul</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finanțare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anexele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acestuia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inclusiv</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dacă</w:t>
      </w:r>
      <w:proofErr w:type="spellEnd"/>
      <w:r w:rsidRPr="00651778">
        <w:rPr>
          <w:rFonts w:ascii="Aptos" w:eastAsia="Aptos" w:hAnsi="Aptos" w:cs="Aptos"/>
          <w:lang w:val="fr-FR"/>
        </w:rPr>
        <w:t xml:space="preserve"> este </w:t>
      </w:r>
      <w:proofErr w:type="spellStart"/>
      <w:r w:rsidRPr="00651778">
        <w:rPr>
          <w:rFonts w:ascii="Aptos" w:eastAsia="Aptos" w:hAnsi="Aptos" w:cs="Aptos"/>
          <w:lang w:val="fr-FR"/>
        </w:rPr>
        <w:t>cazul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din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actele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adiționale</w:t>
      </w:r>
      <w:proofErr w:type="spellEnd"/>
      <w:r w:rsidRPr="00651778">
        <w:rPr>
          <w:rFonts w:ascii="Aptos" w:eastAsia="Aptos" w:hAnsi="Aptos" w:cs="Aptos"/>
          <w:lang w:val="fr-FR"/>
        </w:rPr>
        <w:t xml:space="preserve"> prin care se </w:t>
      </w:r>
      <w:proofErr w:type="spellStart"/>
      <w:r w:rsidRPr="00651778">
        <w:rPr>
          <w:rFonts w:ascii="Aptos" w:eastAsia="Aptos" w:hAnsi="Aptos" w:cs="Aptos"/>
          <w:lang w:val="fr-FR"/>
        </w:rPr>
        <w:t>aduc</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modificări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contractului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sau</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anexelor</w:t>
      </w:r>
      <w:proofErr w:type="spellEnd"/>
      <w:r w:rsidRPr="00651778">
        <w:rPr>
          <w:rFonts w:ascii="Aptos" w:eastAsia="Aptos" w:hAnsi="Aptos" w:cs="Aptos"/>
          <w:lang w:val="fr-FR"/>
        </w:rPr>
        <w:t xml:space="preserve"> sale, nu pot </w:t>
      </w:r>
      <w:proofErr w:type="spellStart"/>
      <w:r w:rsidRPr="00651778">
        <w:rPr>
          <w:rFonts w:ascii="Aptos" w:eastAsia="Aptos" w:hAnsi="Aptos" w:cs="Aptos"/>
          <w:lang w:val="fr-FR"/>
        </w:rPr>
        <w:t>avea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caracter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confidențial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cu</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excepția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primei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categorii</w:t>
      </w:r>
      <w:proofErr w:type="spellEnd"/>
      <w:r w:rsidRPr="00651778">
        <w:rPr>
          <w:rFonts w:ascii="Aptos" w:eastAsia="Aptos" w:hAnsi="Aptos" w:cs="Aptos"/>
          <w:lang w:val="fr-FR"/>
        </w:rPr>
        <w:t xml:space="preserve"> de la </w:t>
      </w:r>
      <w:proofErr w:type="spellStart"/>
      <w:r w:rsidRPr="00651778">
        <w:rPr>
          <w:rFonts w:ascii="Aptos" w:eastAsia="Aptos" w:hAnsi="Aptos" w:cs="Aptos"/>
          <w:lang w:val="fr-FR"/>
        </w:rPr>
        <w:t>pct</w:t>
      </w:r>
      <w:proofErr w:type="spellEnd"/>
      <w:r w:rsidRPr="00651778">
        <w:rPr>
          <w:rFonts w:ascii="Aptos" w:eastAsia="Aptos" w:hAnsi="Aptos" w:cs="Aptos"/>
          <w:lang w:val="fr-FR"/>
        </w:rPr>
        <w:t xml:space="preserve">. a) </w:t>
      </w:r>
      <w:proofErr w:type="spellStart"/>
      <w:r w:rsidRPr="00651778">
        <w:rPr>
          <w:rFonts w:ascii="Aptos" w:eastAsia="Aptos" w:hAnsi="Aptos" w:cs="Aptos"/>
          <w:lang w:val="fr-FR"/>
        </w:rPr>
        <w:t>pentru</w:t>
      </w:r>
      <w:proofErr w:type="spellEnd"/>
      <w:r w:rsidRPr="00651778">
        <w:rPr>
          <w:rFonts w:ascii="Aptos" w:eastAsia="Aptos" w:hAnsi="Aptos" w:cs="Aptos"/>
          <w:lang w:val="fr-FR"/>
        </w:rPr>
        <w:t xml:space="preserve"> care se vor </w:t>
      </w:r>
      <w:proofErr w:type="spellStart"/>
      <w:r w:rsidRPr="00651778">
        <w:rPr>
          <w:rFonts w:ascii="Aptos" w:eastAsia="Aptos" w:hAnsi="Aptos" w:cs="Aptos"/>
          <w:lang w:val="fr-FR"/>
        </w:rPr>
        <w:t>avea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vedere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prevederile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din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Regulamentul</w:t>
      </w:r>
      <w:proofErr w:type="spellEnd"/>
      <w:r w:rsidRPr="00651778">
        <w:rPr>
          <w:rFonts w:ascii="Aptos" w:eastAsia="Aptos" w:hAnsi="Aptos" w:cs="Aptos"/>
          <w:lang w:val="fr-FR"/>
        </w:rPr>
        <w:t xml:space="preserve"> (UE) 2016/679 al </w:t>
      </w:r>
      <w:proofErr w:type="spellStart"/>
      <w:r w:rsidRPr="00651778">
        <w:rPr>
          <w:rFonts w:ascii="Aptos" w:eastAsia="Aptos" w:hAnsi="Aptos" w:cs="Aptos"/>
          <w:lang w:val="fr-FR"/>
        </w:rPr>
        <w:t>Parlamentului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European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al </w:t>
      </w:r>
      <w:proofErr w:type="spellStart"/>
      <w:r w:rsidRPr="00651778">
        <w:rPr>
          <w:rFonts w:ascii="Aptos" w:eastAsia="Aptos" w:hAnsi="Aptos" w:cs="Aptos"/>
          <w:lang w:val="fr-FR"/>
        </w:rPr>
        <w:t>Consiliului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din</w:t>
      </w:r>
      <w:proofErr w:type="spellEnd"/>
      <w:r w:rsidRPr="00651778">
        <w:rPr>
          <w:rFonts w:ascii="Aptos" w:eastAsia="Aptos" w:hAnsi="Aptos" w:cs="Aptos"/>
          <w:lang w:val="fr-FR"/>
        </w:rPr>
        <w:t xml:space="preserve"> 27 </w:t>
      </w:r>
      <w:proofErr w:type="spellStart"/>
      <w:r w:rsidRPr="00651778">
        <w:rPr>
          <w:rFonts w:ascii="Aptos" w:eastAsia="Aptos" w:hAnsi="Aptos" w:cs="Aptos"/>
          <w:lang w:val="fr-FR"/>
        </w:rPr>
        <w:t>aprilie</w:t>
      </w:r>
      <w:proofErr w:type="spellEnd"/>
      <w:r w:rsidRPr="00651778">
        <w:rPr>
          <w:rFonts w:ascii="Aptos" w:eastAsia="Aptos" w:hAnsi="Aptos" w:cs="Aptos"/>
          <w:lang w:val="fr-FR"/>
        </w:rPr>
        <w:t xml:space="preserve"> 2016 </w:t>
      </w:r>
      <w:proofErr w:type="spellStart"/>
      <w:r w:rsidRPr="00651778">
        <w:rPr>
          <w:rFonts w:ascii="Aptos" w:eastAsia="Aptos" w:hAnsi="Aptos" w:cs="Aptos"/>
          <w:lang w:val="fr-FR"/>
        </w:rPr>
        <w:t>privind</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protecția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persoanelor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fizice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ceea</w:t>
      </w:r>
      <w:proofErr w:type="spellEnd"/>
      <w:r w:rsidRPr="00651778">
        <w:rPr>
          <w:rFonts w:ascii="Aptos" w:eastAsia="Aptos" w:hAnsi="Aptos" w:cs="Aptos"/>
          <w:lang w:val="fr-FR"/>
        </w:rPr>
        <w:t xml:space="preserve"> ce </w:t>
      </w:r>
      <w:proofErr w:type="spellStart"/>
      <w:r w:rsidRPr="00651778">
        <w:rPr>
          <w:rFonts w:ascii="Aptos" w:eastAsia="Aptos" w:hAnsi="Aptos" w:cs="Aptos"/>
          <w:lang w:val="fr-FR"/>
        </w:rPr>
        <w:t>privește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prelucrarea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datelor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cu</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caracter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personal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privind</w:t>
      </w:r>
      <w:proofErr w:type="spellEnd"/>
      <w:r w:rsidRPr="00651778">
        <w:rPr>
          <w:rFonts w:ascii="Aptos" w:eastAsia="Aptos" w:hAnsi="Aptos" w:cs="Aptos"/>
          <w:lang w:val="fr-FR"/>
        </w:rPr>
        <w:t xml:space="preserve"> libera </w:t>
      </w:r>
      <w:proofErr w:type="spellStart"/>
      <w:r w:rsidRPr="00651778">
        <w:rPr>
          <w:rFonts w:ascii="Aptos" w:eastAsia="Aptos" w:hAnsi="Aptos" w:cs="Aptos"/>
          <w:lang w:val="fr-FR"/>
        </w:rPr>
        <w:t>circulație</w:t>
      </w:r>
      <w:proofErr w:type="spellEnd"/>
      <w:r w:rsidRPr="00651778">
        <w:rPr>
          <w:rFonts w:ascii="Aptos" w:eastAsia="Aptos" w:hAnsi="Aptos" w:cs="Aptos"/>
          <w:lang w:val="fr-FR"/>
        </w:rPr>
        <w:t xml:space="preserve"> a </w:t>
      </w:r>
      <w:proofErr w:type="spellStart"/>
      <w:r w:rsidRPr="00651778">
        <w:rPr>
          <w:rFonts w:ascii="Aptos" w:eastAsia="Aptos" w:hAnsi="Aptos" w:cs="Aptos"/>
          <w:lang w:val="fr-FR"/>
        </w:rPr>
        <w:t>acestor</w:t>
      </w:r>
      <w:proofErr w:type="spellEnd"/>
      <w:r w:rsidRPr="00651778">
        <w:rPr>
          <w:rFonts w:ascii="Aptos" w:eastAsia="Aptos" w:hAnsi="Aptos" w:cs="Aptos"/>
          <w:lang w:val="fr-FR"/>
        </w:rPr>
        <w:t xml:space="preserve"> date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abrogare</w:t>
      </w:r>
      <w:proofErr w:type="spellEnd"/>
      <w:r w:rsidRPr="00651778">
        <w:rPr>
          <w:rFonts w:ascii="Aptos" w:eastAsia="Aptos" w:hAnsi="Aptos" w:cs="Aptos"/>
          <w:lang w:val="fr-FR"/>
        </w:rPr>
        <w:t xml:space="preserve"> a </w:t>
      </w:r>
      <w:proofErr w:type="spellStart"/>
      <w:r w:rsidRPr="00651778">
        <w:rPr>
          <w:rFonts w:ascii="Aptos" w:eastAsia="Aptos" w:hAnsi="Aptos" w:cs="Aptos"/>
          <w:lang w:val="fr-FR"/>
        </w:rPr>
        <w:t>Directivei</w:t>
      </w:r>
      <w:proofErr w:type="spellEnd"/>
      <w:r w:rsidRPr="00651778">
        <w:rPr>
          <w:rFonts w:ascii="Aptos" w:eastAsia="Aptos" w:hAnsi="Aptos" w:cs="Aptos"/>
          <w:lang w:val="fr-FR"/>
        </w:rPr>
        <w:t xml:space="preserve"> 65/46/CE (</w:t>
      </w:r>
      <w:proofErr w:type="spellStart"/>
      <w:r w:rsidRPr="00651778">
        <w:rPr>
          <w:rFonts w:ascii="Aptos" w:eastAsia="Aptos" w:hAnsi="Aptos" w:cs="Aptos"/>
          <w:lang w:val="fr-FR"/>
        </w:rPr>
        <w:t>Regulamentul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general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privind</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protecția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datelor</w:t>
      </w:r>
      <w:proofErr w:type="spellEnd"/>
      <w:proofErr w:type="gramStart"/>
      <w:r w:rsidRPr="00651778">
        <w:rPr>
          <w:rFonts w:ascii="Aptos" w:eastAsia="Aptos" w:hAnsi="Aptos" w:cs="Aptos"/>
          <w:lang w:val="fr-FR"/>
        </w:rPr>
        <w:t>):</w:t>
      </w:r>
      <w:proofErr w:type="gramEnd"/>
      <w:r w:rsidRPr="00651778">
        <w:rPr>
          <w:rFonts w:ascii="Aptos" w:eastAsia="Aptos" w:hAnsi="Aptos" w:cs="Aptos"/>
          <w:lang w:val="fr-FR"/>
        </w:rPr>
        <w:t xml:space="preserve"> </w:t>
      </w:r>
    </w:p>
    <w:p w14:paraId="66D6B6F5" w14:textId="77777777" w:rsidR="00651778" w:rsidRPr="00651778" w:rsidRDefault="00651778" w:rsidP="00651778">
      <w:pPr>
        <w:pStyle w:val="ListParagraph"/>
        <w:numPr>
          <w:ilvl w:val="0"/>
          <w:numId w:val="47"/>
        </w:numPr>
        <w:spacing w:before="240" w:after="240" w:line="279" w:lineRule="auto"/>
        <w:rPr>
          <w:rFonts w:ascii="Aptos" w:eastAsia="Aptos" w:hAnsi="Aptos" w:cs="Aptos"/>
          <w:lang w:val="fr-FR"/>
        </w:rPr>
      </w:pPr>
      <w:proofErr w:type="spellStart"/>
      <w:proofErr w:type="gramStart"/>
      <w:r w:rsidRPr="00651778">
        <w:rPr>
          <w:rFonts w:ascii="Aptos" w:eastAsia="Aptos" w:hAnsi="Aptos" w:cs="Aptos"/>
          <w:lang w:val="fr-FR"/>
        </w:rPr>
        <w:t>denumirea</w:t>
      </w:r>
      <w:proofErr w:type="spellEnd"/>
      <w:proofErr w:type="gramEnd"/>
      <w:r w:rsidRPr="00651778">
        <w:rPr>
          <w:rFonts w:ascii="Aptos" w:eastAsia="Aptos" w:hAnsi="Aptos" w:cs="Aptos"/>
          <w:lang w:val="fr-FR"/>
        </w:rPr>
        <w:t xml:space="preserve"> </w:t>
      </w:r>
      <w:proofErr w:type="spellStart"/>
      <w:r w:rsidRPr="00651778">
        <w:rPr>
          <w:rFonts w:ascii="Aptos" w:eastAsia="Aptos" w:hAnsi="Aptos" w:cs="Aptos"/>
          <w:lang w:val="fr-FR"/>
        </w:rPr>
        <w:t>proiectului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denumirea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completă</w:t>
      </w:r>
      <w:proofErr w:type="spellEnd"/>
      <w:r w:rsidRPr="00651778">
        <w:rPr>
          <w:rFonts w:ascii="Aptos" w:eastAsia="Aptos" w:hAnsi="Aptos" w:cs="Aptos"/>
          <w:lang w:val="fr-FR"/>
        </w:rPr>
        <w:t xml:space="preserve"> a </w:t>
      </w:r>
      <w:proofErr w:type="spellStart"/>
      <w:r w:rsidRPr="00651778">
        <w:rPr>
          <w:rFonts w:ascii="Aptos" w:eastAsia="Aptos" w:hAnsi="Aptos" w:cs="Aptos"/>
          <w:lang w:val="fr-FR"/>
        </w:rPr>
        <w:t>beneficiarului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dacă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aceștia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există</w:t>
      </w:r>
      <w:proofErr w:type="spellEnd"/>
      <w:r w:rsidRPr="00651778">
        <w:rPr>
          <w:rFonts w:ascii="Aptos" w:eastAsia="Aptos" w:hAnsi="Aptos" w:cs="Aptos"/>
          <w:lang w:val="fr-FR"/>
        </w:rPr>
        <w:t xml:space="preserve">, a </w:t>
      </w:r>
      <w:proofErr w:type="spellStart"/>
      <w:r w:rsidRPr="00651778">
        <w:rPr>
          <w:rFonts w:ascii="Aptos" w:eastAsia="Aptos" w:hAnsi="Aptos" w:cs="Aptos"/>
          <w:lang w:val="fr-FR"/>
        </w:rPr>
        <w:t>partenerilor</w:t>
      </w:r>
      <w:proofErr w:type="spellEnd"/>
      <w:r w:rsidRPr="00651778">
        <w:rPr>
          <w:rFonts w:ascii="Aptos" w:eastAsia="Aptos" w:hAnsi="Aptos" w:cs="Aptos"/>
          <w:lang w:val="fr-FR"/>
        </w:rPr>
        <w:t xml:space="preserve">, data de </w:t>
      </w:r>
      <w:proofErr w:type="spellStart"/>
      <w:r w:rsidRPr="00651778">
        <w:rPr>
          <w:rFonts w:ascii="Aptos" w:eastAsia="Aptos" w:hAnsi="Aptos" w:cs="Aptos"/>
          <w:lang w:val="fr-FR"/>
        </w:rPr>
        <w:t>începere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cea</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finalizare</w:t>
      </w:r>
      <w:proofErr w:type="spellEnd"/>
      <w:r w:rsidRPr="00651778">
        <w:rPr>
          <w:rFonts w:ascii="Aptos" w:eastAsia="Aptos" w:hAnsi="Aptos" w:cs="Aptos"/>
          <w:lang w:val="fr-FR"/>
        </w:rPr>
        <w:t xml:space="preserve"> ale </w:t>
      </w:r>
      <w:proofErr w:type="spellStart"/>
      <w:r w:rsidRPr="00651778">
        <w:rPr>
          <w:rFonts w:ascii="Aptos" w:eastAsia="Aptos" w:hAnsi="Aptos" w:cs="Aptos"/>
          <w:lang w:val="fr-FR"/>
        </w:rPr>
        <w:t>proiectului</w:t>
      </w:r>
      <w:proofErr w:type="spellEnd"/>
      <w:r w:rsidRPr="00651778">
        <w:rPr>
          <w:rFonts w:ascii="Aptos" w:eastAsia="Aptos" w:hAnsi="Aptos" w:cs="Aptos"/>
          <w:lang w:val="fr-FR"/>
        </w:rPr>
        <w:t xml:space="preserve">, date de contact - minimum o </w:t>
      </w:r>
      <w:proofErr w:type="spellStart"/>
      <w:r w:rsidRPr="00651778">
        <w:rPr>
          <w:rFonts w:ascii="Aptos" w:eastAsia="Aptos" w:hAnsi="Aptos" w:cs="Aptos"/>
          <w:lang w:val="fr-FR"/>
        </w:rPr>
        <w:t>adresă</w:t>
      </w:r>
      <w:proofErr w:type="spellEnd"/>
      <w:r w:rsidRPr="00651778">
        <w:rPr>
          <w:rFonts w:ascii="Aptos" w:eastAsia="Aptos" w:hAnsi="Aptos" w:cs="Aptos"/>
          <w:lang w:val="fr-FR"/>
        </w:rPr>
        <w:t xml:space="preserve"> </w:t>
      </w:r>
      <w:proofErr w:type="gramStart"/>
      <w:r w:rsidRPr="00651778">
        <w:rPr>
          <w:rFonts w:ascii="Aptos" w:eastAsia="Aptos" w:hAnsi="Aptos" w:cs="Aptos"/>
          <w:lang w:val="fr-FR"/>
        </w:rPr>
        <w:t>de e-mail</w:t>
      </w:r>
      <w:proofErr w:type="gram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numărul</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telefon</w:t>
      </w:r>
      <w:proofErr w:type="spellEnd"/>
      <w:r w:rsidRPr="00651778">
        <w:rPr>
          <w:rFonts w:ascii="Aptos" w:eastAsia="Aptos" w:hAnsi="Aptos" w:cs="Aptos"/>
          <w:lang w:val="fr-FR"/>
        </w:rPr>
        <w:t xml:space="preserve"> - </w:t>
      </w:r>
      <w:proofErr w:type="spellStart"/>
      <w:r w:rsidRPr="00651778">
        <w:rPr>
          <w:rFonts w:ascii="Aptos" w:eastAsia="Aptos" w:hAnsi="Aptos" w:cs="Aptos"/>
          <w:lang w:val="fr-FR"/>
        </w:rPr>
        <w:t>funcționale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pentru</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echipa</w:t>
      </w:r>
      <w:proofErr w:type="spellEnd"/>
      <w:r w:rsidRPr="00651778">
        <w:rPr>
          <w:rFonts w:ascii="Aptos" w:eastAsia="Aptos" w:hAnsi="Aptos" w:cs="Aptos"/>
          <w:lang w:val="fr-FR"/>
        </w:rPr>
        <w:t xml:space="preserve"> </w:t>
      </w:r>
      <w:proofErr w:type="spellStart"/>
      <w:proofErr w:type="gramStart"/>
      <w:r w:rsidRPr="00651778">
        <w:rPr>
          <w:rFonts w:ascii="Aptos" w:eastAsia="Aptos" w:hAnsi="Aptos" w:cs="Aptos"/>
          <w:lang w:val="fr-FR"/>
        </w:rPr>
        <w:t>proiectului</w:t>
      </w:r>
      <w:proofErr w:type="spellEnd"/>
      <w:r w:rsidRPr="00651778">
        <w:rPr>
          <w:rFonts w:ascii="Aptos" w:eastAsia="Aptos" w:hAnsi="Aptos" w:cs="Aptos"/>
          <w:lang w:val="fr-FR"/>
        </w:rPr>
        <w:t>;</w:t>
      </w:r>
      <w:proofErr w:type="gramEnd"/>
      <w:r w:rsidRPr="00651778">
        <w:rPr>
          <w:rFonts w:ascii="Aptos" w:eastAsia="Aptos" w:hAnsi="Aptos" w:cs="Aptos"/>
          <w:lang w:val="fr-FR"/>
        </w:rPr>
        <w:t xml:space="preserve"> </w:t>
      </w:r>
      <w:proofErr w:type="spellStart"/>
      <w:r w:rsidRPr="00651778">
        <w:rPr>
          <w:rFonts w:ascii="Aptos" w:eastAsia="Aptos" w:hAnsi="Aptos" w:cs="Aptos"/>
          <w:lang w:val="fr-FR"/>
        </w:rPr>
        <w:t>locul</w:t>
      </w:r>
      <w:proofErr w:type="spellEnd"/>
      <w:r w:rsidRPr="00651778">
        <w:rPr>
          <w:rFonts w:ascii="Aptos" w:eastAsia="Aptos" w:hAnsi="Aptos" w:cs="Aptos"/>
          <w:lang w:val="fr-FR"/>
        </w:rPr>
        <w:t xml:space="preserve"> de </w:t>
      </w:r>
      <w:proofErr w:type="spellStart"/>
      <w:r w:rsidRPr="00651778">
        <w:rPr>
          <w:rFonts w:ascii="Aptos" w:eastAsia="Aptos" w:hAnsi="Aptos" w:cs="Aptos"/>
          <w:lang w:val="fr-FR"/>
        </w:rPr>
        <w:t>implementare</w:t>
      </w:r>
      <w:proofErr w:type="spellEnd"/>
      <w:r w:rsidRPr="00651778">
        <w:rPr>
          <w:rFonts w:ascii="Aptos" w:eastAsia="Aptos" w:hAnsi="Aptos" w:cs="Aptos"/>
          <w:lang w:val="fr-FR"/>
        </w:rPr>
        <w:t xml:space="preserve"> a </w:t>
      </w:r>
      <w:proofErr w:type="spellStart"/>
      <w:r w:rsidRPr="00651778">
        <w:rPr>
          <w:rFonts w:ascii="Aptos" w:eastAsia="Aptos" w:hAnsi="Aptos" w:cs="Aptos"/>
          <w:lang w:val="fr-FR"/>
        </w:rPr>
        <w:t>proiectuluiși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dacă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proiectul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include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activități</w:t>
      </w:r>
      <w:proofErr w:type="spellEnd"/>
      <w:r w:rsidRPr="00651778">
        <w:rPr>
          <w:rFonts w:ascii="Aptos" w:eastAsia="Aptos" w:hAnsi="Aptos" w:cs="Aptos"/>
          <w:lang w:val="fr-FR"/>
        </w:rPr>
        <w:t xml:space="preserve"> care se </w:t>
      </w:r>
      <w:proofErr w:type="spellStart"/>
      <w:r w:rsidRPr="00651778">
        <w:rPr>
          <w:rFonts w:ascii="Aptos" w:eastAsia="Aptos" w:hAnsi="Aptos" w:cs="Aptos"/>
          <w:lang w:val="fr-FR"/>
        </w:rPr>
        <w:t>adresează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publicului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adresa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exactă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datele</w:t>
      </w:r>
      <w:proofErr w:type="spellEnd"/>
      <w:r w:rsidRPr="00651778">
        <w:rPr>
          <w:rFonts w:ascii="Aptos" w:eastAsia="Aptos" w:hAnsi="Aptos" w:cs="Aptos"/>
          <w:lang w:val="fr-FR"/>
        </w:rPr>
        <w:t xml:space="preserve"> de contact </w:t>
      </w:r>
      <w:proofErr w:type="spellStart"/>
      <w:r w:rsidRPr="00651778">
        <w:rPr>
          <w:rFonts w:ascii="Aptos" w:eastAsia="Aptos" w:hAnsi="Aptos" w:cs="Aptos"/>
          <w:lang w:val="fr-FR"/>
        </w:rPr>
        <w:t>pentru</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spațiile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dedicate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acestor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activități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în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cadrul</w:t>
      </w:r>
      <w:proofErr w:type="spellEnd"/>
      <w:r w:rsidRPr="00651778">
        <w:rPr>
          <w:rFonts w:ascii="Aptos" w:eastAsia="Aptos" w:hAnsi="Aptos" w:cs="Aptos"/>
          <w:lang w:val="fr-FR"/>
        </w:rPr>
        <w:t xml:space="preserve"> </w:t>
      </w:r>
      <w:proofErr w:type="spellStart"/>
      <w:proofErr w:type="gramStart"/>
      <w:r w:rsidRPr="00651778">
        <w:rPr>
          <w:rFonts w:ascii="Aptos" w:eastAsia="Aptos" w:hAnsi="Aptos" w:cs="Aptos"/>
          <w:lang w:val="fr-FR"/>
        </w:rPr>
        <w:t>proiectului</w:t>
      </w:r>
      <w:proofErr w:type="spellEnd"/>
      <w:r w:rsidRPr="00651778">
        <w:rPr>
          <w:rFonts w:ascii="Aptos" w:eastAsia="Aptos" w:hAnsi="Aptos" w:cs="Aptos"/>
          <w:lang w:val="fr-FR"/>
        </w:rPr>
        <w:t>;</w:t>
      </w:r>
      <w:proofErr w:type="gramEnd"/>
      <w:r w:rsidRPr="00651778">
        <w:rPr>
          <w:rFonts w:ascii="Aptos" w:eastAsia="Aptos" w:hAnsi="Aptos" w:cs="Aptos"/>
          <w:lang w:val="fr-FR"/>
        </w:rPr>
        <w:t xml:space="preserve"> </w:t>
      </w:r>
    </w:p>
    <w:p w14:paraId="5635C04D" w14:textId="77777777" w:rsidR="00651778" w:rsidRPr="00651778" w:rsidRDefault="00651778" w:rsidP="00651778">
      <w:pPr>
        <w:pStyle w:val="ListParagraph"/>
        <w:numPr>
          <w:ilvl w:val="0"/>
          <w:numId w:val="47"/>
        </w:numPr>
        <w:spacing w:before="240" w:after="240" w:line="279" w:lineRule="auto"/>
        <w:rPr>
          <w:rFonts w:ascii="Aptos" w:eastAsia="Aptos" w:hAnsi="Aptos" w:cs="Aptos"/>
          <w:lang w:val="fr-FR"/>
        </w:rPr>
      </w:pPr>
      <w:proofErr w:type="spellStart"/>
      <w:proofErr w:type="gramStart"/>
      <w:r w:rsidRPr="00651778">
        <w:rPr>
          <w:rFonts w:ascii="Aptos" w:eastAsia="Aptos" w:hAnsi="Aptos" w:cs="Aptos"/>
          <w:lang w:val="fr-FR"/>
        </w:rPr>
        <w:t>valoarea</w:t>
      </w:r>
      <w:proofErr w:type="spellEnd"/>
      <w:proofErr w:type="gramEnd"/>
      <w:r w:rsidRPr="00651778">
        <w:rPr>
          <w:rFonts w:ascii="Aptos" w:eastAsia="Aptos" w:hAnsi="Aptos" w:cs="Aptos"/>
          <w:lang w:val="fr-FR"/>
        </w:rPr>
        <w:t xml:space="preserve"> </w:t>
      </w:r>
      <w:proofErr w:type="spellStart"/>
      <w:r w:rsidRPr="00651778">
        <w:rPr>
          <w:rFonts w:ascii="Aptos" w:eastAsia="Aptos" w:hAnsi="Aptos" w:cs="Aptos"/>
          <w:lang w:val="fr-FR"/>
        </w:rPr>
        <w:t>totală</w:t>
      </w:r>
      <w:proofErr w:type="spellEnd"/>
      <w:r w:rsidRPr="00651778">
        <w:rPr>
          <w:rFonts w:ascii="Aptos" w:eastAsia="Aptos" w:hAnsi="Aptos" w:cs="Aptos"/>
          <w:lang w:val="fr-FR"/>
        </w:rPr>
        <w:t xml:space="preserve"> a </w:t>
      </w:r>
      <w:proofErr w:type="spellStart"/>
      <w:r w:rsidRPr="00651778">
        <w:rPr>
          <w:rFonts w:ascii="Aptos" w:eastAsia="Aptos" w:hAnsi="Aptos" w:cs="Aptos"/>
          <w:lang w:val="fr-FR"/>
        </w:rPr>
        <w:t>finanțării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nerambursabile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acordate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exprimată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atât</w:t>
      </w:r>
      <w:proofErr w:type="spellEnd"/>
      <w:r w:rsidRPr="00651778">
        <w:rPr>
          <w:rFonts w:ascii="Aptos" w:eastAsia="Aptos" w:hAnsi="Aptos" w:cs="Aptos"/>
          <w:lang w:val="fr-FR"/>
        </w:rPr>
        <w:t xml:space="preserve"> </w:t>
      </w:r>
      <w:proofErr w:type="gramStart"/>
      <w:r w:rsidRPr="00651778">
        <w:rPr>
          <w:rFonts w:ascii="Aptos" w:eastAsia="Aptos" w:hAnsi="Aptos" w:cs="Aptos"/>
          <w:lang w:val="fr-FR"/>
        </w:rPr>
        <w:t>ca</w:t>
      </w:r>
      <w:proofErr w:type="gramEnd"/>
      <w:r w:rsidRPr="00651778">
        <w:rPr>
          <w:rFonts w:ascii="Aptos" w:eastAsia="Aptos" w:hAnsi="Aptos" w:cs="Aptos"/>
          <w:lang w:val="fr-FR"/>
        </w:rPr>
        <w:t xml:space="preserve"> </w:t>
      </w:r>
      <w:proofErr w:type="spellStart"/>
      <w:r w:rsidRPr="00651778">
        <w:rPr>
          <w:rFonts w:ascii="Aptos" w:eastAsia="Aptos" w:hAnsi="Aptos" w:cs="Aptos"/>
          <w:lang w:val="fr-FR"/>
        </w:rPr>
        <w:t>sumă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concretă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cât</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gramStart"/>
      <w:r w:rsidRPr="00651778">
        <w:rPr>
          <w:rFonts w:ascii="Aptos" w:eastAsia="Aptos" w:hAnsi="Aptos" w:cs="Aptos"/>
          <w:lang w:val="fr-FR"/>
        </w:rPr>
        <w:t>ca</w:t>
      </w:r>
      <w:proofErr w:type="gramEnd"/>
      <w:r w:rsidRPr="00651778">
        <w:rPr>
          <w:rFonts w:ascii="Aptos" w:eastAsia="Aptos" w:hAnsi="Aptos" w:cs="Aptos"/>
          <w:lang w:val="fr-FR"/>
        </w:rPr>
        <w:t xml:space="preserve"> </w:t>
      </w:r>
      <w:proofErr w:type="spellStart"/>
      <w:r w:rsidRPr="00651778">
        <w:rPr>
          <w:rFonts w:ascii="Aptos" w:eastAsia="Aptos" w:hAnsi="Aptos" w:cs="Aptos"/>
          <w:lang w:val="fr-FR"/>
        </w:rPr>
        <w:t>procent</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din</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totalul</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cheltuielilor</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proiectului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precum</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valoarea</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plăților</w:t>
      </w:r>
      <w:proofErr w:type="spellEnd"/>
      <w:r w:rsidRPr="00651778">
        <w:rPr>
          <w:rFonts w:ascii="Aptos" w:eastAsia="Aptos" w:hAnsi="Aptos" w:cs="Aptos"/>
          <w:lang w:val="fr-FR"/>
        </w:rPr>
        <w:t xml:space="preserve"> </w:t>
      </w:r>
      <w:proofErr w:type="spellStart"/>
      <w:proofErr w:type="gramStart"/>
      <w:r w:rsidRPr="00651778">
        <w:rPr>
          <w:rFonts w:ascii="Aptos" w:eastAsia="Aptos" w:hAnsi="Aptos" w:cs="Aptos"/>
          <w:lang w:val="fr-FR"/>
        </w:rPr>
        <w:t>efectuate</w:t>
      </w:r>
      <w:proofErr w:type="spellEnd"/>
      <w:r w:rsidRPr="00651778">
        <w:rPr>
          <w:rFonts w:ascii="Aptos" w:eastAsia="Aptos" w:hAnsi="Aptos" w:cs="Aptos"/>
          <w:lang w:val="fr-FR"/>
        </w:rPr>
        <w:t>;</w:t>
      </w:r>
      <w:proofErr w:type="gramEnd"/>
      <w:r w:rsidRPr="00651778">
        <w:rPr>
          <w:rFonts w:ascii="Aptos" w:eastAsia="Aptos" w:hAnsi="Aptos" w:cs="Aptos"/>
          <w:lang w:val="fr-FR"/>
        </w:rPr>
        <w:t xml:space="preserve"> </w:t>
      </w:r>
    </w:p>
    <w:p w14:paraId="671F2801" w14:textId="77777777" w:rsidR="00651778" w:rsidRPr="00651778" w:rsidRDefault="00651778" w:rsidP="00651778">
      <w:pPr>
        <w:pStyle w:val="ListParagraph"/>
        <w:numPr>
          <w:ilvl w:val="0"/>
          <w:numId w:val="47"/>
        </w:numPr>
        <w:spacing w:before="240" w:after="240" w:line="279" w:lineRule="auto"/>
        <w:rPr>
          <w:rFonts w:ascii="Aptos" w:eastAsia="Aptos" w:hAnsi="Aptos" w:cs="Aptos"/>
          <w:lang w:val="fr-FR"/>
        </w:rPr>
      </w:pPr>
      <w:proofErr w:type="spellStart"/>
      <w:proofErr w:type="gramStart"/>
      <w:r w:rsidRPr="00651778">
        <w:rPr>
          <w:rFonts w:ascii="Aptos" w:eastAsia="Aptos" w:hAnsi="Aptos" w:cs="Aptos"/>
          <w:lang w:val="fr-FR"/>
        </w:rPr>
        <w:t>dimensiunea</w:t>
      </w:r>
      <w:proofErr w:type="spellEnd"/>
      <w:proofErr w:type="gram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caracteristicile</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grupului-țintă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și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după</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caz</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beneficiarii</w:t>
      </w:r>
      <w:proofErr w:type="spellEnd"/>
      <w:r w:rsidRPr="00651778">
        <w:rPr>
          <w:rFonts w:ascii="Aptos" w:eastAsia="Aptos" w:hAnsi="Aptos" w:cs="Aptos"/>
          <w:lang w:val="fr-FR"/>
        </w:rPr>
        <w:t xml:space="preserve"> </w:t>
      </w:r>
      <w:proofErr w:type="spellStart"/>
      <w:r w:rsidRPr="00651778">
        <w:rPr>
          <w:rFonts w:ascii="Aptos" w:eastAsia="Aptos" w:hAnsi="Aptos" w:cs="Aptos"/>
          <w:lang w:val="fr-FR"/>
        </w:rPr>
        <w:t>finali</w:t>
      </w:r>
      <w:proofErr w:type="spellEnd"/>
      <w:r w:rsidRPr="00651778">
        <w:rPr>
          <w:rFonts w:ascii="Aptos" w:eastAsia="Aptos" w:hAnsi="Aptos" w:cs="Aptos"/>
          <w:lang w:val="fr-FR"/>
        </w:rPr>
        <w:t xml:space="preserve"> ai </w:t>
      </w:r>
      <w:proofErr w:type="spellStart"/>
      <w:proofErr w:type="gramStart"/>
      <w:r w:rsidRPr="00651778">
        <w:rPr>
          <w:rFonts w:ascii="Aptos" w:eastAsia="Aptos" w:hAnsi="Aptos" w:cs="Aptos"/>
          <w:lang w:val="fr-FR"/>
        </w:rPr>
        <w:t>proiectului</w:t>
      </w:r>
      <w:proofErr w:type="spellEnd"/>
      <w:r w:rsidRPr="00651778">
        <w:rPr>
          <w:rFonts w:ascii="Aptos" w:eastAsia="Aptos" w:hAnsi="Aptos" w:cs="Aptos"/>
          <w:lang w:val="fr-FR"/>
        </w:rPr>
        <w:t>;</w:t>
      </w:r>
      <w:proofErr w:type="gramEnd"/>
      <w:r w:rsidRPr="00651778">
        <w:rPr>
          <w:rFonts w:ascii="Aptos" w:eastAsia="Aptos" w:hAnsi="Aptos" w:cs="Aptos"/>
          <w:lang w:val="fr-FR"/>
        </w:rPr>
        <w:t xml:space="preserve"> </w:t>
      </w:r>
    </w:p>
    <w:p w14:paraId="314EACFE" w14:textId="77777777" w:rsidR="00651778" w:rsidRPr="00B02214" w:rsidRDefault="00651778" w:rsidP="00651778">
      <w:pPr>
        <w:pStyle w:val="ListParagraph"/>
        <w:numPr>
          <w:ilvl w:val="0"/>
          <w:numId w:val="47"/>
        </w:numPr>
        <w:spacing w:before="240" w:after="240" w:line="279" w:lineRule="auto"/>
        <w:rPr>
          <w:rFonts w:ascii="Aptos" w:eastAsia="Aptos" w:hAnsi="Aptos" w:cs="Aptos"/>
          <w:lang w:val="fr-FR"/>
        </w:rPr>
      </w:pPr>
      <w:proofErr w:type="spellStart"/>
      <w:proofErr w:type="gramStart"/>
      <w:r w:rsidRPr="00B02214">
        <w:rPr>
          <w:rFonts w:ascii="Aptos" w:eastAsia="Aptos" w:hAnsi="Aptos" w:cs="Aptos"/>
          <w:lang w:val="fr-FR"/>
        </w:rPr>
        <w:t>informații</w:t>
      </w:r>
      <w:proofErr w:type="spellEnd"/>
      <w:proofErr w:type="gramEnd"/>
      <w:r w:rsidRPr="00B02214">
        <w:rPr>
          <w:rFonts w:ascii="Aptos" w:eastAsia="Aptos" w:hAnsi="Aptos" w:cs="Aptos"/>
          <w:lang w:val="fr-FR"/>
        </w:rPr>
        <w:t xml:space="preserve"> </w:t>
      </w:r>
      <w:proofErr w:type="spellStart"/>
      <w:r w:rsidRPr="00B02214">
        <w:rPr>
          <w:rFonts w:ascii="Aptos" w:eastAsia="Aptos" w:hAnsi="Aptos" w:cs="Aptos"/>
          <w:lang w:val="fr-FR"/>
        </w:rPr>
        <w:t>privind</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resursele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umane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din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cadrul</w:t>
      </w:r>
      <w:proofErr w:type="spellEnd"/>
      <w:r w:rsidRPr="00B02214">
        <w:rPr>
          <w:rFonts w:ascii="Aptos" w:eastAsia="Aptos" w:hAnsi="Aptos" w:cs="Aptos"/>
          <w:lang w:val="fr-FR"/>
        </w:rPr>
        <w:t xml:space="preserve"> </w:t>
      </w:r>
      <w:proofErr w:type="spellStart"/>
      <w:proofErr w:type="gramStart"/>
      <w:r w:rsidRPr="00B02214">
        <w:rPr>
          <w:rFonts w:ascii="Aptos" w:eastAsia="Aptos" w:hAnsi="Aptos" w:cs="Aptos"/>
          <w:lang w:val="fr-FR"/>
        </w:rPr>
        <w:t>proiectului</w:t>
      </w:r>
      <w:proofErr w:type="spellEnd"/>
      <w:r w:rsidRPr="00B02214">
        <w:rPr>
          <w:rFonts w:ascii="Aptos" w:eastAsia="Aptos" w:hAnsi="Aptos" w:cs="Aptos"/>
          <w:lang w:val="fr-FR"/>
        </w:rPr>
        <w:t>:</w:t>
      </w:r>
      <w:proofErr w:type="gramEnd"/>
      <w:r w:rsidRPr="00B02214">
        <w:rPr>
          <w:rFonts w:ascii="Aptos" w:eastAsia="Aptos" w:hAnsi="Aptos" w:cs="Aptos"/>
          <w:lang w:val="fr-FR"/>
        </w:rPr>
        <w:t xml:space="preserve"> </w:t>
      </w:r>
      <w:proofErr w:type="spellStart"/>
      <w:r w:rsidRPr="00B02214">
        <w:rPr>
          <w:rFonts w:ascii="Aptos" w:eastAsia="Aptos" w:hAnsi="Aptos" w:cs="Aptos"/>
          <w:lang w:val="fr-FR"/>
        </w:rPr>
        <w:t>nume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denumirea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postului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timpul</w:t>
      </w:r>
      <w:proofErr w:type="spellEnd"/>
      <w:r w:rsidRPr="00B02214">
        <w:rPr>
          <w:rFonts w:ascii="Aptos" w:eastAsia="Aptos" w:hAnsi="Aptos" w:cs="Aptos"/>
          <w:lang w:val="fr-FR"/>
        </w:rPr>
        <w:t xml:space="preserve"> de </w:t>
      </w:r>
      <w:proofErr w:type="spellStart"/>
      <w:proofErr w:type="gramStart"/>
      <w:r w:rsidRPr="00B02214">
        <w:rPr>
          <w:rFonts w:ascii="Aptos" w:eastAsia="Aptos" w:hAnsi="Aptos" w:cs="Aptos"/>
          <w:lang w:val="fr-FR"/>
        </w:rPr>
        <w:t>lucru</w:t>
      </w:r>
      <w:proofErr w:type="spellEnd"/>
      <w:r w:rsidRPr="00B02214">
        <w:rPr>
          <w:rFonts w:ascii="Aptos" w:eastAsia="Aptos" w:hAnsi="Aptos" w:cs="Aptos"/>
          <w:lang w:val="fr-FR"/>
        </w:rPr>
        <w:t>;</w:t>
      </w:r>
      <w:proofErr w:type="gramEnd"/>
      <w:r w:rsidRPr="00B02214">
        <w:rPr>
          <w:rFonts w:ascii="Aptos" w:eastAsia="Aptos" w:hAnsi="Aptos" w:cs="Aptos"/>
          <w:lang w:val="fr-FR"/>
        </w:rPr>
        <w:t xml:space="preserve"> </w:t>
      </w:r>
    </w:p>
    <w:p w14:paraId="324F6511" w14:textId="77777777" w:rsidR="00651778" w:rsidRPr="00B02214" w:rsidRDefault="00651778" w:rsidP="00651778">
      <w:pPr>
        <w:pStyle w:val="ListParagraph"/>
        <w:numPr>
          <w:ilvl w:val="0"/>
          <w:numId w:val="47"/>
        </w:numPr>
        <w:spacing w:before="240" w:after="240" w:line="279" w:lineRule="auto"/>
        <w:rPr>
          <w:rFonts w:ascii="Aptos" w:eastAsia="Aptos" w:hAnsi="Aptos" w:cs="Aptos"/>
          <w:lang w:val="fr-FR"/>
        </w:rPr>
      </w:pPr>
      <w:proofErr w:type="spellStart"/>
      <w:proofErr w:type="gramStart"/>
      <w:r w:rsidRPr="00B02214">
        <w:rPr>
          <w:rFonts w:ascii="Aptos" w:eastAsia="Aptos" w:hAnsi="Aptos" w:cs="Aptos"/>
          <w:lang w:val="fr-FR"/>
        </w:rPr>
        <w:t>rezultatele</w:t>
      </w:r>
      <w:proofErr w:type="spellEnd"/>
      <w:proofErr w:type="gramEnd"/>
      <w:r w:rsidRPr="00B02214">
        <w:rPr>
          <w:rFonts w:ascii="Aptos" w:eastAsia="Aptos" w:hAnsi="Aptos" w:cs="Aptos"/>
          <w:lang w:val="fr-FR"/>
        </w:rPr>
        <w:t xml:space="preserve"> </w:t>
      </w:r>
      <w:proofErr w:type="spellStart"/>
      <w:r w:rsidRPr="00B02214">
        <w:rPr>
          <w:rFonts w:ascii="Aptos" w:eastAsia="Aptos" w:hAnsi="Aptos" w:cs="Aptos"/>
          <w:lang w:val="fr-FR"/>
        </w:rPr>
        <w:t>estimate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cele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realizate</w:t>
      </w:r>
      <w:proofErr w:type="spellEnd"/>
      <w:r w:rsidRPr="00B02214">
        <w:rPr>
          <w:rFonts w:ascii="Aptos" w:eastAsia="Aptos" w:hAnsi="Aptos" w:cs="Aptos"/>
          <w:lang w:val="fr-FR"/>
        </w:rPr>
        <w:t xml:space="preserve"> ale </w:t>
      </w:r>
      <w:proofErr w:type="spellStart"/>
      <w:r w:rsidRPr="00B02214">
        <w:rPr>
          <w:rFonts w:ascii="Aptos" w:eastAsia="Aptos" w:hAnsi="Aptos" w:cs="Aptos"/>
          <w:lang w:val="fr-FR"/>
        </w:rPr>
        <w:t>proiectului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atât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cele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corespunzătoare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obiectivelor</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cât</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cele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corespunzătoare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activităților</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cu</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referire</w:t>
      </w:r>
      <w:proofErr w:type="spellEnd"/>
      <w:r w:rsidRPr="00B02214">
        <w:rPr>
          <w:rFonts w:ascii="Aptos" w:eastAsia="Aptos" w:hAnsi="Aptos" w:cs="Aptos"/>
          <w:lang w:val="fr-FR"/>
        </w:rPr>
        <w:t xml:space="preserve"> la </w:t>
      </w:r>
      <w:proofErr w:type="spellStart"/>
      <w:r w:rsidRPr="00B02214">
        <w:rPr>
          <w:rFonts w:ascii="Aptos" w:eastAsia="Aptos" w:hAnsi="Aptos" w:cs="Aptos"/>
          <w:lang w:val="fr-FR"/>
        </w:rPr>
        <w:t>indicatorii</w:t>
      </w:r>
      <w:proofErr w:type="spellEnd"/>
      <w:r w:rsidRPr="00B02214">
        <w:rPr>
          <w:rFonts w:ascii="Aptos" w:eastAsia="Aptos" w:hAnsi="Aptos" w:cs="Aptos"/>
          <w:lang w:val="fr-FR"/>
        </w:rPr>
        <w:t xml:space="preserve"> </w:t>
      </w:r>
      <w:proofErr w:type="spellStart"/>
      <w:proofErr w:type="gramStart"/>
      <w:r w:rsidRPr="00B02214">
        <w:rPr>
          <w:rFonts w:ascii="Aptos" w:eastAsia="Aptos" w:hAnsi="Aptos" w:cs="Aptos"/>
          <w:lang w:val="fr-FR"/>
        </w:rPr>
        <w:t>stabiliți</w:t>
      </w:r>
      <w:proofErr w:type="spellEnd"/>
      <w:r w:rsidRPr="00B02214">
        <w:rPr>
          <w:rFonts w:ascii="Aptos" w:eastAsia="Aptos" w:hAnsi="Aptos" w:cs="Aptos"/>
          <w:lang w:val="fr-FR"/>
        </w:rPr>
        <w:t>;</w:t>
      </w:r>
      <w:proofErr w:type="gramEnd"/>
      <w:r w:rsidRPr="00B02214">
        <w:rPr>
          <w:rFonts w:ascii="Aptos" w:eastAsia="Aptos" w:hAnsi="Aptos" w:cs="Aptos"/>
          <w:lang w:val="fr-FR"/>
        </w:rPr>
        <w:t xml:space="preserve"> </w:t>
      </w:r>
    </w:p>
    <w:p w14:paraId="2AE4FA05" w14:textId="77777777" w:rsidR="00651778" w:rsidRPr="00B02214" w:rsidRDefault="00651778" w:rsidP="00651778">
      <w:pPr>
        <w:pStyle w:val="ListParagraph"/>
        <w:numPr>
          <w:ilvl w:val="0"/>
          <w:numId w:val="47"/>
        </w:numPr>
        <w:spacing w:before="240" w:after="240" w:line="279" w:lineRule="auto"/>
        <w:rPr>
          <w:rFonts w:ascii="Aptos" w:eastAsia="Aptos" w:hAnsi="Aptos" w:cs="Aptos"/>
          <w:lang w:val="fr-FR"/>
        </w:rPr>
      </w:pPr>
      <w:proofErr w:type="spellStart"/>
      <w:proofErr w:type="gramStart"/>
      <w:r w:rsidRPr="00B02214">
        <w:rPr>
          <w:rFonts w:ascii="Aptos" w:eastAsia="Aptos" w:hAnsi="Aptos" w:cs="Aptos"/>
          <w:lang w:val="fr-FR"/>
        </w:rPr>
        <w:t>denumirea</w:t>
      </w:r>
      <w:proofErr w:type="spellEnd"/>
      <w:proofErr w:type="gramEnd"/>
      <w:r w:rsidRPr="00B02214">
        <w:rPr>
          <w:rFonts w:ascii="Aptos" w:eastAsia="Aptos" w:hAnsi="Aptos" w:cs="Aptos"/>
          <w:lang w:val="fr-FR"/>
        </w:rPr>
        <w:t xml:space="preserve"> </w:t>
      </w:r>
      <w:proofErr w:type="spellStart"/>
      <w:r w:rsidRPr="00B02214">
        <w:rPr>
          <w:rFonts w:ascii="Aptos" w:eastAsia="Aptos" w:hAnsi="Aptos" w:cs="Aptos"/>
          <w:lang w:val="fr-FR"/>
        </w:rPr>
        <w:t>furnizorilor</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produse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prestatorilor</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servicii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executanților</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lucrări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contractați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în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cadrul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proiectului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precum</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și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obiectul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contractului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valoarea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acestuia</w:t>
      </w:r>
      <w:proofErr w:type="spellEnd"/>
      <w:r w:rsidRPr="00B02214">
        <w:rPr>
          <w:rFonts w:ascii="Aptos" w:eastAsia="Aptos" w:hAnsi="Aptos" w:cs="Aptos"/>
          <w:lang w:val="fr-FR"/>
        </w:rPr>
        <w:t xml:space="preserve"> și </w:t>
      </w:r>
      <w:proofErr w:type="spellStart"/>
      <w:r w:rsidRPr="00B02214">
        <w:rPr>
          <w:rFonts w:ascii="Aptos" w:eastAsia="Aptos" w:hAnsi="Aptos" w:cs="Aptos"/>
          <w:lang w:val="fr-FR"/>
        </w:rPr>
        <w:t>plățile</w:t>
      </w:r>
      <w:proofErr w:type="spellEnd"/>
      <w:r w:rsidRPr="00B02214">
        <w:rPr>
          <w:rFonts w:ascii="Aptos" w:eastAsia="Aptos" w:hAnsi="Aptos" w:cs="Aptos"/>
          <w:lang w:val="fr-FR"/>
        </w:rPr>
        <w:t xml:space="preserve"> </w:t>
      </w:r>
      <w:proofErr w:type="spellStart"/>
      <w:proofErr w:type="gramStart"/>
      <w:r w:rsidRPr="00B02214">
        <w:rPr>
          <w:rFonts w:ascii="Aptos" w:eastAsia="Aptos" w:hAnsi="Aptos" w:cs="Aptos"/>
          <w:lang w:val="fr-FR"/>
        </w:rPr>
        <w:t>efectuate</w:t>
      </w:r>
      <w:proofErr w:type="spellEnd"/>
      <w:r w:rsidRPr="00B02214">
        <w:rPr>
          <w:rFonts w:ascii="Aptos" w:eastAsia="Aptos" w:hAnsi="Aptos" w:cs="Aptos"/>
          <w:lang w:val="fr-FR"/>
        </w:rPr>
        <w:t>;</w:t>
      </w:r>
      <w:proofErr w:type="gramEnd"/>
      <w:r w:rsidRPr="00B02214">
        <w:rPr>
          <w:rFonts w:ascii="Aptos" w:eastAsia="Aptos" w:hAnsi="Aptos" w:cs="Aptos"/>
          <w:lang w:val="fr-FR"/>
        </w:rPr>
        <w:t xml:space="preserve"> </w:t>
      </w:r>
    </w:p>
    <w:p w14:paraId="2D58582D" w14:textId="77777777" w:rsidR="00651778" w:rsidRPr="00B02214" w:rsidRDefault="00651778" w:rsidP="00651778">
      <w:pPr>
        <w:spacing w:before="240" w:after="240"/>
        <w:rPr>
          <w:rFonts w:ascii="Aptos" w:eastAsia="Aptos" w:hAnsi="Aptos" w:cs="Aptos"/>
          <w:lang w:val="fr-FR"/>
        </w:rPr>
      </w:pPr>
      <w:r w:rsidRPr="00B02214">
        <w:rPr>
          <w:rFonts w:ascii="Aptos" w:eastAsia="Aptos" w:hAnsi="Aptos" w:cs="Aptos"/>
          <w:lang w:val="fr-FR"/>
        </w:rPr>
        <w:t xml:space="preserve">g) </w:t>
      </w:r>
      <w:proofErr w:type="spellStart"/>
      <w:r w:rsidRPr="00B02214">
        <w:rPr>
          <w:rFonts w:ascii="Aptos" w:eastAsia="Aptos" w:hAnsi="Aptos" w:cs="Aptos"/>
          <w:lang w:val="fr-FR"/>
        </w:rPr>
        <w:t>elemente</w:t>
      </w:r>
      <w:proofErr w:type="spellEnd"/>
      <w:r w:rsidRPr="00B02214">
        <w:rPr>
          <w:rFonts w:ascii="Aptos" w:eastAsia="Aptos" w:hAnsi="Aptos" w:cs="Aptos"/>
          <w:lang w:val="fr-FR"/>
        </w:rPr>
        <w:t xml:space="preserve"> de </w:t>
      </w:r>
      <w:proofErr w:type="spellStart"/>
      <w:r w:rsidRPr="00B02214">
        <w:rPr>
          <w:rFonts w:ascii="Aptos" w:eastAsia="Aptos" w:hAnsi="Aptos" w:cs="Aptos"/>
          <w:lang w:val="fr-FR"/>
        </w:rPr>
        <w:t>sustenabilitate</w:t>
      </w:r>
      <w:proofErr w:type="spellEnd"/>
      <w:r w:rsidRPr="00B02214">
        <w:rPr>
          <w:rFonts w:ascii="Aptos" w:eastAsia="Aptos" w:hAnsi="Aptos" w:cs="Aptos"/>
          <w:lang w:val="fr-FR"/>
        </w:rPr>
        <w:t xml:space="preserve"> a </w:t>
      </w:r>
      <w:proofErr w:type="spellStart"/>
      <w:r w:rsidRPr="00B02214">
        <w:rPr>
          <w:rFonts w:ascii="Aptos" w:eastAsia="Aptos" w:hAnsi="Aptos" w:cs="Aptos"/>
          <w:lang w:val="fr-FR"/>
        </w:rPr>
        <w:t>rezultatelor</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proiectului</w:t>
      </w:r>
      <w:proofErr w:type="spellEnd"/>
      <w:r w:rsidRPr="00B02214">
        <w:rPr>
          <w:rFonts w:ascii="Aptos" w:eastAsia="Aptos" w:hAnsi="Aptos" w:cs="Aptos"/>
          <w:lang w:val="fr-FR"/>
        </w:rPr>
        <w:t>.</w:t>
      </w:r>
    </w:p>
    <w:p w14:paraId="313B7F54" w14:textId="77777777" w:rsidR="00651778" w:rsidRDefault="00651778" w:rsidP="00651778">
      <w:pPr>
        <w:spacing w:before="240" w:after="240"/>
      </w:pPr>
      <w:proofErr w:type="spellStart"/>
      <w:r w:rsidRPr="00B02214">
        <w:rPr>
          <w:rFonts w:ascii="Aptos" w:eastAsia="Aptos" w:hAnsi="Aptos" w:cs="Aptos"/>
          <w:b/>
          <w:bCs/>
        </w:rPr>
        <w:t>Capitolul</w:t>
      </w:r>
      <w:proofErr w:type="spellEnd"/>
      <w:r w:rsidRPr="00B02214">
        <w:rPr>
          <w:rFonts w:ascii="Aptos" w:eastAsia="Aptos" w:hAnsi="Aptos" w:cs="Aptos"/>
          <w:b/>
          <w:bCs/>
        </w:rPr>
        <w:t xml:space="preserve"> 1</w:t>
      </w:r>
      <w:r w:rsidRPr="78D53229">
        <w:rPr>
          <w:rFonts w:ascii="Aptos" w:eastAsia="Aptos" w:hAnsi="Aptos" w:cs="Aptos"/>
          <w:b/>
          <w:bCs/>
        </w:rPr>
        <w:t>1.</w:t>
      </w:r>
      <w:r w:rsidRPr="00B02214">
        <w:rPr>
          <w:rFonts w:ascii="Aptos" w:eastAsia="Aptos" w:hAnsi="Aptos" w:cs="Aptos"/>
          <w:b/>
          <w:bCs/>
        </w:rPr>
        <w:t xml:space="preserve"> </w:t>
      </w:r>
      <w:proofErr w:type="spellStart"/>
      <w:r w:rsidRPr="00B02214">
        <w:rPr>
          <w:rFonts w:ascii="Aptos" w:eastAsia="Aptos" w:hAnsi="Aptos" w:cs="Aptos"/>
          <w:b/>
          <w:bCs/>
        </w:rPr>
        <w:t>Protecția</w:t>
      </w:r>
      <w:proofErr w:type="spellEnd"/>
      <w:r w:rsidRPr="00B02214">
        <w:rPr>
          <w:rFonts w:ascii="Aptos" w:eastAsia="Aptos" w:hAnsi="Aptos" w:cs="Aptos"/>
          <w:b/>
          <w:bCs/>
        </w:rPr>
        <w:t xml:space="preserve"> </w:t>
      </w:r>
      <w:proofErr w:type="spellStart"/>
      <w:r w:rsidRPr="00B02214">
        <w:rPr>
          <w:rFonts w:ascii="Aptos" w:eastAsia="Aptos" w:hAnsi="Aptos" w:cs="Aptos"/>
          <w:b/>
          <w:bCs/>
        </w:rPr>
        <w:t>datelor</w:t>
      </w:r>
      <w:proofErr w:type="spellEnd"/>
      <w:r w:rsidRPr="00B02214">
        <w:rPr>
          <w:rFonts w:ascii="Aptos" w:eastAsia="Aptos" w:hAnsi="Aptos" w:cs="Aptos"/>
          <w:b/>
          <w:bCs/>
        </w:rPr>
        <w:t xml:space="preserve"> cu </w:t>
      </w:r>
      <w:proofErr w:type="spellStart"/>
      <w:r w:rsidRPr="00B02214">
        <w:rPr>
          <w:rFonts w:ascii="Aptos" w:eastAsia="Aptos" w:hAnsi="Aptos" w:cs="Aptos"/>
          <w:b/>
          <w:bCs/>
        </w:rPr>
        <w:t>caracter</w:t>
      </w:r>
      <w:proofErr w:type="spellEnd"/>
      <w:r w:rsidRPr="00B02214">
        <w:rPr>
          <w:rFonts w:ascii="Aptos" w:eastAsia="Aptos" w:hAnsi="Aptos" w:cs="Aptos"/>
          <w:b/>
          <w:bCs/>
        </w:rPr>
        <w:t xml:space="preserve"> personal</w:t>
      </w:r>
    </w:p>
    <w:p w14:paraId="52909035" w14:textId="77777777" w:rsidR="00651778" w:rsidRDefault="00651778" w:rsidP="00651778">
      <w:pPr>
        <w:spacing w:before="240" w:after="240"/>
      </w:pPr>
      <w:r w:rsidRPr="78D53229">
        <w:rPr>
          <w:rFonts w:ascii="Aptos" w:eastAsia="Aptos" w:hAnsi="Aptos" w:cs="Aptos"/>
        </w:rPr>
        <w:t xml:space="preserve">Art. 25. </w:t>
      </w:r>
      <w:proofErr w:type="spellStart"/>
      <w:r w:rsidRPr="78D53229">
        <w:rPr>
          <w:rFonts w:ascii="Aptos" w:eastAsia="Aptos" w:hAnsi="Aptos" w:cs="Aptos"/>
        </w:rPr>
        <w:t>Datele</w:t>
      </w:r>
      <w:proofErr w:type="spellEnd"/>
      <w:r w:rsidRPr="78D53229">
        <w:rPr>
          <w:rFonts w:ascii="Aptos" w:eastAsia="Aptos" w:hAnsi="Aptos" w:cs="Aptos"/>
        </w:rPr>
        <w:t xml:space="preserve"> cu </w:t>
      </w:r>
      <w:proofErr w:type="spellStart"/>
      <w:r w:rsidRPr="78D53229">
        <w:rPr>
          <w:rFonts w:ascii="Aptos" w:eastAsia="Aptos" w:hAnsi="Aptos" w:cs="Aptos"/>
        </w:rPr>
        <w:t>caracter</w:t>
      </w:r>
      <w:proofErr w:type="spellEnd"/>
      <w:r w:rsidRPr="78D53229">
        <w:rPr>
          <w:rFonts w:ascii="Aptos" w:eastAsia="Aptos" w:hAnsi="Aptos" w:cs="Aptos"/>
        </w:rPr>
        <w:t xml:space="preserve"> personal, </w:t>
      </w:r>
      <w:proofErr w:type="spellStart"/>
      <w:r w:rsidRPr="78D53229">
        <w:rPr>
          <w:rFonts w:ascii="Aptos" w:eastAsia="Aptos" w:hAnsi="Aptos" w:cs="Aptos"/>
        </w:rPr>
        <w:t>așa</w:t>
      </w:r>
      <w:proofErr w:type="spellEnd"/>
      <w:r w:rsidRPr="78D53229">
        <w:rPr>
          <w:rFonts w:ascii="Aptos" w:eastAsia="Aptos" w:hAnsi="Aptos" w:cs="Aptos"/>
        </w:rPr>
        <w:t xml:space="preserve"> cum sunt </w:t>
      </w:r>
      <w:proofErr w:type="spellStart"/>
      <w:r w:rsidRPr="78D53229">
        <w:rPr>
          <w:rFonts w:ascii="Aptos" w:eastAsia="Aptos" w:hAnsi="Aptos" w:cs="Aptos"/>
        </w:rPr>
        <w:t>acestea</w:t>
      </w:r>
      <w:proofErr w:type="spellEnd"/>
      <w:r w:rsidRPr="78D53229">
        <w:rPr>
          <w:rFonts w:ascii="Aptos" w:eastAsia="Aptos" w:hAnsi="Aptos" w:cs="Aptos"/>
        </w:rPr>
        <w:t xml:space="preserve"> definite </w:t>
      </w:r>
      <w:proofErr w:type="spellStart"/>
      <w:r w:rsidRPr="78D53229">
        <w:rPr>
          <w:rFonts w:ascii="Aptos" w:eastAsia="Aptos" w:hAnsi="Aptos" w:cs="Aptos"/>
        </w:rPr>
        <w:t>în</w:t>
      </w:r>
      <w:proofErr w:type="spellEnd"/>
      <w:r w:rsidRPr="78D53229">
        <w:rPr>
          <w:rFonts w:ascii="Aptos" w:eastAsia="Aptos" w:hAnsi="Aptos" w:cs="Aptos"/>
        </w:rPr>
        <w:t xml:space="preserve"> </w:t>
      </w:r>
      <w:proofErr w:type="spellStart"/>
      <w:r w:rsidRPr="78D53229">
        <w:rPr>
          <w:rFonts w:ascii="Aptos" w:eastAsia="Aptos" w:hAnsi="Aptos" w:cs="Aptos"/>
        </w:rPr>
        <w:t>Regulamentul</w:t>
      </w:r>
      <w:proofErr w:type="spellEnd"/>
      <w:r w:rsidRPr="78D53229">
        <w:rPr>
          <w:rFonts w:ascii="Aptos" w:eastAsia="Aptos" w:hAnsi="Aptos" w:cs="Aptos"/>
        </w:rPr>
        <w:t xml:space="preserve"> (UE) 2016/679 al </w:t>
      </w:r>
      <w:proofErr w:type="spellStart"/>
      <w:r w:rsidRPr="78D53229">
        <w:rPr>
          <w:rFonts w:ascii="Aptos" w:eastAsia="Aptos" w:hAnsi="Aptos" w:cs="Aptos"/>
        </w:rPr>
        <w:t>Parlamentului</w:t>
      </w:r>
      <w:proofErr w:type="spellEnd"/>
      <w:r w:rsidRPr="78D53229">
        <w:rPr>
          <w:rFonts w:ascii="Aptos" w:eastAsia="Aptos" w:hAnsi="Aptos" w:cs="Aptos"/>
        </w:rPr>
        <w:t xml:space="preserve"> European </w:t>
      </w:r>
      <w:proofErr w:type="spellStart"/>
      <w:r w:rsidRPr="78D53229">
        <w:rPr>
          <w:rFonts w:ascii="Aptos" w:eastAsia="Aptos" w:hAnsi="Aptos" w:cs="Aptos"/>
        </w:rPr>
        <w:t>și</w:t>
      </w:r>
      <w:proofErr w:type="spellEnd"/>
      <w:r w:rsidRPr="78D53229">
        <w:rPr>
          <w:rFonts w:ascii="Aptos" w:eastAsia="Aptos" w:hAnsi="Aptos" w:cs="Aptos"/>
        </w:rPr>
        <w:t xml:space="preserve"> al </w:t>
      </w:r>
      <w:proofErr w:type="spellStart"/>
      <w:r w:rsidRPr="78D53229">
        <w:rPr>
          <w:rFonts w:ascii="Aptos" w:eastAsia="Aptos" w:hAnsi="Aptos" w:cs="Aptos"/>
        </w:rPr>
        <w:t>Consiliului</w:t>
      </w:r>
      <w:proofErr w:type="spellEnd"/>
      <w:r w:rsidRPr="78D53229">
        <w:rPr>
          <w:rFonts w:ascii="Aptos" w:eastAsia="Aptos" w:hAnsi="Aptos" w:cs="Aptos"/>
        </w:rPr>
        <w:t xml:space="preserve"> din 27 </w:t>
      </w:r>
      <w:proofErr w:type="spellStart"/>
      <w:r w:rsidRPr="78D53229">
        <w:rPr>
          <w:rFonts w:ascii="Aptos" w:eastAsia="Aptos" w:hAnsi="Aptos" w:cs="Aptos"/>
        </w:rPr>
        <w:t>aprilie</w:t>
      </w:r>
      <w:proofErr w:type="spellEnd"/>
      <w:r w:rsidRPr="78D53229">
        <w:rPr>
          <w:rFonts w:ascii="Aptos" w:eastAsia="Aptos" w:hAnsi="Aptos" w:cs="Aptos"/>
        </w:rPr>
        <w:t xml:space="preserve"> 2016 </w:t>
      </w:r>
      <w:proofErr w:type="spellStart"/>
      <w:r w:rsidRPr="78D53229">
        <w:rPr>
          <w:rFonts w:ascii="Aptos" w:eastAsia="Aptos" w:hAnsi="Aptos" w:cs="Aptos"/>
        </w:rPr>
        <w:t>privind</w:t>
      </w:r>
      <w:proofErr w:type="spellEnd"/>
      <w:r w:rsidRPr="78D53229">
        <w:rPr>
          <w:rFonts w:ascii="Aptos" w:eastAsia="Aptos" w:hAnsi="Aptos" w:cs="Aptos"/>
        </w:rPr>
        <w:t xml:space="preserve"> </w:t>
      </w:r>
      <w:proofErr w:type="spellStart"/>
      <w:r w:rsidRPr="78D53229">
        <w:rPr>
          <w:rFonts w:ascii="Aptos" w:eastAsia="Aptos" w:hAnsi="Aptos" w:cs="Aptos"/>
        </w:rPr>
        <w:t>protecția</w:t>
      </w:r>
      <w:proofErr w:type="spellEnd"/>
      <w:r w:rsidRPr="78D53229">
        <w:rPr>
          <w:rFonts w:ascii="Aptos" w:eastAsia="Aptos" w:hAnsi="Aptos" w:cs="Aptos"/>
        </w:rPr>
        <w:t xml:space="preserve"> </w:t>
      </w:r>
      <w:proofErr w:type="spellStart"/>
      <w:r w:rsidRPr="78D53229">
        <w:rPr>
          <w:rFonts w:ascii="Aptos" w:eastAsia="Aptos" w:hAnsi="Aptos" w:cs="Aptos"/>
        </w:rPr>
        <w:t>persoanelor</w:t>
      </w:r>
      <w:proofErr w:type="spellEnd"/>
      <w:r w:rsidRPr="78D53229">
        <w:rPr>
          <w:rFonts w:ascii="Aptos" w:eastAsia="Aptos" w:hAnsi="Aptos" w:cs="Aptos"/>
        </w:rPr>
        <w:t xml:space="preserve"> </w:t>
      </w:r>
      <w:proofErr w:type="spellStart"/>
      <w:r w:rsidRPr="78D53229">
        <w:rPr>
          <w:rFonts w:ascii="Aptos" w:eastAsia="Aptos" w:hAnsi="Aptos" w:cs="Aptos"/>
        </w:rPr>
        <w:t>fizice</w:t>
      </w:r>
      <w:proofErr w:type="spellEnd"/>
      <w:r w:rsidRPr="78D53229">
        <w:rPr>
          <w:rFonts w:ascii="Aptos" w:eastAsia="Aptos" w:hAnsi="Aptos" w:cs="Aptos"/>
        </w:rPr>
        <w:t xml:space="preserve"> </w:t>
      </w:r>
      <w:proofErr w:type="spellStart"/>
      <w:r w:rsidRPr="78D53229">
        <w:rPr>
          <w:rFonts w:ascii="Aptos" w:eastAsia="Aptos" w:hAnsi="Aptos" w:cs="Aptos"/>
        </w:rPr>
        <w:t>în</w:t>
      </w:r>
      <w:proofErr w:type="spellEnd"/>
      <w:r w:rsidRPr="78D53229">
        <w:rPr>
          <w:rFonts w:ascii="Aptos" w:eastAsia="Aptos" w:hAnsi="Aptos" w:cs="Aptos"/>
        </w:rPr>
        <w:t xml:space="preserve"> </w:t>
      </w:r>
      <w:proofErr w:type="spellStart"/>
      <w:r w:rsidRPr="78D53229">
        <w:rPr>
          <w:rFonts w:ascii="Aptos" w:eastAsia="Aptos" w:hAnsi="Aptos" w:cs="Aptos"/>
        </w:rPr>
        <w:t>ceea</w:t>
      </w:r>
      <w:proofErr w:type="spellEnd"/>
      <w:r w:rsidRPr="78D53229">
        <w:rPr>
          <w:rFonts w:ascii="Aptos" w:eastAsia="Aptos" w:hAnsi="Aptos" w:cs="Aptos"/>
        </w:rPr>
        <w:t xml:space="preserve"> </w:t>
      </w:r>
      <w:proofErr w:type="spellStart"/>
      <w:r w:rsidRPr="78D53229">
        <w:rPr>
          <w:rFonts w:ascii="Aptos" w:eastAsia="Aptos" w:hAnsi="Aptos" w:cs="Aptos"/>
        </w:rPr>
        <w:t>ce</w:t>
      </w:r>
      <w:proofErr w:type="spellEnd"/>
      <w:r w:rsidRPr="78D53229">
        <w:rPr>
          <w:rFonts w:ascii="Aptos" w:eastAsia="Aptos" w:hAnsi="Aptos" w:cs="Aptos"/>
        </w:rPr>
        <w:t xml:space="preserve"> </w:t>
      </w:r>
      <w:proofErr w:type="spellStart"/>
      <w:r w:rsidRPr="78D53229">
        <w:rPr>
          <w:rFonts w:ascii="Aptos" w:eastAsia="Aptos" w:hAnsi="Aptos" w:cs="Aptos"/>
        </w:rPr>
        <w:t>privește</w:t>
      </w:r>
      <w:proofErr w:type="spellEnd"/>
      <w:r w:rsidRPr="78D53229">
        <w:rPr>
          <w:rFonts w:ascii="Aptos" w:eastAsia="Aptos" w:hAnsi="Aptos" w:cs="Aptos"/>
        </w:rPr>
        <w:t xml:space="preserve"> </w:t>
      </w:r>
      <w:proofErr w:type="spellStart"/>
      <w:r w:rsidRPr="78D53229">
        <w:rPr>
          <w:rFonts w:ascii="Aptos" w:eastAsia="Aptos" w:hAnsi="Aptos" w:cs="Aptos"/>
        </w:rPr>
        <w:t>prelucrarea</w:t>
      </w:r>
      <w:proofErr w:type="spellEnd"/>
      <w:r w:rsidRPr="78D53229">
        <w:rPr>
          <w:rFonts w:ascii="Aptos" w:eastAsia="Aptos" w:hAnsi="Aptos" w:cs="Aptos"/>
        </w:rPr>
        <w:t xml:space="preserve"> </w:t>
      </w:r>
      <w:proofErr w:type="spellStart"/>
      <w:r w:rsidRPr="78D53229">
        <w:rPr>
          <w:rFonts w:ascii="Aptos" w:eastAsia="Aptos" w:hAnsi="Aptos" w:cs="Aptos"/>
        </w:rPr>
        <w:t>datelor</w:t>
      </w:r>
      <w:proofErr w:type="spellEnd"/>
      <w:r w:rsidRPr="78D53229">
        <w:rPr>
          <w:rFonts w:ascii="Aptos" w:eastAsia="Aptos" w:hAnsi="Aptos" w:cs="Aptos"/>
        </w:rPr>
        <w:t xml:space="preserve"> cu </w:t>
      </w:r>
      <w:proofErr w:type="spellStart"/>
      <w:r w:rsidRPr="78D53229">
        <w:rPr>
          <w:rFonts w:ascii="Aptos" w:eastAsia="Aptos" w:hAnsi="Aptos" w:cs="Aptos"/>
        </w:rPr>
        <w:t>caracter</w:t>
      </w:r>
      <w:proofErr w:type="spellEnd"/>
      <w:r w:rsidRPr="78D53229">
        <w:rPr>
          <w:rFonts w:ascii="Aptos" w:eastAsia="Aptos" w:hAnsi="Aptos" w:cs="Aptos"/>
        </w:rPr>
        <w:t xml:space="preserve"> personal </w:t>
      </w:r>
      <w:proofErr w:type="spellStart"/>
      <w:r w:rsidRPr="78D53229">
        <w:rPr>
          <w:rFonts w:ascii="Aptos" w:eastAsia="Aptos" w:hAnsi="Aptos" w:cs="Aptos"/>
        </w:rPr>
        <w:t>și</w:t>
      </w:r>
      <w:proofErr w:type="spellEnd"/>
      <w:r w:rsidRPr="78D53229">
        <w:rPr>
          <w:rFonts w:ascii="Aptos" w:eastAsia="Aptos" w:hAnsi="Aptos" w:cs="Aptos"/>
        </w:rPr>
        <w:t xml:space="preserve"> </w:t>
      </w:r>
      <w:proofErr w:type="spellStart"/>
      <w:r w:rsidRPr="78D53229">
        <w:rPr>
          <w:rFonts w:ascii="Aptos" w:eastAsia="Aptos" w:hAnsi="Aptos" w:cs="Aptos"/>
        </w:rPr>
        <w:t>privind</w:t>
      </w:r>
      <w:proofErr w:type="spellEnd"/>
      <w:r w:rsidRPr="78D53229">
        <w:rPr>
          <w:rFonts w:ascii="Aptos" w:eastAsia="Aptos" w:hAnsi="Aptos" w:cs="Aptos"/>
        </w:rPr>
        <w:t xml:space="preserve"> libera </w:t>
      </w:r>
      <w:proofErr w:type="spellStart"/>
      <w:r w:rsidRPr="78D53229">
        <w:rPr>
          <w:rFonts w:ascii="Aptos" w:eastAsia="Aptos" w:hAnsi="Aptos" w:cs="Aptos"/>
        </w:rPr>
        <w:t>circulație</w:t>
      </w:r>
      <w:proofErr w:type="spellEnd"/>
      <w:r w:rsidRPr="78D53229">
        <w:rPr>
          <w:rFonts w:ascii="Aptos" w:eastAsia="Aptos" w:hAnsi="Aptos" w:cs="Aptos"/>
        </w:rPr>
        <w:t xml:space="preserve"> a </w:t>
      </w:r>
      <w:proofErr w:type="spellStart"/>
      <w:r w:rsidRPr="78D53229">
        <w:rPr>
          <w:rFonts w:ascii="Aptos" w:eastAsia="Aptos" w:hAnsi="Aptos" w:cs="Aptos"/>
        </w:rPr>
        <w:t>acestor</w:t>
      </w:r>
      <w:proofErr w:type="spellEnd"/>
      <w:r w:rsidRPr="78D53229">
        <w:rPr>
          <w:rFonts w:ascii="Aptos" w:eastAsia="Aptos" w:hAnsi="Aptos" w:cs="Aptos"/>
        </w:rPr>
        <w:t xml:space="preserve"> date </w:t>
      </w:r>
      <w:proofErr w:type="spellStart"/>
      <w:r w:rsidRPr="78D53229">
        <w:rPr>
          <w:rFonts w:ascii="Aptos" w:eastAsia="Aptos" w:hAnsi="Aptos" w:cs="Aptos"/>
        </w:rPr>
        <w:t>și</w:t>
      </w:r>
      <w:proofErr w:type="spellEnd"/>
      <w:r w:rsidRPr="78D53229">
        <w:rPr>
          <w:rFonts w:ascii="Aptos" w:eastAsia="Aptos" w:hAnsi="Aptos" w:cs="Aptos"/>
        </w:rPr>
        <w:t xml:space="preserve"> de </w:t>
      </w:r>
      <w:proofErr w:type="spellStart"/>
      <w:r w:rsidRPr="78D53229">
        <w:rPr>
          <w:rFonts w:ascii="Aptos" w:eastAsia="Aptos" w:hAnsi="Aptos" w:cs="Aptos"/>
        </w:rPr>
        <w:t>abrogare</w:t>
      </w:r>
      <w:proofErr w:type="spellEnd"/>
      <w:r w:rsidRPr="78D53229">
        <w:rPr>
          <w:rFonts w:ascii="Aptos" w:eastAsia="Aptos" w:hAnsi="Aptos" w:cs="Aptos"/>
        </w:rPr>
        <w:t xml:space="preserve"> a </w:t>
      </w:r>
      <w:proofErr w:type="spellStart"/>
      <w:r w:rsidRPr="78D53229">
        <w:rPr>
          <w:rFonts w:ascii="Aptos" w:eastAsia="Aptos" w:hAnsi="Aptos" w:cs="Aptos"/>
        </w:rPr>
        <w:t>Directivei</w:t>
      </w:r>
      <w:proofErr w:type="spellEnd"/>
      <w:r w:rsidRPr="78D53229">
        <w:rPr>
          <w:rFonts w:ascii="Aptos" w:eastAsia="Aptos" w:hAnsi="Aptos" w:cs="Aptos"/>
        </w:rPr>
        <w:t xml:space="preserve"> 95/46/CE (</w:t>
      </w:r>
      <w:proofErr w:type="spellStart"/>
      <w:r w:rsidRPr="78D53229">
        <w:rPr>
          <w:rFonts w:ascii="Aptos" w:eastAsia="Aptos" w:hAnsi="Aptos" w:cs="Aptos"/>
        </w:rPr>
        <w:t>Regulamentul</w:t>
      </w:r>
      <w:proofErr w:type="spellEnd"/>
      <w:r w:rsidRPr="78D53229">
        <w:rPr>
          <w:rFonts w:ascii="Aptos" w:eastAsia="Aptos" w:hAnsi="Aptos" w:cs="Aptos"/>
        </w:rPr>
        <w:t xml:space="preserve"> general </w:t>
      </w:r>
      <w:proofErr w:type="spellStart"/>
      <w:r w:rsidRPr="78D53229">
        <w:rPr>
          <w:rFonts w:ascii="Aptos" w:eastAsia="Aptos" w:hAnsi="Aptos" w:cs="Aptos"/>
        </w:rPr>
        <w:t>privind</w:t>
      </w:r>
      <w:proofErr w:type="spellEnd"/>
      <w:r w:rsidRPr="78D53229">
        <w:rPr>
          <w:rFonts w:ascii="Aptos" w:eastAsia="Aptos" w:hAnsi="Aptos" w:cs="Aptos"/>
        </w:rPr>
        <w:t xml:space="preserve"> </w:t>
      </w:r>
      <w:proofErr w:type="spellStart"/>
      <w:r w:rsidRPr="78D53229">
        <w:rPr>
          <w:rFonts w:ascii="Aptos" w:eastAsia="Aptos" w:hAnsi="Aptos" w:cs="Aptos"/>
        </w:rPr>
        <w:t>protecția</w:t>
      </w:r>
      <w:proofErr w:type="spellEnd"/>
      <w:r w:rsidRPr="78D53229">
        <w:rPr>
          <w:rFonts w:ascii="Aptos" w:eastAsia="Aptos" w:hAnsi="Aptos" w:cs="Aptos"/>
        </w:rPr>
        <w:t xml:space="preserve"> </w:t>
      </w:r>
      <w:proofErr w:type="spellStart"/>
      <w:r w:rsidRPr="78D53229">
        <w:rPr>
          <w:rFonts w:ascii="Aptos" w:eastAsia="Aptos" w:hAnsi="Aptos" w:cs="Aptos"/>
        </w:rPr>
        <w:t>datelor</w:t>
      </w:r>
      <w:proofErr w:type="spellEnd"/>
      <w:r w:rsidRPr="78D53229">
        <w:rPr>
          <w:rFonts w:ascii="Aptos" w:eastAsia="Aptos" w:hAnsi="Aptos" w:cs="Aptos"/>
        </w:rPr>
        <w:t xml:space="preserve">), </w:t>
      </w:r>
      <w:proofErr w:type="spellStart"/>
      <w:r w:rsidRPr="78D53229">
        <w:rPr>
          <w:rFonts w:ascii="Aptos" w:eastAsia="Aptos" w:hAnsi="Aptos" w:cs="Aptos"/>
        </w:rPr>
        <w:t>colectate</w:t>
      </w:r>
      <w:proofErr w:type="spellEnd"/>
      <w:r w:rsidRPr="78D53229">
        <w:rPr>
          <w:rFonts w:ascii="Aptos" w:eastAsia="Aptos" w:hAnsi="Aptos" w:cs="Aptos"/>
        </w:rPr>
        <w:t xml:space="preserve"> </w:t>
      </w:r>
      <w:proofErr w:type="spellStart"/>
      <w:r w:rsidRPr="78D53229">
        <w:rPr>
          <w:rFonts w:ascii="Aptos" w:eastAsia="Aptos" w:hAnsi="Aptos" w:cs="Aptos"/>
        </w:rPr>
        <w:t>în</w:t>
      </w:r>
      <w:proofErr w:type="spellEnd"/>
      <w:r w:rsidRPr="78D53229">
        <w:rPr>
          <w:rFonts w:ascii="Aptos" w:eastAsia="Aptos" w:hAnsi="Aptos" w:cs="Aptos"/>
        </w:rPr>
        <w:t xml:space="preserve"> </w:t>
      </w:r>
      <w:proofErr w:type="spellStart"/>
      <w:r w:rsidRPr="78D53229">
        <w:rPr>
          <w:rFonts w:ascii="Aptos" w:eastAsia="Aptos" w:hAnsi="Aptos" w:cs="Aptos"/>
        </w:rPr>
        <w:t>cadrul</w:t>
      </w:r>
      <w:proofErr w:type="spellEnd"/>
      <w:r w:rsidRPr="78D53229">
        <w:rPr>
          <w:rFonts w:ascii="Aptos" w:eastAsia="Aptos" w:hAnsi="Aptos" w:cs="Aptos"/>
        </w:rPr>
        <w:t xml:space="preserve"> </w:t>
      </w:r>
      <w:proofErr w:type="spellStart"/>
      <w:r w:rsidRPr="78D53229">
        <w:rPr>
          <w:rFonts w:ascii="Aptos" w:eastAsia="Aptos" w:hAnsi="Aptos" w:cs="Aptos"/>
        </w:rPr>
        <w:t>proiectului</w:t>
      </w:r>
      <w:proofErr w:type="spellEnd"/>
      <w:r w:rsidRPr="78D53229">
        <w:rPr>
          <w:rFonts w:ascii="Aptos" w:eastAsia="Aptos" w:hAnsi="Aptos" w:cs="Aptos"/>
        </w:rPr>
        <w:t xml:space="preserve">, sunt </w:t>
      </w:r>
      <w:proofErr w:type="spellStart"/>
      <w:r w:rsidRPr="78D53229">
        <w:rPr>
          <w:rFonts w:ascii="Aptos" w:eastAsia="Aptos" w:hAnsi="Aptos" w:cs="Aptos"/>
        </w:rPr>
        <w:t>folosite</w:t>
      </w:r>
      <w:proofErr w:type="spellEnd"/>
      <w:r w:rsidRPr="78D53229">
        <w:rPr>
          <w:rFonts w:ascii="Aptos" w:eastAsia="Aptos" w:hAnsi="Aptos" w:cs="Aptos"/>
        </w:rPr>
        <w:t xml:space="preserve"> cu </w:t>
      </w:r>
      <w:proofErr w:type="spellStart"/>
      <w:r w:rsidRPr="78D53229">
        <w:rPr>
          <w:rFonts w:ascii="Aptos" w:eastAsia="Aptos" w:hAnsi="Aptos" w:cs="Aptos"/>
        </w:rPr>
        <w:t>scopul</w:t>
      </w:r>
      <w:proofErr w:type="spellEnd"/>
      <w:r w:rsidRPr="78D53229">
        <w:rPr>
          <w:rFonts w:ascii="Aptos" w:eastAsia="Aptos" w:hAnsi="Aptos" w:cs="Aptos"/>
        </w:rPr>
        <w:t xml:space="preserve"> </w:t>
      </w:r>
      <w:proofErr w:type="spellStart"/>
      <w:r w:rsidRPr="78D53229">
        <w:rPr>
          <w:rFonts w:ascii="Aptos" w:eastAsia="Aptos" w:hAnsi="Aptos" w:cs="Aptos"/>
        </w:rPr>
        <w:t>îndeplinirii</w:t>
      </w:r>
      <w:proofErr w:type="spellEnd"/>
      <w:r w:rsidRPr="78D53229">
        <w:rPr>
          <w:rFonts w:ascii="Aptos" w:eastAsia="Aptos" w:hAnsi="Aptos" w:cs="Aptos"/>
        </w:rPr>
        <w:t xml:space="preserve"> </w:t>
      </w:r>
      <w:proofErr w:type="spellStart"/>
      <w:r w:rsidRPr="78D53229">
        <w:rPr>
          <w:rFonts w:ascii="Aptos" w:eastAsia="Aptos" w:hAnsi="Aptos" w:cs="Aptos"/>
        </w:rPr>
        <w:t>obiectivelor</w:t>
      </w:r>
      <w:proofErr w:type="spellEnd"/>
      <w:r w:rsidRPr="78D53229">
        <w:rPr>
          <w:rFonts w:ascii="Aptos" w:eastAsia="Aptos" w:hAnsi="Aptos" w:cs="Aptos"/>
        </w:rPr>
        <w:t xml:space="preserve"> </w:t>
      </w:r>
      <w:proofErr w:type="spellStart"/>
      <w:r w:rsidRPr="78D53229">
        <w:rPr>
          <w:rFonts w:ascii="Aptos" w:eastAsia="Aptos" w:hAnsi="Aptos" w:cs="Aptos"/>
        </w:rPr>
        <w:t>proiectului</w:t>
      </w:r>
      <w:proofErr w:type="spellEnd"/>
      <w:r w:rsidRPr="78D53229">
        <w:rPr>
          <w:rFonts w:ascii="Aptos" w:eastAsia="Aptos" w:hAnsi="Aptos" w:cs="Aptos"/>
        </w:rPr>
        <w:t xml:space="preserve">, </w:t>
      </w:r>
      <w:proofErr w:type="spellStart"/>
      <w:r w:rsidRPr="78D53229">
        <w:rPr>
          <w:rFonts w:ascii="Aptos" w:eastAsia="Aptos" w:hAnsi="Aptos" w:cs="Aptos"/>
        </w:rPr>
        <w:t>în</w:t>
      </w:r>
      <w:proofErr w:type="spellEnd"/>
      <w:r w:rsidRPr="78D53229">
        <w:rPr>
          <w:rFonts w:ascii="Aptos" w:eastAsia="Aptos" w:hAnsi="Aptos" w:cs="Aptos"/>
        </w:rPr>
        <w:t xml:space="preserve"> scop statistic, cu </w:t>
      </w:r>
      <w:proofErr w:type="spellStart"/>
      <w:r w:rsidRPr="78D53229">
        <w:rPr>
          <w:rFonts w:ascii="Aptos" w:eastAsia="Aptos" w:hAnsi="Aptos" w:cs="Aptos"/>
        </w:rPr>
        <w:t>respectarea</w:t>
      </w:r>
      <w:proofErr w:type="spellEnd"/>
      <w:r w:rsidRPr="78D53229">
        <w:rPr>
          <w:rFonts w:ascii="Aptos" w:eastAsia="Aptos" w:hAnsi="Aptos" w:cs="Aptos"/>
        </w:rPr>
        <w:t xml:space="preserve"> </w:t>
      </w:r>
      <w:proofErr w:type="spellStart"/>
      <w:r w:rsidRPr="78D53229">
        <w:rPr>
          <w:rFonts w:ascii="Aptos" w:eastAsia="Aptos" w:hAnsi="Aptos" w:cs="Aptos"/>
        </w:rPr>
        <w:t>prevederilor</w:t>
      </w:r>
      <w:proofErr w:type="spellEnd"/>
      <w:r w:rsidRPr="78D53229">
        <w:rPr>
          <w:rFonts w:ascii="Aptos" w:eastAsia="Aptos" w:hAnsi="Aptos" w:cs="Aptos"/>
        </w:rPr>
        <w:t xml:space="preserve"> </w:t>
      </w:r>
      <w:proofErr w:type="spellStart"/>
      <w:r w:rsidRPr="78D53229">
        <w:rPr>
          <w:rFonts w:ascii="Aptos" w:eastAsia="Aptos" w:hAnsi="Aptos" w:cs="Aptos"/>
        </w:rPr>
        <w:t>legale</w:t>
      </w:r>
      <w:proofErr w:type="spellEnd"/>
      <w:r w:rsidRPr="78D53229">
        <w:rPr>
          <w:rFonts w:ascii="Aptos" w:eastAsia="Aptos" w:hAnsi="Aptos" w:cs="Aptos"/>
        </w:rPr>
        <w:t xml:space="preserve"> </w:t>
      </w:r>
      <w:proofErr w:type="spellStart"/>
      <w:r w:rsidRPr="78D53229">
        <w:rPr>
          <w:rFonts w:ascii="Aptos" w:eastAsia="Aptos" w:hAnsi="Aptos" w:cs="Aptos"/>
        </w:rPr>
        <w:t>în</w:t>
      </w:r>
      <w:proofErr w:type="spellEnd"/>
      <w:r w:rsidRPr="78D53229">
        <w:rPr>
          <w:rFonts w:ascii="Aptos" w:eastAsia="Aptos" w:hAnsi="Aptos" w:cs="Aptos"/>
        </w:rPr>
        <w:t xml:space="preserve"> </w:t>
      </w:r>
      <w:proofErr w:type="spellStart"/>
      <w:r w:rsidRPr="78D53229">
        <w:rPr>
          <w:rFonts w:ascii="Aptos" w:eastAsia="Aptos" w:hAnsi="Aptos" w:cs="Aptos"/>
        </w:rPr>
        <w:t>vigoare</w:t>
      </w:r>
      <w:proofErr w:type="spellEnd"/>
      <w:r w:rsidRPr="78D53229">
        <w:rPr>
          <w:rFonts w:ascii="Aptos" w:eastAsia="Aptos" w:hAnsi="Aptos" w:cs="Aptos"/>
        </w:rPr>
        <w:t>.</w:t>
      </w:r>
    </w:p>
    <w:p w14:paraId="0EF9212A" w14:textId="77777777" w:rsidR="00651778" w:rsidRDefault="00651778" w:rsidP="00651778">
      <w:pPr>
        <w:spacing w:before="240" w:after="240"/>
      </w:pPr>
      <w:r w:rsidRPr="00B02214">
        <w:rPr>
          <w:rFonts w:ascii="Aptos" w:eastAsia="Aptos" w:hAnsi="Aptos" w:cs="Aptos"/>
        </w:rPr>
        <w:t xml:space="preserve">Art. 26. </w:t>
      </w:r>
      <w:proofErr w:type="spellStart"/>
      <w:r w:rsidRPr="00B02214">
        <w:rPr>
          <w:rFonts w:ascii="Aptos" w:eastAsia="Aptos" w:hAnsi="Aptos" w:cs="Aptos"/>
        </w:rPr>
        <w:t>Datele</w:t>
      </w:r>
      <w:proofErr w:type="spellEnd"/>
      <w:r w:rsidRPr="00B02214">
        <w:rPr>
          <w:rFonts w:ascii="Aptos" w:eastAsia="Aptos" w:hAnsi="Aptos" w:cs="Aptos"/>
        </w:rPr>
        <w:t xml:space="preserve"> cu </w:t>
      </w:r>
      <w:proofErr w:type="spellStart"/>
      <w:r w:rsidRPr="00B02214">
        <w:rPr>
          <w:rFonts w:ascii="Aptos" w:eastAsia="Aptos" w:hAnsi="Aptos" w:cs="Aptos"/>
        </w:rPr>
        <w:t>caracter</w:t>
      </w:r>
      <w:proofErr w:type="spellEnd"/>
      <w:r w:rsidRPr="00B02214">
        <w:rPr>
          <w:rFonts w:ascii="Aptos" w:eastAsia="Aptos" w:hAnsi="Aptos" w:cs="Aptos"/>
        </w:rPr>
        <w:t xml:space="preserve"> personal ale </w:t>
      </w:r>
      <w:proofErr w:type="spellStart"/>
      <w:r w:rsidRPr="00B02214">
        <w:rPr>
          <w:rFonts w:ascii="Aptos" w:eastAsia="Aptos" w:hAnsi="Aptos" w:cs="Aptos"/>
        </w:rPr>
        <w:t>grupului-țintă</w:t>
      </w:r>
      <w:proofErr w:type="spellEnd"/>
      <w:r w:rsidRPr="00B02214">
        <w:rPr>
          <w:rFonts w:ascii="Aptos" w:eastAsia="Aptos" w:hAnsi="Aptos" w:cs="Aptos"/>
        </w:rPr>
        <w:t xml:space="preserve"> </w:t>
      </w:r>
      <w:proofErr w:type="spellStart"/>
      <w:r w:rsidRPr="00B02214">
        <w:rPr>
          <w:rFonts w:ascii="Aptos" w:eastAsia="Aptos" w:hAnsi="Aptos" w:cs="Aptos"/>
        </w:rPr>
        <w:t>și</w:t>
      </w:r>
      <w:proofErr w:type="spellEnd"/>
      <w:r w:rsidRPr="00B02214">
        <w:rPr>
          <w:rFonts w:ascii="Aptos" w:eastAsia="Aptos" w:hAnsi="Aptos" w:cs="Aptos"/>
        </w:rPr>
        <w:t xml:space="preserve">, </w:t>
      </w:r>
      <w:proofErr w:type="spellStart"/>
      <w:r w:rsidRPr="00B02214">
        <w:rPr>
          <w:rFonts w:ascii="Aptos" w:eastAsia="Aptos" w:hAnsi="Aptos" w:cs="Aptos"/>
        </w:rPr>
        <w:t>după</w:t>
      </w:r>
      <w:proofErr w:type="spellEnd"/>
      <w:r w:rsidRPr="00B02214">
        <w:rPr>
          <w:rFonts w:ascii="Aptos" w:eastAsia="Aptos" w:hAnsi="Aptos" w:cs="Aptos"/>
        </w:rPr>
        <w:t xml:space="preserve"> </w:t>
      </w:r>
      <w:proofErr w:type="spellStart"/>
      <w:r w:rsidRPr="00B02214">
        <w:rPr>
          <w:rFonts w:ascii="Aptos" w:eastAsia="Aptos" w:hAnsi="Aptos" w:cs="Aptos"/>
        </w:rPr>
        <w:t>caz</w:t>
      </w:r>
      <w:proofErr w:type="spellEnd"/>
      <w:r w:rsidRPr="00B02214">
        <w:rPr>
          <w:rFonts w:ascii="Aptos" w:eastAsia="Aptos" w:hAnsi="Aptos" w:cs="Aptos"/>
        </w:rPr>
        <w:t xml:space="preserve">, ale </w:t>
      </w:r>
      <w:proofErr w:type="spellStart"/>
      <w:r w:rsidRPr="00B02214">
        <w:rPr>
          <w:rFonts w:ascii="Aptos" w:eastAsia="Aptos" w:hAnsi="Aptos" w:cs="Aptos"/>
        </w:rPr>
        <w:t>beneficiarilor</w:t>
      </w:r>
      <w:proofErr w:type="spellEnd"/>
      <w:r w:rsidRPr="00B02214">
        <w:rPr>
          <w:rFonts w:ascii="Aptos" w:eastAsia="Aptos" w:hAnsi="Aptos" w:cs="Aptos"/>
        </w:rPr>
        <w:t xml:space="preserve"> </w:t>
      </w:r>
      <w:proofErr w:type="spellStart"/>
      <w:r w:rsidRPr="00B02214">
        <w:rPr>
          <w:rFonts w:ascii="Aptos" w:eastAsia="Aptos" w:hAnsi="Aptos" w:cs="Aptos"/>
        </w:rPr>
        <w:t>finali</w:t>
      </w:r>
      <w:proofErr w:type="spellEnd"/>
      <w:r w:rsidRPr="00B02214">
        <w:rPr>
          <w:rFonts w:ascii="Aptos" w:eastAsia="Aptos" w:hAnsi="Aptos" w:cs="Aptos"/>
        </w:rPr>
        <w:t xml:space="preserve"> ai </w:t>
      </w:r>
      <w:proofErr w:type="spellStart"/>
      <w:r w:rsidRPr="00B02214">
        <w:rPr>
          <w:rFonts w:ascii="Aptos" w:eastAsia="Aptos" w:hAnsi="Aptos" w:cs="Aptos"/>
        </w:rPr>
        <w:t>proiectului</w:t>
      </w:r>
      <w:proofErr w:type="spellEnd"/>
      <w:r w:rsidRPr="00B02214">
        <w:rPr>
          <w:rFonts w:ascii="Aptos" w:eastAsia="Aptos" w:hAnsi="Aptos" w:cs="Aptos"/>
        </w:rPr>
        <w:t xml:space="preserve"> nu pot fi </w:t>
      </w:r>
      <w:proofErr w:type="spellStart"/>
      <w:r w:rsidRPr="00B02214">
        <w:rPr>
          <w:rFonts w:ascii="Aptos" w:eastAsia="Aptos" w:hAnsi="Aptos" w:cs="Aptos"/>
        </w:rPr>
        <w:t>prelucrate</w:t>
      </w:r>
      <w:proofErr w:type="spellEnd"/>
      <w:r w:rsidRPr="00B02214">
        <w:rPr>
          <w:rFonts w:ascii="Aptos" w:eastAsia="Aptos" w:hAnsi="Aptos" w:cs="Aptos"/>
        </w:rPr>
        <w:t xml:space="preserve"> </w:t>
      </w:r>
      <w:proofErr w:type="spellStart"/>
      <w:r w:rsidRPr="00B02214">
        <w:rPr>
          <w:rFonts w:ascii="Aptos" w:eastAsia="Aptos" w:hAnsi="Aptos" w:cs="Aptos"/>
        </w:rPr>
        <w:t>și</w:t>
      </w:r>
      <w:proofErr w:type="spellEnd"/>
      <w:r w:rsidRPr="00B02214">
        <w:rPr>
          <w:rFonts w:ascii="Aptos" w:eastAsia="Aptos" w:hAnsi="Aptos" w:cs="Aptos"/>
        </w:rPr>
        <w:t xml:space="preserve"> </w:t>
      </w:r>
      <w:proofErr w:type="spellStart"/>
      <w:r w:rsidRPr="00B02214">
        <w:rPr>
          <w:rFonts w:ascii="Aptos" w:eastAsia="Aptos" w:hAnsi="Aptos" w:cs="Aptos"/>
        </w:rPr>
        <w:t>publicate</w:t>
      </w:r>
      <w:proofErr w:type="spellEnd"/>
      <w:r w:rsidRPr="00B02214">
        <w:rPr>
          <w:rFonts w:ascii="Aptos" w:eastAsia="Aptos" w:hAnsi="Aptos" w:cs="Aptos"/>
        </w:rPr>
        <w:t xml:space="preserve">, </w:t>
      </w:r>
      <w:proofErr w:type="spellStart"/>
      <w:r w:rsidRPr="00B02214">
        <w:rPr>
          <w:rFonts w:ascii="Aptos" w:eastAsia="Aptos" w:hAnsi="Aptos" w:cs="Aptos"/>
        </w:rPr>
        <w:t>pentru</w:t>
      </w:r>
      <w:proofErr w:type="spellEnd"/>
      <w:r w:rsidRPr="00B02214">
        <w:rPr>
          <w:rFonts w:ascii="Aptos" w:eastAsia="Aptos" w:hAnsi="Aptos" w:cs="Aptos"/>
        </w:rPr>
        <w:t xml:space="preserve"> </w:t>
      </w:r>
      <w:proofErr w:type="spellStart"/>
      <w:r w:rsidRPr="00B02214">
        <w:rPr>
          <w:rFonts w:ascii="Aptos" w:eastAsia="Aptos" w:hAnsi="Aptos" w:cs="Aptos"/>
        </w:rPr>
        <w:t>informarea</w:t>
      </w:r>
      <w:proofErr w:type="spellEnd"/>
      <w:r w:rsidRPr="00B02214">
        <w:rPr>
          <w:rFonts w:ascii="Aptos" w:eastAsia="Aptos" w:hAnsi="Aptos" w:cs="Aptos"/>
        </w:rPr>
        <w:t xml:space="preserve"> </w:t>
      </w:r>
      <w:proofErr w:type="spellStart"/>
      <w:r w:rsidRPr="00B02214">
        <w:rPr>
          <w:rFonts w:ascii="Aptos" w:eastAsia="Aptos" w:hAnsi="Aptos" w:cs="Aptos"/>
        </w:rPr>
        <w:t>publicului</w:t>
      </w:r>
      <w:proofErr w:type="spellEnd"/>
      <w:r w:rsidRPr="00B02214">
        <w:rPr>
          <w:rFonts w:ascii="Aptos" w:eastAsia="Aptos" w:hAnsi="Aptos" w:cs="Aptos"/>
        </w:rPr>
        <w:t xml:space="preserve">, </w:t>
      </w:r>
      <w:proofErr w:type="spellStart"/>
      <w:r w:rsidRPr="00B02214">
        <w:rPr>
          <w:rFonts w:ascii="Aptos" w:eastAsia="Aptos" w:hAnsi="Aptos" w:cs="Aptos"/>
        </w:rPr>
        <w:t>decât</w:t>
      </w:r>
      <w:proofErr w:type="spellEnd"/>
      <w:r w:rsidRPr="00B02214">
        <w:rPr>
          <w:rFonts w:ascii="Aptos" w:eastAsia="Aptos" w:hAnsi="Aptos" w:cs="Aptos"/>
        </w:rPr>
        <w:t xml:space="preserve"> cu </w:t>
      </w:r>
      <w:proofErr w:type="spellStart"/>
      <w:r w:rsidRPr="00B02214">
        <w:rPr>
          <w:rFonts w:ascii="Aptos" w:eastAsia="Aptos" w:hAnsi="Aptos" w:cs="Aptos"/>
        </w:rPr>
        <w:t>informarea</w:t>
      </w:r>
      <w:proofErr w:type="spellEnd"/>
      <w:r w:rsidRPr="00B02214">
        <w:rPr>
          <w:rFonts w:ascii="Aptos" w:eastAsia="Aptos" w:hAnsi="Aptos" w:cs="Aptos"/>
        </w:rPr>
        <w:t xml:space="preserve"> </w:t>
      </w:r>
      <w:proofErr w:type="spellStart"/>
      <w:r w:rsidRPr="00B02214">
        <w:rPr>
          <w:rFonts w:ascii="Aptos" w:eastAsia="Aptos" w:hAnsi="Aptos" w:cs="Aptos"/>
        </w:rPr>
        <w:t>prealabilă</w:t>
      </w:r>
      <w:proofErr w:type="spellEnd"/>
      <w:r w:rsidRPr="00B02214">
        <w:rPr>
          <w:rFonts w:ascii="Aptos" w:eastAsia="Aptos" w:hAnsi="Aptos" w:cs="Aptos"/>
        </w:rPr>
        <w:t xml:space="preserve"> </w:t>
      </w:r>
      <w:proofErr w:type="gramStart"/>
      <w:r w:rsidRPr="00B02214">
        <w:rPr>
          <w:rFonts w:ascii="Aptos" w:eastAsia="Aptos" w:hAnsi="Aptos" w:cs="Aptos"/>
        </w:rPr>
        <w:t>a</w:t>
      </w:r>
      <w:proofErr w:type="gramEnd"/>
      <w:r w:rsidRPr="00B02214">
        <w:rPr>
          <w:rFonts w:ascii="Aptos" w:eastAsia="Aptos" w:hAnsi="Aptos" w:cs="Aptos"/>
        </w:rPr>
        <w:t xml:space="preserve"> </w:t>
      </w:r>
      <w:proofErr w:type="spellStart"/>
      <w:r w:rsidRPr="00B02214">
        <w:rPr>
          <w:rFonts w:ascii="Aptos" w:eastAsia="Aptos" w:hAnsi="Aptos" w:cs="Aptos"/>
        </w:rPr>
        <w:t>acestora</w:t>
      </w:r>
      <w:proofErr w:type="spellEnd"/>
      <w:r w:rsidRPr="00B02214">
        <w:rPr>
          <w:rFonts w:ascii="Aptos" w:eastAsia="Aptos" w:hAnsi="Aptos" w:cs="Aptos"/>
        </w:rPr>
        <w:t xml:space="preserve"> </w:t>
      </w:r>
      <w:proofErr w:type="spellStart"/>
      <w:r w:rsidRPr="00B02214">
        <w:rPr>
          <w:rFonts w:ascii="Aptos" w:eastAsia="Aptos" w:hAnsi="Aptos" w:cs="Aptos"/>
        </w:rPr>
        <w:t>asupra</w:t>
      </w:r>
      <w:proofErr w:type="spellEnd"/>
      <w:r w:rsidRPr="00B02214">
        <w:rPr>
          <w:rFonts w:ascii="Aptos" w:eastAsia="Aptos" w:hAnsi="Aptos" w:cs="Aptos"/>
        </w:rPr>
        <w:t xml:space="preserve"> </w:t>
      </w:r>
      <w:proofErr w:type="spellStart"/>
      <w:r w:rsidRPr="00B02214">
        <w:rPr>
          <w:rFonts w:ascii="Aptos" w:eastAsia="Aptos" w:hAnsi="Aptos" w:cs="Aptos"/>
        </w:rPr>
        <w:t>scopului</w:t>
      </w:r>
      <w:proofErr w:type="spellEnd"/>
      <w:r w:rsidRPr="00B02214">
        <w:rPr>
          <w:rFonts w:ascii="Aptos" w:eastAsia="Aptos" w:hAnsi="Aptos" w:cs="Aptos"/>
        </w:rPr>
        <w:t xml:space="preserve"> </w:t>
      </w:r>
      <w:proofErr w:type="spellStart"/>
      <w:r w:rsidRPr="00B02214">
        <w:rPr>
          <w:rFonts w:ascii="Aptos" w:eastAsia="Aptos" w:hAnsi="Aptos" w:cs="Aptos"/>
        </w:rPr>
        <w:t>prelucrării</w:t>
      </w:r>
      <w:proofErr w:type="spellEnd"/>
      <w:r w:rsidRPr="00B02214">
        <w:rPr>
          <w:rFonts w:ascii="Aptos" w:eastAsia="Aptos" w:hAnsi="Aptos" w:cs="Aptos"/>
        </w:rPr>
        <w:t xml:space="preserve"> </w:t>
      </w:r>
      <w:proofErr w:type="spellStart"/>
      <w:r w:rsidRPr="00B02214">
        <w:rPr>
          <w:rFonts w:ascii="Aptos" w:eastAsia="Aptos" w:hAnsi="Aptos" w:cs="Aptos"/>
        </w:rPr>
        <w:t>sau</w:t>
      </w:r>
      <w:proofErr w:type="spellEnd"/>
      <w:r w:rsidRPr="00B02214">
        <w:rPr>
          <w:rFonts w:ascii="Aptos" w:eastAsia="Aptos" w:hAnsi="Aptos" w:cs="Aptos"/>
        </w:rPr>
        <w:t xml:space="preserve"> </w:t>
      </w:r>
      <w:proofErr w:type="spellStart"/>
      <w:r w:rsidRPr="00B02214">
        <w:rPr>
          <w:rFonts w:ascii="Aptos" w:eastAsia="Aptos" w:hAnsi="Aptos" w:cs="Aptos"/>
        </w:rPr>
        <w:t>publicării</w:t>
      </w:r>
      <w:proofErr w:type="spellEnd"/>
      <w:r w:rsidRPr="00B02214">
        <w:rPr>
          <w:rFonts w:ascii="Aptos" w:eastAsia="Aptos" w:hAnsi="Aptos" w:cs="Aptos"/>
        </w:rPr>
        <w:t xml:space="preserve"> </w:t>
      </w:r>
      <w:proofErr w:type="spellStart"/>
      <w:r w:rsidRPr="00B02214">
        <w:rPr>
          <w:rFonts w:ascii="Aptos" w:eastAsia="Aptos" w:hAnsi="Aptos" w:cs="Aptos"/>
        </w:rPr>
        <w:t>și</w:t>
      </w:r>
      <w:proofErr w:type="spellEnd"/>
      <w:r w:rsidRPr="00B02214">
        <w:rPr>
          <w:rFonts w:ascii="Aptos" w:eastAsia="Aptos" w:hAnsi="Aptos" w:cs="Aptos"/>
        </w:rPr>
        <w:t xml:space="preserve"> </w:t>
      </w:r>
      <w:proofErr w:type="spellStart"/>
      <w:r w:rsidRPr="00B02214">
        <w:rPr>
          <w:rFonts w:ascii="Aptos" w:eastAsia="Aptos" w:hAnsi="Aptos" w:cs="Aptos"/>
        </w:rPr>
        <w:t>obținerea</w:t>
      </w:r>
      <w:proofErr w:type="spellEnd"/>
      <w:r w:rsidRPr="00B02214">
        <w:rPr>
          <w:rFonts w:ascii="Aptos" w:eastAsia="Aptos" w:hAnsi="Aptos" w:cs="Aptos"/>
        </w:rPr>
        <w:t xml:space="preserve"> </w:t>
      </w:r>
      <w:proofErr w:type="spellStart"/>
      <w:r w:rsidRPr="00B02214">
        <w:rPr>
          <w:rFonts w:ascii="Aptos" w:eastAsia="Aptos" w:hAnsi="Aptos" w:cs="Aptos"/>
        </w:rPr>
        <w:t>consimțământului</w:t>
      </w:r>
      <w:proofErr w:type="spellEnd"/>
      <w:r w:rsidRPr="00B02214">
        <w:rPr>
          <w:rFonts w:ascii="Aptos" w:eastAsia="Aptos" w:hAnsi="Aptos" w:cs="Aptos"/>
        </w:rPr>
        <w:t xml:space="preserve"> </w:t>
      </w:r>
      <w:proofErr w:type="spellStart"/>
      <w:r w:rsidRPr="00B02214">
        <w:rPr>
          <w:rFonts w:ascii="Aptos" w:eastAsia="Aptos" w:hAnsi="Aptos" w:cs="Aptos"/>
        </w:rPr>
        <w:t>acestora</w:t>
      </w:r>
      <w:proofErr w:type="spellEnd"/>
      <w:r w:rsidRPr="00B02214">
        <w:rPr>
          <w:rFonts w:ascii="Aptos" w:eastAsia="Aptos" w:hAnsi="Aptos" w:cs="Aptos"/>
        </w:rPr>
        <w:t xml:space="preserve">, </w:t>
      </w:r>
      <w:proofErr w:type="spellStart"/>
      <w:r w:rsidRPr="00B02214">
        <w:rPr>
          <w:rFonts w:ascii="Aptos" w:eastAsia="Aptos" w:hAnsi="Aptos" w:cs="Aptos"/>
        </w:rPr>
        <w:t>în</w:t>
      </w:r>
      <w:proofErr w:type="spellEnd"/>
      <w:r w:rsidRPr="00B02214">
        <w:rPr>
          <w:rFonts w:ascii="Aptos" w:eastAsia="Aptos" w:hAnsi="Aptos" w:cs="Aptos"/>
        </w:rPr>
        <w:t xml:space="preserve"> </w:t>
      </w:r>
      <w:proofErr w:type="spellStart"/>
      <w:r w:rsidRPr="00B02214">
        <w:rPr>
          <w:rFonts w:ascii="Aptos" w:eastAsia="Aptos" w:hAnsi="Aptos" w:cs="Aptos"/>
        </w:rPr>
        <w:t>condițiile</w:t>
      </w:r>
      <w:proofErr w:type="spellEnd"/>
      <w:r w:rsidRPr="00B02214">
        <w:rPr>
          <w:rFonts w:ascii="Aptos" w:eastAsia="Aptos" w:hAnsi="Aptos" w:cs="Aptos"/>
        </w:rPr>
        <w:t xml:space="preserve"> </w:t>
      </w:r>
      <w:proofErr w:type="spellStart"/>
      <w:r w:rsidRPr="00B02214">
        <w:rPr>
          <w:rFonts w:ascii="Aptos" w:eastAsia="Aptos" w:hAnsi="Aptos" w:cs="Aptos"/>
        </w:rPr>
        <w:t>legii</w:t>
      </w:r>
      <w:proofErr w:type="spellEnd"/>
      <w:r w:rsidRPr="00B02214">
        <w:rPr>
          <w:rFonts w:ascii="Aptos" w:eastAsia="Aptos" w:hAnsi="Aptos" w:cs="Aptos"/>
        </w:rPr>
        <w:t>.</w:t>
      </w:r>
    </w:p>
    <w:p w14:paraId="067A0EEB" w14:textId="77777777" w:rsidR="00651778" w:rsidRPr="00B02214" w:rsidRDefault="00651778" w:rsidP="00651778">
      <w:pPr>
        <w:spacing w:before="240" w:after="240"/>
        <w:rPr>
          <w:rFonts w:ascii="Aptos" w:eastAsia="Aptos" w:hAnsi="Aptos" w:cs="Aptos"/>
          <w:b/>
          <w:bCs/>
        </w:rPr>
      </w:pPr>
      <w:proofErr w:type="spellStart"/>
      <w:r w:rsidRPr="00B02214">
        <w:rPr>
          <w:rFonts w:ascii="Aptos" w:eastAsia="Aptos" w:hAnsi="Aptos" w:cs="Aptos"/>
          <w:b/>
          <w:bCs/>
        </w:rPr>
        <w:t>Capitolul</w:t>
      </w:r>
      <w:proofErr w:type="spellEnd"/>
      <w:r w:rsidRPr="00B02214">
        <w:rPr>
          <w:rFonts w:ascii="Aptos" w:eastAsia="Aptos" w:hAnsi="Aptos" w:cs="Aptos"/>
          <w:b/>
          <w:bCs/>
        </w:rPr>
        <w:t xml:space="preserve"> 12. </w:t>
      </w:r>
      <w:proofErr w:type="spellStart"/>
      <w:r w:rsidRPr="00B02214">
        <w:rPr>
          <w:rFonts w:ascii="Aptos" w:eastAsia="Aptos" w:hAnsi="Aptos" w:cs="Aptos"/>
          <w:b/>
          <w:bCs/>
        </w:rPr>
        <w:t>Publicarea</w:t>
      </w:r>
      <w:proofErr w:type="spellEnd"/>
      <w:r w:rsidRPr="00B02214">
        <w:rPr>
          <w:rFonts w:ascii="Aptos" w:eastAsia="Aptos" w:hAnsi="Aptos" w:cs="Aptos"/>
          <w:b/>
          <w:bCs/>
        </w:rPr>
        <w:t xml:space="preserve"> </w:t>
      </w:r>
      <w:proofErr w:type="spellStart"/>
      <w:r w:rsidRPr="00B02214">
        <w:rPr>
          <w:rFonts w:ascii="Aptos" w:eastAsia="Aptos" w:hAnsi="Aptos" w:cs="Aptos"/>
          <w:b/>
          <w:bCs/>
        </w:rPr>
        <w:t>datelor</w:t>
      </w:r>
      <w:proofErr w:type="spellEnd"/>
    </w:p>
    <w:p w14:paraId="139B0BDD" w14:textId="77777777" w:rsidR="00651778" w:rsidRDefault="00651778" w:rsidP="00651778">
      <w:pPr>
        <w:spacing w:before="240" w:after="240"/>
      </w:pPr>
      <w:r w:rsidRPr="00B02214">
        <w:rPr>
          <w:rFonts w:ascii="Aptos" w:eastAsia="Aptos" w:hAnsi="Aptos" w:cs="Aptos"/>
        </w:rPr>
        <w:t xml:space="preserve">Art. 27. </w:t>
      </w:r>
      <w:proofErr w:type="spellStart"/>
      <w:r w:rsidRPr="00B02214">
        <w:rPr>
          <w:rFonts w:ascii="Aptos" w:eastAsia="Aptos" w:hAnsi="Aptos" w:cs="Aptos"/>
        </w:rPr>
        <w:t>Beneficiarul</w:t>
      </w:r>
      <w:proofErr w:type="spellEnd"/>
      <w:r w:rsidRPr="00B02214">
        <w:rPr>
          <w:rFonts w:ascii="Aptos" w:eastAsia="Aptos" w:hAnsi="Aptos" w:cs="Aptos"/>
        </w:rPr>
        <w:t xml:space="preserve"> </w:t>
      </w:r>
      <w:proofErr w:type="spellStart"/>
      <w:r w:rsidRPr="00B02214">
        <w:rPr>
          <w:rFonts w:ascii="Aptos" w:eastAsia="Aptos" w:hAnsi="Aptos" w:cs="Aptos"/>
        </w:rPr>
        <w:t>este</w:t>
      </w:r>
      <w:proofErr w:type="spellEnd"/>
      <w:r w:rsidRPr="00B02214">
        <w:rPr>
          <w:rFonts w:ascii="Aptos" w:eastAsia="Aptos" w:hAnsi="Aptos" w:cs="Aptos"/>
        </w:rPr>
        <w:t xml:space="preserve"> de </w:t>
      </w:r>
      <w:proofErr w:type="spellStart"/>
      <w:r w:rsidRPr="00B02214">
        <w:rPr>
          <w:rFonts w:ascii="Aptos" w:eastAsia="Aptos" w:hAnsi="Aptos" w:cs="Aptos"/>
        </w:rPr>
        <w:t>acord</w:t>
      </w:r>
      <w:proofErr w:type="spellEnd"/>
      <w:r w:rsidRPr="00B02214">
        <w:rPr>
          <w:rFonts w:ascii="Aptos" w:eastAsia="Aptos" w:hAnsi="Aptos" w:cs="Aptos"/>
        </w:rPr>
        <w:t xml:space="preserve"> ca </w:t>
      </w:r>
      <w:proofErr w:type="spellStart"/>
      <w:r w:rsidRPr="00B02214">
        <w:rPr>
          <w:rFonts w:ascii="Aptos" w:eastAsia="Aptos" w:hAnsi="Aptos" w:cs="Aptos"/>
        </w:rPr>
        <w:t>documentele</w:t>
      </w:r>
      <w:proofErr w:type="spellEnd"/>
      <w:r w:rsidRPr="00B02214">
        <w:rPr>
          <w:rFonts w:ascii="Aptos" w:eastAsia="Aptos" w:hAnsi="Aptos" w:cs="Aptos"/>
        </w:rPr>
        <w:t xml:space="preserve"> </w:t>
      </w:r>
      <w:proofErr w:type="spellStart"/>
      <w:r w:rsidRPr="00B02214">
        <w:rPr>
          <w:rFonts w:ascii="Aptos" w:eastAsia="Aptos" w:hAnsi="Aptos" w:cs="Aptos"/>
        </w:rPr>
        <w:t>și</w:t>
      </w:r>
      <w:proofErr w:type="spellEnd"/>
      <w:r w:rsidRPr="00B02214">
        <w:rPr>
          <w:rFonts w:ascii="Aptos" w:eastAsia="Aptos" w:hAnsi="Aptos" w:cs="Aptos"/>
        </w:rPr>
        <w:t xml:space="preserve"> </w:t>
      </w:r>
      <w:proofErr w:type="spellStart"/>
      <w:r w:rsidRPr="00B02214">
        <w:rPr>
          <w:rFonts w:ascii="Aptos" w:eastAsia="Aptos" w:hAnsi="Aptos" w:cs="Aptos"/>
        </w:rPr>
        <w:t>informațiile</w:t>
      </w:r>
      <w:proofErr w:type="spellEnd"/>
      <w:r w:rsidRPr="00B02214">
        <w:rPr>
          <w:rFonts w:ascii="Aptos" w:eastAsia="Aptos" w:hAnsi="Aptos" w:cs="Aptos"/>
        </w:rPr>
        <w:t xml:space="preserve"> </w:t>
      </w:r>
      <w:proofErr w:type="spellStart"/>
      <w:r w:rsidRPr="00B02214">
        <w:rPr>
          <w:rFonts w:ascii="Aptos" w:eastAsia="Aptos" w:hAnsi="Aptos" w:cs="Aptos"/>
        </w:rPr>
        <w:t>menționate</w:t>
      </w:r>
      <w:proofErr w:type="spellEnd"/>
      <w:r w:rsidRPr="00B02214">
        <w:rPr>
          <w:rFonts w:ascii="Aptos" w:eastAsia="Aptos" w:hAnsi="Aptos" w:cs="Aptos"/>
        </w:rPr>
        <w:t xml:space="preserve"> la art. 23 </w:t>
      </w:r>
      <w:proofErr w:type="spellStart"/>
      <w:r w:rsidRPr="00B02214">
        <w:rPr>
          <w:rFonts w:ascii="Aptos" w:eastAsia="Aptos" w:hAnsi="Aptos" w:cs="Aptos"/>
        </w:rPr>
        <w:t>referitor</w:t>
      </w:r>
      <w:proofErr w:type="spellEnd"/>
      <w:r w:rsidRPr="00B02214">
        <w:rPr>
          <w:rFonts w:ascii="Aptos" w:eastAsia="Aptos" w:hAnsi="Aptos" w:cs="Aptos"/>
        </w:rPr>
        <w:t xml:space="preserve"> la </w:t>
      </w:r>
      <w:proofErr w:type="spellStart"/>
      <w:r w:rsidRPr="00B02214">
        <w:rPr>
          <w:rFonts w:ascii="Aptos" w:eastAsia="Aptos" w:hAnsi="Aptos" w:cs="Aptos"/>
        </w:rPr>
        <w:t>transparență</w:t>
      </w:r>
      <w:proofErr w:type="spellEnd"/>
      <w:r w:rsidRPr="00B02214">
        <w:rPr>
          <w:rFonts w:ascii="Aptos" w:eastAsia="Aptos" w:hAnsi="Aptos" w:cs="Aptos"/>
        </w:rPr>
        <w:t xml:space="preserve"> </w:t>
      </w:r>
      <w:proofErr w:type="spellStart"/>
      <w:r w:rsidRPr="00B02214">
        <w:rPr>
          <w:rFonts w:ascii="Aptos" w:eastAsia="Aptos" w:hAnsi="Aptos" w:cs="Aptos"/>
        </w:rPr>
        <w:t>să</w:t>
      </w:r>
      <w:proofErr w:type="spellEnd"/>
      <w:r w:rsidRPr="00B02214">
        <w:rPr>
          <w:rFonts w:ascii="Aptos" w:eastAsia="Aptos" w:hAnsi="Aptos" w:cs="Aptos"/>
        </w:rPr>
        <w:t xml:space="preserve"> fie </w:t>
      </w:r>
      <w:proofErr w:type="spellStart"/>
      <w:r w:rsidRPr="00B02214">
        <w:rPr>
          <w:rFonts w:ascii="Aptos" w:eastAsia="Aptos" w:hAnsi="Aptos" w:cs="Aptos"/>
        </w:rPr>
        <w:t>publicate</w:t>
      </w:r>
      <w:proofErr w:type="spellEnd"/>
      <w:r w:rsidRPr="00B02214">
        <w:rPr>
          <w:rFonts w:ascii="Aptos" w:eastAsia="Aptos" w:hAnsi="Aptos" w:cs="Aptos"/>
        </w:rPr>
        <w:t xml:space="preserve"> de </w:t>
      </w:r>
      <w:proofErr w:type="spellStart"/>
      <w:r w:rsidRPr="00B02214">
        <w:rPr>
          <w:rFonts w:ascii="Aptos" w:eastAsia="Aptos" w:hAnsi="Aptos" w:cs="Aptos"/>
        </w:rPr>
        <w:t>către</w:t>
      </w:r>
      <w:proofErr w:type="spellEnd"/>
      <w:r w:rsidRPr="00B02214">
        <w:rPr>
          <w:rFonts w:ascii="Aptos" w:eastAsia="Aptos" w:hAnsi="Aptos" w:cs="Aptos"/>
        </w:rPr>
        <w:t xml:space="preserve"> </w:t>
      </w:r>
      <w:proofErr w:type="spellStart"/>
      <w:r w:rsidRPr="00B02214">
        <w:rPr>
          <w:rFonts w:ascii="Aptos" w:eastAsia="Aptos" w:hAnsi="Aptos" w:cs="Aptos"/>
        </w:rPr>
        <w:t>autoritatea</w:t>
      </w:r>
      <w:proofErr w:type="spellEnd"/>
      <w:r w:rsidRPr="00B02214">
        <w:rPr>
          <w:rFonts w:ascii="Aptos" w:eastAsia="Aptos" w:hAnsi="Aptos" w:cs="Aptos"/>
        </w:rPr>
        <w:t xml:space="preserve"> </w:t>
      </w:r>
      <w:proofErr w:type="spellStart"/>
      <w:r w:rsidRPr="00B02214">
        <w:rPr>
          <w:rFonts w:ascii="Aptos" w:eastAsia="Aptos" w:hAnsi="Aptos" w:cs="Aptos"/>
        </w:rPr>
        <w:t>contractantă</w:t>
      </w:r>
      <w:proofErr w:type="spellEnd"/>
      <w:r w:rsidRPr="00B02214">
        <w:rPr>
          <w:rFonts w:ascii="Aptos" w:eastAsia="Aptos" w:hAnsi="Aptos" w:cs="Aptos"/>
        </w:rPr>
        <w:t xml:space="preserve">, cu </w:t>
      </w:r>
      <w:proofErr w:type="spellStart"/>
      <w:r w:rsidRPr="00B02214">
        <w:rPr>
          <w:rFonts w:ascii="Aptos" w:eastAsia="Aptos" w:hAnsi="Aptos" w:cs="Aptos"/>
        </w:rPr>
        <w:t>excepția</w:t>
      </w:r>
      <w:proofErr w:type="spellEnd"/>
      <w:r w:rsidRPr="00B02214">
        <w:rPr>
          <w:rFonts w:ascii="Aptos" w:eastAsia="Aptos" w:hAnsi="Aptos" w:cs="Aptos"/>
        </w:rPr>
        <w:t xml:space="preserve"> </w:t>
      </w:r>
      <w:proofErr w:type="spellStart"/>
      <w:r w:rsidRPr="00B02214">
        <w:rPr>
          <w:rFonts w:ascii="Aptos" w:eastAsia="Aptos" w:hAnsi="Aptos" w:cs="Aptos"/>
        </w:rPr>
        <w:t>datelor</w:t>
      </w:r>
      <w:proofErr w:type="spellEnd"/>
      <w:r w:rsidRPr="00B02214">
        <w:rPr>
          <w:rFonts w:ascii="Aptos" w:eastAsia="Aptos" w:hAnsi="Aptos" w:cs="Aptos"/>
        </w:rPr>
        <w:t xml:space="preserve"> cu </w:t>
      </w:r>
      <w:proofErr w:type="spellStart"/>
      <w:r w:rsidRPr="00B02214">
        <w:rPr>
          <w:rFonts w:ascii="Aptos" w:eastAsia="Aptos" w:hAnsi="Aptos" w:cs="Aptos"/>
        </w:rPr>
        <w:t>caracter</w:t>
      </w:r>
      <w:proofErr w:type="spellEnd"/>
      <w:r w:rsidRPr="00B02214">
        <w:rPr>
          <w:rFonts w:ascii="Aptos" w:eastAsia="Aptos" w:hAnsi="Aptos" w:cs="Aptos"/>
        </w:rPr>
        <w:t xml:space="preserve"> personal.</w:t>
      </w:r>
    </w:p>
    <w:p w14:paraId="3E22E37E" w14:textId="77777777" w:rsidR="00651778" w:rsidRPr="00B02214" w:rsidRDefault="00651778" w:rsidP="00651778">
      <w:pPr>
        <w:spacing w:before="240" w:after="240"/>
        <w:rPr>
          <w:rFonts w:ascii="Aptos" w:eastAsia="Aptos" w:hAnsi="Aptos" w:cs="Aptos"/>
          <w:b/>
          <w:bCs/>
        </w:rPr>
      </w:pPr>
      <w:proofErr w:type="spellStart"/>
      <w:r w:rsidRPr="00B02214">
        <w:rPr>
          <w:rFonts w:ascii="Aptos" w:eastAsia="Aptos" w:hAnsi="Aptos" w:cs="Aptos"/>
          <w:b/>
          <w:bCs/>
        </w:rPr>
        <w:t>Capitolul</w:t>
      </w:r>
      <w:proofErr w:type="spellEnd"/>
      <w:r w:rsidRPr="00B02214">
        <w:rPr>
          <w:rFonts w:ascii="Aptos" w:eastAsia="Aptos" w:hAnsi="Aptos" w:cs="Aptos"/>
          <w:b/>
          <w:bCs/>
        </w:rPr>
        <w:t xml:space="preserve"> 13. </w:t>
      </w:r>
      <w:proofErr w:type="spellStart"/>
      <w:r w:rsidRPr="00B02214">
        <w:rPr>
          <w:rFonts w:ascii="Aptos" w:eastAsia="Aptos" w:hAnsi="Aptos" w:cs="Aptos"/>
          <w:b/>
          <w:bCs/>
        </w:rPr>
        <w:t>Clauze</w:t>
      </w:r>
      <w:proofErr w:type="spellEnd"/>
      <w:r w:rsidRPr="00B02214">
        <w:rPr>
          <w:rFonts w:ascii="Aptos" w:eastAsia="Aptos" w:hAnsi="Aptos" w:cs="Aptos"/>
          <w:b/>
          <w:bCs/>
        </w:rPr>
        <w:t xml:space="preserve"> finale</w:t>
      </w:r>
    </w:p>
    <w:p w14:paraId="5B7E3A2E" w14:textId="77777777" w:rsidR="00651778" w:rsidRDefault="00651778" w:rsidP="00651778">
      <w:pPr>
        <w:spacing w:before="240" w:after="240"/>
      </w:pPr>
      <w:r w:rsidRPr="00B02214">
        <w:rPr>
          <w:rFonts w:ascii="Aptos" w:eastAsia="Aptos" w:hAnsi="Aptos" w:cs="Aptos"/>
        </w:rPr>
        <w:lastRenderedPageBreak/>
        <w:t xml:space="preserve">Art. 28. </w:t>
      </w:r>
      <w:proofErr w:type="spellStart"/>
      <w:r w:rsidRPr="00B02214">
        <w:rPr>
          <w:rFonts w:ascii="Aptos" w:eastAsia="Aptos" w:hAnsi="Aptos" w:cs="Aptos"/>
        </w:rPr>
        <w:t>Prezentul</w:t>
      </w:r>
      <w:proofErr w:type="spellEnd"/>
      <w:r w:rsidRPr="00B02214">
        <w:rPr>
          <w:rFonts w:ascii="Aptos" w:eastAsia="Aptos" w:hAnsi="Aptos" w:cs="Aptos"/>
        </w:rPr>
        <w:t xml:space="preserve"> contract </w:t>
      </w:r>
      <w:proofErr w:type="spellStart"/>
      <w:r w:rsidRPr="00B02214">
        <w:rPr>
          <w:rFonts w:ascii="Aptos" w:eastAsia="Aptos" w:hAnsi="Aptos" w:cs="Aptos"/>
        </w:rPr>
        <w:t>intră</w:t>
      </w:r>
      <w:proofErr w:type="spellEnd"/>
      <w:r w:rsidRPr="00B02214">
        <w:rPr>
          <w:rFonts w:ascii="Aptos" w:eastAsia="Aptos" w:hAnsi="Aptos" w:cs="Aptos"/>
        </w:rPr>
        <w:t xml:space="preserve"> </w:t>
      </w:r>
      <w:proofErr w:type="spellStart"/>
      <w:r w:rsidRPr="00B02214">
        <w:rPr>
          <w:rFonts w:ascii="Aptos" w:eastAsia="Aptos" w:hAnsi="Aptos" w:cs="Aptos"/>
        </w:rPr>
        <w:t>în</w:t>
      </w:r>
      <w:proofErr w:type="spellEnd"/>
      <w:r w:rsidRPr="00B02214">
        <w:rPr>
          <w:rFonts w:ascii="Aptos" w:eastAsia="Aptos" w:hAnsi="Aptos" w:cs="Aptos"/>
        </w:rPr>
        <w:t xml:space="preserve"> </w:t>
      </w:r>
      <w:proofErr w:type="spellStart"/>
      <w:r w:rsidRPr="00B02214">
        <w:rPr>
          <w:rFonts w:ascii="Aptos" w:eastAsia="Aptos" w:hAnsi="Aptos" w:cs="Aptos"/>
        </w:rPr>
        <w:t>vigoare</w:t>
      </w:r>
      <w:proofErr w:type="spellEnd"/>
      <w:r w:rsidRPr="00B02214">
        <w:rPr>
          <w:rFonts w:ascii="Aptos" w:eastAsia="Aptos" w:hAnsi="Aptos" w:cs="Aptos"/>
        </w:rPr>
        <w:t xml:space="preserve"> la data </w:t>
      </w:r>
      <w:proofErr w:type="spellStart"/>
      <w:r w:rsidRPr="00B02214">
        <w:rPr>
          <w:rFonts w:ascii="Aptos" w:eastAsia="Aptos" w:hAnsi="Aptos" w:cs="Aptos"/>
        </w:rPr>
        <w:t>semnării</w:t>
      </w:r>
      <w:proofErr w:type="spellEnd"/>
      <w:r w:rsidRPr="00B02214">
        <w:rPr>
          <w:rFonts w:ascii="Aptos" w:eastAsia="Aptos" w:hAnsi="Aptos" w:cs="Aptos"/>
        </w:rPr>
        <w:t xml:space="preserve"> sale.</w:t>
      </w:r>
    </w:p>
    <w:p w14:paraId="148AD5A6" w14:textId="77777777" w:rsidR="00651778" w:rsidRDefault="00651778" w:rsidP="00651778">
      <w:pPr>
        <w:spacing w:before="240" w:after="240"/>
      </w:pPr>
      <w:r w:rsidRPr="00B02214">
        <w:rPr>
          <w:rFonts w:ascii="Aptos" w:eastAsia="Aptos" w:hAnsi="Aptos" w:cs="Aptos"/>
        </w:rPr>
        <w:t xml:space="preserve">Art. 29. </w:t>
      </w:r>
      <w:proofErr w:type="spellStart"/>
      <w:r w:rsidRPr="00B02214">
        <w:rPr>
          <w:rFonts w:ascii="Aptos" w:eastAsia="Aptos" w:hAnsi="Aptos" w:cs="Aptos"/>
        </w:rPr>
        <w:t>Responsabilii</w:t>
      </w:r>
      <w:proofErr w:type="spellEnd"/>
      <w:r w:rsidRPr="00B02214">
        <w:rPr>
          <w:rFonts w:ascii="Aptos" w:eastAsia="Aptos" w:hAnsi="Aptos" w:cs="Aptos"/>
        </w:rPr>
        <w:t xml:space="preserve"> cu </w:t>
      </w:r>
      <w:proofErr w:type="spellStart"/>
      <w:r w:rsidRPr="00B02214">
        <w:rPr>
          <w:rFonts w:ascii="Aptos" w:eastAsia="Aptos" w:hAnsi="Aptos" w:cs="Aptos"/>
        </w:rPr>
        <w:t>urmărirea</w:t>
      </w:r>
      <w:proofErr w:type="spellEnd"/>
      <w:r w:rsidRPr="00B02214">
        <w:rPr>
          <w:rFonts w:ascii="Aptos" w:eastAsia="Aptos" w:hAnsi="Aptos" w:cs="Aptos"/>
        </w:rPr>
        <w:t xml:space="preserve"> </w:t>
      </w:r>
      <w:proofErr w:type="spellStart"/>
      <w:r w:rsidRPr="00B02214">
        <w:rPr>
          <w:rFonts w:ascii="Aptos" w:eastAsia="Aptos" w:hAnsi="Aptos" w:cs="Aptos"/>
        </w:rPr>
        <w:t>derulării</w:t>
      </w:r>
      <w:proofErr w:type="spellEnd"/>
      <w:r w:rsidRPr="00B02214">
        <w:rPr>
          <w:rFonts w:ascii="Aptos" w:eastAsia="Aptos" w:hAnsi="Aptos" w:cs="Aptos"/>
        </w:rPr>
        <w:t xml:space="preserve"> </w:t>
      </w:r>
      <w:proofErr w:type="spellStart"/>
      <w:r w:rsidRPr="00B02214">
        <w:rPr>
          <w:rFonts w:ascii="Aptos" w:eastAsia="Aptos" w:hAnsi="Aptos" w:cs="Aptos"/>
        </w:rPr>
        <w:t>prezentului</w:t>
      </w:r>
      <w:proofErr w:type="spellEnd"/>
      <w:r w:rsidRPr="00B02214">
        <w:rPr>
          <w:rFonts w:ascii="Aptos" w:eastAsia="Aptos" w:hAnsi="Aptos" w:cs="Aptos"/>
        </w:rPr>
        <w:t xml:space="preserve"> contract, </w:t>
      </w:r>
      <w:proofErr w:type="spellStart"/>
      <w:r w:rsidRPr="00B02214">
        <w:rPr>
          <w:rFonts w:ascii="Aptos" w:eastAsia="Aptos" w:hAnsi="Aptos" w:cs="Aptos"/>
        </w:rPr>
        <w:t>prin</w:t>
      </w:r>
      <w:proofErr w:type="spellEnd"/>
      <w:r w:rsidRPr="00B02214">
        <w:rPr>
          <w:rFonts w:ascii="Aptos" w:eastAsia="Aptos" w:hAnsi="Aptos" w:cs="Aptos"/>
        </w:rPr>
        <w:t xml:space="preserve"> </w:t>
      </w:r>
      <w:proofErr w:type="spellStart"/>
      <w:r w:rsidRPr="00B02214">
        <w:rPr>
          <w:rFonts w:ascii="Aptos" w:eastAsia="Aptos" w:hAnsi="Aptos" w:cs="Aptos"/>
        </w:rPr>
        <w:t>intermediul</w:t>
      </w:r>
      <w:proofErr w:type="spellEnd"/>
      <w:r w:rsidRPr="00B02214">
        <w:rPr>
          <w:rFonts w:ascii="Aptos" w:eastAsia="Aptos" w:hAnsi="Aptos" w:cs="Aptos"/>
        </w:rPr>
        <w:t xml:space="preserve"> </w:t>
      </w:r>
      <w:proofErr w:type="spellStart"/>
      <w:r w:rsidRPr="00B02214">
        <w:rPr>
          <w:rFonts w:ascii="Aptos" w:eastAsia="Aptos" w:hAnsi="Aptos" w:cs="Aptos"/>
        </w:rPr>
        <w:t>cărora</w:t>
      </w:r>
      <w:proofErr w:type="spellEnd"/>
      <w:r w:rsidRPr="00B02214">
        <w:rPr>
          <w:rFonts w:ascii="Aptos" w:eastAsia="Aptos" w:hAnsi="Aptos" w:cs="Aptos"/>
        </w:rPr>
        <w:t xml:space="preserve"> </w:t>
      </w:r>
      <w:proofErr w:type="spellStart"/>
      <w:r w:rsidRPr="00B02214">
        <w:rPr>
          <w:rFonts w:ascii="Aptos" w:eastAsia="Aptos" w:hAnsi="Aptos" w:cs="Aptos"/>
        </w:rPr>
        <w:t>cele</w:t>
      </w:r>
      <w:proofErr w:type="spellEnd"/>
      <w:r w:rsidRPr="00B02214">
        <w:rPr>
          <w:rFonts w:ascii="Aptos" w:eastAsia="Aptos" w:hAnsi="Aptos" w:cs="Aptos"/>
        </w:rPr>
        <w:t xml:space="preserve"> </w:t>
      </w:r>
      <w:proofErr w:type="spellStart"/>
      <w:r w:rsidRPr="00B02214">
        <w:rPr>
          <w:rFonts w:ascii="Aptos" w:eastAsia="Aptos" w:hAnsi="Aptos" w:cs="Aptos"/>
        </w:rPr>
        <w:t>două</w:t>
      </w:r>
      <w:proofErr w:type="spellEnd"/>
      <w:r w:rsidRPr="00B02214">
        <w:rPr>
          <w:rFonts w:ascii="Aptos" w:eastAsia="Aptos" w:hAnsi="Aptos" w:cs="Aptos"/>
        </w:rPr>
        <w:t xml:space="preserve"> </w:t>
      </w:r>
      <w:proofErr w:type="spellStart"/>
      <w:r w:rsidRPr="00B02214">
        <w:rPr>
          <w:rFonts w:ascii="Aptos" w:eastAsia="Aptos" w:hAnsi="Aptos" w:cs="Aptos"/>
        </w:rPr>
        <w:t>părți</w:t>
      </w:r>
      <w:proofErr w:type="spellEnd"/>
      <w:r w:rsidRPr="00B02214">
        <w:rPr>
          <w:rFonts w:ascii="Aptos" w:eastAsia="Aptos" w:hAnsi="Aptos" w:cs="Aptos"/>
        </w:rPr>
        <w:t xml:space="preserve"> </w:t>
      </w:r>
      <w:proofErr w:type="spellStart"/>
      <w:r w:rsidRPr="00B02214">
        <w:rPr>
          <w:rFonts w:ascii="Aptos" w:eastAsia="Aptos" w:hAnsi="Aptos" w:cs="Aptos"/>
        </w:rPr>
        <w:t>vor</w:t>
      </w:r>
      <w:proofErr w:type="spellEnd"/>
      <w:r w:rsidRPr="00B02214">
        <w:rPr>
          <w:rFonts w:ascii="Aptos" w:eastAsia="Aptos" w:hAnsi="Aptos" w:cs="Aptos"/>
        </w:rPr>
        <w:t xml:space="preserve"> </w:t>
      </w:r>
      <w:proofErr w:type="spellStart"/>
      <w:r w:rsidRPr="00B02214">
        <w:rPr>
          <w:rFonts w:ascii="Aptos" w:eastAsia="Aptos" w:hAnsi="Aptos" w:cs="Aptos"/>
        </w:rPr>
        <w:t>ține</w:t>
      </w:r>
      <w:proofErr w:type="spellEnd"/>
      <w:r w:rsidRPr="00B02214">
        <w:rPr>
          <w:rFonts w:ascii="Aptos" w:eastAsia="Aptos" w:hAnsi="Aptos" w:cs="Aptos"/>
        </w:rPr>
        <w:t xml:space="preserve"> </w:t>
      </w:r>
      <w:proofErr w:type="spellStart"/>
      <w:r w:rsidRPr="00B02214">
        <w:rPr>
          <w:rFonts w:ascii="Aptos" w:eastAsia="Aptos" w:hAnsi="Aptos" w:cs="Aptos"/>
        </w:rPr>
        <w:t>legătura</w:t>
      </w:r>
      <w:proofErr w:type="spellEnd"/>
      <w:r w:rsidRPr="00B02214">
        <w:rPr>
          <w:rFonts w:ascii="Aptos" w:eastAsia="Aptos" w:hAnsi="Aptos" w:cs="Aptos"/>
        </w:rPr>
        <w:t xml:space="preserve"> permanent, sunt: </w:t>
      </w:r>
    </w:p>
    <w:p w14:paraId="2D32FA1A" w14:textId="77777777" w:rsidR="00651778" w:rsidRPr="00B02214" w:rsidRDefault="00651778" w:rsidP="00651778">
      <w:pPr>
        <w:spacing w:before="240" w:after="240"/>
        <w:rPr>
          <w:lang w:val="fr-FR"/>
        </w:rPr>
      </w:pPr>
      <w:r w:rsidRPr="00B02214">
        <w:rPr>
          <w:rFonts w:ascii="Aptos" w:eastAsia="Aptos" w:hAnsi="Aptos" w:cs="Aptos"/>
          <w:lang w:val="fr-FR"/>
        </w:rPr>
        <w:t xml:space="preserve">● </w:t>
      </w:r>
      <w:proofErr w:type="spellStart"/>
      <w:r w:rsidRPr="00B02214">
        <w:rPr>
          <w:rFonts w:ascii="Aptos" w:eastAsia="Aptos" w:hAnsi="Aptos" w:cs="Aptos"/>
          <w:lang w:val="fr-FR"/>
        </w:rPr>
        <w:t>din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partea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autorității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finanțatoare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responsabil</w:t>
      </w:r>
      <w:proofErr w:type="spellEnd"/>
      <w:r w:rsidRPr="00B02214">
        <w:rPr>
          <w:rFonts w:ascii="Aptos" w:eastAsia="Aptos" w:hAnsi="Aptos" w:cs="Aptos"/>
          <w:lang w:val="fr-FR"/>
        </w:rPr>
        <w:t xml:space="preserve"> program de </w:t>
      </w:r>
      <w:proofErr w:type="spellStart"/>
      <w:r w:rsidRPr="00B02214">
        <w:rPr>
          <w:rFonts w:ascii="Aptos" w:eastAsia="Aptos" w:hAnsi="Aptos" w:cs="Aptos"/>
          <w:lang w:val="fr-FR"/>
        </w:rPr>
        <w:t>finanțare</w:t>
      </w:r>
      <w:proofErr w:type="spellEnd"/>
      <w:proofErr w:type="gramStart"/>
      <w:r w:rsidRPr="00B02214">
        <w:rPr>
          <w:rFonts w:ascii="Aptos" w:eastAsia="Aptos" w:hAnsi="Aptos" w:cs="Aptos"/>
          <w:lang w:val="fr-FR"/>
        </w:rPr>
        <w:t>):</w:t>
      </w:r>
      <w:proofErr w:type="gramEnd"/>
      <w:r w:rsidRPr="00B02214">
        <w:rPr>
          <w:rFonts w:ascii="Aptos" w:eastAsia="Aptos" w:hAnsi="Aptos" w:cs="Aptos"/>
          <w:lang w:val="fr-FR"/>
        </w:rPr>
        <w:t xml:space="preserve"> ___________, </w:t>
      </w:r>
      <w:proofErr w:type="spellStart"/>
      <w:proofErr w:type="gramStart"/>
      <w:r w:rsidRPr="00B02214">
        <w:rPr>
          <w:rFonts w:ascii="Aptos" w:eastAsia="Aptos" w:hAnsi="Aptos" w:cs="Aptos"/>
          <w:lang w:val="fr-FR"/>
        </w:rPr>
        <w:t>telefon</w:t>
      </w:r>
      <w:proofErr w:type="spellEnd"/>
      <w:r w:rsidRPr="00B02214">
        <w:rPr>
          <w:rFonts w:ascii="Aptos" w:eastAsia="Aptos" w:hAnsi="Aptos" w:cs="Aptos"/>
          <w:lang w:val="fr-FR"/>
        </w:rPr>
        <w:t>:</w:t>
      </w:r>
      <w:proofErr w:type="gramEnd"/>
      <w:r w:rsidRPr="00B02214">
        <w:rPr>
          <w:rFonts w:ascii="Aptos" w:eastAsia="Aptos" w:hAnsi="Aptos" w:cs="Aptos"/>
          <w:lang w:val="fr-FR"/>
        </w:rPr>
        <w:t xml:space="preserve"> ______________________, </w:t>
      </w:r>
      <w:proofErr w:type="gramStart"/>
      <w:r w:rsidRPr="00B02214">
        <w:rPr>
          <w:rFonts w:ascii="Aptos" w:eastAsia="Aptos" w:hAnsi="Aptos" w:cs="Aptos"/>
          <w:lang w:val="fr-FR"/>
        </w:rPr>
        <w:t>e-mail:</w:t>
      </w:r>
      <w:proofErr w:type="gramEnd"/>
      <w:r w:rsidRPr="00B02214">
        <w:rPr>
          <w:rFonts w:ascii="Aptos" w:eastAsia="Aptos" w:hAnsi="Aptos" w:cs="Aptos"/>
          <w:lang w:val="fr-FR"/>
        </w:rPr>
        <w:t xml:space="preserve"> ________________</w:t>
      </w:r>
    </w:p>
    <w:p w14:paraId="17B18526" w14:textId="77777777" w:rsidR="00651778" w:rsidRPr="00651778" w:rsidRDefault="00651778" w:rsidP="00651778">
      <w:pPr>
        <w:spacing w:before="240" w:after="240"/>
        <w:rPr>
          <w:lang w:val="fr-FR"/>
        </w:rPr>
      </w:pPr>
      <w:r w:rsidRPr="00B02214">
        <w:rPr>
          <w:rFonts w:ascii="Aptos" w:eastAsia="Aptos" w:hAnsi="Aptos" w:cs="Aptos"/>
          <w:lang w:val="fr-FR"/>
        </w:rPr>
        <w:t xml:space="preserve">● </w:t>
      </w:r>
      <w:proofErr w:type="spellStart"/>
      <w:r w:rsidRPr="00B02214">
        <w:rPr>
          <w:rFonts w:ascii="Aptos" w:eastAsia="Aptos" w:hAnsi="Aptos" w:cs="Aptos"/>
          <w:lang w:val="fr-FR"/>
        </w:rPr>
        <w:t>din</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partea</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autorității</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finanțatoare</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responsabil</w:t>
      </w:r>
      <w:proofErr w:type="spellEnd"/>
      <w:r w:rsidRPr="00B02214">
        <w:rPr>
          <w:rFonts w:ascii="Aptos" w:eastAsia="Aptos" w:hAnsi="Aptos" w:cs="Aptos"/>
          <w:lang w:val="fr-FR"/>
        </w:rPr>
        <w:t xml:space="preserve"> </w:t>
      </w:r>
      <w:proofErr w:type="spellStart"/>
      <w:r w:rsidRPr="00B02214">
        <w:rPr>
          <w:rFonts w:ascii="Aptos" w:eastAsia="Aptos" w:hAnsi="Aptos" w:cs="Aptos"/>
          <w:lang w:val="fr-FR"/>
        </w:rPr>
        <w:t>financiar</w:t>
      </w:r>
      <w:proofErr w:type="spellEnd"/>
      <w:proofErr w:type="gramStart"/>
      <w:r w:rsidRPr="00B02214">
        <w:rPr>
          <w:rFonts w:ascii="Aptos" w:eastAsia="Aptos" w:hAnsi="Aptos" w:cs="Aptos"/>
          <w:lang w:val="fr-FR"/>
        </w:rPr>
        <w:t>):</w:t>
      </w:r>
      <w:proofErr w:type="gramEnd"/>
      <w:r w:rsidRPr="00B02214">
        <w:rPr>
          <w:rFonts w:ascii="Aptos" w:eastAsia="Aptos" w:hAnsi="Aptos" w:cs="Aptos"/>
          <w:lang w:val="fr-FR"/>
        </w:rPr>
        <w:t xml:space="preserve"> ___________, </w:t>
      </w:r>
      <w:proofErr w:type="spellStart"/>
      <w:proofErr w:type="gramStart"/>
      <w:r w:rsidRPr="00B02214">
        <w:rPr>
          <w:rFonts w:ascii="Aptos" w:eastAsia="Aptos" w:hAnsi="Aptos" w:cs="Aptos"/>
          <w:lang w:val="fr-FR"/>
        </w:rPr>
        <w:t>telefon</w:t>
      </w:r>
      <w:proofErr w:type="spellEnd"/>
      <w:r w:rsidRPr="00B02214">
        <w:rPr>
          <w:rFonts w:ascii="Aptos" w:eastAsia="Aptos" w:hAnsi="Aptos" w:cs="Aptos"/>
          <w:lang w:val="fr-FR"/>
        </w:rPr>
        <w:t>:</w:t>
      </w:r>
      <w:proofErr w:type="gramEnd"/>
      <w:r w:rsidRPr="00B02214">
        <w:rPr>
          <w:rFonts w:ascii="Aptos" w:eastAsia="Aptos" w:hAnsi="Aptos" w:cs="Aptos"/>
          <w:lang w:val="fr-FR"/>
        </w:rPr>
        <w:t xml:space="preserve"> ________</w:t>
      </w:r>
      <w:proofErr w:type="gramStart"/>
      <w:r w:rsidRPr="00B02214">
        <w:rPr>
          <w:rFonts w:ascii="Aptos" w:eastAsia="Aptos" w:hAnsi="Aptos" w:cs="Aptos"/>
          <w:lang w:val="fr-FR"/>
        </w:rPr>
        <w:t>_  e-mail</w:t>
      </w:r>
      <w:proofErr w:type="gramEnd"/>
      <w:r w:rsidRPr="00B02214">
        <w:rPr>
          <w:rFonts w:ascii="Aptos" w:eastAsia="Aptos" w:hAnsi="Aptos" w:cs="Aptos"/>
          <w:lang w:val="fr-FR"/>
        </w:rPr>
        <w:t>: ___</w:t>
      </w:r>
      <w:proofErr w:type="gramStart"/>
      <w:r w:rsidRPr="00B02214">
        <w:rPr>
          <w:rFonts w:ascii="Aptos" w:eastAsia="Aptos" w:hAnsi="Aptos" w:cs="Aptos"/>
          <w:lang w:val="fr-FR"/>
        </w:rPr>
        <w:t>_ ,</w:t>
      </w:r>
      <w:proofErr w:type="gramEnd"/>
    </w:p>
    <w:p w14:paraId="104DC425" w14:textId="77777777" w:rsidR="00651778" w:rsidRDefault="00651778" w:rsidP="00651778">
      <w:pPr>
        <w:spacing w:before="240" w:after="240"/>
      </w:pPr>
      <w:r w:rsidRPr="4CEEF237">
        <w:rPr>
          <w:rFonts w:ascii="Aptos" w:eastAsia="Aptos" w:hAnsi="Aptos" w:cs="Aptos"/>
        </w:rPr>
        <w:t xml:space="preserve">● din </w:t>
      </w:r>
      <w:proofErr w:type="spellStart"/>
      <w:r w:rsidRPr="4CEEF237">
        <w:rPr>
          <w:rFonts w:ascii="Aptos" w:eastAsia="Aptos" w:hAnsi="Aptos" w:cs="Aptos"/>
        </w:rPr>
        <w:t>partea</w:t>
      </w:r>
      <w:proofErr w:type="spellEnd"/>
      <w:r w:rsidRPr="4CEEF237">
        <w:rPr>
          <w:rFonts w:ascii="Aptos" w:eastAsia="Aptos" w:hAnsi="Aptos" w:cs="Aptos"/>
        </w:rPr>
        <w:t xml:space="preserve"> </w:t>
      </w:r>
      <w:proofErr w:type="spellStart"/>
      <w:r w:rsidRPr="4CEEF237">
        <w:rPr>
          <w:rFonts w:ascii="Aptos" w:eastAsia="Aptos" w:hAnsi="Aptos" w:cs="Aptos"/>
        </w:rPr>
        <w:t>beneficiarului</w:t>
      </w:r>
      <w:proofErr w:type="spellEnd"/>
      <w:r w:rsidRPr="4CEEF237">
        <w:rPr>
          <w:rFonts w:ascii="Aptos" w:eastAsia="Aptos" w:hAnsi="Aptos" w:cs="Aptos"/>
        </w:rPr>
        <w:t xml:space="preserve"> (</w:t>
      </w:r>
      <w:proofErr w:type="spellStart"/>
      <w:r w:rsidRPr="4CEEF237">
        <w:rPr>
          <w:rFonts w:ascii="Aptos" w:eastAsia="Aptos" w:hAnsi="Aptos" w:cs="Aptos"/>
        </w:rPr>
        <w:t>reprezentant</w:t>
      </w:r>
      <w:proofErr w:type="spellEnd"/>
      <w:r w:rsidRPr="4CEEF237">
        <w:rPr>
          <w:rFonts w:ascii="Aptos" w:eastAsia="Aptos" w:hAnsi="Aptos" w:cs="Aptos"/>
        </w:rPr>
        <w:t xml:space="preserve"> legal): ___________, </w:t>
      </w:r>
      <w:proofErr w:type="spellStart"/>
      <w:r w:rsidRPr="4CEEF237">
        <w:rPr>
          <w:rFonts w:ascii="Aptos" w:eastAsia="Aptos" w:hAnsi="Aptos" w:cs="Aptos"/>
        </w:rPr>
        <w:t>telefon</w:t>
      </w:r>
      <w:proofErr w:type="spellEnd"/>
      <w:r w:rsidRPr="4CEEF237">
        <w:rPr>
          <w:rFonts w:ascii="Aptos" w:eastAsia="Aptos" w:hAnsi="Aptos" w:cs="Aptos"/>
        </w:rPr>
        <w:t xml:space="preserve">: ___________, e-mail: ___________, </w:t>
      </w:r>
    </w:p>
    <w:p w14:paraId="126A81E8" w14:textId="77777777" w:rsidR="00651778" w:rsidRDefault="00651778" w:rsidP="00651778">
      <w:pPr>
        <w:spacing w:before="240" w:after="240"/>
      </w:pPr>
      <w:r w:rsidRPr="4CEEF237">
        <w:rPr>
          <w:rFonts w:ascii="Aptos" w:eastAsia="Aptos" w:hAnsi="Aptos" w:cs="Aptos"/>
        </w:rPr>
        <w:t xml:space="preserve">● din </w:t>
      </w:r>
      <w:proofErr w:type="spellStart"/>
      <w:r w:rsidRPr="4CEEF237">
        <w:rPr>
          <w:rFonts w:ascii="Aptos" w:eastAsia="Aptos" w:hAnsi="Aptos" w:cs="Aptos"/>
        </w:rPr>
        <w:t>partea</w:t>
      </w:r>
      <w:proofErr w:type="spellEnd"/>
      <w:r w:rsidRPr="4CEEF237">
        <w:rPr>
          <w:rFonts w:ascii="Aptos" w:eastAsia="Aptos" w:hAnsi="Aptos" w:cs="Aptos"/>
        </w:rPr>
        <w:t xml:space="preserve"> </w:t>
      </w:r>
      <w:proofErr w:type="spellStart"/>
      <w:r w:rsidRPr="4CEEF237">
        <w:rPr>
          <w:rFonts w:ascii="Aptos" w:eastAsia="Aptos" w:hAnsi="Aptos" w:cs="Aptos"/>
        </w:rPr>
        <w:t>beneficiarului</w:t>
      </w:r>
      <w:proofErr w:type="spellEnd"/>
      <w:r w:rsidRPr="4CEEF237">
        <w:rPr>
          <w:rFonts w:ascii="Aptos" w:eastAsia="Aptos" w:hAnsi="Aptos" w:cs="Aptos"/>
        </w:rPr>
        <w:t xml:space="preserve"> (</w:t>
      </w:r>
      <w:proofErr w:type="spellStart"/>
      <w:r w:rsidRPr="4CEEF237">
        <w:rPr>
          <w:rFonts w:ascii="Aptos" w:eastAsia="Aptos" w:hAnsi="Aptos" w:cs="Aptos"/>
        </w:rPr>
        <w:t>responsabil</w:t>
      </w:r>
      <w:proofErr w:type="spellEnd"/>
      <w:r w:rsidRPr="4CEEF237">
        <w:rPr>
          <w:rFonts w:ascii="Aptos" w:eastAsia="Aptos" w:hAnsi="Aptos" w:cs="Aptos"/>
        </w:rPr>
        <w:t xml:space="preserve"> </w:t>
      </w:r>
      <w:proofErr w:type="spellStart"/>
      <w:r w:rsidRPr="4CEEF237">
        <w:rPr>
          <w:rFonts w:ascii="Aptos" w:eastAsia="Aptos" w:hAnsi="Aptos" w:cs="Aptos"/>
        </w:rPr>
        <w:t>financiar</w:t>
      </w:r>
      <w:proofErr w:type="spellEnd"/>
      <w:r w:rsidRPr="4CEEF237">
        <w:rPr>
          <w:rFonts w:ascii="Aptos" w:eastAsia="Aptos" w:hAnsi="Aptos" w:cs="Aptos"/>
        </w:rPr>
        <w:t xml:space="preserve">): ___________, </w:t>
      </w:r>
      <w:proofErr w:type="spellStart"/>
      <w:r w:rsidRPr="4CEEF237">
        <w:rPr>
          <w:rFonts w:ascii="Aptos" w:eastAsia="Aptos" w:hAnsi="Aptos" w:cs="Aptos"/>
        </w:rPr>
        <w:t>telefon</w:t>
      </w:r>
      <w:proofErr w:type="spellEnd"/>
      <w:r w:rsidRPr="4CEEF237">
        <w:rPr>
          <w:rFonts w:ascii="Aptos" w:eastAsia="Aptos" w:hAnsi="Aptos" w:cs="Aptos"/>
        </w:rPr>
        <w:t xml:space="preserve">: ___________, e-mail: ___________, </w:t>
      </w:r>
    </w:p>
    <w:p w14:paraId="1B06592E" w14:textId="77777777" w:rsidR="00651778" w:rsidRDefault="00651778" w:rsidP="00651778">
      <w:pPr>
        <w:spacing w:before="240" w:after="240"/>
        <w:rPr>
          <w:rFonts w:ascii="Aptos" w:eastAsia="Aptos" w:hAnsi="Aptos" w:cs="Aptos"/>
        </w:rPr>
      </w:pPr>
      <w:r w:rsidRPr="78D53229">
        <w:rPr>
          <w:rFonts w:ascii="Aptos" w:eastAsia="Aptos" w:hAnsi="Aptos" w:cs="Aptos"/>
        </w:rPr>
        <w:t xml:space="preserve">● din </w:t>
      </w:r>
      <w:proofErr w:type="spellStart"/>
      <w:r w:rsidRPr="78D53229">
        <w:rPr>
          <w:rFonts w:ascii="Aptos" w:eastAsia="Aptos" w:hAnsi="Aptos" w:cs="Aptos"/>
        </w:rPr>
        <w:t>partea</w:t>
      </w:r>
      <w:proofErr w:type="spellEnd"/>
      <w:r w:rsidRPr="78D53229">
        <w:rPr>
          <w:rFonts w:ascii="Aptos" w:eastAsia="Aptos" w:hAnsi="Aptos" w:cs="Aptos"/>
        </w:rPr>
        <w:t xml:space="preserve"> </w:t>
      </w:r>
      <w:proofErr w:type="spellStart"/>
      <w:r w:rsidRPr="78D53229">
        <w:rPr>
          <w:rFonts w:ascii="Aptos" w:eastAsia="Aptos" w:hAnsi="Aptos" w:cs="Aptos"/>
        </w:rPr>
        <w:t>beneficiarului</w:t>
      </w:r>
      <w:proofErr w:type="spellEnd"/>
      <w:r w:rsidRPr="78D53229">
        <w:rPr>
          <w:rFonts w:ascii="Aptos" w:eastAsia="Aptos" w:hAnsi="Aptos" w:cs="Aptos"/>
        </w:rPr>
        <w:t xml:space="preserve"> (</w:t>
      </w:r>
      <w:proofErr w:type="spellStart"/>
      <w:r w:rsidRPr="78D53229">
        <w:rPr>
          <w:rFonts w:ascii="Aptos" w:eastAsia="Aptos" w:hAnsi="Aptos" w:cs="Aptos"/>
        </w:rPr>
        <w:t>coordonator</w:t>
      </w:r>
      <w:proofErr w:type="spellEnd"/>
      <w:r w:rsidRPr="78D53229">
        <w:rPr>
          <w:rFonts w:ascii="Aptos" w:eastAsia="Aptos" w:hAnsi="Aptos" w:cs="Aptos"/>
        </w:rPr>
        <w:t xml:space="preserve"> </w:t>
      </w:r>
      <w:proofErr w:type="spellStart"/>
      <w:proofErr w:type="gramStart"/>
      <w:r w:rsidRPr="78D53229">
        <w:rPr>
          <w:rFonts w:ascii="Aptos" w:eastAsia="Aptos" w:hAnsi="Aptos" w:cs="Aptos"/>
        </w:rPr>
        <w:t>proiect</w:t>
      </w:r>
      <w:proofErr w:type="spellEnd"/>
      <w:r w:rsidRPr="78D53229">
        <w:rPr>
          <w:rFonts w:ascii="Aptos" w:eastAsia="Aptos" w:hAnsi="Aptos" w:cs="Aptos"/>
        </w:rPr>
        <w:t xml:space="preserve">): ___________, </w:t>
      </w:r>
      <w:proofErr w:type="spellStart"/>
      <w:r w:rsidRPr="78D53229">
        <w:rPr>
          <w:rFonts w:ascii="Aptos" w:eastAsia="Aptos" w:hAnsi="Aptos" w:cs="Aptos"/>
        </w:rPr>
        <w:t>telefon</w:t>
      </w:r>
      <w:proofErr w:type="spellEnd"/>
      <w:r w:rsidRPr="78D53229">
        <w:rPr>
          <w:rFonts w:ascii="Aptos" w:eastAsia="Aptos" w:hAnsi="Aptos" w:cs="Aptos"/>
        </w:rPr>
        <w:t xml:space="preserve">: </w:t>
      </w:r>
      <w:proofErr w:type="gramEnd"/>
      <w:r w:rsidRPr="78D53229">
        <w:rPr>
          <w:rFonts w:ascii="Aptos" w:eastAsia="Aptos" w:hAnsi="Aptos" w:cs="Aptos"/>
        </w:rPr>
        <w:t xml:space="preserve">___________, e-mail: ___________. </w:t>
      </w:r>
    </w:p>
    <w:p w14:paraId="5D980084" w14:textId="77777777" w:rsidR="00651778" w:rsidRDefault="00651778" w:rsidP="00651778">
      <w:pPr>
        <w:spacing w:before="240" w:after="240"/>
        <w:rPr>
          <w:rFonts w:ascii="Aptos" w:eastAsia="Aptos" w:hAnsi="Aptos" w:cs="Aptos"/>
        </w:rPr>
      </w:pPr>
    </w:p>
    <w:p w14:paraId="2B58BABF" w14:textId="77777777" w:rsidR="00651778" w:rsidRDefault="00651778" w:rsidP="00651778">
      <w:pPr>
        <w:spacing w:before="240" w:after="240"/>
        <w:rPr>
          <w:rFonts w:ascii="Aptos" w:eastAsia="Aptos" w:hAnsi="Aptos" w:cs="Aptos"/>
        </w:rPr>
      </w:pPr>
    </w:p>
    <w:p w14:paraId="0600EF5B" w14:textId="77777777" w:rsidR="00651778" w:rsidRDefault="00651778" w:rsidP="00651778">
      <w:pPr>
        <w:spacing w:before="240" w:after="240"/>
        <w:rPr>
          <w:rFonts w:ascii="Aptos" w:eastAsia="Aptos" w:hAnsi="Aptos" w:cs="Aptos"/>
        </w:rPr>
      </w:pPr>
    </w:p>
    <w:p w14:paraId="6CEB31D9" w14:textId="77777777" w:rsidR="00651778" w:rsidRDefault="00651778" w:rsidP="00651778">
      <w:pPr>
        <w:spacing w:before="240" w:after="240"/>
        <w:rPr>
          <w:rFonts w:ascii="Aptos" w:eastAsia="Aptos" w:hAnsi="Aptos" w:cs="Aptos"/>
        </w:rPr>
      </w:pPr>
    </w:p>
    <w:p w14:paraId="15E45017" w14:textId="77777777" w:rsidR="00651778" w:rsidRDefault="00651778" w:rsidP="00651778">
      <w:pPr>
        <w:spacing w:before="240" w:after="240"/>
        <w:rPr>
          <w:rFonts w:ascii="Aptos" w:eastAsia="Aptos" w:hAnsi="Aptos" w:cs="Aptos"/>
        </w:rPr>
      </w:pPr>
    </w:p>
    <w:p w14:paraId="72E13860" w14:textId="77777777" w:rsidR="00651778" w:rsidRDefault="00651778" w:rsidP="00651778">
      <w:pPr>
        <w:spacing w:before="240" w:after="240"/>
        <w:rPr>
          <w:rFonts w:ascii="Aptos" w:eastAsia="Aptos" w:hAnsi="Aptos" w:cs="Aptos"/>
        </w:rPr>
      </w:pPr>
    </w:p>
    <w:p w14:paraId="453CB9A7" w14:textId="77777777" w:rsidR="00651778" w:rsidRDefault="00651778" w:rsidP="00651778">
      <w:pPr>
        <w:spacing w:before="240" w:after="240"/>
      </w:pPr>
    </w:p>
    <w:p w14:paraId="0AFCE5B9" w14:textId="5CE62463" w:rsidR="00651778" w:rsidRDefault="00651778" w:rsidP="00651778">
      <w:pPr>
        <w:tabs>
          <w:tab w:val="left" w:pos="1116"/>
        </w:tabs>
        <w:rPr>
          <w:rFonts w:asciiTheme="majorHAnsi" w:eastAsiaTheme="majorEastAsia" w:hAnsiTheme="majorHAnsi" w:cstheme="majorBidi"/>
          <w:b/>
          <w:bCs/>
          <w:color w:val="00636A"/>
          <w:sz w:val="24"/>
          <w:szCs w:val="26"/>
        </w:rPr>
      </w:pPr>
    </w:p>
    <w:p w14:paraId="1D8540F4" w14:textId="2305A241" w:rsidR="00651778" w:rsidRPr="00651778" w:rsidRDefault="00651778" w:rsidP="00651778">
      <w:pPr>
        <w:tabs>
          <w:tab w:val="left" w:pos="1116"/>
        </w:tabs>
        <w:rPr>
          <w:rFonts w:asciiTheme="majorHAnsi" w:eastAsiaTheme="majorEastAsia" w:hAnsiTheme="majorHAnsi" w:cstheme="majorBidi"/>
          <w:sz w:val="24"/>
          <w:szCs w:val="26"/>
        </w:rPr>
        <w:sectPr w:rsidR="00651778" w:rsidRPr="00651778" w:rsidSect="005E1C75">
          <w:headerReference w:type="default" r:id="rId33"/>
          <w:pgSz w:w="11909" w:h="16834"/>
          <w:pgMar w:top="720" w:right="720" w:bottom="1701" w:left="720" w:header="431" w:footer="431" w:gutter="0"/>
          <w:pgNumType w:start="1"/>
          <w:cols w:space="720"/>
          <w:docGrid w:linePitch="286"/>
        </w:sectPr>
      </w:pPr>
      <w:r>
        <w:rPr>
          <w:rFonts w:asciiTheme="majorHAnsi" w:eastAsiaTheme="majorEastAsia" w:hAnsiTheme="majorHAnsi" w:cstheme="majorBidi"/>
          <w:sz w:val="24"/>
          <w:szCs w:val="26"/>
        </w:rPr>
        <w:tab/>
      </w:r>
    </w:p>
    <w:p w14:paraId="60C0B499" w14:textId="3889E790" w:rsidR="005E1C75" w:rsidRDefault="005E1C75" w:rsidP="005E1C75">
      <w:pPr>
        <w:tabs>
          <w:tab w:val="left" w:pos="1320"/>
        </w:tabs>
        <w:rPr>
          <w:rFonts w:asciiTheme="majorHAnsi" w:eastAsiaTheme="majorEastAsia" w:hAnsiTheme="majorHAnsi" w:cstheme="majorBidi"/>
          <w:b/>
          <w:bCs/>
          <w:color w:val="00636A"/>
          <w:sz w:val="24"/>
          <w:szCs w:val="26"/>
        </w:rPr>
      </w:pPr>
    </w:p>
    <w:p w14:paraId="3CD137A3" w14:textId="474CF6CD" w:rsidR="00EF5833" w:rsidRPr="000D4FDC" w:rsidRDefault="00EF5833" w:rsidP="00EF5833">
      <w:pPr>
        <w:pStyle w:val="Title"/>
        <w:pBdr>
          <w:bottom w:val="none" w:sz="0" w:space="0" w:color="000000"/>
        </w:pBdr>
        <w:spacing w:line="360" w:lineRule="auto"/>
        <w:rPr>
          <w:rFonts w:ascii="Montserrat" w:eastAsia="Times New Roman" w:hAnsi="Montserrat" w:cs="Times New Roman"/>
          <w:bCs/>
          <w:color w:val="auto"/>
          <w:sz w:val="20"/>
          <w:szCs w:val="20"/>
          <w:lang w:val="ro-RO"/>
        </w:rPr>
      </w:pPr>
      <w:r w:rsidRPr="000D4FDC">
        <w:rPr>
          <w:rFonts w:ascii="Montserrat" w:eastAsia="Arial" w:hAnsi="Montserrat" w:cs="Arial"/>
          <w:bCs/>
          <w:sz w:val="20"/>
          <w:szCs w:val="20"/>
          <w:lang w:val="ro-RO"/>
        </w:rPr>
        <w:t xml:space="preserve">ANEXA </w:t>
      </w:r>
      <w:r>
        <w:rPr>
          <w:rFonts w:ascii="Montserrat" w:eastAsia="Arial" w:hAnsi="Montserrat" w:cs="Arial"/>
          <w:bCs/>
          <w:sz w:val="20"/>
          <w:szCs w:val="20"/>
          <w:lang w:val="ro-RO"/>
        </w:rPr>
        <w:t>7</w:t>
      </w:r>
      <w:r w:rsidRPr="000D4FDC">
        <w:rPr>
          <w:rFonts w:ascii="Montserrat" w:eastAsia="Arial" w:hAnsi="Montserrat" w:cs="Arial"/>
          <w:bCs/>
          <w:sz w:val="20"/>
          <w:szCs w:val="20"/>
          <w:lang w:val="ro-RO"/>
        </w:rPr>
        <w:t xml:space="preserve">  </w:t>
      </w:r>
      <w:r w:rsidRPr="000D4FDC">
        <w:rPr>
          <w:rFonts w:ascii="Montserrat" w:hAnsi="Montserrat"/>
          <w:bCs/>
          <w:sz w:val="20"/>
          <w:szCs w:val="20"/>
          <w:lang w:val="ro-RO"/>
        </w:rPr>
        <w:t xml:space="preserve">la Regulamentul </w:t>
      </w:r>
      <w:r w:rsidRPr="000D4FDC">
        <w:rPr>
          <w:rFonts w:ascii="Montserrat" w:eastAsia="Times New Roman" w:hAnsi="Montserrat" w:cs="Times New Roman"/>
          <w:bCs/>
          <w:color w:val="auto"/>
          <w:sz w:val="20"/>
          <w:szCs w:val="20"/>
          <w:lang w:val="ro-RO"/>
        </w:rPr>
        <w:t xml:space="preserve">privind desfășurarea Programului Youth </w:t>
      </w:r>
    </w:p>
    <w:p w14:paraId="415047AC" w14:textId="77777777" w:rsidR="00EF5833" w:rsidRPr="000D4FDC" w:rsidRDefault="00EF5833" w:rsidP="00EF5833">
      <w:pPr>
        <w:pStyle w:val="Title"/>
        <w:pBdr>
          <w:bottom w:val="none" w:sz="0" w:space="0" w:color="000000"/>
        </w:pBdr>
        <w:spacing w:line="360" w:lineRule="auto"/>
        <w:rPr>
          <w:rFonts w:ascii="Montserrat" w:eastAsia="Arial" w:hAnsi="Montserrat" w:cs="Arial"/>
          <w:bCs/>
          <w:sz w:val="20"/>
          <w:szCs w:val="20"/>
          <w:lang w:val="ro-RO"/>
        </w:rPr>
      </w:pPr>
      <w:r w:rsidRPr="000D4FDC">
        <w:rPr>
          <w:rFonts w:ascii="Montserrat" w:eastAsia="Times New Roman" w:hAnsi="Montserrat" w:cs="Times New Roman"/>
          <w:bCs/>
          <w:color w:val="auto"/>
          <w:sz w:val="20"/>
          <w:szCs w:val="20"/>
          <w:lang w:val="ro-RO"/>
        </w:rPr>
        <w:t xml:space="preserve">Climate </w:t>
      </w:r>
      <w:proofErr w:type="spellStart"/>
      <w:r w:rsidRPr="000D4FDC">
        <w:rPr>
          <w:rFonts w:ascii="Montserrat" w:eastAsia="Times New Roman" w:hAnsi="Montserrat" w:cs="Times New Roman"/>
          <w:bCs/>
          <w:color w:val="auto"/>
          <w:sz w:val="20"/>
          <w:szCs w:val="20"/>
          <w:lang w:val="ro-RO"/>
        </w:rPr>
        <w:t>Action</w:t>
      </w:r>
      <w:proofErr w:type="spellEnd"/>
      <w:r w:rsidRPr="000D4FDC">
        <w:rPr>
          <w:rFonts w:ascii="Montserrat" w:eastAsia="Times New Roman" w:hAnsi="Montserrat" w:cs="Times New Roman"/>
          <w:bCs/>
          <w:color w:val="auto"/>
          <w:sz w:val="20"/>
          <w:szCs w:val="20"/>
          <w:lang w:val="ro-RO"/>
        </w:rPr>
        <w:t xml:space="preserve"> Fund - </w:t>
      </w:r>
      <w:proofErr w:type="spellStart"/>
      <w:r w:rsidRPr="000D4FDC">
        <w:rPr>
          <w:rFonts w:ascii="Montserrat" w:eastAsia="Times New Roman" w:hAnsi="Montserrat" w:cs="Times New Roman"/>
          <w:bCs/>
          <w:color w:val="auto"/>
          <w:sz w:val="20"/>
          <w:szCs w:val="20"/>
          <w:lang w:val="ro-RO"/>
        </w:rPr>
        <w:t>Bloomberg</w:t>
      </w:r>
      <w:proofErr w:type="spellEnd"/>
      <w:r w:rsidRPr="000D4FDC">
        <w:rPr>
          <w:rFonts w:ascii="Montserrat" w:eastAsia="Times New Roman" w:hAnsi="Montserrat" w:cs="Times New Roman"/>
          <w:bCs/>
          <w:color w:val="auto"/>
          <w:sz w:val="20"/>
          <w:szCs w:val="20"/>
          <w:lang w:val="ro-RO"/>
        </w:rPr>
        <w:t xml:space="preserve"> </w:t>
      </w:r>
      <w:proofErr w:type="spellStart"/>
      <w:r w:rsidRPr="000D4FDC">
        <w:rPr>
          <w:rFonts w:ascii="Montserrat" w:eastAsia="Times New Roman" w:hAnsi="Montserrat" w:cs="Times New Roman"/>
          <w:bCs/>
          <w:color w:val="auto"/>
          <w:sz w:val="20"/>
          <w:szCs w:val="20"/>
          <w:lang w:val="ro-RO"/>
        </w:rPr>
        <w:t>Philanthropies</w:t>
      </w:r>
      <w:proofErr w:type="spellEnd"/>
      <w:r w:rsidRPr="000D4FDC">
        <w:rPr>
          <w:rFonts w:ascii="Montserrat" w:hAnsi="Montserrat"/>
          <w:bCs/>
          <w:sz w:val="20"/>
          <w:szCs w:val="20"/>
        </w:rPr>
        <w:br/>
      </w:r>
      <w:r w:rsidRPr="000D4FDC">
        <w:rPr>
          <w:rFonts w:ascii="Montserrat" w:eastAsia="Times New Roman" w:hAnsi="Montserrat" w:cs="Times New Roman"/>
          <w:bCs/>
          <w:color w:val="auto"/>
          <w:sz w:val="20"/>
          <w:szCs w:val="20"/>
          <w:lang w:val="ro-RO"/>
        </w:rPr>
        <w:t xml:space="preserve">în Municipiul Timișoara, Runda 1: 2026-2027, </w:t>
      </w:r>
      <w:r w:rsidRPr="000D4FDC">
        <w:rPr>
          <w:rFonts w:ascii="Montserrat" w:eastAsia="Arial" w:hAnsi="Montserrat" w:cs="Arial"/>
          <w:bCs/>
          <w:sz w:val="20"/>
          <w:szCs w:val="20"/>
          <w:lang w:val="ro-RO"/>
        </w:rPr>
        <w:t xml:space="preserve">HCL nr. ....../................      </w:t>
      </w:r>
    </w:p>
    <w:p w14:paraId="7E6E4986" w14:textId="77777777" w:rsidR="005E1C75" w:rsidRDefault="005E1C75" w:rsidP="005E1C75">
      <w:pPr>
        <w:tabs>
          <w:tab w:val="left" w:pos="1320"/>
        </w:tabs>
        <w:rPr>
          <w:rFonts w:asciiTheme="majorHAnsi" w:eastAsiaTheme="majorEastAsia" w:hAnsiTheme="majorHAnsi" w:cstheme="majorBidi"/>
          <w:sz w:val="24"/>
          <w:szCs w:val="26"/>
          <w:lang w:val="ro-RO"/>
        </w:rPr>
      </w:pPr>
    </w:p>
    <w:p w14:paraId="73650195" w14:textId="77777777" w:rsidR="00EF5833" w:rsidRPr="00FB5969" w:rsidRDefault="00EF5833" w:rsidP="00EF5833">
      <w:pPr>
        <w:spacing w:after="280"/>
        <w:jc w:val="center"/>
        <w:rPr>
          <w:rFonts w:ascii="Times New Roman" w:hAnsi="Times New Roman" w:cs="Times New Roman"/>
          <w:sz w:val="24"/>
          <w:szCs w:val="24"/>
          <w:lang w:val="ro-RO"/>
        </w:rPr>
      </w:pPr>
      <w:r w:rsidRPr="00FB5969">
        <w:rPr>
          <w:rFonts w:ascii="Times New Roman" w:hAnsi="Times New Roman" w:cs="Times New Roman"/>
          <w:b/>
          <w:color w:val="168482"/>
          <w:sz w:val="24"/>
          <w:szCs w:val="24"/>
          <w:lang w:val="ro-RO"/>
        </w:rPr>
        <w:t>Certificare privind transmiterea imaginilor</w:t>
      </w:r>
    </w:p>
    <w:p w14:paraId="04FA9D7B" w14:textId="77777777" w:rsidR="00EF5833" w:rsidRPr="00FB5969" w:rsidRDefault="00EF5833" w:rsidP="00EF5833">
      <w:pPr>
        <w:rPr>
          <w:rFonts w:ascii="Times New Roman" w:hAnsi="Times New Roman" w:cs="Times New Roman"/>
          <w:sz w:val="24"/>
          <w:szCs w:val="24"/>
          <w:lang w:val="ro-RO"/>
        </w:rPr>
      </w:pPr>
      <w:r w:rsidRPr="00FB5969">
        <w:rPr>
          <w:rFonts w:ascii="Times New Roman" w:hAnsi="Times New Roman" w:cs="Times New Roman"/>
          <w:sz w:val="24"/>
          <w:szCs w:val="24"/>
          <w:lang w:val="ro-RO"/>
        </w:rPr>
        <w:t xml:space="preserve">Prin transmiterea oricăror fotografii, imagini, înregistrări audiovizuale sau alte materiale vizuale („Imagini”) în legătură cu Youth Climate </w:t>
      </w:r>
      <w:proofErr w:type="spellStart"/>
      <w:r w:rsidRPr="00FB5969">
        <w:rPr>
          <w:rFonts w:ascii="Times New Roman" w:hAnsi="Times New Roman" w:cs="Times New Roman"/>
          <w:sz w:val="24"/>
          <w:szCs w:val="24"/>
          <w:lang w:val="ro-RO"/>
        </w:rPr>
        <w:t>Action</w:t>
      </w:r>
      <w:proofErr w:type="spellEnd"/>
      <w:r w:rsidRPr="00FB5969">
        <w:rPr>
          <w:rFonts w:ascii="Times New Roman" w:hAnsi="Times New Roman" w:cs="Times New Roman"/>
          <w:sz w:val="24"/>
          <w:szCs w:val="24"/>
          <w:lang w:val="ro-RO"/>
        </w:rPr>
        <w:t xml:space="preserve"> Fund, subsemnatul certifică, declară și garantează, în numele organizației care transmite materialele, că:</w:t>
      </w:r>
    </w:p>
    <w:p w14:paraId="1D781DF9" w14:textId="77777777" w:rsidR="00EF5833" w:rsidRPr="00FB5969" w:rsidRDefault="00EF5833" w:rsidP="00EF5833">
      <w:pPr>
        <w:keepNext/>
        <w:spacing w:before="120" w:after="40"/>
        <w:rPr>
          <w:rFonts w:ascii="Times New Roman" w:hAnsi="Times New Roman" w:cs="Times New Roman"/>
          <w:sz w:val="24"/>
          <w:szCs w:val="24"/>
          <w:lang w:val="ro-RO"/>
        </w:rPr>
      </w:pPr>
      <w:r w:rsidRPr="00FB5969">
        <w:rPr>
          <w:rFonts w:ascii="Times New Roman" w:hAnsi="Times New Roman" w:cs="Times New Roman"/>
          <w:sz w:val="24"/>
          <w:szCs w:val="24"/>
          <w:lang w:val="ro-RO"/>
        </w:rPr>
        <w:t xml:space="preserve">1. </w:t>
      </w:r>
      <w:r w:rsidRPr="00FB5969">
        <w:rPr>
          <w:rFonts w:ascii="Times New Roman" w:hAnsi="Times New Roman" w:cs="Times New Roman"/>
          <w:b/>
          <w:sz w:val="24"/>
          <w:szCs w:val="24"/>
          <w:lang w:val="ro-RO"/>
        </w:rPr>
        <w:t>Dreptul de a acorda licență pentru Imagini.</w:t>
      </w:r>
    </w:p>
    <w:p w14:paraId="2422AC54" w14:textId="77777777" w:rsidR="00EF5833" w:rsidRPr="00FB5969" w:rsidRDefault="00EF5833" w:rsidP="00EF5833">
      <w:pPr>
        <w:ind w:left="397"/>
        <w:rPr>
          <w:rFonts w:ascii="Times New Roman" w:hAnsi="Times New Roman" w:cs="Times New Roman"/>
          <w:sz w:val="24"/>
          <w:szCs w:val="24"/>
          <w:lang w:val="ro-RO"/>
        </w:rPr>
      </w:pPr>
      <w:r w:rsidRPr="00FB5969">
        <w:rPr>
          <w:rFonts w:ascii="Times New Roman" w:hAnsi="Times New Roman" w:cs="Times New Roman"/>
          <w:sz w:val="24"/>
          <w:szCs w:val="24"/>
          <w:lang w:val="ro-RO"/>
        </w:rPr>
        <w:t xml:space="preserve">Prin transmiterea oricăror Imagini în legătură cu Youth Climate </w:t>
      </w:r>
      <w:proofErr w:type="spellStart"/>
      <w:r w:rsidRPr="00FB5969">
        <w:rPr>
          <w:rFonts w:ascii="Times New Roman" w:hAnsi="Times New Roman" w:cs="Times New Roman"/>
          <w:sz w:val="24"/>
          <w:szCs w:val="24"/>
          <w:lang w:val="ro-RO"/>
        </w:rPr>
        <w:t>Action</w:t>
      </w:r>
      <w:proofErr w:type="spellEnd"/>
      <w:r w:rsidRPr="00FB5969">
        <w:rPr>
          <w:rFonts w:ascii="Times New Roman" w:hAnsi="Times New Roman" w:cs="Times New Roman"/>
          <w:sz w:val="24"/>
          <w:szCs w:val="24"/>
          <w:lang w:val="ro-RO"/>
        </w:rPr>
        <w:t xml:space="preserve"> Fund, organizația care transmite materialele certifică, declară și garantează prin prezenta că fie deține Imaginile, fie deține în alt mod toate drepturile, consimțămintele, declarațiile de autorizare, permisiunile și autorizațiile necesare pentru a acorda și acordă prin prezenta (sau are dreptul și autoritatea deplină de a acorda) licența prevăzută în clauza privind Licența din acordul de grant al Youth Climate </w:t>
      </w:r>
      <w:proofErr w:type="spellStart"/>
      <w:r w:rsidRPr="00FB5969">
        <w:rPr>
          <w:rFonts w:ascii="Times New Roman" w:hAnsi="Times New Roman" w:cs="Times New Roman"/>
          <w:sz w:val="24"/>
          <w:szCs w:val="24"/>
          <w:lang w:val="ro-RO"/>
        </w:rPr>
        <w:t>Action</w:t>
      </w:r>
      <w:proofErr w:type="spellEnd"/>
      <w:r w:rsidRPr="00FB5969">
        <w:rPr>
          <w:rFonts w:ascii="Times New Roman" w:hAnsi="Times New Roman" w:cs="Times New Roman"/>
          <w:sz w:val="24"/>
          <w:szCs w:val="24"/>
          <w:lang w:val="ro-RO"/>
        </w:rPr>
        <w:t xml:space="preserve"> Fund. Fără a limita cele de mai sus, organizația care transmite materialele certifică faptul că toate declarațiile de autorizare necesare permit utilizarea Imaginilor la nivel mondial, pe durată perpetuă, în mod irevocabil, fără redevențe și neexclusiv, cu sau fără indicarea autorului/sursei, în orice mediu existent în prezent sau dezvoltat ulterior, în scopurile descrise în clauza privind Licența, și că pentru o asemenea utilizare nu sunt necesare consimțăminte, aprobări sau plăți suplimentare.</w:t>
      </w:r>
    </w:p>
    <w:p w14:paraId="6139E84F" w14:textId="77777777" w:rsidR="00EF5833" w:rsidRPr="00FB5969" w:rsidRDefault="00EF5833" w:rsidP="00EF5833">
      <w:pPr>
        <w:keepNext/>
        <w:spacing w:before="120" w:after="40"/>
        <w:rPr>
          <w:rFonts w:ascii="Times New Roman" w:hAnsi="Times New Roman" w:cs="Times New Roman"/>
          <w:sz w:val="24"/>
          <w:szCs w:val="24"/>
          <w:lang w:val="ro-RO"/>
        </w:rPr>
      </w:pPr>
      <w:r w:rsidRPr="00FB5969">
        <w:rPr>
          <w:rFonts w:ascii="Times New Roman" w:hAnsi="Times New Roman" w:cs="Times New Roman"/>
          <w:sz w:val="24"/>
          <w:szCs w:val="24"/>
          <w:lang w:val="ro-RO"/>
        </w:rPr>
        <w:t xml:space="preserve">2. </w:t>
      </w:r>
      <w:r w:rsidRPr="00FB5969">
        <w:rPr>
          <w:rFonts w:ascii="Times New Roman" w:hAnsi="Times New Roman" w:cs="Times New Roman"/>
          <w:b/>
          <w:sz w:val="24"/>
          <w:szCs w:val="24"/>
          <w:lang w:val="ro-RO"/>
        </w:rPr>
        <w:t>Obținerea consimțămintelor necesare.</w:t>
      </w:r>
    </w:p>
    <w:p w14:paraId="0591F7B8" w14:textId="77777777" w:rsidR="00EF5833" w:rsidRPr="00FB5969" w:rsidRDefault="00EF5833" w:rsidP="00EF5833">
      <w:pPr>
        <w:ind w:left="397"/>
        <w:rPr>
          <w:rFonts w:ascii="Times New Roman" w:hAnsi="Times New Roman" w:cs="Times New Roman"/>
          <w:sz w:val="24"/>
          <w:szCs w:val="24"/>
          <w:lang w:val="ro-RO"/>
        </w:rPr>
      </w:pPr>
      <w:r w:rsidRPr="00FB5969">
        <w:rPr>
          <w:rFonts w:ascii="Times New Roman" w:hAnsi="Times New Roman" w:cs="Times New Roman"/>
          <w:sz w:val="24"/>
          <w:szCs w:val="24"/>
          <w:lang w:val="ro-RO"/>
        </w:rPr>
        <w:t>Pentru fiecare Imagine transmisă au fost obținute toate consimțămintele, declarațiile de autorizare, permisiunile și autorizațiile valabile din punct de vedere juridic, impuse de legislația aplicabilă.</w:t>
      </w:r>
    </w:p>
    <w:p w14:paraId="4BD8F93A" w14:textId="77777777" w:rsidR="00EF5833" w:rsidRPr="00FB5969" w:rsidRDefault="00EF5833" w:rsidP="00EF5833">
      <w:pPr>
        <w:keepNext/>
        <w:spacing w:before="120" w:after="40"/>
        <w:rPr>
          <w:rFonts w:ascii="Times New Roman" w:hAnsi="Times New Roman" w:cs="Times New Roman"/>
          <w:sz w:val="24"/>
          <w:szCs w:val="24"/>
          <w:lang w:val="ro-RO"/>
        </w:rPr>
      </w:pPr>
      <w:r w:rsidRPr="00FB5969">
        <w:rPr>
          <w:rFonts w:ascii="Times New Roman" w:hAnsi="Times New Roman" w:cs="Times New Roman"/>
          <w:sz w:val="24"/>
          <w:szCs w:val="24"/>
          <w:lang w:val="ro-RO"/>
        </w:rPr>
        <w:t xml:space="preserve">3. </w:t>
      </w:r>
      <w:r w:rsidRPr="00FB5969">
        <w:rPr>
          <w:rFonts w:ascii="Times New Roman" w:hAnsi="Times New Roman" w:cs="Times New Roman"/>
          <w:b/>
          <w:sz w:val="24"/>
          <w:szCs w:val="24"/>
          <w:lang w:val="ro-RO"/>
        </w:rPr>
        <w:t>Respectarea legii.</w:t>
      </w:r>
    </w:p>
    <w:p w14:paraId="5DDE066D" w14:textId="77777777" w:rsidR="00EF5833" w:rsidRPr="00FB5969" w:rsidRDefault="00EF5833" w:rsidP="00EF5833">
      <w:pPr>
        <w:ind w:left="397"/>
        <w:rPr>
          <w:rFonts w:ascii="Times New Roman" w:hAnsi="Times New Roman" w:cs="Times New Roman"/>
          <w:sz w:val="24"/>
          <w:szCs w:val="24"/>
          <w:lang w:val="ro-RO"/>
        </w:rPr>
      </w:pPr>
      <w:r w:rsidRPr="00FB5969">
        <w:rPr>
          <w:rFonts w:ascii="Times New Roman" w:hAnsi="Times New Roman" w:cs="Times New Roman"/>
          <w:sz w:val="24"/>
          <w:szCs w:val="24"/>
          <w:lang w:val="ro-RO"/>
        </w:rPr>
        <w:t>Colectarea, transmiterea și utilizarea permisă a Imaginilor respectă toate legile și reglementările aplicabile, inclusiv, fără limitare, legislația privind viața privată, protecția datelor, drepturile de publicitate și de imagine, protecția copilului și măsurile de protecție (</w:t>
      </w:r>
      <w:proofErr w:type="spellStart"/>
      <w:r w:rsidRPr="00FB5969">
        <w:rPr>
          <w:rFonts w:ascii="Times New Roman" w:hAnsi="Times New Roman" w:cs="Times New Roman"/>
          <w:sz w:val="24"/>
          <w:szCs w:val="24"/>
          <w:lang w:val="ro-RO"/>
        </w:rPr>
        <w:t>safeguarding</w:t>
      </w:r>
      <w:proofErr w:type="spellEnd"/>
      <w:r w:rsidRPr="00FB5969">
        <w:rPr>
          <w:rFonts w:ascii="Times New Roman" w:hAnsi="Times New Roman" w:cs="Times New Roman"/>
          <w:sz w:val="24"/>
          <w:szCs w:val="24"/>
          <w:lang w:val="ro-RO"/>
        </w:rPr>
        <w:t>).</w:t>
      </w:r>
    </w:p>
    <w:p w14:paraId="29A97411" w14:textId="77777777" w:rsidR="00EF5833" w:rsidRPr="00FB5969" w:rsidRDefault="00EF5833" w:rsidP="00EF5833">
      <w:pPr>
        <w:keepNext/>
        <w:spacing w:before="120" w:after="40"/>
        <w:rPr>
          <w:rFonts w:ascii="Times New Roman" w:hAnsi="Times New Roman" w:cs="Times New Roman"/>
          <w:sz w:val="24"/>
          <w:szCs w:val="24"/>
          <w:lang w:val="ro-RO"/>
        </w:rPr>
      </w:pPr>
      <w:r w:rsidRPr="00FB5969">
        <w:rPr>
          <w:rFonts w:ascii="Times New Roman" w:hAnsi="Times New Roman" w:cs="Times New Roman"/>
          <w:sz w:val="24"/>
          <w:szCs w:val="24"/>
          <w:lang w:val="ro-RO"/>
        </w:rPr>
        <w:t xml:space="preserve">4. </w:t>
      </w:r>
      <w:r w:rsidRPr="00FB5969">
        <w:rPr>
          <w:rFonts w:ascii="Times New Roman" w:hAnsi="Times New Roman" w:cs="Times New Roman"/>
          <w:b/>
          <w:sz w:val="24"/>
          <w:szCs w:val="24"/>
          <w:lang w:val="ro-RO"/>
        </w:rPr>
        <w:t>Utilizare autorizată.</w:t>
      </w:r>
    </w:p>
    <w:p w14:paraId="64D67C4D" w14:textId="77777777" w:rsidR="00EF5833" w:rsidRPr="00FB5969" w:rsidRDefault="00EF5833" w:rsidP="00EF5833">
      <w:pPr>
        <w:ind w:left="397"/>
        <w:rPr>
          <w:rFonts w:ascii="Times New Roman" w:hAnsi="Times New Roman" w:cs="Times New Roman"/>
          <w:sz w:val="24"/>
          <w:szCs w:val="24"/>
          <w:lang w:val="ro-RO"/>
        </w:rPr>
      </w:pPr>
      <w:r w:rsidRPr="00FB5969">
        <w:rPr>
          <w:rFonts w:ascii="Times New Roman" w:hAnsi="Times New Roman" w:cs="Times New Roman"/>
          <w:sz w:val="24"/>
          <w:szCs w:val="24"/>
          <w:lang w:val="ro-RO"/>
        </w:rPr>
        <w:t xml:space="preserve">Consimțămintele și declarațiile de autorizare necesare permit utilizarea Imaginilor, fără limitări geografice (inclusiv pe plan național și internațional), de către și în beneficiul </w:t>
      </w:r>
      <w:proofErr w:type="spellStart"/>
      <w:r w:rsidRPr="00FB5969">
        <w:rPr>
          <w:rFonts w:ascii="Times New Roman" w:hAnsi="Times New Roman" w:cs="Times New Roman"/>
          <w:sz w:val="24"/>
          <w:szCs w:val="24"/>
          <w:lang w:val="ro-RO"/>
        </w:rPr>
        <w:t>Rockefeller</w:t>
      </w:r>
      <w:proofErr w:type="spellEnd"/>
      <w:r w:rsidRPr="00FB5969">
        <w:rPr>
          <w:rFonts w:ascii="Times New Roman" w:hAnsi="Times New Roman" w:cs="Times New Roman"/>
          <w:sz w:val="24"/>
          <w:szCs w:val="24"/>
          <w:lang w:val="ro-RO"/>
        </w:rPr>
        <w:t xml:space="preserve"> </w:t>
      </w:r>
      <w:proofErr w:type="spellStart"/>
      <w:r w:rsidRPr="00FB5969">
        <w:rPr>
          <w:rFonts w:ascii="Times New Roman" w:hAnsi="Times New Roman" w:cs="Times New Roman"/>
          <w:sz w:val="24"/>
          <w:szCs w:val="24"/>
          <w:lang w:val="ro-RO"/>
        </w:rPr>
        <w:t>Philanthropy</w:t>
      </w:r>
      <w:proofErr w:type="spellEnd"/>
      <w:r w:rsidRPr="00FB5969">
        <w:rPr>
          <w:rFonts w:ascii="Times New Roman" w:hAnsi="Times New Roman" w:cs="Times New Roman"/>
          <w:sz w:val="24"/>
          <w:szCs w:val="24"/>
          <w:lang w:val="ro-RO"/>
        </w:rPr>
        <w:t xml:space="preserve"> </w:t>
      </w:r>
      <w:proofErr w:type="spellStart"/>
      <w:r w:rsidRPr="00FB5969">
        <w:rPr>
          <w:rFonts w:ascii="Times New Roman" w:hAnsi="Times New Roman" w:cs="Times New Roman"/>
          <w:sz w:val="24"/>
          <w:szCs w:val="24"/>
          <w:lang w:val="ro-RO"/>
        </w:rPr>
        <w:t>Advisors</w:t>
      </w:r>
      <w:proofErr w:type="spellEnd"/>
      <w:r w:rsidRPr="00FB5969">
        <w:rPr>
          <w:rFonts w:ascii="Times New Roman" w:hAnsi="Times New Roman" w:cs="Times New Roman"/>
          <w:sz w:val="24"/>
          <w:szCs w:val="24"/>
          <w:lang w:val="ro-RO"/>
        </w:rPr>
        <w:t xml:space="preserve">, Youth Climate </w:t>
      </w:r>
      <w:proofErr w:type="spellStart"/>
      <w:r w:rsidRPr="00FB5969">
        <w:rPr>
          <w:rFonts w:ascii="Times New Roman" w:hAnsi="Times New Roman" w:cs="Times New Roman"/>
          <w:sz w:val="24"/>
          <w:szCs w:val="24"/>
          <w:lang w:val="ro-RO"/>
        </w:rPr>
        <w:t>Action</w:t>
      </w:r>
      <w:proofErr w:type="spellEnd"/>
      <w:r w:rsidRPr="00FB5969">
        <w:rPr>
          <w:rFonts w:ascii="Times New Roman" w:hAnsi="Times New Roman" w:cs="Times New Roman"/>
          <w:sz w:val="24"/>
          <w:szCs w:val="24"/>
          <w:lang w:val="ro-RO"/>
        </w:rPr>
        <w:t xml:space="preserve"> Fund, </w:t>
      </w:r>
      <w:proofErr w:type="spellStart"/>
      <w:r w:rsidRPr="00FB5969">
        <w:rPr>
          <w:rFonts w:ascii="Times New Roman" w:hAnsi="Times New Roman" w:cs="Times New Roman"/>
          <w:sz w:val="24"/>
          <w:szCs w:val="24"/>
          <w:lang w:val="ro-RO"/>
        </w:rPr>
        <w:t>Johns</w:t>
      </w:r>
      <w:proofErr w:type="spellEnd"/>
      <w:r w:rsidRPr="00FB5969">
        <w:rPr>
          <w:rFonts w:ascii="Times New Roman" w:hAnsi="Times New Roman" w:cs="Times New Roman"/>
          <w:sz w:val="24"/>
          <w:szCs w:val="24"/>
          <w:lang w:val="ro-RO"/>
        </w:rPr>
        <w:t xml:space="preserve"> Hopkins University, </w:t>
      </w:r>
      <w:proofErr w:type="spellStart"/>
      <w:r w:rsidRPr="00FB5969">
        <w:rPr>
          <w:rFonts w:ascii="Times New Roman" w:hAnsi="Times New Roman" w:cs="Times New Roman"/>
          <w:sz w:val="24"/>
          <w:szCs w:val="24"/>
          <w:lang w:val="ro-RO"/>
        </w:rPr>
        <w:t>Bloomberg</w:t>
      </w:r>
      <w:proofErr w:type="spellEnd"/>
      <w:r w:rsidRPr="00FB5969">
        <w:rPr>
          <w:rFonts w:ascii="Times New Roman" w:hAnsi="Times New Roman" w:cs="Times New Roman"/>
          <w:sz w:val="24"/>
          <w:szCs w:val="24"/>
          <w:lang w:val="ro-RO"/>
        </w:rPr>
        <w:t xml:space="preserve"> </w:t>
      </w:r>
      <w:proofErr w:type="spellStart"/>
      <w:r w:rsidRPr="00FB5969">
        <w:rPr>
          <w:rFonts w:ascii="Times New Roman" w:hAnsi="Times New Roman" w:cs="Times New Roman"/>
          <w:sz w:val="24"/>
          <w:szCs w:val="24"/>
          <w:lang w:val="ro-RO"/>
        </w:rPr>
        <w:t>Philanthropies</w:t>
      </w:r>
      <w:proofErr w:type="spellEnd"/>
      <w:r w:rsidRPr="00FB5969">
        <w:rPr>
          <w:rFonts w:ascii="Times New Roman" w:hAnsi="Times New Roman" w:cs="Times New Roman"/>
          <w:sz w:val="24"/>
          <w:szCs w:val="24"/>
          <w:lang w:val="ro-RO"/>
        </w:rPr>
        <w:t>, precum și al afiliaților, partenerilor, contractanților și reprezentanților acestora, în legătură cu scopuri aferente programului, caritabile, educaționale și promoționale, inclusiv publicații, site-uri web, rapoarte, tururi, vizite la fața locului și rețele sociale.</w:t>
      </w:r>
    </w:p>
    <w:p w14:paraId="1ED22C07" w14:textId="5208B33F" w:rsidR="00EF5833" w:rsidRPr="00FB5969" w:rsidRDefault="00EF5833" w:rsidP="00EF5833">
      <w:pPr>
        <w:rPr>
          <w:rFonts w:ascii="Times New Roman" w:hAnsi="Times New Roman" w:cs="Times New Roman"/>
          <w:sz w:val="24"/>
          <w:szCs w:val="24"/>
          <w:lang w:val="ro-RO"/>
        </w:rPr>
      </w:pPr>
      <w:r w:rsidRPr="00FB5969">
        <w:rPr>
          <w:rFonts w:ascii="Times New Roman" w:hAnsi="Times New Roman" w:cs="Times New Roman"/>
          <w:sz w:val="24"/>
          <w:szCs w:val="24"/>
          <w:lang w:val="ro-RO"/>
        </w:rPr>
        <w:br w:type="page"/>
      </w:r>
      <w:r w:rsidRPr="00FB5969">
        <w:rPr>
          <w:rFonts w:ascii="Times New Roman" w:hAnsi="Times New Roman" w:cs="Times New Roman"/>
          <w:sz w:val="24"/>
          <w:szCs w:val="24"/>
          <w:lang w:val="ro-RO"/>
        </w:rPr>
        <w:lastRenderedPageBreak/>
        <w:t xml:space="preserve">5. </w:t>
      </w:r>
      <w:r w:rsidRPr="00FB5969">
        <w:rPr>
          <w:rFonts w:ascii="Times New Roman" w:hAnsi="Times New Roman" w:cs="Times New Roman"/>
          <w:b/>
          <w:sz w:val="24"/>
          <w:szCs w:val="24"/>
          <w:lang w:val="ro-RO"/>
        </w:rPr>
        <w:t>Păstrarea evidențelor.</w:t>
      </w:r>
    </w:p>
    <w:p w14:paraId="7FEFB892" w14:textId="77777777" w:rsidR="00EF5833" w:rsidRPr="00FB5969" w:rsidRDefault="00EF5833" w:rsidP="00EF5833">
      <w:pPr>
        <w:ind w:left="397"/>
        <w:rPr>
          <w:rFonts w:ascii="Times New Roman" w:hAnsi="Times New Roman" w:cs="Times New Roman"/>
          <w:sz w:val="24"/>
          <w:szCs w:val="24"/>
          <w:lang w:val="ro-RO"/>
        </w:rPr>
      </w:pPr>
      <w:r w:rsidRPr="00FB5969">
        <w:rPr>
          <w:rFonts w:ascii="Times New Roman" w:hAnsi="Times New Roman" w:cs="Times New Roman"/>
          <w:sz w:val="24"/>
          <w:szCs w:val="24"/>
          <w:lang w:val="ro-RO"/>
        </w:rPr>
        <w:t>Copiile tuturor consimțămintelor și declarațiilor de autorizare necesare sunt păstrate de organizația care transmite materialele pe perioada impusă de legislația aplicabilă și vor fi puse la dispoziție prompt, la cerere, pentru verificare sau audit.</w:t>
      </w:r>
    </w:p>
    <w:p w14:paraId="2A88A370" w14:textId="77777777" w:rsidR="00EF5833" w:rsidRPr="00FB5969" w:rsidRDefault="00EF5833" w:rsidP="00EF5833">
      <w:pPr>
        <w:keepNext/>
        <w:spacing w:before="120" w:after="40"/>
        <w:rPr>
          <w:rFonts w:ascii="Times New Roman" w:hAnsi="Times New Roman" w:cs="Times New Roman"/>
          <w:sz w:val="24"/>
          <w:szCs w:val="24"/>
          <w:lang w:val="ro-RO"/>
        </w:rPr>
      </w:pPr>
      <w:r w:rsidRPr="00FB5969">
        <w:rPr>
          <w:rFonts w:ascii="Times New Roman" w:hAnsi="Times New Roman" w:cs="Times New Roman"/>
          <w:sz w:val="24"/>
          <w:szCs w:val="24"/>
          <w:lang w:val="ro-RO"/>
        </w:rPr>
        <w:t xml:space="preserve">6. </w:t>
      </w:r>
      <w:r w:rsidRPr="00FB5969">
        <w:rPr>
          <w:rFonts w:ascii="Times New Roman" w:hAnsi="Times New Roman" w:cs="Times New Roman"/>
          <w:b/>
          <w:sz w:val="24"/>
          <w:szCs w:val="24"/>
          <w:lang w:val="ro-RO"/>
        </w:rPr>
        <w:t>Răspundere și despăgubire.</w:t>
      </w:r>
    </w:p>
    <w:p w14:paraId="56F2D6D4" w14:textId="77777777" w:rsidR="00EF5833" w:rsidRPr="00FB5969" w:rsidRDefault="00EF5833" w:rsidP="00EF5833">
      <w:pPr>
        <w:ind w:left="397"/>
        <w:rPr>
          <w:rFonts w:ascii="Times New Roman" w:hAnsi="Times New Roman" w:cs="Times New Roman"/>
          <w:sz w:val="24"/>
          <w:szCs w:val="24"/>
          <w:lang w:val="ro-RO"/>
        </w:rPr>
      </w:pPr>
      <w:r w:rsidRPr="00FB5969">
        <w:rPr>
          <w:rFonts w:ascii="Times New Roman" w:hAnsi="Times New Roman" w:cs="Times New Roman"/>
          <w:sz w:val="24"/>
          <w:szCs w:val="24"/>
          <w:lang w:val="ro-RO"/>
        </w:rPr>
        <w:t xml:space="preserve">Organizația care transmite materialele recunoaște că este singura responsabilă pentru obținerea și menținerea tuturor consimțămintelor și permisiunilor necesare pentru Imagini și este de acord să despăgubească și să exonereze de răspundere </w:t>
      </w:r>
      <w:proofErr w:type="spellStart"/>
      <w:r w:rsidRPr="00FB5969">
        <w:rPr>
          <w:rFonts w:ascii="Times New Roman" w:hAnsi="Times New Roman" w:cs="Times New Roman"/>
          <w:sz w:val="24"/>
          <w:szCs w:val="24"/>
          <w:lang w:val="ro-RO"/>
        </w:rPr>
        <w:t>Rockefeller</w:t>
      </w:r>
      <w:proofErr w:type="spellEnd"/>
      <w:r w:rsidRPr="00FB5969">
        <w:rPr>
          <w:rFonts w:ascii="Times New Roman" w:hAnsi="Times New Roman" w:cs="Times New Roman"/>
          <w:sz w:val="24"/>
          <w:szCs w:val="24"/>
          <w:lang w:val="ro-RO"/>
        </w:rPr>
        <w:t xml:space="preserve"> </w:t>
      </w:r>
      <w:proofErr w:type="spellStart"/>
      <w:r w:rsidRPr="00FB5969">
        <w:rPr>
          <w:rFonts w:ascii="Times New Roman" w:hAnsi="Times New Roman" w:cs="Times New Roman"/>
          <w:sz w:val="24"/>
          <w:szCs w:val="24"/>
          <w:lang w:val="ro-RO"/>
        </w:rPr>
        <w:t>Philanthropy</w:t>
      </w:r>
      <w:proofErr w:type="spellEnd"/>
      <w:r w:rsidRPr="00FB5969">
        <w:rPr>
          <w:rFonts w:ascii="Times New Roman" w:hAnsi="Times New Roman" w:cs="Times New Roman"/>
          <w:sz w:val="24"/>
          <w:szCs w:val="24"/>
          <w:lang w:val="ro-RO"/>
        </w:rPr>
        <w:t xml:space="preserve"> </w:t>
      </w:r>
      <w:proofErr w:type="spellStart"/>
      <w:r w:rsidRPr="00FB5969">
        <w:rPr>
          <w:rFonts w:ascii="Times New Roman" w:hAnsi="Times New Roman" w:cs="Times New Roman"/>
          <w:sz w:val="24"/>
          <w:szCs w:val="24"/>
          <w:lang w:val="ro-RO"/>
        </w:rPr>
        <w:t>Advisors</w:t>
      </w:r>
      <w:proofErr w:type="spellEnd"/>
      <w:r w:rsidRPr="00FB5969">
        <w:rPr>
          <w:rFonts w:ascii="Times New Roman" w:hAnsi="Times New Roman" w:cs="Times New Roman"/>
          <w:sz w:val="24"/>
          <w:szCs w:val="24"/>
          <w:lang w:val="ro-RO"/>
        </w:rPr>
        <w:t xml:space="preserve">, Youth Climate </w:t>
      </w:r>
      <w:proofErr w:type="spellStart"/>
      <w:r w:rsidRPr="00FB5969">
        <w:rPr>
          <w:rFonts w:ascii="Times New Roman" w:hAnsi="Times New Roman" w:cs="Times New Roman"/>
          <w:sz w:val="24"/>
          <w:szCs w:val="24"/>
          <w:lang w:val="ro-RO"/>
        </w:rPr>
        <w:t>Action</w:t>
      </w:r>
      <w:proofErr w:type="spellEnd"/>
      <w:r w:rsidRPr="00FB5969">
        <w:rPr>
          <w:rFonts w:ascii="Times New Roman" w:hAnsi="Times New Roman" w:cs="Times New Roman"/>
          <w:sz w:val="24"/>
          <w:szCs w:val="24"/>
          <w:lang w:val="ro-RO"/>
        </w:rPr>
        <w:t xml:space="preserve"> Fund, </w:t>
      </w:r>
      <w:proofErr w:type="spellStart"/>
      <w:r w:rsidRPr="00FB5969">
        <w:rPr>
          <w:rFonts w:ascii="Times New Roman" w:hAnsi="Times New Roman" w:cs="Times New Roman"/>
          <w:sz w:val="24"/>
          <w:szCs w:val="24"/>
          <w:lang w:val="ro-RO"/>
        </w:rPr>
        <w:t>Johns</w:t>
      </w:r>
      <w:proofErr w:type="spellEnd"/>
      <w:r w:rsidRPr="00FB5969">
        <w:rPr>
          <w:rFonts w:ascii="Times New Roman" w:hAnsi="Times New Roman" w:cs="Times New Roman"/>
          <w:sz w:val="24"/>
          <w:szCs w:val="24"/>
          <w:lang w:val="ro-RO"/>
        </w:rPr>
        <w:t xml:space="preserve"> Hopkins University, </w:t>
      </w:r>
      <w:proofErr w:type="spellStart"/>
      <w:r w:rsidRPr="00FB5969">
        <w:rPr>
          <w:rFonts w:ascii="Times New Roman" w:hAnsi="Times New Roman" w:cs="Times New Roman"/>
          <w:sz w:val="24"/>
          <w:szCs w:val="24"/>
          <w:lang w:val="ro-RO"/>
        </w:rPr>
        <w:t>Bloomberg</w:t>
      </w:r>
      <w:proofErr w:type="spellEnd"/>
      <w:r w:rsidRPr="00FB5969">
        <w:rPr>
          <w:rFonts w:ascii="Times New Roman" w:hAnsi="Times New Roman" w:cs="Times New Roman"/>
          <w:sz w:val="24"/>
          <w:szCs w:val="24"/>
          <w:lang w:val="ro-RO"/>
        </w:rPr>
        <w:t xml:space="preserve"> </w:t>
      </w:r>
      <w:proofErr w:type="spellStart"/>
      <w:r w:rsidRPr="00FB5969">
        <w:rPr>
          <w:rFonts w:ascii="Times New Roman" w:hAnsi="Times New Roman" w:cs="Times New Roman"/>
          <w:sz w:val="24"/>
          <w:szCs w:val="24"/>
          <w:lang w:val="ro-RO"/>
        </w:rPr>
        <w:t>Philanthropies</w:t>
      </w:r>
      <w:proofErr w:type="spellEnd"/>
      <w:r w:rsidRPr="00FB5969">
        <w:rPr>
          <w:rFonts w:ascii="Times New Roman" w:hAnsi="Times New Roman" w:cs="Times New Roman"/>
          <w:sz w:val="24"/>
          <w:szCs w:val="24"/>
          <w:lang w:val="ro-RO"/>
        </w:rPr>
        <w:t>, precum și pe funcționarii, angajații, agenții și partenerii acestora, pentru orice pretenții care decurg din sau sunt legate de transmiterea ori utilizarea Imaginilor.</w:t>
      </w:r>
    </w:p>
    <w:p w14:paraId="3D28665F" w14:textId="77777777" w:rsidR="00EF5833" w:rsidRPr="00FB5969" w:rsidRDefault="00EF5833" w:rsidP="00EF5833">
      <w:pPr>
        <w:rPr>
          <w:rFonts w:ascii="Times New Roman" w:hAnsi="Times New Roman" w:cs="Times New Roman"/>
          <w:sz w:val="24"/>
          <w:szCs w:val="24"/>
          <w:lang w:val="ro-RO"/>
        </w:rPr>
      </w:pPr>
    </w:p>
    <w:p w14:paraId="51EC1ECE" w14:textId="77777777" w:rsidR="00EF5833" w:rsidRPr="00FB5969" w:rsidRDefault="00EF5833" w:rsidP="00EF5833">
      <w:pPr>
        <w:rPr>
          <w:rFonts w:ascii="Times New Roman" w:hAnsi="Times New Roman" w:cs="Times New Roman"/>
          <w:sz w:val="24"/>
          <w:szCs w:val="24"/>
          <w:lang w:val="ro-RO"/>
        </w:rPr>
      </w:pPr>
      <w:r w:rsidRPr="00FB5969">
        <w:rPr>
          <w:rFonts w:ascii="Times New Roman" w:hAnsi="Times New Roman" w:cs="Times New Roman"/>
          <w:b/>
          <w:sz w:val="24"/>
          <w:szCs w:val="24"/>
          <w:lang w:val="ro-RO"/>
        </w:rPr>
        <w:t>Reprezentant autorizat</w:t>
      </w:r>
    </w:p>
    <w:p w14:paraId="6A66ABEF" w14:textId="77777777" w:rsidR="00EF5833" w:rsidRPr="00FB5969" w:rsidRDefault="00EF5833" w:rsidP="00EF5833">
      <w:pPr>
        <w:rPr>
          <w:rFonts w:ascii="Times New Roman" w:hAnsi="Times New Roman" w:cs="Times New Roman"/>
          <w:sz w:val="24"/>
          <w:szCs w:val="24"/>
          <w:lang w:val="ro-RO"/>
        </w:rPr>
      </w:pPr>
      <w:r w:rsidRPr="00FB5969">
        <w:rPr>
          <w:rFonts w:ascii="Times New Roman" w:hAnsi="Times New Roman" w:cs="Times New Roman"/>
          <w:sz w:val="24"/>
          <w:szCs w:val="24"/>
          <w:lang w:val="ro-RO"/>
        </w:rPr>
        <w:t>Nume: __________________________________</w:t>
      </w:r>
    </w:p>
    <w:p w14:paraId="7FDEEDA0" w14:textId="77777777" w:rsidR="00EF5833" w:rsidRPr="00FB5969" w:rsidRDefault="00EF5833" w:rsidP="00EF5833">
      <w:pPr>
        <w:rPr>
          <w:rFonts w:ascii="Times New Roman" w:hAnsi="Times New Roman" w:cs="Times New Roman"/>
          <w:sz w:val="24"/>
          <w:szCs w:val="24"/>
          <w:lang w:val="ro-RO"/>
        </w:rPr>
      </w:pPr>
      <w:r w:rsidRPr="00FB5969">
        <w:rPr>
          <w:rFonts w:ascii="Times New Roman" w:hAnsi="Times New Roman" w:cs="Times New Roman"/>
          <w:sz w:val="24"/>
          <w:szCs w:val="24"/>
          <w:lang w:val="ro-RO"/>
        </w:rPr>
        <w:t>Funcție: __________________________________</w:t>
      </w:r>
    </w:p>
    <w:p w14:paraId="264F125B" w14:textId="77777777" w:rsidR="00EF5833" w:rsidRPr="00FB5969" w:rsidRDefault="00EF5833" w:rsidP="00EF5833">
      <w:pPr>
        <w:rPr>
          <w:rFonts w:ascii="Times New Roman" w:hAnsi="Times New Roman" w:cs="Times New Roman"/>
          <w:sz w:val="24"/>
          <w:szCs w:val="24"/>
          <w:lang w:val="ro-RO"/>
        </w:rPr>
      </w:pPr>
      <w:r w:rsidRPr="00FB5969">
        <w:rPr>
          <w:rFonts w:ascii="Times New Roman" w:hAnsi="Times New Roman" w:cs="Times New Roman"/>
          <w:sz w:val="24"/>
          <w:szCs w:val="24"/>
          <w:lang w:val="ro-RO"/>
        </w:rPr>
        <w:t>Organizație: __________________________________</w:t>
      </w:r>
    </w:p>
    <w:p w14:paraId="4D19B4E2" w14:textId="2589439A" w:rsidR="00537C37" w:rsidRPr="00C72196" w:rsidRDefault="00EF5833" w:rsidP="00EF5833">
      <w:pPr>
        <w:tabs>
          <w:tab w:val="left" w:pos="1320"/>
        </w:tabs>
        <w:rPr>
          <w:sz w:val="24"/>
          <w:szCs w:val="24"/>
        </w:rPr>
      </w:pPr>
      <w:r w:rsidRPr="00FB5969">
        <w:rPr>
          <w:rFonts w:ascii="Times New Roman" w:hAnsi="Times New Roman" w:cs="Times New Roman"/>
          <w:sz w:val="24"/>
          <w:szCs w:val="24"/>
          <w:lang w:val="ro-RO"/>
        </w:rPr>
        <w:t>Data: __________________________________</w:t>
      </w:r>
    </w:p>
    <w:sectPr w:rsidR="00537C37" w:rsidRPr="00C72196" w:rsidSect="005E1C75">
      <w:pgSz w:w="11909" w:h="16834"/>
      <w:pgMar w:top="720" w:right="720" w:bottom="1701" w:left="720" w:header="431" w:footer="431" w:gutter="0"/>
      <w:pgNumType w:start="1"/>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5A644" w14:textId="77777777" w:rsidR="00F936F7" w:rsidRDefault="00F936F7">
      <w:pPr>
        <w:spacing w:after="0" w:line="240" w:lineRule="auto"/>
      </w:pPr>
      <w:r>
        <w:separator/>
      </w:r>
    </w:p>
  </w:endnote>
  <w:endnote w:type="continuationSeparator" w:id="0">
    <w:p w14:paraId="71A5E07E" w14:textId="77777777" w:rsidR="00F936F7" w:rsidRDefault="00F93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quot;Arial&quot;,sans-serif">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Montserrat Light">
    <w:charset w:val="00"/>
    <w:family w:val="auto"/>
    <w:pitch w:val="variable"/>
    <w:sig w:usb0="2000020F" w:usb1="00000003" w:usb2="00000000" w:usb3="00000000" w:csb0="00000197" w:csb1="00000000"/>
  </w:font>
  <w:font w:name="Montserrat SemiBold">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D3CD5" w14:textId="195023A1" w:rsidR="1A2EAD00" w:rsidRDefault="1A2EAD00" w:rsidP="1A2EAD00">
    <w:pPr>
      <w:pStyle w:val="Footer"/>
      <w:jc w:val="center"/>
      <w:rPr>
        <w:sz w:val="18"/>
        <w:szCs w:val="18"/>
      </w:rPr>
    </w:pPr>
    <w:r w:rsidRPr="1A2EAD00">
      <w:rPr>
        <w:sz w:val="18"/>
        <w:szCs w:val="18"/>
      </w:rPr>
      <w:fldChar w:fldCharType="begin"/>
    </w:r>
    <w:r>
      <w:instrText>PAGE</w:instrText>
    </w:r>
    <w:r w:rsidRPr="1A2EAD00">
      <w:fldChar w:fldCharType="separate"/>
    </w:r>
    <w:r w:rsidR="004A6561">
      <w:rPr>
        <w:noProof/>
      </w:rPr>
      <w:t>1</w:t>
    </w:r>
    <w:r w:rsidRPr="1A2EAD00">
      <w:rPr>
        <w:sz w:val="18"/>
        <w:szCs w:val="18"/>
      </w:rPr>
      <w:fldChar w:fldCharType="end"/>
    </w:r>
    <w:r w:rsidRPr="1A2EAD00">
      <w:rPr>
        <w:sz w:val="18"/>
        <w:szCs w:val="18"/>
      </w:rPr>
      <w:t xml:space="preserve"> of </w:t>
    </w:r>
    <w:r w:rsidRPr="1A2EAD00">
      <w:rPr>
        <w:sz w:val="18"/>
        <w:szCs w:val="18"/>
      </w:rPr>
      <w:fldChar w:fldCharType="begin"/>
    </w:r>
    <w:r>
      <w:instrText>NUMPAGES</w:instrText>
    </w:r>
    <w:r w:rsidRPr="1A2EAD00">
      <w:fldChar w:fldCharType="separate"/>
    </w:r>
    <w:r w:rsidR="004A6561">
      <w:rPr>
        <w:noProof/>
      </w:rPr>
      <w:t>2</w:t>
    </w:r>
    <w:r w:rsidRPr="1A2EAD00">
      <w:rPr>
        <w:sz w:val="18"/>
        <w:szCs w:val="18"/>
      </w:rPr>
      <w:fldChar w:fldCharType="end"/>
    </w:r>
  </w:p>
  <w:p w14:paraId="0A1C2B3A" w14:textId="5E02CA04" w:rsidR="005F11B0" w:rsidRDefault="005F11B0" w:rsidP="6DD9F469">
    <w:pPr>
      <w:pStyle w:val="Footer"/>
      <w:jc w:val="cente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157BF" w14:textId="7057E0F3" w:rsidR="000768AD" w:rsidRDefault="000768AD" w:rsidP="00B3428F">
    <w:pPr>
      <w:pStyle w:val="Footer"/>
    </w:pPr>
  </w:p>
  <w:p w14:paraId="027C187E" w14:textId="77777777" w:rsidR="00B3428F" w:rsidRPr="00B3428F" w:rsidRDefault="00B3428F" w:rsidP="00B342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E38BC" w14:textId="77777777" w:rsidR="00F936F7" w:rsidRDefault="00F936F7">
      <w:pPr>
        <w:spacing w:after="0" w:line="240" w:lineRule="auto"/>
      </w:pPr>
      <w:r>
        <w:separator/>
      </w:r>
    </w:p>
  </w:footnote>
  <w:footnote w:type="continuationSeparator" w:id="0">
    <w:p w14:paraId="55EBE48A" w14:textId="77777777" w:rsidR="00F936F7" w:rsidRDefault="00F936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B39F3" w14:textId="23B11C2F" w:rsidR="432304C2" w:rsidRDefault="1A2EAD00" w:rsidP="432304C2">
    <w:pPr>
      <w:pStyle w:val="Header"/>
    </w:pPr>
    <w:r>
      <w:rPr>
        <w:noProof/>
      </w:rPr>
      <w:drawing>
        <wp:anchor distT="0" distB="0" distL="114300" distR="114300" simplePos="0" relativeHeight="251653120" behindDoc="0" locked="0" layoutInCell="1" allowOverlap="1" wp14:anchorId="116D9797" wp14:editId="2142CBE9">
          <wp:simplePos x="0" y="0"/>
          <wp:positionH relativeFrom="column">
            <wp:posOffset>-28575</wp:posOffset>
          </wp:positionH>
          <wp:positionV relativeFrom="paragraph">
            <wp:posOffset>-228600</wp:posOffset>
          </wp:positionV>
          <wp:extent cx="1487553" cy="707197"/>
          <wp:effectExtent l="0" t="0" r="0" b="0"/>
          <wp:wrapNone/>
          <wp:docPr id="16712703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270308" name="Picture 1671270308"/>
                  <pic:cNvPicPr/>
                </pic:nvPicPr>
                <pic:blipFill>
                  <a:blip r:embed="rId1">
                    <a:extLst>
                      <a:ext uri="{28A0092B-C50C-407E-A947-70E740481C1C}">
                        <a14:useLocalDpi xmlns:a14="http://schemas.microsoft.com/office/drawing/2010/main"/>
                      </a:ext>
                    </a:extLst>
                  </a:blip>
                  <a:stretch>
                    <a:fillRect/>
                  </a:stretch>
                </pic:blipFill>
                <pic:spPr>
                  <a:xfrm>
                    <a:off x="0" y="0"/>
                    <a:ext cx="1487553" cy="707197"/>
                  </a:xfrm>
                  <a:prstGeom prst="rect">
                    <a:avLst/>
                  </a:prstGeom>
                </pic:spPr>
              </pic:pic>
            </a:graphicData>
          </a:graphic>
          <wp14:sizeRelH relativeFrom="page">
            <wp14:pctWidth>0</wp14:pctWidth>
          </wp14:sizeRelH>
          <wp14:sizeRelV relativeFrom="page">
            <wp14:pctHeight>0</wp14:pctHeight>
          </wp14:sizeRelV>
        </wp:anchor>
      </w:drawing>
    </w:r>
    <w:r w:rsidR="70FC38C3">
      <w:rPr>
        <w:noProof/>
      </w:rPr>
      <w:drawing>
        <wp:anchor distT="0" distB="0" distL="114300" distR="114300" simplePos="0" relativeHeight="251652096" behindDoc="1" locked="0" layoutInCell="1" allowOverlap="1" wp14:anchorId="55E6E8F3" wp14:editId="5DAF578A">
          <wp:simplePos x="0" y="0"/>
          <wp:positionH relativeFrom="column">
            <wp:posOffset>4724400</wp:posOffset>
          </wp:positionH>
          <wp:positionV relativeFrom="paragraph">
            <wp:posOffset>-152400</wp:posOffset>
          </wp:positionV>
          <wp:extent cx="2343764" cy="533405"/>
          <wp:effectExtent l="0" t="0" r="0" b="0"/>
          <wp:wrapNone/>
          <wp:docPr id="12178993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899387" name="Picture 1217899387"/>
                  <pic:cNvPicPr/>
                </pic:nvPicPr>
                <pic:blipFill>
                  <a:blip r:embed="rId2">
                    <a:extLst>
                      <a:ext uri="{28A0092B-C50C-407E-A947-70E740481C1C}">
                        <a14:useLocalDpi xmlns:a14="http://schemas.microsoft.com/office/drawing/2010/main"/>
                      </a:ext>
                    </a:extLst>
                  </a:blip>
                  <a:srcRect l="62239" b="10810"/>
                  <a:stretch>
                    <a:fillRect/>
                  </a:stretch>
                </pic:blipFill>
                <pic:spPr>
                  <a:xfrm>
                    <a:off x="0" y="0"/>
                    <a:ext cx="2343764" cy="53340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FC87C" w14:textId="77777777" w:rsidR="000768AD" w:rsidRDefault="000768AD">
    <w:r>
      <w:rPr>
        <w:noProof/>
      </w:rPr>
      <w:drawing>
        <wp:inline distT="114300" distB="114300" distL="114300" distR="114300" wp14:anchorId="41913046" wp14:editId="79F5C4F1">
          <wp:extent cx="8863200" cy="685800"/>
          <wp:effectExtent l="0" t="0" r="0" b="0"/>
          <wp:docPr id="74795690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863200" cy="685800"/>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FF4F0" w14:textId="77777777" w:rsidR="005E1C75" w:rsidRDefault="005E1C75" w:rsidP="005E1C75">
    <w:pPr>
      <w:pStyle w:val="Header"/>
    </w:pPr>
    <w:r>
      <w:tab/>
    </w:r>
    <w:r>
      <w:rPr>
        <w:noProof/>
      </w:rPr>
      <w:drawing>
        <wp:anchor distT="0" distB="0" distL="114300" distR="114300" simplePos="0" relativeHeight="251662336" behindDoc="0" locked="0" layoutInCell="1" allowOverlap="1" wp14:anchorId="2FC6E803" wp14:editId="7CBF79F4">
          <wp:simplePos x="0" y="0"/>
          <wp:positionH relativeFrom="column">
            <wp:posOffset>-28575</wp:posOffset>
          </wp:positionH>
          <wp:positionV relativeFrom="paragraph">
            <wp:posOffset>-228600</wp:posOffset>
          </wp:positionV>
          <wp:extent cx="1487553" cy="707197"/>
          <wp:effectExtent l="0" t="0" r="0" b="0"/>
          <wp:wrapNone/>
          <wp:docPr id="11394902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270308" name="Picture 1671270308"/>
                  <pic:cNvPicPr/>
                </pic:nvPicPr>
                <pic:blipFill>
                  <a:blip r:embed="rId1">
                    <a:extLst>
                      <a:ext uri="{28A0092B-C50C-407E-A947-70E740481C1C}">
                        <a14:useLocalDpi xmlns:a14="http://schemas.microsoft.com/office/drawing/2010/main"/>
                      </a:ext>
                    </a:extLst>
                  </a:blip>
                  <a:stretch>
                    <a:fillRect/>
                  </a:stretch>
                </pic:blipFill>
                <pic:spPr>
                  <a:xfrm>
                    <a:off x="0" y="0"/>
                    <a:ext cx="1487553" cy="707197"/>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58B66EB0" wp14:editId="69C14940">
          <wp:simplePos x="0" y="0"/>
          <wp:positionH relativeFrom="column">
            <wp:posOffset>4724400</wp:posOffset>
          </wp:positionH>
          <wp:positionV relativeFrom="paragraph">
            <wp:posOffset>-152400</wp:posOffset>
          </wp:positionV>
          <wp:extent cx="2343764" cy="533405"/>
          <wp:effectExtent l="0" t="0" r="0" b="0"/>
          <wp:wrapNone/>
          <wp:docPr id="18144395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899387" name="Picture 1217899387"/>
                  <pic:cNvPicPr/>
                </pic:nvPicPr>
                <pic:blipFill>
                  <a:blip r:embed="rId2">
                    <a:extLst>
                      <a:ext uri="{28A0092B-C50C-407E-A947-70E740481C1C}">
                        <a14:useLocalDpi xmlns:a14="http://schemas.microsoft.com/office/drawing/2010/main"/>
                      </a:ext>
                    </a:extLst>
                  </a:blip>
                  <a:srcRect l="62239" b="10810"/>
                  <a:stretch>
                    <a:fillRect/>
                  </a:stretch>
                </pic:blipFill>
                <pic:spPr>
                  <a:xfrm>
                    <a:off x="0" y="0"/>
                    <a:ext cx="2343764" cy="533405"/>
                  </a:xfrm>
                  <a:prstGeom prst="rect">
                    <a:avLst/>
                  </a:prstGeom>
                </pic:spPr>
              </pic:pic>
            </a:graphicData>
          </a:graphic>
          <wp14:sizeRelH relativeFrom="page">
            <wp14:pctWidth>0</wp14:pctWidth>
          </wp14:sizeRelH>
          <wp14:sizeRelV relativeFrom="page">
            <wp14:pctHeight>0</wp14:pctHeight>
          </wp14:sizeRelV>
        </wp:anchor>
      </w:drawing>
    </w:r>
  </w:p>
  <w:p w14:paraId="567935B2" w14:textId="6C846FEE" w:rsidR="005E1C75" w:rsidRDefault="005E1C75" w:rsidP="005E1C75">
    <w:pPr>
      <w:tabs>
        <w:tab w:val="left" w:pos="960"/>
      </w:tabs>
    </w:pPr>
  </w:p>
</w:hdr>
</file>

<file path=word/intelligence2.xml><?xml version="1.0" encoding="utf-8"?>
<int2:intelligence xmlns:int2="http://schemas.microsoft.com/office/intelligence/2020/intelligence" xmlns:oel="http://schemas.microsoft.com/office/2019/extlst">
  <int2:observations>
    <int2:textHash int2:hashCode="56l0NZccybGXmb" int2:id="PSLhLMzd">
      <int2:state int2:value="Rejected" int2:type="spell"/>
    </int2:textHash>
    <int2:textHash int2:hashCode="sGw9/9ZX/WMXvn" int2:id="8jzRMsTf">
      <int2:state int2:value="Rejected" int2:type="spell"/>
    </int2:textHash>
    <int2:textHash int2:hashCode="i3AzAKfzShAQKL" int2:id="UvzzMIPr">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77B96A"/>
    <w:multiLevelType w:val="hybridMultilevel"/>
    <w:tmpl w:val="ABDEF352"/>
    <w:lvl w:ilvl="0" w:tplc="57803EC6">
      <w:start w:val="1"/>
      <w:numFmt w:val="decimal"/>
      <w:lvlText w:val="(%1)"/>
      <w:lvlJc w:val="left"/>
      <w:pPr>
        <w:ind w:left="360" w:hanging="360"/>
      </w:pPr>
    </w:lvl>
    <w:lvl w:ilvl="1" w:tplc="9970C210">
      <w:start w:val="1"/>
      <w:numFmt w:val="lowerLetter"/>
      <w:lvlText w:val="%2."/>
      <w:lvlJc w:val="left"/>
      <w:pPr>
        <w:ind w:left="1080" w:hanging="360"/>
      </w:pPr>
    </w:lvl>
    <w:lvl w:ilvl="2" w:tplc="892CEF1E">
      <w:start w:val="1"/>
      <w:numFmt w:val="lowerRoman"/>
      <w:lvlText w:val="%3."/>
      <w:lvlJc w:val="right"/>
      <w:pPr>
        <w:ind w:left="1800" w:hanging="180"/>
      </w:pPr>
    </w:lvl>
    <w:lvl w:ilvl="3" w:tplc="12C09A50">
      <w:start w:val="1"/>
      <w:numFmt w:val="decimal"/>
      <w:lvlText w:val="%4."/>
      <w:lvlJc w:val="left"/>
      <w:pPr>
        <w:ind w:left="2520" w:hanging="360"/>
      </w:pPr>
    </w:lvl>
    <w:lvl w:ilvl="4" w:tplc="79A64B20">
      <w:start w:val="1"/>
      <w:numFmt w:val="lowerLetter"/>
      <w:lvlText w:val="%5."/>
      <w:lvlJc w:val="left"/>
      <w:pPr>
        <w:ind w:left="3240" w:hanging="360"/>
      </w:pPr>
    </w:lvl>
    <w:lvl w:ilvl="5" w:tplc="5EBA8618">
      <w:start w:val="1"/>
      <w:numFmt w:val="lowerRoman"/>
      <w:lvlText w:val="%6."/>
      <w:lvlJc w:val="right"/>
      <w:pPr>
        <w:ind w:left="3960" w:hanging="180"/>
      </w:pPr>
    </w:lvl>
    <w:lvl w:ilvl="6" w:tplc="C8E45B08">
      <w:start w:val="1"/>
      <w:numFmt w:val="decimal"/>
      <w:lvlText w:val="%7."/>
      <w:lvlJc w:val="left"/>
      <w:pPr>
        <w:ind w:left="4680" w:hanging="360"/>
      </w:pPr>
    </w:lvl>
    <w:lvl w:ilvl="7" w:tplc="94BC84E4">
      <w:start w:val="1"/>
      <w:numFmt w:val="lowerLetter"/>
      <w:lvlText w:val="%8."/>
      <w:lvlJc w:val="left"/>
      <w:pPr>
        <w:ind w:left="5400" w:hanging="360"/>
      </w:pPr>
    </w:lvl>
    <w:lvl w:ilvl="8" w:tplc="BE98426A">
      <w:start w:val="1"/>
      <w:numFmt w:val="lowerRoman"/>
      <w:lvlText w:val="%9."/>
      <w:lvlJc w:val="right"/>
      <w:pPr>
        <w:ind w:left="6120" w:hanging="180"/>
      </w:pPr>
    </w:lvl>
  </w:abstractNum>
  <w:abstractNum w:abstractNumId="10" w15:restartNumberingAfterBreak="0">
    <w:nsid w:val="0A56EC49"/>
    <w:multiLevelType w:val="hybridMultilevel"/>
    <w:tmpl w:val="6B6EC7C8"/>
    <w:lvl w:ilvl="0" w:tplc="C1F8BFB8">
      <w:start w:val="1"/>
      <w:numFmt w:val="lowerLetter"/>
      <w:lvlText w:val="%1)"/>
      <w:lvlJc w:val="left"/>
      <w:pPr>
        <w:ind w:left="360" w:hanging="360"/>
      </w:pPr>
    </w:lvl>
    <w:lvl w:ilvl="1" w:tplc="819A8D86">
      <w:start w:val="1"/>
      <w:numFmt w:val="lowerLetter"/>
      <w:lvlText w:val="%2."/>
      <w:lvlJc w:val="left"/>
      <w:pPr>
        <w:ind w:left="1080" w:hanging="360"/>
      </w:pPr>
    </w:lvl>
    <w:lvl w:ilvl="2" w:tplc="B3566658">
      <w:start w:val="1"/>
      <w:numFmt w:val="lowerRoman"/>
      <w:lvlText w:val="%3."/>
      <w:lvlJc w:val="right"/>
      <w:pPr>
        <w:ind w:left="1800" w:hanging="180"/>
      </w:pPr>
    </w:lvl>
    <w:lvl w:ilvl="3" w:tplc="AFE0C1FE">
      <w:start w:val="1"/>
      <w:numFmt w:val="decimal"/>
      <w:lvlText w:val="%4."/>
      <w:lvlJc w:val="left"/>
      <w:pPr>
        <w:ind w:left="2520" w:hanging="360"/>
      </w:pPr>
    </w:lvl>
    <w:lvl w:ilvl="4" w:tplc="CFEC389C">
      <w:start w:val="1"/>
      <w:numFmt w:val="lowerLetter"/>
      <w:lvlText w:val="%5."/>
      <w:lvlJc w:val="left"/>
      <w:pPr>
        <w:ind w:left="3240" w:hanging="360"/>
      </w:pPr>
    </w:lvl>
    <w:lvl w:ilvl="5" w:tplc="11427A44">
      <w:start w:val="1"/>
      <w:numFmt w:val="lowerRoman"/>
      <w:lvlText w:val="%6."/>
      <w:lvlJc w:val="right"/>
      <w:pPr>
        <w:ind w:left="3960" w:hanging="180"/>
      </w:pPr>
    </w:lvl>
    <w:lvl w:ilvl="6" w:tplc="08D2B096">
      <w:start w:val="1"/>
      <w:numFmt w:val="decimal"/>
      <w:lvlText w:val="%7."/>
      <w:lvlJc w:val="left"/>
      <w:pPr>
        <w:ind w:left="4680" w:hanging="360"/>
      </w:pPr>
    </w:lvl>
    <w:lvl w:ilvl="7" w:tplc="00D65614">
      <w:start w:val="1"/>
      <w:numFmt w:val="lowerLetter"/>
      <w:lvlText w:val="%8."/>
      <w:lvlJc w:val="left"/>
      <w:pPr>
        <w:ind w:left="5400" w:hanging="360"/>
      </w:pPr>
    </w:lvl>
    <w:lvl w:ilvl="8" w:tplc="909E7BB6">
      <w:start w:val="1"/>
      <w:numFmt w:val="lowerRoman"/>
      <w:lvlText w:val="%9."/>
      <w:lvlJc w:val="right"/>
      <w:pPr>
        <w:ind w:left="6120" w:hanging="180"/>
      </w:pPr>
    </w:lvl>
  </w:abstractNum>
  <w:abstractNum w:abstractNumId="11" w15:restartNumberingAfterBreak="0">
    <w:nsid w:val="114CC99A"/>
    <w:multiLevelType w:val="hybridMultilevel"/>
    <w:tmpl w:val="47389870"/>
    <w:lvl w:ilvl="0" w:tplc="93C2F874">
      <w:start w:val="1"/>
      <w:numFmt w:val="decimal"/>
      <w:lvlText w:val="(%1)"/>
      <w:lvlJc w:val="left"/>
      <w:pPr>
        <w:ind w:left="360" w:hanging="360"/>
      </w:pPr>
    </w:lvl>
    <w:lvl w:ilvl="1" w:tplc="1076BDB6">
      <w:start w:val="1"/>
      <w:numFmt w:val="lowerLetter"/>
      <w:lvlText w:val="%2."/>
      <w:lvlJc w:val="left"/>
      <w:pPr>
        <w:ind w:left="1080" w:hanging="360"/>
      </w:pPr>
    </w:lvl>
    <w:lvl w:ilvl="2" w:tplc="93221576">
      <w:start w:val="1"/>
      <w:numFmt w:val="lowerRoman"/>
      <w:lvlText w:val="%3."/>
      <w:lvlJc w:val="right"/>
      <w:pPr>
        <w:ind w:left="1800" w:hanging="180"/>
      </w:pPr>
    </w:lvl>
    <w:lvl w:ilvl="3" w:tplc="B0287D6A">
      <w:start w:val="1"/>
      <w:numFmt w:val="decimal"/>
      <w:lvlText w:val="%4."/>
      <w:lvlJc w:val="left"/>
      <w:pPr>
        <w:ind w:left="2520" w:hanging="360"/>
      </w:pPr>
    </w:lvl>
    <w:lvl w:ilvl="4" w:tplc="D736D9FA">
      <w:start w:val="1"/>
      <w:numFmt w:val="lowerLetter"/>
      <w:lvlText w:val="%5."/>
      <w:lvlJc w:val="left"/>
      <w:pPr>
        <w:ind w:left="3240" w:hanging="360"/>
      </w:pPr>
    </w:lvl>
    <w:lvl w:ilvl="5" w:tplc="CB840634">
      <w:start w:val="1"/>
      <w:numFmt w:val="lowerRoman"/>
      <w:lvlText w:val="%6."/>
      <w:lvlJc w:val="right"/>
      <w:pPr>
        <w:ind w:left="3960" w:hanging="180"/>
      </w:pPr>
    </w:lvl>
    <w:lvl w:ilvl="6" w:tplc="4934E81C">
      <w:start w:val="1"/>
      <w:numFmt w:val="decimal"/>
      <w:lvlText w:val="%7."/>
      <w:lvlJc w:val="left"/>
      <w:pPr>
        <w:ind w:left="4680" w:hanging="360"/>
      </w:pPr>
    </w:lvl>
    <w:lvl w:ilvl="7" w:tplc="02141C6C">
      <w:start w:val="1"/>
      <w:numFmt w:val="lowerLetter"/>
      <w:lvlText w:val="%8."/>
      <w:lvlJc w:val="left"/>
      <w:pPr>
        <w:ind w:left="5400" w:hanging="360"/>
      </w:pPr>
    </w:lvl>
    <w:lvl w:ilvl="8" w:tplc="B40E145E">
      <w:start w:val="1"/>
      <w:numFmt w:val="lowerRoman"/>
      <w:lvlText w:val="%9."/>
      <w:lvlJc w:val="right"/>
      <w:pPr>
        <w:ind w:left="6120" w:hanging="180"/>
      </w:pPr>
    </w:lvl>
  </w:abstractNum>
  <w:abstractNum w:abstractNumId="12" w15:restartNumberingAfterBreak="0">
    <w:nsid w:val="1610C99A"/>
    <w:multiLevelType w:val="hybridMultilevel"/>
    <w:tmpl w:val="1DE06C4C"/>
    <w:lvl w:ilvl="0" w:tplc="3508DFA4">
      <w:start w:val="1"/>
      <w:numFmt w:val="lowerLetter"/>
      <w:lvlText w:val="%1)"/>
      <w:lvlJc w:val="left"/>
      <w:pPr>
        <w:ind w:left="360" w:hanging="360"/>
      </w:pPr>
    </w:lvl>
    <w:lvl w:ilvl="1" w:tplc="4C363934">
      <w:start w:val="1"/>
      <w:numFmt w:val="lowerLetter"/>
      <w:lvlText w:val="%2."/>
      <w:lvlJc w:val="left"/>
      <w:pPr>
        <w:ind w:left="1080" w:hanging="360"/>
      </w:pPr>
    </w:lvl>
    <w:lvl w:ilvl="2" w:tplc="E05A7CF0">
      <w:start w:val="1"/>
      <w:numFmt w:val="lowerRoman"/>
      <w:lvlText w:val="%3."/>
      <w:lvlJc w:val="right"/>
      <w:pPr>
        <w:ind w:left="1800" w:hanging="180"/>
      </w:pPr>
    </w:lvl>
    <w:lvl w:ilvl="3" w:tplc="5FEA202C">
      <w:start w:val="1"/>
      <w:numFmt w:val="decimal"/>
      <w:lvlText w:val="%4."/>
      <w:lvlJc w:val="left"/>
      <w:pPr>
        <w:ind w:left="2520" w:hanging="360"/>
      </w:pPr>
    </w:lvl>
    <w:lvl w:ilvl="4" w:tplc="9C92067A">
      <w:start w:val="1"/>
      <w:numFmt w:val="lowerLetter"/>
      <w:lvlText w:val="%5."/>
      <w:lvlJc w:val="left"/>
      <w:pPr>
        <w:ind w:left="3240" w:hanging="360"/>
      </w:pPr>
    </w:lvl>
    <w:lvl w:ilvl="5" w:tplc="CD189FFA">
      <w:start w:val="1"/>
      <w:numFmt w:val="lowerRoman"/>
      <w:lvlText w:val="%6."/>
      <w:lvlJc w:val="right"/>
      <w:pPr>
        <w:ind w:left="3960" w:hanging="180"/>
      </w:pPr>
    </w:lvl>
    <w:lvl w:ilvl="6" w:tplc="D122C272">
      <w:start w:val="1"/>
      <w:numFmt w:val="decimal"/>
      <w:lvlText w:val="%7."/>
      <w:lvlJc w:val="left"/>
      <w:pPr>
        <w:ind w:left="4680" w:hanging="360"/>
      </w:pPr>
    </w:lvl>
    <w:lvl w:ilvl="7" w:tplc="1D14DE94">
      <w:start w:val="1"/>
      <w:numFmt w:val="lowerLetter"/>
      <w:lvlText w:val="%8."/>
      <w:lvlJc w:val="left"/>
      <w:pPr>
        <w:ind w:left="5400" w:hanging="360"/>
      </w:pPr>
    </w:lvl>
    <w:lvl w:ilvl="8" w:tplc="948A056A">
      <w:start w:val="1"/>
      <w:numFmt w:val="lowerRoman"/>
      <w:lvlText w:val="%9."/>
      <w:lvlJc w:val="right"/>
      <w:pPr>
        <w:ind w:left="6120" w:hanging="180"/>
      </w:pPr>
    </w:lvl>
  </w:abstractNum>
  <w:abstractNum w:abstractNumId="13" w15:restartNumberingAfterBreak="0">
    <w:nsid w:val="18403F59"/>
    <w:multiLevelType w:val="hybridMultilevel"/>
    <w:tmpl w:val="443E8620"/>
    <w:lvl w:ilvl="0" w:tplc="1F7675EC">
      <w:start w:val="1"/>
      <w:numFmt w:val="lowerLetter"/>
      <w:lvlText w:val="%1)"/>
      <w:lvlJc w:val="left"/>
      <w:pPr>
        <w:ind w:left="720" w:hanging="360"/>
      </w:pPr>
    </w:lvl>
    <w:lvl w:ilvl="1" w:tplc="5226D870">
      <w:start w:val="1"/>
      <w:numFmt w:val="lowerLetter"/>
      <w:lvlText w:val="%2."/>
      <w:lvlJc w:val="left"/>
      <w:pPr>
        <w:ind w:left="1440" w:hanging="360"/>
      </w:pPr>
    </w:lvl>
    <w:lvl w:ilvl="2" w:tplc="C440621E">
      <w:start w:val="1"/>
      <w:numFmt w:val="lowerRoman"/>
      <w:lvlText w:val="%3."/>
      <w:lvlJc w:val="right"/>
      <w:pPr>
        <w:ind w:left="2160" w:hanging="180"/>
      </w:pPr>
    </w:lvl>
    <w:lvl w:ilvl="3" w:tplc="8DC0A9B4">
      <w:start w:val="1"/>
      <w:numFmt w:val="decimal"/>
      <w:lvlText w:val="%4."/>
      <w:lvlJc w:val="left"/>
      <w:pPr>
        <w:ind w:left="2880" w:hanging="360"/>
      </w:pPr>
    </w:lvl>
    <w:lvl w:ilvl="4" w:tplc="DAAA5A7A">
      <w:start w:val="1"/>
      <w:numFmt w:val="lowerLetter"/>
      <w:lvlText w:val="%5."/>
      <w:lvlJc w:val="left"/>
      <w:pPr>
        <w:ind w:left="3600" w:hanging="360"/>
      </w:pPr>
    </w:lvl>
    <w:lvl w:ilvl="5" w:tplc="74464664">
      <w:start w:val="1"/>
      <w:numFmt w:val="lowerRoman"/>
      <w:lvlText w:val="%6."/>
      <w:lvlJc w:val="right"/>
      <w:pPr>
        <w:ind w:left="4320" w:hanging="180"/>
      </w:pPr>
    </w:lvl>
    <w:lvl w:ilvl="6" w:tplc="BB401D16">
      <w:start w:val="1"/>
      <w:numFmt w:val="decimal"/>
      <w:lvlText w:val="%7."/>
      <w:lvlJc w:val="left"/>
      <w:pPr>
        <w:ind w:left="5040" w:hanging="360"/>
      </w:pPr>
    </w:lvl>
    <w:lvl w:ilvl="7" w:tplc="258CD16C">
      <w:start w:val="1"/>
      <w:numFmt w:val="lowerLetter"/>
      <w:lvlText w:val="%8."/>
      <w:lvlJc w:val="left"/>
      <w:pPr>
        <w:ind w:left="5760" w:hanging="360"/>
      </w:pPr>
    </w:lvl>
    <w:lvl w:ilvl="8" w:tplc="B7FA9D46">
      <w:start w:val="1"/>
      <w:numFmt w:val="lowerRoman"/>
      <w:lvlText w:val="%9."/>
      <w:lvlJc w:val="right"/>
      <w:pPr>
        <w:ind w:left="6480" w:hanging="180"/>
      </w:pPr>
    </w:lvl>
  </w:abstractNum>
  <w:abstractNum w:abstractNumId="14" w15:restartNumberingAfterBreak="0">
    <w:nsid w:val="19F948F6"/>
    <w:multiLevelType w:val="hybridMultilevel"/>
    <w:tmpl w:val="EC7880DA"/>
    <w:lvl w:ilvl="0" w:tplc="A33CBA10">
      <w:start w:val="1"/>
      <w:numFmt w:val="bullet"/>
      <w:lvlText w:val="-"/>
      <w:lvlJc w:val="left"/>
      <w:pPr>
        <w:ind w:left="720" w:hanging="360"/>
      </w:pPr>
      <w:rPr>
        <w:rFonts w:ascii="Aptos" w:hAnsi="Aptos" w:hint="default"/>
      </w:rPr>
    </w:lvl>
    <w:lvl w:ilvl="1" w:tplc="AEE882E4">
      <w:start w:val="1"/>
      <w:numFmt w:val="bullet"/>
      <w:lvlText w:val="o"/>
      <w:lvlJc w:val="left"/>
      <w:pPr>
        <w:ind w:left="1440" w:hanging="360"/>
      </w:pPr>
      <w:rPr>
        <w:rFonts w:ascii="Courier New" w:hAnsi="Courier New" w:hint="default"/>
      </w:rPr>
    </w:lvl>
    <w:lvl w:ilvl="2" w:tplc="DBFCFE9E">
      <w:start w:val="1"/>
      <w:numFmt w:val="bullet"/>
      <w:lvlText w:val=""/>
      <w:lvlJc w:val="left"/>
      <w:pPr>
        <w:ind w:left="2160" w:hanging="360"/>
      </w:pPr>
      <w:rPr>
        <w:rFonts w:ascii="Wingdings" w:hAnsi="Wingdings" w:hint="default"/>
      </w:rPr>
    </w:lvl>
    <w:lvl w:ilvl="3" w:tplc="90C2EFB2">
      <w:start w:val="1"/>
      <w:numFmt w:val="bullet"/>
      <w:lvlText w:val=""/>
      <w:lvlJc w:val="left"/>
      <w:pPr>
        <w:ind w:left="2880" w:hanging="360"/>
      </w:pPr>
      <w:rPr>
        <w:rFonts w:ascii="Symbol" w:hAnsi="Symbol" w:hint="default"/>
      </w:rPr>
    </w:lvl>
    <w:lvl w:ilvl="4" w:tplc="3620F810">
      <w:start w:val="1"/>
      <w:numFmt w:val="bullet"/>
      <w:lvlText w:val="o"/>
      <w:lvlJc w:val="left"/>
      <w:pPr>
        <w:ind w:left="3600" w:hanging="360"/>
      </w:pPr>
      <w:rPr>
        <w:rFonts w:ascii="Courier New" w:hAnsi="Courier New" w:hint="default"/>
      </w:rPr>
    </w:lvl>
    <w:lvl w:ilvl="5" w:tplc="0C00A948">
      <w:start w:val="1"/>
      <w:numFmt w:val="bullet"/>
      <w:lvlText w:val=""/>
      <w:lvlJc w:val="left"/>
      <w:pPr>
        <w:ind w:left="4320" w:hanging="360"/>
      </w:pPr>
      <w:rPr>
        <w:rFonts w:ascii="Wingdings" w:hAnsi="Wingdings" w:hint="default"/>
      </w:rPr>
    </w:lvl>
    <w:lvl w:ilvl="6" w:tplc="E182F79C">
      <w:start w:val="1"/>
      <w:numFmt w:val="bullet"/>
      <w:lvlText w:val=""/>
      <w:lvlJc w:val="left"/>
      <w:pPr>
        <w:ind w:left="5040" w:hanging="360"/>
      </w:pPr>
      <w:rPr>
        <w:rFonts w:ascii="Symbol" w:hAnsi="Symbol" w:hint="default"/>
      </w:rPr>
    </w:lvl>
    <w:lvl w:ilvl="7" w:tplc="E5105B9C">
      <w:start w:val="1"/>
      <w:numFmt w:val="bullet"/>
      <w:lvlText w:val="o"/>
      <w:lvlJc w:val="left"/>
      <w:pPr>
        <w:ind w:left="5760" w:hanging="360"/>
      </w:pPr>
      <w:rPr>
        <w:rFonts w:ascii="Courier New" w:hAnsi="Courier New" w:hint="default"/>
      </w:rPr>
    </w:lvl>
    <w:lvl w:ilvl="8" w:tplc="C952E578">
      <w:start w:val="1"/>
      <w:numFmt w:val="bullet"/>
      <w:lvlText w:val=""/>
      <w:lvlJc w:val="left"/>
      <w:pPr>
        <w:ind w:left="6480" w:hanging="360"/>
      </w:pPr>
      <w:rPr>
        <w:rFonts w:ascii="Wingdings" w:hAnsi="Wingdings" w:hint="default"/>
      </w:rPr>
    </w:lvl>
  </w:abstractNum>
  <w:abstractNum w:abstractNumId="15" w15:restartNumberingAfterBreak="0">
    <w:nsid w:val="207913DD"/>
    <w:multiLevelType w:val="hybridMultilevel"/>
    <w:tmpl w:val="D61444E4"/>
    <w:lvl w:ilvl="0" w:tplc="5FA47692">
      <w:start w:val="1"/>
      <w:numFmt w:val="decimal"/>
      <w:lvlText w:val="(%1)"/>
      <w:lvlJc w:val="left"/>
      <w:pPr>
        <w:ind w:left="360" w:hanging="360"/>
      </w:pPr>
    </w:lvl>
    <w:lvl w:ilvl="1" w:tplc="19C26756">
      <w:start w:val="1"/>
      <w:numFmt w:val="lowerLetter"/>
      <w:lvlText w:val="%2."/>
      <w:lvlJc w:val="left"/>
      <w:pPr>
        <w:ind w:left="1080" w:hanging="360"/>
      </w:pPr>
    </w:lvl>
    <w:lvl w:ilvl="2" w:tplc="C9A2DB02">
      <w:start w:val="1"/>
      <w:numFmt w:val="lowerRoman"/>
      <w:lvlText w:val="%3."/>
      <w:lvlJc w:val="right"/>
      <w:pPr>
        <w:ind w:left="1800" w:hanging="180"/>
      </w:pPr>
    </w:lvl>
    <w:lvl w:ilvl="3" w:tplc="989C4862">
      <w:start w:val="1"/>
      <w:numFmt w:val="decimal"/>
      <w:lvlText w:val="%4."/>
      <w:lvlJc w:val="left"/>
      <w:pPr>
        <w:ind w:left="2520" w:hanging="360"/>
      </w:pPr>
    </w:lvl>
    <w:lvl w:ilvl="4" w:tplc="47B8CAC4">
      <w:start w:val="1"/>
      <w:numFmt w:val="lowerLetter"/>
      <w:lvlText w:val="%5."/>
      <w:lvlJc w:val="left"/>
      <w:pPr>
        <w:ind w:left="3240" w:hanging="360"/>
      </w:pPr>
    </w:lvl>
    <w:lvl w:ilvl="5" w:tplc="450C3E06">
      <w:start w:val="1"/>
      <w:numFmt w:val="lowerRoman"/>
      <w:lvlText w:val="%6."/>
      <w:lvlJc w:val="right"/>
      <w:pPr>
        <w:ind w:left="3960" w:hanging="180"/>
      </w:pPr>
    </w:lvl>
    <w:lvl w:ilvl="6" w:tplc="E7649712">
      <w:start w:val="1"/>
      <w:numFmt w:val="decimal"/>
      <w:lvlText w:val="%7."/>
      <w:lvlJc w:val="left"/>
      <w:pPr>
        <w:ind w:left="4680" w:hanging="360"/>
      </w:pPr>
    </w:lvl>
    <w:lvl w:ilvl="7" w:tplc="17CAFAC6">
      <w:start w:val="1"/>
      <w:numFmt w:val="lowerLetter"/>
      <w:lvlText w:val="%8."/>
      <w:lvlJc w:val="left"/>
      <w:pPr>
        <w:ind w:left="5400" w:hanging="360"/>
      </w:pPr>
    </w:lvl>
    <w:lvl w:ilvl="8" w:tplc="087E06C0">
      <w:start w:val="1"/>
      <w:numFmt w:val="lowerRoman"/>
      <w:lvlText w:val="%9."/>
      <w:lvlJc w:val="right"/>
      <w:pPr>
        <w:ind w:left="6120" w:hanging="180"/>
      </w:pPr>
    </w:lvl>
  </w:abstractNum>
  <w:abstractNum w:abstractNumId="16" w15:restartNumberingAfterBreak="0">
    <w:nsid w:val="20F82954"/>
    <w:multiLevelType w:val="hybridMultilevel"/>
    <w:tmpl w:val="896A4BC4"/>
    <w:lvl w:ilvl="0" w:tplc="23D63B6E">
      <w:start w:val="1"/>
      <w:numFmt w:val="decimal"/>
      <w:lvlText w:val="(%1)"/>
      <w:lvlJc w:val="left"/>
      <w:pPr>
        <w:ind w:left="360" w:hanging="360"/>
      </w:pPr>
    </w:lvl>
    <w:lvl w:ilvl="1" w:tplc="5A08406A">
      <w:start w:val="1"/>
      <w:numFmt w:val="lowerLetter"/>
      <w:lvlText w:val="%2."/>
      <w:lvlJc w:val="left"/>
      <w:pPr>
        <w:ind w:left="1080" w:hanging="360"/>
      </w:pPr>
    </w:lvl>
    <w:lvl w:ilvl="2" w:tplc="8D6C069C">
      <w:start w:val="1"/>
      <w:numFmt w:val="lowerRoman"/>
      <w:lvlText w:val="%3."/>
      <w:lvlJc w:val="right"/>
      <w:pPr>
        <w:ind w:left="1800" w:hanging="180"/>
      </w:pPr>
    </w:lvl>
    <w:lvl w:ilvl="3" w:tplc="D15663FE">
      <w:start w:val="1"/>
      <w:numFmt w:val="decimal"/>
      <w:lvlText w:val="%4."/>
      <w:lvlJc w:val="left"/>
      <w:pPr>
        <w:ind w:left="2520" w:hanging="360"/>
      </w:pPr>
    </w:lvl>
    <w:lvl w:ilvl="4" w:tplc="6240A9E2">
      <w:start w:val="1"/>
      <w:numFmt w:val="lowerLetter"/>
      <w:lvlText w:val="%5."/>
      <w:lvlJc w:val="left"/>
      <w:pPr>
        <w:ind w:left="3240" w:hanging="360"/>
      </w:pPr>
    </w:lvl>
    <w:lvl w:ilvl="5" w:tplc="D2D26376">
      <w:start w:val="1"/>
      <w:numFmt w:val="lowerRoman"/>
      <w:lvlText w:val="%6."/>
      <w:lvlJc w:val="right"/>
      <w:pPr>
        <w:ind w:left="3960" w:hanging="180"/>
      </w:pPr>
    </w:lvl>
    <w:lvl w:ilvl="6" w:tplc="1A42B7DC">
      <w:start w:val="1"/>
      <w:numFmt w:val="decimal"/>
      <w:lvlText w:val="%7."/>
      <w:lvlJc w:val="left"/>
      <w:pPr>
        <w:ind w:left="4680" w:hanging="360"/>
      </w:pPr>
    </w:lvl>
    <w:lvl w:ilvl="7" w:tplc="1D6C0C62">
      <w:start w:val="1"/>
      <w:numFmt w:val="lowerLetter"/>
      <w:lvlText w:val="%8."/>
      <w:lvlJc w:val="left"/>
      <w:pPr>
        <w:ind w:left="5400" w:hanging="360"/>
      </w:pPr>
    </w:lvl>
    <w:lvl w:ilvl="8" w:tplc="5B3A1B6E">
      <w:start w:val="1"/>
      <w:numFmt w:val="lowerRoman"/>
      <w:lvlText w:val="%9."/>
      <w:lvlJc w:val="right"/>
      <w:pPr>
        <w:ind w:left="6120" w:hanging="180"/>
      </w:pPr>
    </w:lvl>
  </w:abstractNum>
  <w:abstractNum w:abstractNumId="17" w15:restartNumberingAfterBreak="0">
    <w:nsid w:val="227D35F2"/>
    <w:multiLevelType w:val="hybridMultilevel"/>
    <w:tmpl w:val="C33EBF7C"/>
    <w:lvl w:ilvl="0" w:tplc="68864604">
      <w:start w:val="1"/>
      <w:numFmt w:val="decimal"/>
      <w:lvlText w:val="(%1)"/>
      <w:lvlJc w:val="left"/>
      <w:pPr>
        <w:ind w:left="360" w:hanging="360"/>
      </w:pPr>
    </w:lvl>
    <w:lvl w:ilvl="1" w:tplc="997A5DA8">
      <w:start w:val="1"/>
      <w:numFmt w:val="lowerLetter"/>
      <w:lvlText w:val="%2."/>
      <w:lvlJc w:val="left"/>
      <w:pPr>
        <w:ind w:left="1080" w:hanging="360"/>
      </w:pPr>
    </w:lvl>
    <w:lvl w:ilvl="2" w:tplc="796211C0">
      <w:start w:val="1"/>
      <w:numFmt w:val="lowerRoman"/>
      <w:lvlText w:val="%3."/>
      <w:lvlJc w:val="right"/>
      <w:pPr>
        <w:ind w:left="1800" w:hanging="180"/>
      </w:pPr>
    </w:lvl>
    <w:lvl w:ilvl="3" w:tplc="577A758C">
      <w:start w:val="1"/>
      <w:numFmt w:val="decimal"/>
      <w:lvlText w:val="%4."/>
      <w:lvlJc w:val="left"/>
      <w:pPr>
        <w:ind w:left="2520" w:hanging="360"/>
      </w:pPr>
    </w:lvl>
    <w:lvl w:ilvl="4" w:tplc="1F4E7390">
      <w:start w:val="1"/>
      <w:numFmt w:val="lowerLetter"/>
      <w:lvlText w:val="%5."/>
      <w:lvlJc w:val="left"/>
      <w:pPr>
        <w:ind w:left="3240" w:hanging="360"/>
      </w:pPr>
    </w:lvl>
    <w:lvl w:ilvl="5" w:tplc="F45C219A">
      <w:start w:val="1"/>
      <w:numFmt w:val="lowerRoman"/>
      <w:lvlText w:val="%6."/>
      <w:lvlJc w:val="right"/>
      <w:pPr>
        <w:ind w:left="3960" w:hanging="180"/>
      </w:pPr>
    </w:lvl>
    <w:lvl w:ilvl="6" w:tplc="542A2850">
      <w:start w:val="1"/>
      <w:numFmt w:val="decimal"/>
      <w:lvlText w:val="%7."/>
      <w:lvlJc w:val="left"/>
      <w:pPr>
        <w:ind w:left="4680" w:hanging="360"/>
      </w:pPr>
    </w:lvl>
    <w:lvl w:ilvl="7" w:tplc="EB84E6E8">
      <w:start w:val="1"/>
      <w:numFmt w:val="lowerLetter"/>
      <w:lvlText w:val="%8."/>
      <w:lvlJc w:val="left"/>
      <w:pPr>
        <w:ind w:left="5400" w:hanging="360"/>
      </w:pPr>
    </w:lvl>
    <w:lvl w:ilvl="8" w:tplc="1486AD5A">
      <w:start w:val="1"/>
      <w:numFmt w:val="lowerRoman"/>
      <w:lvlText w:val="%9."/>
      <w:lvlJc w:val="right"/>
      <w:pPr>
        <w:ind w:left="6120" w:hanging="180"/>
      </w:pPr>
    </w:lvl>
  </w:abstractNum>
  <w:abstractNum w:abstractNumId="18" w15:restartNumberingAfterBreak="0">
    <w:nsid w:val="233E4641"/>
    <w:multiLevelType w:val="hybridMultilevel"/>
    <w:tmpl w:val="58DE9DDA"/>
    <w:lvl w:ilvl="0" w:tplc="2BD6FF90">
      <w:start w:val="1"/>
      <w:numFmt w:val="decimal"/>
      <w:lvlText w:val="(%1)"/>
      <w:lvlJc w:val="left"/>
      <w:pPr>
        <w:ind w:left="360" w:hanging="360"/>
      </w:pPr>
    </w:lvl>
    <w:lvl w:ilvl="1" w:tplc="F8080312">
      <w:start w:val="1"/>
      <w:numFmt w:val="lowerLetter"/>
      <w:lvlText w:val="%2."/>
      <w:lvlJc w:val="left"/>
      <w:pPr>
        <w:ind w:left="1080" w:hanging="360"/>
      </w:pPr>
    </w:lvl>
    <w:lvl w:ilvl="2" w:tplc="11100A36">
      <w:start w:val="1"/>
      <w:numFmt w:val="lowerRoman"/>
      <w:lvlText w:val="%3."/>
      <w:lvlJc w:val="right"/>
      <w:pPr>
        <w:ind w:left="1800" w:hanging="180"/>
      </w:pPr>
    </w:lvl>
    <w:lvl w:ilvl="3" w:tplc="237488C8">
      <w:start w:val="1"/>
      <w:numFmt w:val="decimal"/>
      <w:lvlText w:val="%4."/>
      <w:lvlJc w:val="left"/>
      <w:pPr>
        <w:ind w:left="2520" w:hanging="360"/>
      </w:pPr>
    </w:lvl>
    <w:lvl w:ilvl="4" w:tplc="FD8C7C58">
      <w:start w:val="1"/>
      <w:numFmt w:val="lowerLetter"/>
      <w:lvlText w:val="%5."/>
      <w:lvlJc w:val="left"/>
      <w:pPr>
        <w:ind w:left="3240" w:hanging="360"/>
      </w:pPr>
    </w:lvl>
    <w:lvl w:ilvl="5" w:tplc="D52CA5FE">
      <w:start w:val="1"/>
      <w:numFmt w:val="lowerRoman"/>
      <w:lvlText w:val="%6."/>
      <w:lvlJc w:val="right"/>
      <w:pPr>
        <w:ind w:left="3960" w:hanging="180"/>
      </w:pPr>
    </w:lvl>
    <w:lvl w:ilvl="6" w:tplc="92763EC2">
      <w:start w:val="1"/>
      <w:numFmt w:val="decimal"/>
      <w:lvlText w:val="%7."/>
      <w:lvlJc w:val="left"/>
      <w:pPr>
        <w:ind w:left="4680" w:hanging="360"/>
      </w:pPr>
    </w:lvl>
    <w:lvl w:ilvl="7" w:tplc="0366CC94">
      <w:start w:val="1"/>
      <w:numFmt w:val="lowerLetter"/>
      <w:lvlText w:val="%8."/>
      <w:lvlJc w:val="left"/>
      <w:pPr>
        <w:ind w:left="5400" w:hanging="360"/>
      </w:pPr>
    </w:lvl>
    <w:lvl w:ilvl="8" w:tplc="C788497C">
      <w:start w:val="1"/>
      <w:numFmt w:val="lowerRoman"/>
      <w:lvlText w:val="%9."/>
      <w:lvlJc w:val="right"/>
      <w:pPr>
        <w:ind w:left="6120" w:hanging="180"/>
      </w:pPr>
    </w:lvl>
  </w:abstractNum>
  <w:abstractNum w:abstractNumId="19" w15:restartNumberingAfterBreak="0">
    <w:nsid w:val="23865780"/>
    <w:multiLevelType w:val="hybridMultilevel"/>
    <w:tmpl w:val="8C925BFA"/>
    <w:lvl w:ilvl="0" w:tplc="02EA4E90">
      <w:start w:val="1"/>
      <w:numFmt w:val="decimal"/>
      <w:lvlText w:val="%1."/>
      <w:lvlJc w:val="left"/>
      <w:pPr>
        <w:ind w:left="720" w:hanging="360"/>
      </w:pPr>
    </w:lvl>
    <w:lvl w:ilvl="1" w:tplc="6D34F954">
      <w:start w:val="1"/>
      <w:numFmt w:val="lowerLetter"/>
      <w:lvlText w:val="%2."/>
      <w:lvlJc w:val="left"/>
      <w:pPr>
        <w:ind w:left="1440" w:hanging="360"/>
      </w:pPr>
    </w:lvl>
    <w:lvl w:ilvl="2" w:tplc="C46CFC0C">
      <w:start w:val="1"/>
      <w:numFmt w:val="lowerRoman"/>
      <w:lvlText w:val="%3."/>
      <w:lvlJc w:val="right"/>
      <w:pPr>
        <w:ind w:left="2160" w:hanging="180"/>
      </w:pPr>
    </w:lvl>
    <w:lvl w:ilvl="3" w:tplc="FBFA5E36">
      <w:start w:val="1"/>
      <w:numFmt w:val="decimal"/>
      <w:lvlText w:val="%4."/>
      <w:lvlJc w:val="left"/>
      <w:pPr>
        <w:ind w:left="2880" w:hanging="360"/>
      </w:pPr>
    </w:lvl>
    <w:lvl w:ilvl="4" w:tplc="B17C5580">
      <w:start w:val="1"/>
      <w:numFmt w:val="lowerLetter"/>
      <w:lvlText w:val="%5."/>
      <w:lvlJc w:val="left"/>
      <w:pPr>
        <w:ind w:left="3600" w:hanging="360"/>
      </w:pPr>
    </w:lvl>
    <w:lvl w:ilvl="5" w:tplc="935EEC92">
      <w:start w:val="1"/>
      <w:numFmt w:val="lowerRoman"/>
      <w:lvlText w:val="%6."/>
      <w:lvlJc w:val="right"/>
      <w:pPr>
        <w:ind w:left="4320" w:hanging="180"/>
      </w:pPr>
    </w:lvl>
    <w:lvl w:ilvl="6" w:tplc="21148748">
      <w:start w:val="1"/>
      <w:numFmt w:val="decimal"/>
      <w:lvlText w:val="%7."/>
      <w:lvlJc w:val="left"/>
      <w:pPr>
        <w:ind w:left="5040" w:hanging="360"/>
      </w:pPr>
    </w:lvl>
    <w:lvl w:ilvl="7" w:tplc="654A5D72">
      <w:start w:val="1"/>
      <w:numFmt w:val="lowerLetter"/>
      <w:lvlText w:val="%8."/>
      <w:lvlJc w:val="left"/>
      <w:pPr>
        <w:ind w:left="5760" w:hanging="360"/>
      </w:pPr>
    </w:lvl>
    <w:lvl w:ilvl="8" w:tplc="7222F75C">
      <w:start w:val="1"/>
      <w:numFmt w:val="lowerRoman"/>
      <w:lvlText w:val="%9."/>
      <w:lvlJc w:val="right"/>
      <w:pPr>
        <w:ind w:left="6480" w:hanging="180"/>
      </w:pPr>
    </w:lvl>
  </w:abstractNum>
  <w:abstractNum w:abstractNumId="20" w15:restartNumberingAfterBreak="0">
    <w:nsid w:val="23A97E8C"/>
    <w:multiLevelType w:val="hybridMultilevel"/>
    <w:tmpl w:val="EAD233B6"/>
    <w:lvl w:ilvl="0" w:tplc="525AA44E">
      <w:start w:val="1"/>
      <w:numFmt w:val="decimal"/>
      <w:lvlText w:val="(%1)"/>
      <w:lvlJc w:val="left"/>
      <w:pPr>
        <w:ind w:left="360" w:hanging="360"/>
      </w:pPr>
    </w:lvl>
    <w:lvl w:ilvl="1" w:tplc="E356181C">
      <w:start w:val="1"/>
      <w:numFmt w:val="lowerLetter"/>
      <w:lvlText w:val="%2."/>
      <w:lvlJc w:val="left"/>
      <w:pPr>
        <w:ind w:left="1080" w:hanging="360"/>
      </w:pPr>
    </w:lvl>
    <w:lvl w:ilvl="2" w:tplc="4FCE070A">
      <w:start w:val="1"/>
      <w:numFmt w:val="lowerRoman"/>
      <w:lvlText w:val="%3."/>
      <w:lvlJc w:val="right"/>
      <w:pPr>
        <w:ind w:left="1800" w:hanging="180"/>
      </w:pPr>
    </w:lvl>
    <w:lvl w:ilvl="3" w:tplc="79563C66">
      <w:start w:val="1"/>
      <w:numFmt w:val="decimal"/>
      <w:lvlText w:val="%4."/>
      <w:lvlJc w:val="left"/>
      <w:pPr>
        <w:ind w:left="2520" w:hanging="360"/>
      </w:pPr>
    </w:lvl>
    <w:lvl w:ilvl="4" w:tplc="97285F16">
      <w:start w:val="1"/>
      <w:numFmt w:val="lowerLetter"/>
      <w:lvlText w:val="%5."/>
      <w:lvlJc w:val="left"/>
      <w:pPr>
        <w:ind w:left="3240" w:hanging="360"/>
      </w:pPr>
    </w:lvl>
    <w:lvl w:ilvl="5" w:tplc="6C2067BE">
      <w:start w:val="1"/>
      <w:numFmt w:val="lowerRoman"/>
      <w:lvlText w:val="%6."/>
      <w:lvlJc w:val="right"/>
      <w:pPr>
        <w:ind w:left="3960" w:hanging="180"/>
      </w:pPr>
    </w:lvl>
    <w:lvl w:ilvl="6" w:tplc="662E6BDE">
      <w:start w:val="1"/>
      <w:numFmt w:val="decimal"/>
      <w:lvlText w:val="%7."/>
      <w:lvlJc w:val="left"/>
      <w:pPr>
        <w:ind w:left="4680" w:hanging="360"/>
      </w:pPr>
    </w:lvl>
    <w:lvl w:ilvl="7" w:tplc="A9883426">
      <w:start w:val="1"/>
      <w:numFmt w:val="lowerLetter"/>
      <w:lvlText w:val="%8."/>
      <w:lvlJc w:val="left"/>
      <w:pPr>
        <w:ind w:left="5400" w:hanging="360"/>
      </w:pPr>
    </w:lvl>
    <w:lvl w:ilvl="8" w:tplc="0536515A">
      <w:start w:val="1"/>
      <w:numFmt w:val="lowerRoman"/>
      <w:lvlText w:val="%9."/>
      <w:lvlJc w:val="right"/>
      <w:pPr>
        <w:ind w:left="6120" w:hanging="180"/>
      </w:pPr>
    </w:lvl>
  </w:abstractNum>
  <w:abstractNum w:abstractNumId="21" w15:restartNumberingAfterBreak="0">
    <w:nsid w:val="2628C0F5"/>
    <w:multiLevelType w:val="hybridMultilevel"/>
    <w:tmpl w:val="0414CDA6"/>
    <w:lvl w:ilvl="0" w:tplc="F1AE5358">
      <w:start w:val="1"/>
      <w:numFmt w:val="decimal"/>
      <w:lvlText w:val="(%1)"/>
      <w:lvlJc w:val="left"/>
      <w:pPr>
        <w:ind w:left="720" w:hanging="360"/>
      </w:pPr>
    </w:lvl>
    <w:lvl w:ilvl="1" w:tplc="D77AF834">
      <w:start w:val="1"/>
      <w:numFmt w:val="lowerLetter"/>
      <w:lvlText w:val="%2."/>
      <w:lvlJc w:val="left"/>
      <w:pPr>
        <w:ind w:left="1440" w:hanging="360"/>
      </w:pPr>
    </w:lvl>
    <w:lvl w:ilvl="2" w:tplc="6D7A4296">
      <w:start w:val="1"/>
      <w:numFmt w:val="lowerRoman"/>
      <w:lvlText w:val="%3."/>
      <w:lvlJc w:val="right"/>
      <w:pPr>
        <w:ind w:left="2160" w:hanging="180"/>
      </w:pPr>
    </w:lvl>
    <w:lvl w:ilvl="3" w:tplc="08DC3244">
      <w:start w:val="1"/>
      <w:numFmt w:val="decimal"/>
      <w:lvlText w:val="%4."/>
      <w:lvlJc w:val="left"/>
      <w:pPr>
        <w:ind w:left="2880" w:hanging="360"/>
      </w:pPr>
    </w:lvl>
    <w:lvl w:ilvl="4" w:tplc="C9CC488A">
      <w:start w:val="1"/>
      <w:numFmt w:val="lowerLetter"/>
      <w:lvlText w:val="%5."/>
      <w:lvlJc w:val="left"/>
      <w:pPr>
        <w:ind w:left="3600" w:hanging="360"/>
      </w:pPr>
    </w:lvl>
    <w:lvl w:ilvl="5" w:tplc="5EE85564">
      <w:start w:val="1"/>
      <w:numFmt w:val="lowerRoman"/>
      <w:lvlText w:val="%6."/>
      <w:lvlJc w:val="right"/>
      <w:pPr>
        <w:ind w:left="4320" w:hanging="180"/>
      </w:pPr>
    </w:lvl>
    <w:lvl w:ilvl="6" w:tplc="64F80C72">
      <w:start w:val="1"/>
      <w:numFmt w:val="decimal"/>
      <w:lvlText w:val="%7."/>
      <w:lvlJc w:val="left"/>
      <w:pPr>
        <w:ind w:left="5040" w:hanging="360"/>
      </w:pPr>
    </w:lvl>
    <w:lvl w:ilvl="7" w:tplc="BDB8D362">
      <w:start w:val="1"/>
      <w:numFmt w:val="lowerLetter"/>
      <w:lvlText w:val="%8."/>
      <w:lvlJc w:val="left"/>
      <w:pPr>
        <w:ind w:left="5760" w:hanging="360"/>
      </w:pPr>
    </w:lvl>
    <w:lvl w:ilvl="8" w:tplc="14462D32">
      <w:start w:val="1"/>
      <w:numFmt w:val="lowerRoman"/>
      <w:lvlText w:val="%9."/>
      <w:lvlJc w:val="right"/>
      <w:pPr>
        <w:ind w:left="6480" w:hanging="180"/>
      </w:pPr>
    </w:lvl>
  </w:abstractNum>
  <w:abstractNum w:abstractNumId="22" w15:restartNumberingAfterBreak="0">
    <w:nsid w:val="29187A3A"/>
    <w:multiLevelType w:val="hybridMultilevel"/>
    <w:tmpl w:val="B130FE76"/>
    <w:lvl w:ilvl="0" w:tplc="B1EE8A52">
      <w:start w:val="1"/>
      <w:numFmt w:val="decimal"/>
      <w:lvlText w:val="%1."/>
      <w:lvlJc w:val="left"/>
      <w:pPr>
        <w:ind w:left="720" w:hanging="360"/>
      </w:pPr>
      <w:rPr>
        <w:rFonts w:ascii="Montserrat" w:hAnsi="Montserrat" w:hint="default"/>
      </w:rPr>
    </w:lvl>
    <w:lvl w:ilvl="1" w:tplc="CE96EF4E">
      <w:start w:val="1"/>
      <w:numFmt w:val="lowerLetter"/>
      <w:lvlText w:val="%2."/>
      <w:lvlJc w:val="left"/>
      <w:pPr>
        <w:ind w:left="1440" w:hanging="360"/>
      </w:pPr>
    </w:lvl>
    <w:lvl w:ilvl="2" w:tplc="0352CB7A">
      <w:start w:val="1"/>
      <w:numFmt w:val="lowerRoman"/>
      <w:lvlText w:val="%3."/>
      <w:lvlJc w:val="right"/>
      <w:pPr>
        <w:ind w:left="2160" w:hanging="180"/>
      </w:pPr>
    </w:lvl>
    <w:lvl w:ilvl="3" w:tplc="B5A4E956">
      <w:start w:val="1"/>
      <w:numFmt w:val="decimal"/>
      <w:lvlText w:val="%4."/>
      <w:lvlJc w:val="left"/>
      <w:pPr>
        <w:ind w:left="2880" w:hanging="360"/>
      </w:pPr>
    </w:lvl>
    <w:lvl w:ilvl="4" w:tplc="344804E6">
      <w:start w:val="1"/>
      <w:numFmt w:val="lowerLetter"/>
      <w:lvlText w:val="%5."/>
      <w:lvlJc w:val="left"/>
      <w:pPr>
        <w:ind w:left="3600" w:hanging="360"/>
      </w:pPr>
    </w:lvl>
    <w:lvl w:ilvl="5" w:tplc="6EA40674">
      <w:start w:val="1"/>
      <w:numFmt w:val="lowerRoman"/>
      <w:lvlText w:val="%6."/>
      <w:lvlJc w:val="right"/>
      <w:pPr>
        <w:ind w:left="4320" w:hanging="180"/>
      </w:pPr>
    </w:lvl>
    <w:lvl w:ilvl="6" w:tplc="0E32E0B4">
      <w:start w:val="1"/>
      <w:numFmt w:val="decimal"/>
      <w:lvlText w:val="%7."/>
      <w:lvlJc w:val="left"/>
      <w:pPr>
        <w:ind w:left="5040" w:hanging="360"/>
      </w:pPr>
    </w:lvl>
    <w:lvl w:ilvl="7" w:tplc="D7B2426A">
      <w:start w:val="1"/>
      <w:numFmt w:val="lowerLetter"/>
      <w:lvlText w:val="%8."/>
      <w:lvlJc w:val="left"/>
      <w:pPr>
        <w:ind w:left="5760" w:hanging="360"/>
      </w:pPr>
    </w:lvl>
    <w:lvl w:ilvl="8" w:tplc="473A0738">
      <w:start w:val="1"/>
      <w:numFmt w:val="lowerRoman"/>
      <w:lvlText w:val="%9."/>
      <w:lvlJc w:val="right"/>
      <w:pPr>
        <w:ind w:left="6480" w:hanging="180"/>
      </w:pPr>
    </w:lvl>
  </w:abstractNum>
  <w:abstractNum w:abstractNumId="23" w15:restartNumberingAfterBreak="0">
    <w:nsid w:val="2A5C91EF"/>
    <w:multiLevelType w:val="hybridMultilevel"/>
    <w:tmpl w:val="3650EFA0"/>
    <w:lvl w:ilvl="0" w:tplc="569ABE3E">
      <w:start w:val="1"/>
      <w:numFmt w:val="bullet"/>
      <w:lvlText w:val=""/>
      <w:lvlJc w:val="left"/>
      <w:pPr>
        <w:ind w:left="720" w:hanging="360"/>
      </w:pPr>
      <w:rPr>
        <w:rFonts w:ascii="Symbol" w:hAnsi="Symbol" w:hint="default"/>
      </w:rPr>
    </w:lvl>
    <w:lvl w:ilvl="1" w:tplc="EC088CBC">
      <w:start w:val="1"/>
      <w:numFmt w:val="bullet"/>
      <w:lvlText w:val="o"/>
      <w:lvlJc w:val="left"/>
      <w:pPr>
        <w:ind w:left="1440" w:hanging="360"/>
      </w:pPr>
      <w:rPr>
        <w:rFonts w:ascii="Courier New" w:hAnsi="Courier New" w:hint="default"/>
      </w:rPr>
    </w:lvl>
    <w:lvl w:ilvl="2" w:tplc="76CC0A4A">
      <w:start w:val="1"/>
      <w:numFmt w:val="bullet"/>
      <w:lvlText w:val=""/>
      <w:lvlJc w:val="left"/>
      <w:pPr>
        <w:ind w:left="2160" w:hanging="360"/>
      </w:pPr>
      <w:rPr>
        <w:rFonts w:ascii="Wingdings" w:hAnsi="Wingdings" w:hint="default"/>
      </w:rPr>
    </w:lvl>
    <w:lvl w:ilvl="3" w:tplc="34204070">
      <w:start w:val="1"/>
      <w:numFmt w:val="bullet"/>
      <w:lvlText w:val=""/>
      <w:lvlJc w:val="left"/>
      <w:pPr>
        <w:ind w:left="2880" w:hanging="360"/>
      </w:pPr>
      <w:rPr>
        <w:rFonts w:ascii="Symbol" w:hAnsi="Symbol" w:hint="default"/>
      </w:rPr>
    </w:lvl>
    <w:lvl w:ilvl="4" w:tplc="7960BEF0">
      <w:start w:val="1"/>
      <w:numFmt w:val="bullet"/>
      <w:lvlText w:val="o"/>
      <w:lvlJc w:val="left"/>
      <w:pPr>
        <w:ind w:left="3600" w:hanging="360"/>
      </w:pPr>
      <w:rPr>
        <w:rFonts w:ascii="Courier New" w:hAnsi="Courier New" w:hint="default"/>
      </w:rPr>
    </w:lvl>
    <w:lvl w:ilvl="5" w:tplc="94E81CAE">
      <w:start w:val="1"/>
      <w:numFmt w:val="bullet"/>
      <w:lvlText w:val=""/>
      <w:lvlJc w:val="left"/>
      <w:pPr>
        <w:ind w:left="4320" w:hanging="360"/>
      </w:pPr>
      <w:rPr>
        <w:rFonts w:ascii="Wingdings" w:hAnsi="Wingdings" w:hint="default"/>
      </w:rPr>
    </w:lvl>
    <w:lvl w:ilvl="6" w:tplc="BCA82B5E">
      <w:start w:val="1"/>
      <w:numFmt w:val="bullet"/>
      <w:lvlText w:val=""/>
      <w:lvlJc w:val="left"/>
      <w:pPr>
        <w:ind w:left="5040" w:hanging="360"/>
      </w:pPr>
      <w:rPr>
        <w:rFonts w:ascii="Symbol" w:hAnsi="Symbol" w:hint="default"/>
      </w:rPr>
    </w:lvl>
    <w:lvl w:ilvl="7" w:tplc="13D2E5C2">
      <w:start w:val="1"/>
      <w:numFmt w:val="bullet"/>
      <w:lvlText w:val="o"/>
      <w:lvlJc w:val="left"/>
      <w:pPr>
        <w:ind w:left="5760" w:hanging="360"/>
      </w:pPr>
      <w:rPr>
        <w:rFonts w:ascii="Courier New" w:hAnsi="Courier New" w:hint="default"/>
      </w:rPr>
    </w:lvl>
    <w:lvl w:ilvl="8" w:tplc="C3507E68">
      <w:start w:val="1"/>
      <w:numFmt w:val="bullet"/>
      <w:lvlText w:val=""/>
      <w:lvlJc w:val="left"/>
      <w:pPr>
        <w:ind w:left="6480" w:hanging="360"/>
      </w:pPr>
      <w:rPr>
        <w:rFonts w:ascii="Wingdings" w:hAnsi="Wingdings" w:hint="default"/>
      </w:rPr>
    </w:lvl>
  </w:abstractNum>
  <w:abstractNum w:abstractNumId="24" w15:restartNumberingAfterBreak="0">
    <w:nsid w:val="2F079745"/>
    <w:multiLevelType w:val="hybridMultilevel"/>
    <w:tmpl w:val="8D3E1C9A"/>
    <w:lvl w:ilvl="0" w:tplc="850A417E">
      <w:start w:val="1"/>
      <w:numFmt w:val="lowerLetter"/>
      <w:lvlText w:val="%1)"/>
      <w:lvlJc w:val="left"/>
      <w:pPr>
        <w:ind w:left="360" w:hanging="360"/>
      </w:pPr>
    </w:lvl>
    <w:lvl w:ilvl="1" w:tplc="D02E2A60">
      <w:start w:val="1"/>
      <w:numFmt w:val="lowerLetter"/>
      <w:lvlText w:val="%2."/>
      <w:lvlJc w:val="left"/>
      <w:pPr>
        <w:ind w:left="1080" w:hanging="360"/>
      </w:pPr>
    </w:lvl>
    <w:lvl w:ilvl="2" w:tplc="F8DCBA2C">
      <w:start w:val="1"/>
      <w:numFmt w:val="lowerRoman"/>
      <w:lvlText w:val="%3."/>
      <w:lvlJc w:val="right"/>
      <w:pPr>
        <w:ind w:left="1800" w:hanging="180"/>
      </w:pPr>
    </w:lvl>
    <w:lvl w:ilvl="3" w:tplc="9ED4BD7A">
      <w:start w:val="1"/>
      <w:numFmt w:val="decimal"/>
      <w:lvlText w:val="%4."/>
      <w:lvlJc w:val="left"/>
      <w:pPr>
        <w:ind w:left="2520" w:hanging="360"/>
      </w:pPr>
    </w:lvl>
    <w:lvl w:ilvl="4" w:tplc="9F9CBED8">
      <w:start w:val="1"/>
      <w:numFmt w:val="lowerLetter"/>
      <w:lvlText w:val="%5."/>
      <w:lvlJc w:val="left"/>
      <w:pPr>
        <w:ind w:left="3240" w:hanging="360"/>
      </w:pPr>
    </w:lvl>
    <w:lvl w:ilvl="5" w:tplc="DDDCFF02">
      <w:start w:val="1"/>
      <w:numFmt w:val="lowerRoman"/>
      <w:lvlText w:val="%6."/>
      <w:lvlJc w:val="right"/>
      <w:pPr>
        <w:ind w:left="3960" w:hanging="180"/>
      </w:pPr>
    </w:lvl>
    <w:lvl w:ilvl="6" w:tplc="9D344D64">
      <w:start w:val="1"/>
      <w:numFmt w:val="decimal"/>
      <w:lvlText w:val="%7."/>
      <w:lvlJc w:val="left"/>
      <w:pPr>
        <w:ind w:left="4680" w:hanging="360"/>
      </w:pPr>
    </w:lvl>
    <w:lvl w:ilvl="7" w:tplc="493CF4CA">
      <w:start w:val="1"/>
      <w:numFmt w:val="lowerLetter"/>
      <w:lvlText w:val="%8."/>
      <w:lvlJc w:val="left"/>
      <w:pPr>
        <w:ind w:left="5400" w:hanging="360"/>
      </w:pPr>
    </w:lvl>
    <w:lvl w:ilvl="8" w:tplc="7CF40E96">
      <w:start w:val="1"/>
      <w:numFmt w:val="lowerRoman"/>
      <w:lvlText w:val="%9."/>
      <w:lvlJc w:val="right"/>
      <w:pPr>
        <w:ind w:left="6120" w:hanging="180"/>
      </w:pPr>
    </w:lvl>
  </w:abstractNum>
  <w:abstractNum w:abstractNumId="25" w15:restartNumberingAfterBreak="0">
    <w:nsid w:val="300F283A"/>
    <w:multiLevelType w:val="hybridMultilevel"/>
    <w:tmpl w:val="ADBA337E"/>
    <w:lvl w:ilvl="0" w:tplc="C9623690">
      <w:start w:val="1"/>
      <w:numFmt w:val="decimal"/>
      <w:lvlText w:val="(%1)"/>
      <w:lvlJc w:val="left"/>
      <w:pPr>
        <w:ind w:left="360" w:hanging="360"/>
      </w:pPr>
    </w:lvl>
    <w:lvl w:ilvl="1" w:tplc="8FFC210E">
      <w:start w:val="1"/>
      <w:numFmt w:val="lowerLetter"/>
      <w:lvlText w:val="%2."/>
      <w:lvlJc w:val="left"/>
      <w:pPr>
        <w:ind w:left="1080" w:hanging="360"/>
      </w:pPr>
    </w:lvl>
    <w:lvl w:ilvl="2" w:tplc="871261DA">
      <w:start w:val="1"/>
      <w:numFmt w:val="lowerRoman"/>
      <w:lvlText w:val="%3."/>
      <w:lvlJc w:val="right"/>
      <w:pPr>
        <w:ind w:left="1800" w:hanging="180"/>
      </w:pPr>
    </w:lvl>
    <w:lvl w:ilvl="3" w:tplc="49049A6E">
      <w:start w:val="1"/>
      <w:numFmt w:val="decimal"/>
      <w:lvlText w:val="%4."/>
      <w:lvlJc w:val="left"/>
      <w:pPr>
        <w:ind w:left="2520" w:hanging="360"/>
      </w:pPr>
    </w:lvl>
    <w:lvl w:ilvl="4" w:tplc="07AE099C">
      <w:start w:val="1"/>
      <w:numFmt w:val="lowerLetter"/>
      <w:lvlText w:val="%5."/>
      <w:lvlJc w:val="left"/>
      <w:pPr>
        <w:ind w:left="3240" w:hanging="360"/>
      </w:pPr>
    </w:lvl>
    <w:lvl w:ilvl="5" w:tplc="284E96CC">
      <w:start w:val="1"/>
      <w:numFmt w:val="lowerRoman"/>
      <w:lvlText w:val="%6."/>
      <w:lvlJc w:val="right"/>
      <w:pPr>
        <w:ind w:left="3960" w:hanging="180"/>
      </w:pPr>
    </w:lvl>
    <w:lvl w:ilvl="6" w:tplc="AE2416D8">
      <w:start w:val="1"/>
      <w:numFmt w:val="decimal"/>
      <w:lvlText w:val="%7."/>
      <w:lvlJc w:val="left"/>
      <w:pPr>
        <w:ind w:left="4680" w:hanging="360"/>
      </w:pPr>
    </w:lvl>
    <w:lvl w:ilvl="7" w:tplc="AFB8B2C6">
      <w:start w:val="1"/>
      <w:numFmt w:val="lowerLetter"/>
      <w:lvlText w:val="%8."/>
      <w:lvlJc w:val="left"/>
      <w:pPr>
        <w:ind w:left="5400" w:hanging="360"/>
      </w:pPr>
    </w:lvl>
    <w:lvl w:ilvl="8" w:tplc="D6864A00">
      <w:start w:val="1"/>
      <w:numFmt w:val="lowerRoman"/>
      <w:lvlText w:val="%9."/>
      <w:lvlJc w:val="right"/>
      <w:pPr>
        <w:ind w:left="6120" w:hanging="180"/>
      </w:pPr>
    </w:lvl>
  </w:abstractNum>
  <w:abstractNum w:abstractNumId="26" w15:restartNumberingAfterBreak="0">
    <w:nsid w:val="33B0C08F"/>
    <w:multiLevelType w:val="hybridMultilevel"/>
    <w:tmpl w:val="EF66AB9E"/>
    <w:lvl w:ilvl="0" w:tplc="605E5C84">
      <w:start w:val="1"/>
      <w:numFmt w:val="decimal"/>
      <w:lvlText w:val="%1."/>
      <w:lvlJc w:val="left"/>
      <w:pPr>
        <w:ind w:left="720" w:hanging="360"/>
      </w:pPr>
      <w:rPr>
        <w:rFonts w:ascii="Montserrat" w:hAnsi="Montserrat" w:hint="default"/>
      </w:rPr>
    </w:lvl>
    <w:lvl w:ilvl="1" w:tplc="9F3E843C">
      <w:start w:val="1"/>
      <w:numFmt w:val="lowerLetter"/>
      <w:lvlText w:val="%2."/>
      <w:lvlJc w:val="left"/>
      <w:pPr>
        <w:ind w:left="1440" w:hanging="360"/>
      </w:pPr>
    </w:lvl>
    <w:lvl w:ilvl="2" w:tplc="8E2EE6F2">
      <w:start w:val="1"/>
      <w:numFmt w:val="lowerRoman"/>
      <w:lvlText w:val="%3."/>
      <w:lvlJc w:val="right"/>
      <w:pPr>
        <w:ind w:left="2160" w:hanging="180"/>
      </w:pPr>
    </w:lvl>
    <w:lvl w:ilvl="3" w:tplc="6156BA9A">
      <w:start w:val="1"/>
      <w:numFmt w:val="decimal"/>
      <w:lvlText w:val="%4."/>
      <w:lvlJc w:val="left"/>
      <w:pPr>
        <w:ind w:left="2880" w:hanging="360"/>
      </w:pPr>
    </w:lvl>
    <w:lvl w:ilvl="4" w:tplc="4008C8E6">
      <w:start w:val="1"/>
      <w:numFmt w:val="lowerLetter"/>
      <w:lvlText w:val="%5."/>
      <w:lvlJc w:val="left"/>
      <w:pPr>
        <w:ind w:left="3600" w:hanging="360"/>
      </w:pPr>
    </w:lvl>
    <w:lvl w:ilvl="5" w:tplc="A10491F4">
      <w:start w:val="1"/>
      <w:numFmt w:val="lowerRoman"/>
      <w:lvlText w:val="%6."/>
      <w:lvlJc w:val="right"/>
      <w:pPr>
        <w:ind w:left="4320" w:hanging="180"/>
      </w:pPr>
    </w:lvl>
    <w:lvl w:ilvl="6" w:tplc="D1C653D6">
      <w:start w:val="1"/>
      <w:numFmt w:val="decimal"/>
      <w:lvlText w:val="%7."/>
      <w:lvlJc w:val="left"/>
      <w:pPr>
        <w:ind w:left="5040" w:hanging="360"/>
      </w:pPr>
    </w:lvl>
    <w:lvl w:ilvl="7" w:tplc="8F1EDD1E">
      <w:start w:val="1"/>
      <w:numFmt w:val="lowerLetter"/>
      <w:lvlText w:val="%8."/>
      <w:lvlJc w:val="left"/>
      <w:pPr>
        <w:ind w:left="5760" w:hanging="360"/>
      </w:pPr>
    </w:lvl>
    <w:lvl w:ilvl="8" w:tplc="475CFDF2">
      <w:start w:val="1"/>
      <w:numFmt w:val="lowerRoman"/>
      <w:lvlText w:val="%9."/>
      <w:lvlJc w:val="right"/>
      <w:pPr>
        <w:ind w:left="6480" w:hanging="180"/>
      </w:pPr>
    </w:lvl>
  </w:abstractNum>
  <w:abstractNum w:abstractNumId="27" w15:restartNumberingAfterBreak="0">
    <w:nsid w:val="3A77196A"/>
    <w:multiLevelType w:val="hybridMultilevel"/>
    <w:tmpl w:val="0840C8D4"/>
    <w:lvl w:ilvl="0" w:tplc="1338A2CA">
      <w:start w:val="1"/>
      <w:numFmt w:val="bullet"/>
      <w:lvlText w:val=""/>
      <w:lvlJc w:val="left"/>
      <w:pPr>
        <w:ind w:left="720" w:hanging="360"/>
      </w:pPr>
      <w:rPr>
        <w:rFonts w:ascii="Symbol" w:hAnsi="Symbol" w:hint="default"/>
      </w:rPr>
    </w:lvl>
    <w:lvl w:ilvl="1" w:tplc="C3401EC2">
      <w:start w:val="1"/>
      <w:numFmt w:val="bullet"/>
      <w:lvlText w:val="o"/>
      <w:lvlJc w:val="left"/>
      <w:pPr>
        <w:ind w:left="1440" w:hanging="360"/>
      </w:pPr>
      <w:rPr>
        <w:rFonts w:ascii="Courier New" w:hAnsi="Courier New" w:hint="default"/>
      </w:rPr>
    </w:lvl>
    <w:lvl w:ilvl="2" w:tplc="41C2351C">
      <w:start w:val="1"/>
      <w:numFmt w:val="bullet"/>
      <w:lvlText w:val=""/>
      <w:lvlJc w:val="left"/>
      <w:pPr>
        <w:ind w:left="2160" w:hanging="360"/>
      </w:pPr>
      <w:rPr>
        <w:rFonts w:ascii="Wingdings" w:hAnsi="Wingdings" w:hint="default"/>
      </w:rPr>
    </w:lvl>
    <w:lvl w:ilvl="3" w:tplc="ECCCCDF8">
      <w:start w:val="1"/>
      <w:numFmt w:val="bullet"/>
      <w:lvlText w:val=""/>
      <w:lvlJc w:val="left"/>
      <w:pPr>
        <w:ind w:left="2880" w:hanging="360"/>
      </w:pPr>
      <w:rPr>
        <w:rFonts w:ascii="Symbol" w:hAnsi="Symbol" w:hint="default"/>
      </w:rPr>
    </w:lvl>
    <w:lvl w:ilvl="4" w:tplc="3D02D1E0">
      <w:start w:val="1"/>
      <w:numFmt w:val="bullet"/>
      <w:lvlText w:val="o"/>
      <w:lvlJc w:val="left"/>
      <w:pPr>
        <w:ind w:left="3600" w:hanging="360"/>
      </w:pPr>
      <w:rPr>
        <w:rFonts w:ascii="Courier New" w:hAnsi="Courier New" w:hint="default"/>
      </w:rPr>
    </w:lvl>
    <w:lvl w:ilvl="5" w:tplc="0FD487DC">
      <w:start w:val="1"/>
      <w:numFmt w:val="bullet"/>
      <w:lvlText w:val=""/>
      <w:lvlJc w:val="left"/>
      <w:pPr>
        <w:ind w:left="4320" w:hanging="360"/>
      </w:pPr>
      <w:rPr>
        <w:rFonts w:ascii="Wingdings" w:hAnsi="Wingdings" w:hint="default"/>
      </w:rPr>
    </w:lvl>
    <w:lvl w:ilvl="6" w:tplc="A9D4B054">
      <w:start w:val="1"/>
      <w:numFmt w:val="bullet"/>
      <w:lvlText w:val=""/>
      <w:lvlJc w:val="left"/>
      <w:pPr>
        <w:ind w:left="5040" w:hanging="360"/>
      </w:pPr>
      <w:rPr>
        <w:rFonts w:ascii="Symbol" w:hAnsi="Symbol" w:hint="default"/>
      </w:rPr>
    </w:lvl>
    <w:lvl w:ilvl="7" w:tplc="28F215BC">
      <w:start w:val="1"/>
      <w:numFmt w:val="bullet"/>
      <w:lvlText w:val="o"/>
      <w:lvlJc w:val="left"/>
      <w:pPr>
        <w:ind w:left="5760" w:hanging="360"/>
      </w:pPr>
      <w:rPr>
        <w:rFonts w:ascii="Courier New" w:hAnsi="Courier New" w:hint="default"/>
      </w:rPr>
    </w:lvl>
    <w:lvl w:ilvl="8" w:tplc="2B26CE5C">
      <w:start w:val="1"/>
      <w:numFmt w:val="bullet"/>
      <w:lvlText w:val=""/>
      <w:lvlJc w:val="left"/>
      <w:pPr>
        <w:ind w:left="6480" w:hanging="360"/>
      </w:pPr>
      <w:rPr>
        <w:rFonts w:ascii="Wingdings" w:hAnsi="Wingdings" w:hint="default"/>
      </w:rPr>
    </w:lvl>
  </w:abstractNum>
  <w:abstractNum w:abstractNumId="28" w15:restartNumberingAfterBreak="0">
    <w:nsid w:val="3BBC90F1"/>
    <w:multiLevelType w:val="hybridMultilevel"/>
    <w:tmpl w:val="27B24A9E"/>
    <w:lvl w:ilvl="0" w:tplc="DE96C1AE">
      <w:start w:val="1"/>
      <w:numFmt w:val="decimal"/>
      <w:lvlText w:val="(%1)"/>
      <w:lvlJc w:val="left"/>
      <w:pPr>
        <w:ind w:left="720" w:hanging="360"/>
      </w:pPr>
    </w:lvl>
    <w:lvl w:ilvl="1" w:tplc="C8BA0EB2">
      <w:start w:val="1"/>
      <w:numFmt w:val="lowerLetter"/>
      <w:lvlText w:val="%2."/>
      <w:lvlJc w:val="left"/>
      <w:pPr>
        <w:ind w:left="1440" w:hanging="360"/>
      </w:pPr>
    </w:lvl>
    <w:lvl w:ilvl="2" w:tplc="198A08D2">
      <w:start w:val="1"/>
      <w:numFmt w:val="lowerRoman"/>
      <w:lvlText w:val="%3."/>
      <w:lvlJc w:val="right"/>
      <w:pPr>
        <w:ind w:left="2160" w:hanging="180"/>
      </w:pPr>
    </w:lvl>
    <w:lvl w:ilvl="3" w:tplc="B9D22314">
      <w:start w:val="1"/>
      <w:numFmt w:val="decimal"/>
      <w:lvlText w:val="%4."/>
      <w:lvlJc w:val="left"/>
      <w:pPr>
        <w:ind w:left="2880" w:hanging="360"/>
      </w:pPr>
    </w:lvl>
    <w:lvl w:ilvl="4" w:tplc="02B8C99C">
      <w:start w:val="1"/>
      <w:numFmt w:val="lowerLetter"/>
      <w:lvlText w:val="%5."/>
      <w:lvlJc w:val="left"/>
      <w:pPr>
        <w:ind w:left="3600" w:hanging="360"/>
      </w:pPr>
    </w:lvl>
    <w:lvl w:ilvl="5" w:tplc="F7DEBEF2">
      <w:start w:val="1"/>
      <w:numFmt w:val="lowerRoman"/>
      <w:lvlText w:val="%6."/>
      <w:lvlJc w:val="right"/>
      <w:pPr>
        <w:ind w:left="4320" w:hanging="180"/>
      </w:pPr>
    </w:lvl>
    <w:lvl w:ilvl="6" w:tplc="F60A73F6">
      <w:start w:val="1"/>
      <w:numFmt w:val="decimal"/>
      <w:lvlText w:val="%7."/>
      <w:lvlJc w:val="left"/>
      <w:pPr>
        <w:ind w:left="5040" w:hanging="360"/>
      </w:pPr>
    </w:lvl>
    <w:lvl w:ilvl="7" w:tplc="1AACA50A">
      <w:start w:val="1"/>
      <w:numFmt w:val="lowerLetter"/>
      <w:lvlText w:val="%8."/>
      <w:lvlJc w:val="left"/>
      <w:pPr>
        <w:ind w:left="5760" w:hanging="360"/>
      </w:pPr>
    </w:lvl>
    <w:lvl w:ilvl="8" w:tplc="D93C7568">
      <w:start w:val="1"/>
      <w:numFmt w:val="lowerRoman"/>
      <w:lvlText w:val="%9."/>
      <w:lvlJc w:val="right"/>
      <w:pPr>
        <w:ind w:left="6480" w:hanging="180"/>
      </w:pPr>
    </w:lvl>
  </w:abstractNum>
  <w:abstractNum w:abstractNumId="29" w15:restartNumberingAfterBreak="0">
    <w:nsid w:val="3D1034EC"/>
    <w:multiLevelType w:val="hybridMultilevel"/>
    <w:tmpl w:val="0C06A6B0"/>
    <w:lvl w:ilvl="0" w:tplc="1D8A8C78">
      <w:start w:val="1"/>
      <w:numFmt w:val="lowerLetter"/>
      <w:lvlText w:val="%1)"/>
      <w:lvlJc w:val="left"/>
      <w:pPr>
        <w:ind w:left="474" w:hanging="360"/>
      </w:pPr>
    </w:lvl>
    <w:lvl w:ilvl="1" w:tplc="44225786">
      <w:start w:val="1"/>
      <w:numFmt w:val="lowerLetter"/>
      <w:lvlText w:val="%2."/>
      <w:lvlJc w:val="left"/>
      <w:pPr>
        <w:ind w:left="1194" w:hanging="360"/>
      </w:pPr>
    </w:lvl>
    <w:lvl w:ilvl="2" w:tplc="26200D48">
      <w:start w:val="1"/>
      <w:numFmt w:val="lowerRoman"/>
      <w:lvlText w:val="%3."/>
      <w:lvlJc w:val="right"/>
      <w:pPr>
        <w:ind w:left="1914" w:hanging="180"/>
      </w:pPr>
    </w:lvl>
    <w:lvl w:ilvl="3" w:tplc="E3E2EDEA">
      <w:start w:val="1"/>
      <w:numFmt w:val="decimal"/>
      <w:lvlText w:val="%4."/>
      <w:lvlJc w:val="left"/>
      <w:pPr>
        <w:ind w:left="2634" w:hanging="360"/>
      </w:pPr>
    </w:lvl>
    <w:lvl w:ilvl="4" w:tplc="E558F072">
      <w:start w:val="1"/>
      <w:numFmt w:val="lowerLetter"/>
      <w:lvlText w:val="%5."/>
      <w:lvlJc w:val="left"/>
      <w:pPr>
        <w:ind w:left="3354" w:hanging="360"/>
      </w:pPr>
    </w:lvl>
    <w:lvl w:ilvl="5" w:tplc="ECEEF6BA">
      <w:start w:val="1"/>
      <w:numFmt w:val="lowerRoman"/>
      <w:lvlText w:val="%6."/>
      <w:lvlJc w:val="right"/>
      <w:pPr>
        <w:ind w:left="4074" w:hanging="180"/>
      </w:pPr>
    </w:lvl>
    <w:lvl w:ilvl="6" w:tplc="D83AB68E">
      <w:start w:val="1"/>
      <w:numFmt w:val="decimal"/>
      <w:lvlText w:val="%7."/>
      <w:lvlJc w:val="left"/>
      <w:pPr>
        <w:ind w:left="4794" w:hanging="360"/>
      </w:pPr>
    </w:lvl>
    <w:lvl w:ilvl="7" w:tplc="042682B0">
      <w:start w:val="1"/>
      <w:numFmt w:val="lowerLetter"/>
      <w:lvlText w:val="%8."/>
      <w:lvlJc w:val="left"/>
      <w:pPr>
        <w:ind w:left="5514" w:hanging="360"/>
      </w:pPr>
    </w:lvl>
    <w:lvl w:ilvl="8" w:tplc="3FD08860">
      <w:start w:val="1"/>
      <w:numFmt w:val="lowerRoman"/>
      <w:lvlText w:val="%9."/>
      <w:lvlJc w:val="right"/>
      <w:pPr>
        <w:ind w:left="6234" w:hanging="180"/>
      </w:pPr>
    </w:lvl>
  </w:abstractNum>
  <w:abstractNum w:abstractNumId="30" w15:restartNumberingAfterBreak="0">
    <w:nsid w:val="3D9F6839"/>
    <w:multiLevelType w:val="hybridMultilevel"/>
    <w:tmpl w:val="1AB4AD3A"/>
    <w:lvl w:ilvl="0" w:tplc="34BEA9CC">
      <w:start w:val="1"/>
      <w:numFmt w:val="decimal"/>
      <w:lvlText w:val="(%1)"/>
      <w:lvlJc w:val="left"/>
      <w:pPr>
        <w:ind w:left="360" w:hanging="360"/>
      </w:pPr>
    </w:lvl>
    <w:lvl w:ilvl="1" w:tplc="726286D0">
      <w:start w:val="1"/>
      <w:numFmt w:val="lowerLetter"/>
      <w:lvlText w:val="%2."/>
      <w:lvlJc w:val="left"/>
      <w:pPr>
        <w:ind w:left="1080" w:hanging="360"/>
      </w:pPr>
    </w:lvl>
    <w:lvl w:ilvl="2" w:tplc="38C08EBC">
      <w:start w:val="1"/>
      <w:numFmt w:val="lowerRoman"/>
      <w:lvlText w:val="%3."/>
      <w:lvlJc w:val="right"/>
      <w:pPr>
        <w:ind w:left="1800" w:hanging="180"/>
      </w:pPr>
    </w:lvl>
    <w:lvl w:ilvl="3" w:tplc="50EA9416">
      <w:start w:val="1"/>
      <w:numFmt w:val="decimal"/>
      <w:lvlText w:val="%4."/>
      <w:lvlJc w:val="left"/>
      <w:pPr>
        <w:ind w:left="2520" w:hanging="360"/>
      </w:pPr>
    </w:lvl>
    <w:lvl w:ilvl="4" w:tplc="ACD2A99E">
      <w:start w:val="1"/>
      <w:numFmt w:val="lowerLetter"/>
      <w:lvlText w:val="%5."/>
      <w:lvlJc w:val="left"/>
      <w:pPr>
        <w:ind w:left="3240" w:hanging="360"/>
      </w:pPr>
    </w:lvl>
    <w:lvl w:ilvl="5" w:tplc="963C274E">
      <w:start w:val="1"/>
      <w:numFmt w:val="lowerRoman"/>
      <w:lvlText w:val="%6."/>
      <w:lvlJc w:val="right"/>
      <w:pPr>
        <w:ind w:left="3960" w:hanging="180"/>
      </w:pPr>
    </w:lvl>
    <w:lvl w:ilvl="6" w:tplc="337212F8">
      <w:start w:val="1"/>
      <w:numFmt w:val="decimal"/>
      <w:lvlText w:val="%7."/>
      <w:lvlJc w:val="left"/>
      <w:pPr>
        <w:ind w:left="4680" w:hanging="360"/>
      </w:pPr>
    </w:lvl>
    <w:lvl w:ilvl="7" w:tplc="260E5AEE">
      <w:start w:val="1"/>
      <w:numFmt w:val="lowerLetter"/>
      <w:lvlText w:val="%8."/>
      <w:lvlJc w:val="left"/>
      <w:pPr>
        <w:ind w:left="5400" w:hanging="360"/>
      </w:pPr>
    </w:lvl>
    <w:lvl w:ilvl="8" w:tplc="F432D4F6">
      <w:start w:val="1"/>
      <w:numFmt w:val="lowerRoman"/>
      <w:lvlText w:val="%9."/>
      <w:lvlJc w:val="right"/>
      <w:pPr>
        <w:ind w:left="6120" w:hanging="180"/>
      </w:pPr>
    </w:lvl>
  </w:abstractNum>
  <w:abstractNum w:abstractNumId="31" w15:restartNumberingAfterBreak="0">
    <w:nsid w:val="47B56657"/>
    <w:multiLevelType w:val="hybridMultilevel"/>
    <w:tmpl w:val="3FA2858A"/>
    <w:lvl w:ilvl="0" w:tplc="6442D126">
      <w:start w:val="1"/>
      <w:numFmt w:val="decimal"/>
      <w:lvlText w:val="(%1)"/>
      <w:lvlJc w:val="left"/>
      <w:pPr>
        <w:ind w:left="360" w:hanging="360"/>
      </w:pPr>
    </w:lvl>
    <w:lvl w:ilvl="1" w:tplc="5AA6EF58">
      <w:start w:val="1"/>
      <w:numFmt w:val="lowerLetter"/>
      <w:lvlText w:val="%2."/>
      <w:lvlJc w:val="left"/>
      <w:pPr>
        <w:ind w:left="1080" w:hanging="360"/>
      </w:pPr>
    </w:lvl>
    <w:lvl w:ilvl="2" w:tplc="9CA6100C">
      <w:start w:val="1"/>
      <w:numFmt w:val="lowerRoman"/>
      <w:lvlText w:val="%3."/>
      <w:lvlJc w:val="right"/>
      <w:pPr>
        <w:ind w:left="1800" w:hanging="180"/>
      </w:pPr>
    </w:lvl>
    <w:lvl w:ilvl="3" w:tplc="1BC48C60">
      <w:start w:val="1"/>
      <w:numFmt w:val="decimal"/>
      <w:lvlText w:val="%4."/>
      <w:lvlJc w:val="left"/>
      <w:pPr>
        <w:ind w:left="2520" w:hanging="360"/>
      </w:pPr>
    </w:lvl>
    <w:lvl w:ilvl="4" w:tplc="B4103E56">
      <w:start w:val="1"/>
      <w:numFmt w:val="lowerLetter"/>
      <w:lvlText w:val="%5."/>
      <w:lvlJc w:val="left"/>
      <w:pPr>
        <w:ind w:left="3240" w:hanging="360"/>
      </w:pPr>
    </w:lvl>
    <w:lvl w:ilvl="5" w:tplc="D2D864F4">
      <w:start w:val="1"/>
      <w:numFmt w:val="lowerRoman"/>
      <w:lvlText w:val="%6."/>
      <w:lvlJc w:val="right"/>
      <w:pPr>
        <w:ind w:left="3960" w:hanging="180"/>
      </w:pPr>
    </w:lvl>
    <w:lvl w:ilvl="6" w:tplc="3D8C924C">
      <w:start w:val="1"/>
      <w:numFmt w:val="decimal"/>
      <w:lvlText w:val="%7."/>
      <w:lvlJc w:val="left"/>
      <w:pPr>
        <w:ind w:left="4680" w:hanging="360"/>
      </w:pPr>
    </w:lvl>
    <w:lvl w:ilvl="7" w:tplc="0FFC94EA">
      <w:start w:val="1"/>
      <w:numFmt w:val="lowerLetter"/>
      <w:lvlText w:val="%8."/>
      <w:lvlJc w:val="left"/>
      <w:pPr>
        <w:ind w:left="5400" w:hanging="360"/>
      </w:pPr>
    </w:lvl>
    <w:lvl w:ilvl="8" w:tplc="6BFE6AB0">
      <w:start w:val="1"/>
      <w:numFmt w:val="lowerRoman"/>
      <w:lvlText w:val="%9."/>
      <w:lvlJc w:val="right"/>
      <w:pPr>
        <w:ind w:left="6120" w:hanging="180"/>
      </w:pPr>
    </w:lvl>
  </w:abstractNum>
  <w:abstractNum w:abstractNumId="32" w15:restartNumberingAfterBreak="0">
    <w:nsid w:val="4DAFB733"/>
    <w:multiLevelType w:val="hybridMultilevel"/>
    <w:tmpl w:val="51F47194"/>
    <w:lvl w:ilvl="0" w:tplc="990E371A">
      <w:start w:val="1"/>
      <w:numFmt w:val="decimal"/>
      <w:lvlText w:val="(%1)"/>
      <w:lvlJc w:val="left"/>
      <w:pPr>
        <w:ind w:left="360" w:hanging="360"/>
      </w:pPr>
    </w:lvl>
    <w:lvl w:ilvl="1" w:tplc="618CD2A2">
      <w:start w:val="1"/>
      <w:numFmt w:val="lowerLetter"/>
      <w:lvlText w:val="%2."/>
      <w:lvlJc w:val="left"/>
      <w:pPr>
        <w:ind w:left="1080" w:hanging="360"/>
      </w:pPr>
    </w:lvl>
    <w:lvl w:ilvl="2" w:tplc="2A288FFE">
      <w:start w:val="1"/>
      <w:numFmt w:val="lowerRoman"/>
      <w:lvlText w:val="%3."/>
      <w:lvlJc w:val="right"/>
      <w:pPr>
        <w:ind w:left="1800" w:hanging="180"/>
      </w:pPr>
    </w:lvl>
    <w:lvl w:ilvl="3" w:tplc="67B29020">
      <w:start w:val="1"/>
      <w:numFmt w:val="decimal"/>
      <w:lvlText w:val="%4."/>
      <w:lvlJc w:val="left"/>
      <w:pPr>
        <w:ind w:left="2520" w:hanging="360"/>
      </w:pPr>
    </w:lvl>
    <w:lvl w:ilvl="4" w:tplc="86F29634">
      <w:start w:val="1"/>
      <w:numFmt w:val="lowerLetter"/>
      <w:lvlText w:val="%5."/>
      <w:lvlJc w:val="left"/>
      <w:pPr>
        <w:ind w:left="3240" w:hanging="360"/>
      </w:pPr>
    </w:lvl>
    <w:lvl w:ilvl="5" w:tplc="EAB23B3A">
      <w:start w:val="1"/>
      <w:numFmt w:val="lowerRoman"/>
      <w:lvlText w:val="%6."/>
      <w:lvlJc w:val="right"/>
      <w:pPr>
        <w:ind w:left="3960" w:hanging="180"/>
      </w:pPr>
    </w:lvl>
    <w:lvl w:ilvl="6" w:tplc="83EC80AE">
      <w:start w:val="1"/>
      <w:numFmt w:val="decimal"/>
      <w:lvlText w:val="%7."/>
      <w:lvlJc w:val="left"/>
      <w:pPr>
        <w:ind w:left="4680" w:hanging="360"/>
      </w:pPr>
    </w:lvl>
    <w:lvl w:ilvl="7" w:tplc="297270DC">
      <w:start w:val="1"/>
      <w:numFmt w:val="lowerLetter"/>
      <w:lvlText w:val="%8."/>
      <w:lvlJc w:val="left"/>
      <w:pPr>
        <w:ind w:left="5400" w:hanging="360"/>
      </w:pPr>
    </w:lvl>
    <w:lvl w:ilvl="8" w:tplc="07AE0E1A">
      <w:start w:val="1"/>
      <w:numFmt w:val="lowerRoman"/>
      <w:lvlText w:val="%9."/>
      <w:lvlJc w:val="right"/>
      <w:pPr>
        <w:ind w:left="6120" w:hanging="180"/>
      </w:pPr>
    </w:lvl>
  </w:abstractNum>
  <w:abstractNum w:abstractNumId="33" w15:restartNumberingAfterBreak="0">
    <w:nsid w:val="57334AB8"/>
    <w:multiLevelType w:val="hybridMultilevel"/>
    <w:tmpl w:val="BEBCC2B0"/>
    <w:lvl w:ilvl="0" w:tplc="8196C5A4">
      <w:start w:val="1"/>
      <w:numFmt w:val="decimal"/>
      <w:lvlText w:val="(%1)"/>
      <w:lvlJc w:val="left"/>
      <w:pPr>
        <w:ind w:left="360" w:hanging="360"/>
      </w:pPr>
    </w:lvl>
    <w:lvl w:ilvl="1" w:tplc="C316DD52">
      <w:start w:val="1"/>
      <w:numFmt w:val="lowerLetter"/>
      <w:lvlText w:val="%2."/>
      <w:lvlJc w:val="left"/>
      <w:pPr>
        <w:ind w:left="1080" w:hanging="360"/>
      </w:pPr>
    </w:lvl>
    <w:lvl w:ilvl="2" w:tplc="53E4AF74">
      <w:start w:val="1"/>
      <w:numFmt w:val="lowerRoman"/>
      <w:lvlText w:val="%3."/>
      <w:lvlJc w:val="right"/>
      <w:pPr>
        <w:ind w:left="1800" w:hanging="180"/>
      </w:pPr>
    </w:lvl>
    <w:lvl w:ilvl="3" w:tplc="7366A0A0">
      <w:start w:val="1"/>
      <w:numFmt w:val="decimal"/>
      <w:lvlText w:val="%4."/>
      <w:lvlJc w:val="left"/>
      <w:pPr>
        <w:ind w:left="2520" w:hanging="360"/>
      </w:pPr>
    </w:lvl>
    <w:lvl w:ilvl="4" w:tplc="960821D4">
      <w:start w:val="1"/>
      <w:numFmt w:val="lowerLetter"/>
      <w:lvlText w:val="%5."/>
      <w:lvlJc w:val="left"/>
      <w:pPr>
        <w:ind w:left="3240" w:hanging="360"/>
      </w:pPr>
    </w:lvl>
    <w:lvl w:ilvl="5" w:tplc="3CE456E4">
      <w:start w:val="1"/>
      <w:numFmt w:val="lowerRoman"/>
      <w:lvlText w:val="%6."/>
      <w:lvlJc w:val="right"/>
      <w:pPr>
        <w:ind w:left="3960" w:hanging="180"/>
      </w:pPr>
    </w:lvl>
    <w:lvl w:ilvl="6" w:tplc="E0AEFAD8">
      <w:start w:val="1"/>
      <w:numFmt w:val="decimal"/>
      <w:lvlText w:val="%7."/>
      <w:lvlJc w:val="left"/>
      <w:pPr>
        <w:ind w:left="4680" w:hanging="360"/>
      </w:pPr>
    </w:lvl>
    <w:lvl w:ilvl="7" w:tplc="E73A30AC">
      <w:start w:val="1"/>
      <w:numFmt w:val="lowerLetter"/>
      <w:lvlText w:val="%8."/>
      <w:lvlJc w:val="left"/>
      <w:pPr>
        <w:ind w:left="5400" w:hanging="360"/>
      </w:pPr>
    </w:lvl>
    <w:lvl w:ilvl="8" w:tplc="83528712">
      <w:start w:val="1"/>
      <w:numFmt w:val="lowerRoman"/>
      <w:lvlText w:val="%9."/>
      <w:lvlJc w:val="right"/>
      <w:pPr>
        <w:ind w:left="6120" w:hanging="180"/>
      </w:pPr>
    </w:lvl>
  </w:abstractNum>
  <w:abstractNum w:abstractNumId="34" w15:restartNumberingAfterBreak="0">
    <w:nsid w:val="59798051"/>
    <w:multiLevelType w:val="hybridMultilevel"/>
    <w:tmpl w:val="0CA22916"/>
    <w:lvl w:ilvl="0" w:tplc="A87AE502">
      <w:start w:val="1"/>
      <w:numFmt w:val="decimal"/>
      <w:lvlText w:val="(%1)"/>
      <w:lvlJc w:val="left"/>
      <w:pPr>
        <w:ind w:left="360" w:hanging="360"/>
      </w:pPr>
    </w:lvl>
    <w:lvl w:ilvl="1" w:tplc="1DB65072">
      <w:start w:val="1"/>
      <w:numFmt w:val="lowerLetter"/>
      <w:lvlText w:val="%2."/>
      <w:lvlJc w:val="left"/>
      <w:pPr>
        <w:ind w:left="1080" w:hanging="360"/>
      </w:pPr>
    </w:lvl>
    <w:lvl w:ilvl="2" w:tplc="A8B6E570">
      <w:start w:val="1"/>
      <w:numFmt w:val="lowerRoman"/>
      <w:lvlText w:val="%3."/>
      <w:lvlJc w:val="right"/>
      <w:pPr>
        <w:ind w:left="1800" w:hanging="180"/>
      </w:pPr>
    </w:lvl>
    <w:lvl w:ilvl="3" w:tplc="A22C1B76">
      <w:start w:val="1"/>
      <w:numFmt w:val="decimal"/>
      <w:lvlText w:val="%4."/>
      <w:lvlJc w:val="left"/>
      <w:pPr>
        <w:ind w:left="2520" w:hanging="360"/>
      </w:pPr>
    </w:lvl>
    <w:lvl w:ilvl="4" w:tplc="07F822C4">
      <w:start w:val="1"/>
      <w:numFmt w:val="lowerLetter"/>
      <w:lvlText w:val="%5."/>
      <w:lvlJc w:val="left"/>
      <w:pPr>
        <w:ind w:left="3240" w:hanging="360"/>
      </w:pPr>
    </w:lvl>
    <w:lvl w:ilvl="5" w:tplc="1C44D3C2">
      <w:start w:val="1"/>
      <w:numFmt w:val="lowerRoman"/>
      <w:lvlText w:val="%6."/>
      <w:lvlJc w:val="right"/>
      <w:pPr>
        <w:ind w:left="3960" w:hanging="180"/>
      </w:pPr>
    </w:lvl>
    <w:lvl w:ilvl="6" w:tplc="366EA3FA">
      <w:start w:val="1"/>
      <w:numFmt w:val="decimal"/>
      <w:lvlText w:val="%7."/>
      <w:lvlJc w:val="left"/>
      <w:pPr>
        <w:ind w:left="4680" w:hanging="360"/>
      </w:pPr>
    </w:lvl>
    <w:lvl w:ilvl="7" w:tplc="478A0BC4">
      <w:start w:val="1"/>
      <w:numFmt w:val="lowerLetter"/>
      <w:lvlText w:val="%8."/>
      <w:lvlJc w:val="left"/>
      <w:pPr>
        <w:ind w:left="5400" w:hanging="360"/>
      </w:pPr>
    </w:lvl>
    <w:lvl w:ilvl="8" w:tplc="CD12B9A6">
      <w:start w:val="1"/>
      <w:numFmt w:val="lowerRoman"/>
      <w:lvlText w:val="%9."/>
      <w:lvlJc w:val="right"/>
      <w:pPr>
        <w:ind w:left="6120" w:hanging="180"/>
      </w:pPr>
    </w:lvl>
  </w:abstractNum>
  <w:abstractNum w:abstractNumId="35" w15:restartNumberingAfterBreak="0">
    <w:nsid w:val="5D6891E6"/>
    <w:multiLevelType w:val="hybridMultilevel"/>
    <w:tmpl w:val="1C125916"/>
    <w:lvl w:ilvl="0" w:tplc="F4086E32">
      <w:start w:val="1"/>
      <w:numFmt w:val="bullet"/>
      <w:lvlText w:val="-"/>
      <w:lvlJc w:val="left"/>
      <w:pPr>
        <w:ind w:left="720" w:hanging="360"/>
      </w:pPr>
      <w:rPr>
        <w:rFonts w:ascii="Aptos" w:hAnsi="Aptos" w:hint="default"/>
      </w:rPr>
    </w:lvl>
    <w:lvl w:ilvl="1" w:tplc="E11A4B72">
      <w:start w:val="1"/>
      <w:numFmt w:val="bullet"/>
      <w:lvlText w:val="o"/>
      <w:lvlJc w:val="left"/>
      <w:pPr>
        <w:ind w:left="1440" w:hanging="360"/>
      </w:pPr>
      <w:rPr>
        <w:rFonts w:ascii="Courier New" w:hAnsi="Courier New" w:hint="default"/>
      </w:rPr>
    </w:lvl>
    <w:lvl w:ilvl="2" w:tplc="EBB41B92">
      <w:start w:val="1"/>
      <w:numFmt w:val="bullet"/>
      <w:lvlText w:val=""/>
      <w:lvlJc w:val="left"/>
      <w:pPr>
        <w:ind w:left="2160" w:hanging="360"/>
      </w:pPr>
      <w:rPr>
        <w:rFonts w:ascii="Wingdings" w:hAnsi="Wingdings" w:hint="default"/>
      </w:rPr>
    </w:lvl>
    <w:lvl w:ilvl="3" w:tplc="10E80426">
      <w:start w:val="1"/>
      <w:numFmt w:val="bullet"/>
      <w:lvlText w:val=""/>
      <w:lvlJc w:val="left"/>
      <w:pPr>
        <w:ind w:left="2880" w:hanging="360"/>
      </w:pPr>
      <w:rPr>
        <w:rFonts w:ascii="Symbol" w:hAnsi="Symbol" w:hint="default"/>
      </w:rPr>
    </w:lvl>
    <w:lvl w:ilvl="4" w:tplc="6C66FCEE">
      <w:start w:val="1"/>
      <w:numFmt w:val="bullet"/>
      <w:lvlText w:val="o"/>
      <w:lvlJc w:val="left"/>
      <w:pPr>
        <w:ind w:left="3600" w:hanging="360"/>
      </w:pPr>
      <w:rPr>
        <w:rFonts w:ascii="Courier New" w:hAnsi="Courier New" w:hint="default"/>
      </w:rPr>
    </w:lvl>
    <w:lvl w:ilvl="5" w:tplc="D0D40B0C">
      <w:start w:val="1"/>
      <w:numFmt w:val="bullet"/>
      <w:lvlText w:val=""/>
      <w:lvlJc w:val="left"/>
      <w:pPr>
        <w:ind w:left="4320" w:hanging="360"/>
      </w:pPr>
      <w:rPr>
        <w:rFonts w:ascii="Wingdings" w:hAnsi="Wingdings" w:hint="default"/>
      </w:rPr>
    </w:lvl>
    <w:lvl w:ilvl="6" w:tplc="22F6A216">
      <w:start w:val="1"/>
      <w:numFmt w:val="bullet"/>
      <w:lvlText w:val=""/>
      <w:lvlJc w:val="left"/>
      <w:pPr>
        <w:ind w:left="5040" w:hanging="360"/>
      </w:pPr>
      <w:rPr>
        <w:rFonts w:ascii="Symbol" w:hAnsi="Symbol" w:hint="default"/>
      </w:rPr>
    </w:lvl>
    <w:lvl w:ilvl="7" w:tplc="A7C0F9E2">
      <w:start w:val="1"/>
      <w:numFmt w:val="bullet"/>
      <w:lvlText w:val="o"/>
      <w:lvlJc w:val="left"/>
      <w:pPr>
        <w:ind w:left="5760" w:hanging="360"/>
      </w:pPr>
      <w:rPr>
        <w:rFonts w:ascii="Courier New" w:hAnsi="Courier New" w:hint="default"/>
      </w:rPr>
    </w:lvl>
    <w:lvl w:ilvl="8" w:tplc="0284DED6">
      <w:start w:val="1"/>
      <w:numFmt w:val="bullet"/>
      <w:lvlText w:val=""/>
      <w:lvlJc w:val="left"/>
      <w:pPr>
        <w:ind w:left="6480" w:hanging="360"/>
      </w:pPr>
      <w:rPr>
        <w:rFonts w:ascii="Wingdings" w:hAnsi="Wingdings" w:hint="default"/>
      </w:rPr>
    </w:lvl>
  </w:abstractNum>
  <w:abstractNum w:abstractNumId="36" w15:restartNumberingAfterBreak="0">
    <w:nsid w:val="67EFD20D"/>
    <w:multiLevelType w:val="hybridMultilevel"/>
    <w:tmpl w:val="95BA9AFC"/>
    <w:lvl w:ilvl="0" w:tplc="500E8516">
      <w:start w:val="1"/>
      <w:numFmt w:val="decimal"/>
      <w:lvlText w:val="(%1)"/>
      <w:lvlJc w:val="left"/>
      <w:pPr>
        <w:ind w:left="360" w:hanging="360"/>
      </w:pPr>
    </w:lvl>
    <w:lvl w:ilvl="1" w:tplc="2AD0E3D0">
      <w:start w:val="1"/>
      <w:numFmt w:val="lowerLetter"/>
      <w:lvlText w:val="%2."/>
      <w:lvlJc w:val="left"/>
      <w:pPr>
        <w:ind w:left="1080" w:hanging="360"/>
      </w:pPr>
    </w:lvl>
    <w:lvl w:ilvl="2" w:tplc="3DE03878">
      <w:start w:val="1"/>
      <w:numFmt w:val="lowerRoman"/>
      <w:lvlText w:val="%3."/>
      <w:lvlJc w:val="right"/>
      <w:pPr>
        <w:ind w:left="1800" w:hanging="180"/>
      </w:pPr>
    </w:lvl>
    <w:lvl w:ilvl="3" w:tplc="DE0035D2">
      <w:start w:val="1"/>
      <w:numFmt w:val="decimal"/>
      <w:lvlText w:val="%4."/>
      <w:lvlJc w:val="left"/>
      <w:pPr>
        <w:ind w:left="2520" w:hanging="360"/>
      </w:pPr>
    </w:lvl>
    <w:lvl w:ilvl="4" w:tplc="1610CCC4">
      <w:start w:val="1"/>
      <w:numFmt w:val="lowerLetter"/>
      <w:lvlText w:val="%5."/>
      <w:lvlJc w:val="left"/>
      <w:pPr>
        <w:ind w:left="3240" w:hanging="360"/>
      </w:pPr>
    </w:lvl>
    <w:lvl w:ilvl="5" w:tplc="279AB430">
      <w:start w:val="1"/>
      <w:numFmt w:val="lowerRoman"/>
      <w:lvlText w:val="%6."/>
      <w:lvlJc w:val="right"/>
      <w:pPr>
        <w:ind w:left="3960" w:hanging="180"/>
      </w:pPr>
    </w:lvl>
    <w:lvl w:ilvl="6" w:tplc="4BC2A324">
      <w:start w:val="1"/>
      <w:numFmt w:val="decimal"/>
      <w:lvlText w:val="%7."/>
      <w:lvlJc w:val="left"/>
      <w:pPr>
        <w:ind w:left="4680" w:hanging="360"/>
      </w:pPr>
    </w:lvl>
    <w:lvl w:ilvl="7" w:tplc="2ED2B830">
      <w:start w:val="1"/>
      <w:numFmt w:val="lowerLetter"/>
      <w:lvlText w:val="%8."/>
      <w:lvlJc w:val="left"/>
      <w:pPr>
        <w:ind w:left="5400" w:hanging="360"/>
      </w:pPr>
    </w:lvl>
    <w:lvl w:ilvl="8" w:tplc="82B005DC">
      <w:start w:val="1"/>
      <w:numFmt w:val="lowerRoman"/>
      <w:lvlText w:val="%9."/>
      <w:lvlJc w:val="right"/>
      <w:pPr>
        <w:ind w:left="6120" w:hanging="180"/>
      </w:pPr>
    </w:lvl>
  </w:abstractNum>
  <w:abstractNum w:abstractNumId="37" w15:restartNumberingAfterBreak="0">
    <w:nsid w:val="69376A1F"/>
    <w:multiLevelType w:val="hybridMultilevel"/>
    <w:tmpl w:val="93468590"/>
    <w:lvl w:ilvl="0" w:tplc="5A4816F8">
      <w:start w:val="1"/>
      <w:numFmt w:val="decimal"/>
      <w:lvlText w:val="(1)"/>
      <w:lvlJc w:val="left"/>
      <w:pPr>
        <w:ind w:left="720" w:hanging="360"/>
      </w:pPr>
    </w:lvl>
    <w:lvl w:ilvl="1" w:tplc="68C8226A">
      <w:start w:val="1"/>
      <w:numFmt w:val="lowerLetter"/>
      <w:lvlText w:val="%2."/>
      <w:lvlJc w:val="left"/>
      <w:pPr>
        <w:ind w:left="1440" w:hanging="360"/>
      </w:pPr>
    </w:lvl>
    <w:lvl w:ilvl="2" w:tplc="9B6C2DC4">
      <w:start w:val="1"/>
      <w:numFmt w:val="lowerRoman"/>
      <w:lvlText w:val="%3."/>
      <w:lvlJc w:val="right"/>
      <w:pPr>
        <w:ind w:left="2160" w:hanging="180"/>
      </w:pPr>
    </w:lvl>
    <w:lvl w:ilvl="3" w:tplc="20AE2952">
      <w:start w:val="1"/>
      <w:numFmt w:val="decimal"/>
      <w:lvlText w:val="%4."/>
      <w:lvlJc w:val="left"/>
      <w:pPr>
        <w:ind w:left="2880" w:hanging="360"/>
      </w:pPr>
    </w:lvl>
    <w:lvl w:ilvl="4" w:tplc="B7C0BD5E">
      <w:start w:val="1"/>
      <w:numFmt w:val="lowerLetter"/>
      <w:lvlText w:val="%5."/>
      <w:lvlJc w:val="left"/>
      <w:pPr>
        <w:ind w:left="3600" w:hanging="360"/>
      </w:pPr>
    </w:lvl>
    <w:lvl w:ilvl="5" w:tplc="4198EBC4">
      <w:start w:val="1"/>
      <w:numFmt w:val="lowerRoman"/>
      <w:lvlText w:val="%6."/>
      <w:lvlJc w:val="right"/>
      <w:pPr>
        <w:ind w:left="4320" w:hanging="180"/>
      </w:pPr>
    </w:lvl>
    <w:lvl w:ilvl="6" w:tplc="3F703BA8">
      <w:start w:val="1"/>
      <w:numFmt w:val="decimal"/>
      <w:lvlText w:val="%7."/>
      <w:lvlJc w:val="left"/>
      <w:pPr>
        <w:ind w:left="5040" w:hanging="360"/>
      </w:pPr>
    </w:lvl>
    <w:lvl w:ilvl="7" w:tplc="242AA05A">
      <w:start w:val="1"/>
      <w:numFmt w:val="lowerLetter"/>
      <w:lvlText w:val="%8."/>
      <w:lvlJc w:val="left"/>
      <w:pPr>
        <w:ind w:left="5760" w:hanging="360"/>
      </w:pPr>
    </w:lvl>
    <w:lvl w:ilvl="8" w:tplc="48EAA722">
      <w:start w:val="1"/>
      <w:numFmt w:val="lowerRoman"/>
      <w:lvlText w:val="%9."/>
      <w:lvlJc w:val="right"/>
      <w:pPr>
        <w:ind w:left="6480" w:hanging="180"/>
      </w:pPr>
    </w:lvl>
  </w:abstractNum>
  <w:abstractNum w:abstractNumId="38" w15:restartNumberingAfterBreak="0">
    <w:nsid w:val="6ADA4912"/>
    <w:multiLevelType w:val="hybridMultilevel"/>
    <w:tmpl w:val="D27A29A4"/>
    <w:lvl w:ilvl="0" w:tplc="D4320D48">
      <w:start w:val="1"/>
      <w:numFmt w:val="bullet"/>
      <w:lvlText w:val="●"/>
      <w:lvlJc w:val="left"/>
      <w:pPr>
        <w:ind w:left="720" w:hanging="360"/>
      </w:pPr>
      <w:rPr>
        <w:rFonts w:ascii="Montserrat" w:hAnsi="Montserrat" w:hint="default"/>
      </w:rPr>
    </w:lvl>
    <w:lvl w:ilvl="1" w:tplc="CA327BF8">
      <w:start w:val="1"/>
      <w:numFmt w:val="bullet"/>
      <w:lvlText w:val="○"/>
      <w:lvlJc w:val="left"/>
      <w:pPr>
        <w:ind w:left="1440" w:hanging="360"/>
      </w:pPr>
      <w:rPr>
        <w:rFonts w:ascii="Montserrat" w:hAnsi="Montserrat" w:hint="default"/>
      </w:rPr>
    </w:lvl>
    <w:lvl w:ilvl="2" w:tplc="51B647EC">
      <w:start w:val="1"/>
      <w:numFmt w:val="bullet"/>
      <w:lvlText w:val=""/>
      <w:lvlJc w:val="left"/>
      <w:pPr>
        <w:ind w:left="2160" w:hanging="360"/>
      </w:pPr>
      <w:rPr>
        <w:rFonts w:ascii="Wingdings" w:hAnsi="Wingdings" w:hint="default"/>
      </w:rPr>
    </w:lvl>
    <w:lvl w:ilvl="3" w:tplc="8D80E464">
      <w:start w:val="1"/>
      <w:numFmt w:val="bullet"/>
      <w:lvlText w:val=""/>
      <w:lvlJc w:val="left"/>
      <w:pPr>
        <w:ind w:left="2880" w:hanging="360"/>
      </w:pPr>
      <w:rPr>
        <w:rFonts w:ascii="Symbol" w:hAnsi="Symbol" w:hint="default"/>
      </w:rPr>
    </w:lvl>
    <w:lvl w:ilvl="4" w:tplc="850811F2">
      <w:start w:val="1"/>
      <w:numFmt w:val="bullet"/>
      <w:lvlText w:val="o"/>
      <w:lvlJc w:val="left"/>
      <w:pPr>
        <w:ind w:left="3600" w:hanging="360"/>
      </w:pPr>
      <w:rPr>
        <w:rFonts w:ascii="Courier New" w:hAnsi="Courier New" w:hint="default"/>
      </w:rPr>
    </w:lvl>
    <w:lvl w:ilvl="5" w:tplc="D768315E">
      <w:start w:val="1"/>
      <w:numFmt w:val="bullet"/>
      <w:lvlText w:val=""/>
      <w:lvlJc w:val="left"/>
      <w:pPr>
        <w:ind w:left="4320" w:hanging="360"/>
      </w:pPr>
      <w:rPr>
        <w:rFonts w:ascii="Wingdings" w:hAnsi="Wingdings" w:hint="default"/>
      </w:rPr>
    </w:lvl>
    <w:lvl w:ilvl="6" w:tplc="65C00CF6">
      <w:start w:val="1"/>
      <w:numFmt w:val="bullet"/>
      <w:lvlText w:val=""/>
      <w:lvlJc w:val="left"/>
      <w:pPr>
        <w:ind w:left="5040" w:hanging="360"/>
      </w:pPr>
      <w:rPr>
        <w:rFonts w:ascii="Symbol" w:hAnsi="Symbol" w:hint="default"/>
      </w:rPr>
    </w:lvl>
    <w:lvl w:ilvl="7" w:tplc="BC8A6E5A">
      <w:start w:val="1"/>
      <w:numFmt w:val="bullet"/>
      <w:lvlText w:val="o"/>
      <w:lvlJc w:val="left"/>
      <w:pPr>
        <w:ind w:left="5760" w:hanging="360"/>
      </w:pPr>
      <w:rPr>
        <w:rFonts w:ascii="Courier New" w:hAnsi="Courier New" w:hint="default"/>
      </w:rPr>
    </w:lvl>
    <w:lvl w:ilvl="8" w:tplc="D0D04DA2">
      <w:start w:val="1"/>
      <w:numFmt w:val="bullet"/>
      <w:lvlText w:val=""/>
      <w:lvlJc w:val="left"/>
      <w:pPr>
        <w:ind w:left="6480" w:hanging="360"/>
      </w:pPr>
      <w:rPr>
        <w:rFonts w:ascii="Wingdings" w:hAnsi="Wingdings" w:hint="default"/>
      </w:rPr>
    </w:lvl>
  </w:abstractNum>
  <w:abstractNum w:abstractNumId="39" w15:restartNumberingAfterBreak="0">
    <w:nsid w:val="6CFA4064"/>
    <w:multiLevelType w:val="hybridMultilevel"/>
    <w:tmpl w:val="F10C0C3C"/>
    <w:lvl w:ilvl="0" w:tplc="AA4A5D76">
      <w:start w:val="1"/>
      <w:numFmt w:val="bullet"/>
      <w:lvlText w:val=""/>
      <w:lvlJc w:val="left"/>
      <w:pPr>
        <w:ind w:left="720" w:hanging="360"/>
      </w:pPr>
      <w:rPr>
        <w:rFonts w:ascii="Symbol" w:hAnsi="Symbol" w:hint="default"/>
      </w:rPr>
    </w:lvl>
    <w:lvl w:ilvl="1" w:tplc="CF5C74C8">
      <w:start w:val="1"/>
      <w:numFmt w:val="bullet"/>
      <w:lvlText w:val="o"/>
      <w:lvlJc w:val="left"/>
      <w:pPr>
        <w:ind w:left="1440" w:hanging="360"/>
      </w:pPr>
      <w:rPr>
        <w:rFonts w:ascii="Courier New" w:hAnsi="Courier New" w:hint="default"/>
      </w:rPr>
    </w:lvl>
    <w:lvl w:ilvl="2" w:tplc="9D0A1700">
      <w:start w:val="1"/>
      <w:numFmt w:val="bullet"/>
      <w:lvlText w:val=""/>
      <w:lvlJc w:val="left"/>
      <w:pPr>
        <w:ind w:left="2160" w:hanging="360"/>
      </w:pPr>
      <w:rPr>
        <w:rFonts w:ascii="Wingdings" w:hAnsi="Wingdings" w:hint="default"/>
      </w:rPr>
    </w:lvl>
    <w:lvl w:ilvl="3" w:tplc="AD029A58">
      <w:start w:val="1"/>
      <w:numFmt w:val="bullet"/>
      <w:lvlText w:val=""/>
      <w:lvlJc w:val="left"/>
      <w:pPr>
        <w:ind w:left="2880" w:hanging="360"/>
      </w:pPr>
      <w:rPr>
        <w:rFonts w:ascii="Symbol" w:hAnsi="Symbol" w:hint="default"/>
      </w:rPr>
    </w:lvl>
    <w:lvl w:ilvl="4" w:tplc="B4384B30">
      <w:start w:val="1"/>
      <w:numFmt w:val="bullet"/>
      <w:lvlText w:val="o"/>
      <w:lvlJc w:val="left"/>
      <w:pPr>
        <w:ind w:left="3600" w:hanging="360"/>
      </w:pPr>
      <w:rPr>
        <w:rFonts w:ascii="Courier New" w:hAnsi="Courier New" w:hint="default"/>
      </w:rPr>
    </w:lvl>
    <w:lvl w:ilvl="5" w:tplc="E1BC8EF4">
      <w:start w:val="1"/>
      <w:numFmt w:val="bullet"/>
      <w:lvlText w:val=""/>
      <w:lvlJc w:val="left"/>
      <w:pPr>
        <w:ind w:left="4320" w:hanging="360"/>
      </w:pPr>
      <w:rPr>
        <w:rFonts w:ascii="Wingdings" w:hAnsi="Wingdings" w:hint="default"/>
      </w:rPr>
    </w:lvl>
    <w:lvl w:ilvl="6" w:tplc="A87290B6">
      <w:start w:val="1"/>
      <w:numFmt w:val="bullet"/>
      <w:lvlText w:val=""/>
      <w:lvlJc w:val="left"/>
      <w:pPr>
        <w:ind w:left="5040" w:hanging="360"/>
      </w:pPr>
      <w:rPr>
        <w:rFonts w:ascii="Symbol" w:hAnsi="Symbol" w:hint="default"/>
      </w:rPr>
    </w:lvl>
    <w:lvl w:ilvl="7" w:tplc="0CC8B608">
      <w:start w:val="1"/>
      <w:numFmt w:val="bullet"/>
      <w:lvlText w:val="o"/>
      <w:lvlJc w:val="left"/>
      <w:pPr>
        <w:ind w:left="5760" w:hanging="360"/>
      </w:pPr>
      <w:rPr>
        <w:rFonts w:ascii="Courier New" w:hAnsi="Courier New" w:hint="default"/>
      </w:rPr>
    </w:lvl>
    <w:lvl w:ilvl="8" w:tplc="E7FAE60A">
      <w:start w:val="1"/>
      <w:numFmt w:val="bullet"/>
      <w:lvlText w:val=""/>
      <w:lvlJc w:val="left"/>
      <w:pPr>
        <w:ind w:left="6480" w:hanging="360"/>
      </w:pPr>
      <w:rPr>
        <w:rFonts w:ascii="Wingdings" w:hAnsi="Wingdings" w:hint="default"/>
      </w:rPr>
    </w:lvl>
  </w:abstractNum>
  <w:abstractNum w:abstractNumId="40" w15:restartNumberingAfterBreak="0">
    <w:nsid w:val="6D338CEB"/>
    <w:multiLevelType w:val="hybridMultilevel"/>
    <w:tmpl w:val="56C8C66A"/>
    <w:lvl w:ilvl="0" w:tplc="79064C1A">
      <w:start w:val="1"/>
      <w:numFmt w:val="decimal"/>
      <w:lvlText w:val="(%1)"/>
      <w:lvlJc w:val="left"/>
      <w:pPr>
        <w:ind w:left="360" w:hanging="360"/>
      </w:pPr>
    </w:lvl>
    <w:lvl w:ilvl="1" w:tplc="0170A346">
      <w:start w:val="1"/>
      <w:numFmt w:val="lowerLetter"/>
      <w:lvlText w:val="%2."/>
      <w:lvlJc w:val="left"/>
      <w:pPr>
        <w:ind w:left="1080" w:hanging="360"/>
      </w:pPr>
    </w:lvl>
    <w:lvl w:ilvl="2" w:tplc="43FC7680">
      <w:start w:val="1"/>
      <w:numFmt w:val="lowerRoman"/>
      <w:lvlText w:val="%3."/>
      <w:lvlJc w:val="right"/>
      <w:pPr>
        <w:ind w:left="1800" w:hanging="180"/>
      </w:pPr>
    </w:lvl>
    <w:lvl w:ilvl="3" w:tplc="6BA03E9C">
      <w:start w:val="1"/>
      <w:numFmt w:val="decimal"/>
      <w:lvlText w:val="%4."/>
      <w:lvlJc w:val="left"/>
      <w:pPr>
        <w:ind w:left="2520" w:hanging="360"/>
      </w:pPr>
    </w:lvl>
    <w:lvl w:ilvl="4" w:tplc="5DA29BA8">
      <w:start w:val="1"/>
      <w:numFmt w:val="lowerLetter"/>
      <w:lvlText w:val="%5."/>
      <w:lvlJc w:val="left"/>
      <w:pPr>
        <w:ind w:left="3240" w:hanging="360"/>
      </w:pPr>
    </w:lvl>
    <w:lvl w:ilvl="5" w:tplc="E9805BF8">
      <w:start w:val="1"/>
      <w:numFmt w:val="lowerRoman"/>
      <w:lvlText w:val="%6."/>
      <w:lvlJc w:val="right"/>
      <w:pPr>
        <w:ind w:left="3960" w:hanging="180"/>
      </w:pPr>
    </w:lvl>
    <w:lvl w:ilvl="6" w:tplc="9F9CA500">
      <w:start w:val="1"/>
      <w:numFmt w:val="decimal"/>
      <w:lvlText w:val="%7."/>
      <w:lvlJc w:val="left"/>
      <w:pPr>
        <w:ind w:left="4680" w:hanging="360"/>
      </w:pPr>
    </w:lvl>
    <w:lvl w:ilvl="7" w:tplc="949EDA88">
      <w:start w:val="1"/>
      <w:numFmt w:val="lowerLetter"/>
      <w:lvlText w:val="%8."/>
      <w:lvlJc w:val="left"/>
      <w:pPr>
        <w:ind w:left="5400" w:hanging="360"/>
      </w:pPr>
    </w:lvl>
    <w:lvl w:ilvl="8" w:tplc="4CE2C998">
      <w:start w:val="1"/>
      <w:numFmt w:val="lowerRoman"/>
      <w:lvlText w:val="%9."/>
      <w:lvlJc w:val="right"/>
      <w:pPr>
        <w:ind w:left="6120" w:hanging="180"/>
      </w:pPr>
    </w:lvl>
  </w:abstractNum>
  <w:abstractNum w:abstractNumId="41" w15:restartNumberingAfterBreak="0">
    <w:nsid w:val="6EFE5BA8"/>
    <w:multiLevelType w:val="hybridMultilevel"/>
    <w:tmpl w:val="224E91E0"/>
    <w:lvl w:ilvl="0" w:tplc="B6206B5A">
      <w:start w:val="1"/>
      <w:numFmt w:val="decimal"/>
      <w:lvlText w:val="(%1)"/>
      <w:lvlJc w:val="left"/>
      <w:pPr>
        <w:ind w:left="360" w:hanging="360"/>
      </w:pPr>
    </w:lvl>
    <w:lvl w:ilvl="1" w:tplc="E7F084DE">
      <w:start w:val="1"/>
      <w:numFmt w:val="lowerLetter"/>
      <w:lvlText w:val="%2."/>
      <w:lvlJc w:val="left"/>
      <w:pPr>
        <w:ind w:left="1080" w:hanging="360"/>
      </w:pPr>
    </w:lvl>
    <w:lvl w:ilvl="2" w:tplc="AFA4C7C0">
      <w:start w:val="1"/>
      <w:numFmt w:val="lowerRoman"/>
      <w:lvlText w:val="%3."/>
      <w:lvlJc w:val="right"/>
      <w:pPr>
        <w:ind w:left="1800" w:hanging="180"/>
      </w:pPr>
    </w:lvl>
    <w:lvl w:ilvl="3" w:tplc="9A3EED10">
      <w:start w:val="1"/>
      <w:numFmt w:val="decimal"/>
      <w:lvlText w:val="%4."/>
      <w:lvlJc w:val="left"/>
      <w:pPr>
        <w:ind w:left="2520" w:hanging="360"/>
      </w:pPr>
    </w:lvl>
    <w:lvl w:ilvl="4" w:tplc="1B4A5FF8">
      <w:start w:val="1"/>
      <w:numFmt w:val="lowerLetter"/>
      <w:lvlText w:val="%5."/>
      <w:lvlJc w:val="left"/>
      <w:pPr>
        <w:ind w:left="3240" w:hanging="360"/>
      </w:pPr>
    </w:lvl>
    <w:lvl w:ilvl="5" w:tplc="3ABCC396">
      <w:start w:val="1"/>
      <w:numFmt w:val="lowerRoman"/>
      <w:lvlText w:val="%6."/>
      <w:lvlJc w:val="right"/>
      <w:pPr>
        <w:ind w:left="3960" w:hanging="180"/>
      </w:pPr>
    </w:lvl>
    <w:lvl w:ilvl="6" w:tplc="08645608">
      <w:start w:val="1"/>
      <w:numFmt w:val="decimal"/>
      <w:lvlText w:val="%7."/>
      <w:lvlJc w:val="left"/>
      <w:pPr>
        <w:ind w:left="4680" w:hanging="360"/>
      </w:pPr>
    </w:lvl>
    <w:lvl w:ilvl="7" w:tplc="EB2690AE">
      <w:start w:val="1"/>
      <w:numFmt w:val="lowerLetter"/>
      <w:lvlText w:val="%8."/>
      <w:lvlJc w:val="left"/>
      <w:pPr>
        <w:ind w:left="5400" w:hanging="360"/>
      </w:pPr>
    </w:lvl>
    <w:lvl w:ilvl="8" w:tplc="E1F64F70">
      <w:start w:val="1"/>
      <w:numFmt w:val="lowerRoman"/>
      <w:lvlText w:val="%9."/>
      <w:lvlJc w:val="right"/>
      <w:pPr>
        <w:ind w:left="6120" w:hanging="180"/>
      </w:pPr>
    </w:lvl>
  </w:abstractNum>
  <w:abstractNum w:abstractNumId="42" w15:restartNumberingAfterBreak="0">
    <w:nsid w:val="6F752042"/>
    <w:multiLevelType w:val="hybridMultilevel"/>
    <w:tmpl w:val="C66CDA2A"/>
    <w:lvl w:ilvl="0" w:tplc="019E53B2">
      <w:start w:val="1"/>
      <w:numFmt w:val="bullet"/>
      <w:lvlText w:val="-"/>
      <w:lvlJc w:val="left"/>
      <w:pPr>
        <w:ind w:left="720" w:hanging="360"/>
      </w:pPr>
      <w:rPr>
        <w:rFonts w:ascii="&quot;Arial&quot;,sans-serif" w:hAnsi="&quot;Arial&quot;,sans-serif" w:hint="default"/>
      </w:rPr>
    </w:lvl>
    <w:lvl w:ilvl="1" w:tplc="3A92756E">
      <w:start w:val="1"/>
      <w:numFmt w:val="bullet"/>
      <w:lvlText w:val="o"/>
      <w:lvlJc w:val="left"/>
      <w:pPr>
        <w:ind w:left="1440" w:hanging="360"/>
      </w:pPr>
      <w:rPr>
        <w:rFonts w:ascii="Courier New" w:hAnsi="Courier New" w:hint="default"/>
      </w:rPr>
    </w:lvl>
    <w:lvl w:ilvl="2" w:tplc="5B40104A">
      <w:start w:val="1"/>
      <w:numFmt w:val="bullet"/>
      <w:lvlText w:val=""/>
      <w:lvlJc w:val="left"/>
      <w:pPr>
        <w:ind w:left="2160" w:hanging="360"/>
      </w:pPr>
      <w:rPr>
        <w:rFonts w:ascii="Wingdings" w:hAnsi="Wingdings" w:hint="default"/>
      </w:rPr>
    </w:lvl>
    <w:lvl w:ilvl="3" w:tplc="4BEC33E2">
      <w:start w:val="1"/>
      <w:numFmt w:val="bullet"/>
      <w:lvlText w:val=""/>
      <w:lvlJc w:val="left"/>
      <w:pPr>
        <w:ind w:left="2880" w:hanging="360"/>
      </w:pPr>
      <w:rPr>
        <w:rFonts w:ascii="Symbol" w:hAnsi="Symbol" w:hint="default"/>
      </w:rPr>
    </w:lvl>
    <w:lvl w:ilvl="4" w:tplc="E03AC38A">
      <w:start w:val="1"/>
      <w:numFmt w:val="bullet"/>
      <w:lvlText w:val="o"/>
      <w:lvlJc w:val="left"/>
      <w:pPr>
        <w:ind w:left="3600" w:hanging="360"/>
      </w:pPr>
      <w:rPr>
        <w:rFonts w:ascii="Courier New" w:hAnsi="Courier New" w:hint="default"/>
      </w:rPr>
    </w:lvl>
    <w:lvl w:ilvl="5" w:tplc="398CFB3E">
      <w:start w:val="1"/>
      <w:numFmt w:val="bullet"/>
      <w:lvlText w:val=""/>
      <w:lvlJc w:val="left"/>
      <w:pPr>
        <w:ind w:left="4320" w:hanging="360"/>
      </w:pPr>
      <w:rPr>
        <w:rFonts w:ascii="Wingdings" w:hAnsi="Wingdings" w:hint="default"/>
      </w:rPr>
    </w:lvl>
    <w:lvl w:ilvl="6" w:tplc="353E179C">
      <w:start w:val="1"/>
      <w:numFmt w:val="bullet"/>
      <w:lvlText w:val=""/>
      <w:lvlJc w:val="left"/>
      <w:pPr>
        <w:ind w:left="5040" w:hanging="360"/>
      </w:pPr>
      <w:rPr>
        <w:rFonts w:ascii="Symbol" w:hAnsi="Symbol" w:hint="default"/>
      </w:rPr>
    </w:lvl>
    <w:lvl w:ilvl="7" w:tplc="037E617C">
      <w:start w:val="1"/>
      <w:numFmt w:val="bullet"/>
      <w:lvlText w:val="o"/>
      <w:lvlJc w:val="left"/>
      <w:pPr>
        <w:ind w:left="5760" w:hanging="360"/>
      </w:pPr>
      <w:rPr>
        <w:rFonts w:ascii="Courier New" w:hAnsi="Courier New" w:hint="default"/>
      </w:rPr>
    </w:lvl>
    <w:lvl w:ilvl="8" w:tplc="6B423D06">
      <w:start w:val="1"/>
      <w:numFmt w:val="bullet"/>
      <w:lvlText w:val=""/>
      <w:lvlJc w:val="left"/>
      <w:pPr>
        <w:ind w:left="6480" w:hanging="360"/>
      </w:pPr>
      <w:rPr>
        <w:rFonts w:ascii="Wingdings" w:hAnsi="Wingdings" w:hint="default"/>
      </w:rPr>
    </w:lvl>
  </w:abstractNum>
  <w:abstractNum w:abstractNumId="43" w15:restartNumberingAfterBreak="0">
    <w:nsid w:val="7015564D"/>
    <w:multiLevelType w:val="hybridMultilevel"/>
    <w:tmpl w:val="C6786C5C"/>
    <w:lvl w:ilvl="0" w:tplc="83A85420">
      <w:start w:val="1"/>
      <w:numFmt w:val="decimal"/>
      <w:lvlText w:val="(%1)"/>
      <w:lvlJc w:val="left"/>
      <w:pPr>
        <w:ind w:left="360" w:hanging="360"/>
      </w:pPr>
    </w:lvl>
    <w:lvl w:ilvl="1" w:tplc="D06A0DB2">
      <w:start w:val="1"/>
      <w:numFmt w:val="lowerLetter"/>
      <w:lvlText w:val="%2."/>
      <w:lvlJc w:val="left"/>
      <w:pPr>
        <w:ind w:left="1080" w:hanging="360"/>
      </w:pPr>
    </w:lvl>
    <w:lvl w:ilvl="2" w:tplc="A16ACBDE">
      <w:start w:val="1"/>
      <w:numFmt w:val="lowerRoman"/>
      <w:lvlText w:val="%3."/>
      <w:lvlJc w:val="right"/>
      <w:pPr>
        <w:ind w:left="1800" w:hanging="180"/>
      </w:pPr>
    </w:lvl>
    <w:lvl w:ilvl="3" w:tplc="ACA274EC">
      <w:start w:val="1"/>
      <w:numFmt w:val="decimal"/>
      <w:lvlText w:val="%4."/>
      <w:lvlJc w:val="left"/>
      <w:pPr>
        <w:ind w:left="2520" w:hanging="360"/>
      </w:pPr>
    </w:lvl>
    <w:lvl w:ilvl="4" w:tplc="F63284AC">
      <w:start w:val="1"/>
      <w:numFmt w:val="lowerLetter"/>
      <w:lvlText w:val="%5."/>
      <w:lvlJc w:val="left"/>
      <w:pPr>
        <w:ind w:left="3240" w:hanging="360"/>
      </w:pPr>
    </w:lvl>
    <w:lvl w:ilvl="5" w:tplc="220A1B48">
      <w:start w:val="1"/>
      <w:numFmt w:val="lowerRoman"/>
      <w:lvlText w:val="%6."/>
      <w:lvlJc w:val="right"/>
      <w:pPr>
        <w:ind w:left="3960" w:hanging="180"/>
      </w:pPr>
    </w:lvl>
    <w:lvl w:ilvl="6" w:tplc="0CD6E3A0">
      <w:start w:val="1"/>
      <w:numFmt w:val="decimal"/>
      <w:lvlText w:val="%7."/>
      <w:lvlJc w:val="left"/>
      <w:pPr>
        <w:ind w:left="4680" w:hanging="360"/>
      </w:pPr>
    </w:lvl>
    <w:lvl w:ilvl="7" w:tplc="248083A6">
      <w:start w:val="1"/>
      <w:numFmt w:val="lowerLetter"/>
      <w:lvlText w:val="%8."/>
      <w:lvlJc w:val="left"/>
      <w:pPr>
        <w:ind w:left="5400" w:hanging="360"/>
      </w:pPr>
    </w:lvl>
    <w:lvl w:ilvl="8" w:tplc="D60ACB4A">
      <w:start w:val="1"/>
      <w:numFmt w:val="lowerRoman"/>
      <w:lvlText w:val="%9."/>
      <w:lvlJc w:val="right"/>
      <w:pPr>
        <w:ind w:left="6120" w:hanging="180"/>
      </w:pPr>
    </w:lvl>
  </w:abstractNum>
  <w:abstractNum w:abstractNumId="44" w15:restartNumberingAfterBreak="0">
    <w:nsid w:val="71A4BFED"/>
    <w:multiLevelType w:val="hybridMultilevel"/>
    <w:tmpl w:val="72CC6D78"/>
    <w:lvl w:ilvl="0" w:tplc="0CB24E64">
      <w:start w:val="1"/>
      <w:numFmt w:val="decimal"/>
      <w:lvlText w:val="(%1)"/>
      <w:lvlJc w:val="left"/>
      <w:pPr>
        <w:ind w:left="360" w:hanging="360"/>
      </w:pPr>
    </w:lvl>
    <w:lvl w:ilvl="1" w:tplc="A9409C82">
      <w:start w:val="1"/>
      <w:numFmt w:val="lowerLetter"/>
      <w:lvlText w:val="%2."/>
      <w:lvlJc w:val="left"/>
      <w:pPr>
        <w:ind w:left="1080" w:hanging="360"/>
      </w:pPr>
    </w:lvl>
    <w:lvl w:ilvl="2" w:tplc="CC0EE1E8">
      <w:start w:val="1"/>
      <w:numFmt w:val="lowerRoman"/>
      <w:lvlText w:val="%3."/>
      <w:lvlJc w:val="right"/>
      <w:pPr>
        <w:ind w:left="1800" w:hanging="180"/>
      </w:pPr>
    </w:lvl>
    <w:lvl w:ilvl="3" w:tplc="1A0201D2">
      <w:start w:val="1"/>
      <w:numFmt w:val="decimal"/>
      <w:lvlText w:val="%4."/>
      <w:lvlJc w:val="left"/>
      <w:pPr>
        <w:ind w:left="2520" w:hanging="360"/>
      </w:pPr>
    </w:lvl>
    <w:lvl w:ilvl="4" w:tplc="56AA416C">
      <w:start w:val="1"/>
      <w:numFmt w:val="lowerLetter"/>
      <w:lvlText w:val="%5."/>
      <w:lvlJc w:val="left"/>
      <w:pPr>
        <w:ind w:left="3240" w:hanging="360"/>
      </w:pPr>
    </w:lvl>
    <w:lvl w:ilvl="5" w:tplc="46DAA542">
      <w:start w:val="1"/>
      <w:numFmt w:val="lowerRoman"/>
      <w:lvlText w:val="%6."/>
      <w:lvlJc w:val="right"/>
      <w:pPr>
        <w:ind w:left="3960" w:hanging="180"/>
      </w:pPr>
    </w:lvl>
    <w:lvl w:ilvl="6" w:tplc="4F2CCF1A">
      <w:start w:val="1"/>
      <w:numFmt w:val="decimal"/>
      <w:lvlText w:val="%7."/>
      <w:lvlJc w:val="left"/>
      <w:pPr>
        <w:ind w:left="4680" w:hanging="360"/>
      </w:pPr>
    </w:lvl>
    <w:lvl w:ilvl="7" w:tplc="C326116C">
      <w:start w:val="1"/>
      <w:numFmt w:val="lowerLetter"/>
      <w:lvlText w:val="%8."/>
      <w:lvlJc w:val="left"/>
      <w:pPr>
        <w:ind w:left="5400" w:hanging="360"/>
      </w:pPr>
    </w:lvl>
    <w:lvl w:ilvl="8" w:tplc="A78C1930">
      <w:start w:val="1"/>
      <w:numFmt w:val="lowerRoman"/>
      <w:lvlText w:val="%9."/>
      <w:lvlJc w:val="right"/>
      <w:pPr>
        <w:ind w:left="6120" w:hanging="180"/>
      </w:pPr>
    </w:lvl>
  </w:abstractNum>
  <w:abstractNum w:abstractNumId="45" w15:restartNumberingAfterBreak="0">
    <w:nsid w:val="71C8E329"/>
    <w:multiLevelType w:val="hybridMultilevel"/>
    <w:tmpl w:val="8E5E581A"/>
    <w:lvl w:ilvl="0" w:tplc="2F5A06DA">
      <w:start w:val="1"/>
      <w:numFmt w:val="decimal"/>
      <w:lvlText w:val="(1)"/>
      <w:lvlJc w:val="left"/>
      <w:pPr>
        <w:ind w:left="720" w:hanging="360"/>
      </w:pPr>
    </w:lvl>
    <w:lvl w:ilvl="1" w:tplc="325C6012">
      <w:start w:val="1"/>
      <w:numFmt w:val="lowerLetter"/>
      <w:lvlText w:val="%2."/>
      <w:lvlJc w:val="left"/>
      <w:pPr>
        <w:ind w:left="1440" w:hanging="360"/>
      </w:pPr>
    </w:lvl>
    <w:lvl w:ilvl="2" w:tplc="14E05814">
      <w:start w:val="1"/>
      <w:numFmt w:val="lowerRoman"/>
      <w:lvlText w:val="%3."/>
      <w:lvlJc w:val="right"/>
      <w:pPr>
        <w:ind w:left="2160" w:hanging="180"/>
      </w:pPr>
    </w:lvl>
    <w:lvl w:ilvl="3" w:tplc="8D707682">
      <w:start w:val="1"/>
      <w:numFmt w:val="decimal"/>
      <w:lvlText w:val="%4."/>
      <w:lvlJc w:val="left"/>
      <w:pPr>
        <w:ind w:left="2880" w:hanging="360"/>
      </w:pPr>
    </w:lvl>
    <w:lvl w:ilvl="4" w:tplc="DD00D194">
      <w:start w:val="1"/>
      <w:numFmt w:val="lowerLetter"/>
      <w:lvlText w:val="%5."/>
      <w:lvlJc w:val="left"/>
      <w:pPr>
        <w:ind w:left="3600" w:hanging="360"/>
      </w:pPr>
    </w:lvl>
    <w:lvl w:ilvl="5" w:tplc="A06CBE2C">
      <w:start w:val="1"/>
      <w:numFmt w:val="lowerRoman"/>
      <w:lvlText w:val="%6."/>
      <w:lvlJc w:val="right"/>
      <w:pPr>
        <w:ind w:left="4320" w:hanging="180"/>
      </w:pPr>
    </w:lvl>
    <w:lvl w:ilvl="6" w:tplc="35D0FCAE">
      <w:start w:val="1"/>
      <w:numFmt w:val="decimal"/>
      <w:lvlText w:val="%7."/>
      <w:lvlJc w:val="left"/>
      <w:pPr>
        <w:ind w:left="5040" w:hanging="360"/>
      </w:pPr>
    </w:lvl>
    <w:lvl w:ilvl="7" w:tplc="51023F66">
      <w:start w:val="1"/>
      <w:numFmt w:val="lowerLetter"/>
      <w:lvlText w:val="%8."/>
      <w:lvlJc w:val="left"/>
      <w:pPr>
        <w:ind w:left="5760" w:hanging="360"/>
      </w:pPr>
    </w:lvl>
    <w:lvl w:ilvl="8" w:tplc="8004BD2A">
      <w:start w:val="1"/>
      <w:numFmt w:val="lowerRoman"/>
      <w:lvlText w:val="%9."/>
      <w:lvlJc w:val="right"/>
      <w:pPr>
        <w:ind w:left="6480" w:hanging="180"/>
      </w:pPr>
    </w:lvl>
  </w:abstractNum>
  <w:abstractNum w:abstractNumId="46" w15:restartNumberingAfterBreak="0">
    <w:nsid w:val="7401DE53"/>
    <w:multiLevelType w:val="hybridMultilevel"/>
    <w:tmpl w:val="A4A2770C"/>
    <w:lvl w:ilvl="0" w:tplc="8684DEE2">
      <w:start w:val="1"/>
      <w:numFmt w:val="decimal"/>
      <w:lvlText w:val="%1."/>
      <w:lvlJc w:val="left"/>
      <w:pPr>
        <w:ind w:left="720" w:hanging="360"/>
      </w:pPr>
      <w:rPr>
        <w:rFonts w:ascii="Times New Roman" w:hAnsi="Times New Roman" w:hint="default"/>
      </w:rPr>
    </w:lvl>
    <w:lvl w:ilvl="1" w:tplc="1EDE9C08">
      <w:start w:val="1"/>
      <w:numFmt w:val="lowerLetter"/>
      <w:lvlText w:val="%2."/>
      <w:lvlJc w:val="left"/>
      <w:pPr>
        <w:ind w:left="1440" w:hanging="360"/>
      </w:pPr>
    </w:lvl>
    <w:lvl w:ilvl="2" w:tplc="716A8042">
      <w:start w:val="1"/>
      <w:numFmt w:val="lowerRoman"/>
      <w:lvlText w:val="%3."/>
      <w:lvlJc w:val="right"/>
      <w:pPr>
        <w:ind w:left="2160" w:hanging="180"/>
      </w:pPr>
    </w:lvl>
    <w:lvl w:ilvl="3" w:tplc="CA1ACEC6">
      <w:start w:val="1"/>
      <w:numFmt w:val="decimal"/>
      <w:lvlText w:val="%4."/>
      <w:lvlJc w:val="left"/>
      <w:pPr>
        <w:ind w:left="2880" w:hanging="360"/>
      </w:pPr>
    </w:lvl>
    <w:lvl w:ilvl="4" w:tplc="023E75B4">
      <w:start w:val="1"/>
      <w:numFmt w:val="lowerLetter"/>
      <w:lvlText w:val="%5."/>
      <w:lvlJc w:val="left"/>
      <w:pPr>
        <w:ind w:left="3600" w:hanging="360"/>
      </w:pPr>
    </w:lvl>
    <w:lvl w:ilvl="5" w:tplc="E49A7B2E">
      <w:start w:val="1"/>
      <w:numFmt w:val="lowerRoman"/>
      <w:lvlText w:val="%6."/>
      <w:lvlJc w:val="right"/>
      <w:pPr>
        <w:ind w:left="4320" w:hanging="180"/>
      </w:pPr>
    </w:lvl>
    <w:lvl w:ilvl="6" w:tplc="F3E8B0AC">
      <w:start w:val="1"/>
      <w:numFmt w:val="decimal"/>
      <w:lvlText w:val="%7."/>
      <w:lvlJc w:val="left"/>
      <w:pPr>
        <w:ind w:left="5040" w:hanging="360"/>
      </w:pPr>
    </w:lvl>
    <w:lvl w:ilvl="7" w:tplc="35345920">
      <w:start w:val="1"/>
      <w:numFmt w:val="lowerLetter"/>
      <w:lvlText w:val="%8."/>
      <w:lvlJc w:val="left"/>
      <w:pPr>
        <w:ind w:left="5760" w:hanging="360"/>
      </w:pPr>
    </w:lvl>
    <w:lvl w:ilvl="8" w:tplc="A0D46010">
      <w:start w:val="1"/>
      <w:numFmt w:val="lowerRoman"/>
      <w:lvlText w:val="%9."/>
      <w:lvlJc w:val="right"/>
      <w:pPr>
        <w:ind w:left="6480" w:hanging="180"/>
      </w:pPr>
    </w:lvl>
  </w:abstractNum>
  <w:abstractNum w:abstractNumId="47" w15:restartNumberingAfterBreak="0">
    <w:nsid w:val="7757E434"/>
    <w:multiLevelType w:val="hybridMultilevel"/>
    <w:tmpl w:val="A1C6A3EE"/>
    <w:lvl w:ilvl="0" w:tplc="93A2429E">
      <w:start w:val="1"/>
      <w:numFmt w:val="bullet"/>
      <w:lvlText w:val="●"/>
      <w:lvlJc w:val="left"/>
      <w:pPr>
        <w:ind w:left="720" w:hanging="360"/>
      </w:pPr>
      <w:rPr>
        <w:rFonts w:ascii="Montserrat" w:hAnsi="Montserrat" w:hint="default"/>
      </w:rPr>
    </w:lvl>
    <w:lvl w:ilvl="1" w:tplc="09BE1920">
      <w:start w:val="1"/>
      <w:numFmt w:val="bullet"/>
      <w:lvlText w:val="○"/>
      <w:lvlJc w:val="left"/>
      <w:pPr>
        <w:ind w:left="1440" w:hanging="360"/>
      </w:pPr>
      <w:rPr>
        <w:rFonts w:ascii="Montserrat" w:hAnsi="Montserrat" w:hint="default"/>
      </w:rPr>
    </w:lvl>
    <w:lvl w:ilvl="2" w:tplc="577A33B0">
      <w:start w:val="1"/>
      <w:numFmt w:val="bullet"/>
      <w:lvlText w:val=""/>
      <w:lvlJc w:val="left"/>
      <w:pPr>
        <w:ind w:left="2160" w:hanging="360"/>
      </w:pPr>
      <w:rPr>
        <w:rFonts w:ascii="Wingdings" w:hAnsi="Wingdings" w:hint="default"/>
      </w:rPr>
    </w:lvl>
    <w:lvl w:ilvl="3" w:tplc="71403446">
      <w:start w:val="1"/>
      <w:numFmt w:val="bullet"/>
      <w:lvlText w:val=""/>
      <w:lvlJc w:val="left"/>
      <w:pPr>
        <w:ind w:left="2880" w:hanging="360"/>
      </w:pPr>
      <w:rPr>
        <w:rFonts w:ascii="Symbol" w:hAnsi="Symbol" w:hint="default"/>
      </w:rPr>
    </w:lvl>
    <w:lvl w:ilvl="4" w:tplc="E1484354">
      <w:start w:val="1"/>
      <w:numFmt w:val="bullet"/>
      <w:lvlText w:val="o"/>
      <w:lvlJc w:val="left"/>
      <w:pPr>
        <w:ind w:left="3600" w:hanging="360"/>
      </w:pPr>
      <w:rPr>
        <w:rFonts w:ascii="Courier New" w:hAnsi="Courier New" w:hint="default"/>
      </w:rPr>
    </w:lvl>
    <w:lvl w:ilvl="5" w:tplc="62FCEA7C">
      <w:start w:val="1"/>
      <w:numFmt w:val="bullet"/>
      <w:lvlText w:val=""/>
      <w:lvlJc w:val="left"/>
      <w:pPr>
        <w:ind w:left="4320" w:hanging="360"/>
      </w:pPr>
      <w:rPr>
        <w:rFonts w:ascii="Wingdings" w:hAnsi="Wingdings" w:hint="default"/>
      </w:rPr>
    </w:lvl>
    <w:lvl w:ilvl="6" w:tplc="35962756">
      <w:start w:val="1"/>
      <w:numFmt w:val="bullet"/>
      <w:lvlText w:val=""/>
      <w:lvlJc w:val="left"/>
      <w:pPr>
        <w:ind w:left="5040" w:hanging="360"/>
      </w:pPr>
      <w:rPr>
        <w:rFonts w:ascii="Symbol" w:hAnsi="Symbol" w:hint="default"/>
      </w:rPr>
    </w:lvl>
    <w:lvl w:ilvl="7" w:tplc="5B449A46">
      <w:start w:val="1"/>
      <w:numFmt w:val="bullet"/>
      <w:lvlText w:val="o"/>
      <w:lvlJc w:val="left"/>
      <w:pPr>
        <w:ind w:left="5760" w:hanging="360"/>
      </w:pPr>
      <w:rPr>
        <w:rFonts w:ascii="Courier New" w:hAnsi="Courier New" w:hint="default"/>
      </w:rPr>
    </w:lvl>
    <w:lvl w:ilvl="8" w:tplc="E684FBA8">
      <w:start w:val="1"/>
      <w:numFmt w:val="bullet"/>
      <w:lvlText w:val=""/>
      <w:lvlJc w:val="left"/>
      <w:pPr>
        <w:ind w:left="6480" w:hanging="360"/>
      </w:pPr>
      <w:rPr>
        <w:rFonts w:ascii="Wingdings" w:hAnsi="Wingdings" w:hint="default"/>
      </w:rPr>
    </w:lvl>
  </w:abstractNum>
  <w:abstractNum w:abstractNumId="48" w15:restartNumberingAfterBreak="0">
    <w:nsid w:val="7BCCE985"/>
    <w:multiLevelType w:val="hybridMultilevel"/>
    <w:tmpl w:val="4CD26F26"/>
    <w:lvl w:ilvl="0" w:tplc="86DE999A">
      <w:start w:val="1"/>
      <w:numFmt w:val="decimal"/>
      <w:lvlText w:val="(%1)"/>
      <w:lvlJc w:val="left"/>
      <w:pPr>
        <w:ind w:left="720" w:hanging="360"/>
      </w:pPr>
    </w:lvl>
    <w:lvl w:ilvl="1" w:tplc="166A3C32">
      <w:start w:val="1"/>
      <w:numFmt w:val="lowerLetter"/>
      <w:lvlText w:val="%2."/>
      <w:lvlJc w:val="left"/>
      <w:pPr>
        <w:ind w:left="1440" w:hanging="360"/>
      </w:pPr>
    </w:lvl>
    <w:lvl w:ilvl="2" w:tplc="C46CF4B6">
      <w:start w:val="1"/>
      <w:numFmt w:val="lowerRoman"/>
      <w:lvlText w:val="%3."/>
      <w:lvlJc w:val="right"/>
      <w:pPr>
        <w:ind w:left="2160" w:hanging="180"/>
      </w:pPr>
    </w:lvl>
    <w:lvl w:ilvl="3" w:tplc="6AF260F0">
      <w:start w:val="1"/>
      <w:numFmt w:val="decimal"/>
      <w:lvlText w:val="%4."/>
      <w:lvlJc w:val="left"/>
      <w:pPr>
        <w:ind w:left="2880" w:hanging="360"/>
      </w:pPr>
    </w:lvl>
    <w:lvl w:ilvl="4" w:tplc="55FC198E">
      <w:start w:val="1"/>
      <w:numFmt w:val="lowerLetter"/>
      <w:lvlText w:val="%5."/>
      <w:lvlJc w:val="left"/>
      <w:pPr>
        <w:ind w:left="3600" w:hanging="360"/>
      </w:pPr>
    </w:lvl>
    <w:lvl w:ilvl="5" w:tplc="C7549B20">
      <w:start w:val="1"/>
      <w:numFmt w:val="lowerRoman"/>
      <w:lvlText w:val="%6."/>
      <w:lvlJc w:val="right"/>
      <w:pPr>
        <w:ind w:left="4320" w:hanging="180"/>
      </w:pPr>
    </w:lvl>
    <w:lvl w:ilvl="6" w:tplc="C590AC60">
      <w:start w:val="1"/>
      <w:numFmt w:val="decimal"/>
      <w:lvlText w:val="%7."/>
      <w:lvlJc w:val="left"/>
      <w:pPr>
        <w:ind w:left="5040" w:hanging="360"/>
      </w:pPr>
    </w:lvl>
    <w:lvl w:ilvl="7" w:tplc="5A864E02">
      <w:start w:val="1"/>
      <w:numFmt w:val="lowerLetter"/>
      <w:lvlText w:val="%8."/>
      <w:lvlJc w:val="left"/>
      <w:pPr>
        <w:ind w:left="5760" w:hanging="360"/>
      </w:pPr>
    </w:lvl>
    <w:lvl w:ilvl="8" w:tplc="2D3CC98E">
      <w:start w:val="1"/>
      <w:numFmt w:val="lowerRoman"/>
      <w:lvlText w:val="%9."/>
      <w:lvlJc w:val="right"/>
      <w:pPr>
        <w:ind w:left="6480" w:hanging="180"/>
      </w:pPr>
    </w:lvl>
  </w:abstractNum>
  <w:abstractNum w:abstractNumId="49" w15:restartNumberingAfterBreak="0">
    <w:nsid w:val="7D152CBE"/>
    <w:multiLevelType w:val="hybridMultilevel"/>
    <w:tmpl w:val="25962EB6"/>
    <w:lvl w:ilvl="0" w:tplc="49F6F8F0">
      <w:start w:val="1"/>
      <w:numFmt w:val="decimal"/>
      <w:lvlText w:val="%1."/>
      <w:lvlJc w:val="left"/>
      <w:pPr>
        <w:ind w:left="720" w:hanging="360"/>
      </w:pPr>
      <w:rPr>
        <w:rFonts w:ascii="Montserrat" w:hAnsi="Montserrat" w:hint="default"/>
      </w:rPr>
    </w:lvl>
    <w:lvl w:ilvl="1" w:tplc="B024FDC8">
      <w:start w:val="1"/>
      <w:numFmt w:val="lowerLetter"/>
      <w:lvlText w:val="%2."/>
      <w:lvlJc w:val="left"/>
      <w:pPr>
        <w:ind w:left="1440" w:hanging="360"/>
      </w:pPr>
    </w:lvl>
    <w:lvl w:ilvl="2" w:tplc="9248425C">
      <w:start w:val="1"/>
      <w:numFmt w:val="lowerRoman"/>
      <w:lvlText w:val="%3."/>
      <w:lvlJc w:val="right"/>
      <w:pPr>
        <w:ind w:left="2160" w:hanging="180"/>
      </w:pPr>
    </w:lvl>
    <w:lvl w:ilvl="3" w:tplc="2E98039C">
      <w:start w:val="1"/>
      <w:numFmt w:val="decimal"/>
      <w:lvlText w:val="%4."/>
      <w:lvlJc w:val="left"/>
      <w:pPr>
        <w:ind w:left="2880" w:hanging="360"/>
      </w:pPr>
    </w:lvl>
    <w:lvl w:ilvl="4" w:tplc="E6F6EFE8">
      <w:start w:val="1"/>
      <w:numFmt w:val="lowerLetter"/>
      <w:lvlText w:val="%5."/>
      <w:lvlJc w:val="left"/>
      <w:pPr>
        <w:ind w:left="3600" w:hanging="360"/>
      </w:pPr>
    </w:lvl>
    <w:lvl w:ilvl="5" w:tplc="1550018E">
      <w:start w:val="1"/>
      <w:numFmt w:val="lowerRoman"/>
      <w:lvlText w:val="%6."/>
      <w:lvlJc w:val="right"/>
      <w:pPr>
        <w:ind w:left="4320" w:hanging="180"/>
      </w:pPr>
    </w:lvl>
    <w:lvl w:ilvl="6" w:tplc="E2989610">
      <w:start w:val="1"/>
      <w:numFmt w:val="decimal"/>
      <w:lvlText w:val="%7."/>
      <w:lvlJc w:val="left"/>
      <w:pPr>
        <w:ind w:left="5040" w:hanging="360"/>
      </w:pPr>
    </w:lvl>
    <w:lvl w:ilvl="7" w:tplc="6136E940">
      <w:start w:val="1"/>
      <w:numFmt w:val="lowerLetter"/>
      <w:lvlText w:val="%8."/>
      <w:lvlJc w:val="left"/>
      <w:pPr>
        <w:ind w:left="5760" w:hanging="360"/>
      </w:pPr>
    </w:lvl>
    <w:lvl w:ilvl="8" w:tplc="D64E268C">
      <w:start w:val="1"/>
      <w:numFmt w:val="lowerRoman"/>
      <w:lvlText w:val="%9."/>
      <w:lvlJc w:val="right"/>
      <w:pPr>
        <w:ind w:left="6480" w:hanging="180"/>
      </w:pPr>
    </w:lvl>
  </w:abstractNum>
  <w:num w:numId="1" w16cid:durableId="128520845">
    <w:abstractNumId w:val="30"/>
  </w:num>
  <w:num w:numId="2" w16cid:durableId="1361588666">
    <w:abstractNumId w:val="15"/>
  </w:num>
  <w:num w:numId="3" w16cid:durableId="2082411957">
    <w:abstractNumId w:val="14"/>
  </w:num>
  <w:num w:numId="4" w16cid:durableId="11297377">
    <w:abstractNumId w:val="9"/>
  </w:num>
  <w:num w:numId="5" w16cid:durableId="851725583">
    <w:abstractNumId w:val="17"/>
  </w:num>
  <w:num w:numId="6" w16cid:durableId="245385807">
    <w:abstractNumId w:val="43"/>
  </w:num>
  <w:num w:numId="7" w16cid:durableId="1648584887">
    <w:abstractNumId w:val="32"/>
  </w:num>
  <w:num w:numId="8" w16cid:durableId="1421759040">
    <w:abstractNumId w:val="34"/>
  </w:num>
  <w:num w:numId="9" w16cid:durableId="34472286">
    <w:abstractNumId w:val="16"/>
  </w:num>
  <w:num w:numId="10" w16cid:durableId="851997467">
    <w:abstractNumId w:val="35"/>
  </w:num>
  <w:num w:numId="11" w16cid:durableId="360206443">
    <w:abstractNumId w:val="40"/>
  </w:num>
  <w:num w:numId="12" w16cid:durableId="1791515637">
    <w:abstractNumId w:val="33"/>
  </w:num>
  <w:num w:numId="13" w16cid:durableId="204219509">
    <w:abstractNumId w:val="41"/>
  </w:num>
  <w:num w:numId="14" w16cid:durableId="1531844837">
    <w:abstractNumId w:val="25"/>
  </w:num>
  <w:num w:numId="15" w16cid:durableId="1562979334">
    <w:abstractNumId w:val="10"/>
  </w:num>
  <w:num w:numId="16" w16cid:durableId="1676103945">
    <w:abstractNumId w:val="29"/>
  </w:num>
  <w:num w:numId="17" w16cid:durableId="1531190307">
    <w:abstractNumId w:val="31"/>
  </w:num>
  <w:num w:numId="18" w16cid:durableId="1067340444">
    <w:abstractNumId w:val="18"/>
  </w:num>
  <w:num w:numId="19" w16cid:durableId="1130247888">
    <w:abstractNumId w:val="13"/>
  </w:num>
  <w:num w:numId="20" w16cid:durableId="1832524094">
    <w:abstractNumId w:val="21"/>
  </w:num>
  <w:num w:numId="21" w16cid:durableId="1278175194">
    <w:abstractNumId w:val="11"/>
  </w:num>
  <w:num w:numId="22" w16cid:durableId="1345936755">
    <w:abstractNumId w:val="48"/>
  </w:num>
  <w:num w:numId="23" w16cid:durableId="1624000807">
    <w:abstractNumId w:val="36"/>
  </w:num>
  <w:num w:numId="24" w16cid:durableId="836267097">
    <w:abstractNumId w:val="20"/>
  </w:num>
  <w:num w:numId="25" w16cid:durableId="789395926">
    <w:abstractNumId w:val="44"/>
  </w:num>
  <w:num w:numId="26" w16cid:durableId="2123725584">
    <w:abstractNumId w:val="47"/>
  </w:num>
  <w:num w:numId="27" w16cid:durableId="782960204">
    <w:abstractNumId w:val="22"/>
  </w:num>
  <w:num w:numId="28" w16cid:durableId="1370644960">
    <w:abstractNumId w:val="38"/>
  </w:num>
  <w:num w:numId="29" w16cid:durableId="175117025">
    <w:abstractNumId w:val="49"/>
  </w:num>
  <w:num w:numId="30" w16cid:durableId="1601597511">
    <w:abstractNumId w:val="37"/>
  </w:num>
  <w:num w:numId="31" w16cid:durableId="484202346">
    <w:abstractNumId w:val="45"/>
  </w:num>
  <w:num w:numId="32" w16cid:durableId="997537786">
    <w:abstractNumId w:val="46"/>
  </w:num>
  <w:num w:numId="33" w16cid:durableId="1752121202">
    <w:abstractNumId w:val="39"/>
  </w:num>
  <w:num w:numId="34" w16cid:durableId="1931573885">
    <w:abstractNumId w:val="8"/>
  </w:num>
  <w:num w:numId="35" w16cid:durableId="1247568984">
    <w:abstractNumId w:val="6"/>
  </w:num>
  <w:num w:numId="36" w16cid:durableId="436102560">
    <w:abstractNumId w:val="5"/>
  </w:num>
  <w:num w:numId="37" w16cid:durableId="618948494">
    <w:abstractNumId w:val="4"/>
  </w:num>
  <w:num w:numId="38" w16cid:durableId="1026440476">
    <w:abstractNumId w:val="7"/>
  </w:num>
  <w:num w:numId="39" w16cid:durableId="1745180902">
    <w:abstractNumId w:val="3"/>
  </w:num>
  <w:num w:numId="40" w16cid:durableId="1903102563">
    <w:abstractNumId w:val="2"/>
  </w:num>
  <w:num w:numId="41" w16cid:durableId="1769498488">
    <w:abstractNumId w:val="1"/>
  </w:num>
  <w:num w:numId="42" w16cid:durableId="219095978">
    <w:abstractNumId w:val="0"/>
  </w:num>
  <w:num w:numId="43" w16cid:durableId="86125606">
    <w:abstractNumId w:val="27"/>
  </w:num>
  <w:num w:numId="44" w16cid:durableId="791283974">
    <w:abstractNumId w:val="42"/>
  </w:num>
  <w:num w:numId="45" w16cid:durableId="1554846616">
    <w:abstractNumId w:val="26"/>
  </w:num>
  <w:num w:numId="46" w16cid:durableId="1485852359">
    <w:abstractNumId w:val="19"/>
  </w:num>
  <w:num w:numId="47" w16cid:durableId="1707483877">
    <w:abstractNumId w:val="12"/>
  </w:num>
  <w:num w:numId="48" w16cid:durableId="329676639">
    <w:abstractNumId w:val="28"/>
  </w:num>
  <w:num w:numId="49" w16cid:durableId="1715421447">
    <w:abstractNumId w:val="24"/>
  </w:num>
  <w:num w:numId="50" w16cid:durableId="90310707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68AD"/>
    <w:rsid w:val="00101FB0"/>
    <w:rsid w:val="0015074B"/>
    <w:rsid w:val="001E6496"/>
    <w:rsid w:val="001F2595"/>
    <w:rsid w:val="0020183B"/>
    <w:rsid w:val="0029639D"/>
    <w:rsid w:val="00313947"/>
    <w:rsid w:val="00326F90"/>
    <w:rsid w:val="003A46A5"/>
    <w:rsid w:val="00416557"/>
    <w:rsid w:val="004509B5"/>
    <w:rsid w:val="0048B0B0"/>
    <w:rsid w:val="0048F601"/>
    <w:rsid w:val="004A6561"/>
    <w:rsid w:val="004F642F"/>
    <w:rsid w:val="00537C37"/>
    <w:rsid w:val="0057A8CE"/>
    <w:rsid w:val="005E1C75"/>
    <w:rsid w:val="005F11B0"/>
    <w:rsid w:val="00625C98"/>
    <w:rsid w:val="00633734"/>
    <w:rsid w:val="00651778"/>
    <w:rsid w:val="00670E5F"/>
    <w:rsid w:val="007D7F2E"/>
    <w:rsid w:val="00855AAA"/>
    <w:rsid w:val="00966083"/>
    <w:rsid w:val="009D5349"/>
    <w:rsid w:val="00A434F9"/>
    <w:rsid w:val="00AA1D8D"/>
    <w:rsid w:val="00B3428F"/>
    <w:rsid w:val="00B47730"/>
    <w:rsid w:val="00B94CA2"/>
    <w:rsid w:val="00BC5BE2"/>
    <w:rsid w:val="00BF389C"/>
    <w:rsid w:val="00C72196"/>
    <w:rsid w:val="00CB0664"/>
    <w:rsid w:val="00CB7076"/>
    <w:rsid w:val="00E1281B"/>
    <w:rsid w:val="00EB561C"/>
    <w:rsid w:val="00EF5833"/>
    <w:rsid w:val="00F0578F"/>
    <w:rsid w:val="00F75F6C"/>
    <w:rsid w:val="00F936F7"/>
    <w:rsid w:val="00FA63FB"/>
    <w:rsid w:val="00FC693F"/>
    <w:rsid w:val="01038396"/>
    <w:rsid w:val="01045F20"/>
    <w:rsid w:val="0110424D"/>
    <w:rsid w:val="0112B4D6"/>
    <w:rsid w:val="0131917F"/>
    <w:rsid w:val="0138B679"/>
    <w:rsid w:val="016089D1"/>
    <w:rsid w:val="0196890E"/>
    <w:rsid w:val="01D0391C"/>
    <w:rsid w:val="01D84295"/>
    <w:rsid w:val="01FA681D"/>
    <w:rsid w:val="0238EEEE"/>
    <w:rsid w:val="024F6BE1"/>
    <w:rsid w:val="02847403"/>
    <w:rsid w:val="02CA7A8D"/>
    <w:rsid w:val="02CC84A7"/>
    <w:rsid w:val="02D384B4"/>
    <w:rsid w:val="02D70825"/>
    <w:rsid w:val="02DA46FC"/>
    <w:rsid w:val="02E839E5"/>
    <w:rsid w:val="030485A0"/>
    <w:rsid w:val="031763DB"/>
    <w:rsid w:val="031B8207"/>
    <w:rsid w:val="03366681"/>
    <w:rsid w:val="0337BF1D"/>
    <w:rsid w:val="0342F15E"/>
    <w:rsid w:val="037005F8"/>
    <w:rsid w:val="0376A76A"/>
    <w:rsid w:val="03A3C2DA"/>
    <w:rsid w:val="03AEC414"/>
    <w:rsid w:val="03B46856"/>
    <w:rsid w:val="03C1CE5C"/>
    <w:rsid w:val="03E2934D"/>
    <w:rsid w:val="03F0BAAF"/>
    <w:rsid w:val="03F4F030"/>
    <w:rsid w:val="0408DC6D"/>
    <w:rsid w:val="0413D50B"/>
    <w:rsid w:val="0413FEFF"/>
    <w:rsid w:val="041BCD52"/>
    <w:rsid w:val="0433C8C2"/>
    <w:rsid w:val="043BA6B5"/>
    <w:rsid w:val="0458B8B2"/>
    <w:rsid w:val="0486EF25"/>
    <w:rsid w:val="049D6BF5"/>
    <w:rsid w:val="04C462B5"/>
    <w:rsid w:val="04DE8127"/>
    <w:rsid w:val="0510501C"/>
    <w:rsid w:val="051AD469"/>
    <w:rsid w:val="052E599D"/>
    <w:rsid w:val="05418855"/>
    <w:rsid w:val="056CFF01"/>
    <w:rsid w:val="058CF761"/>
    <w:rsid w:val="05F307FB"/>
    <w:rsid w:val="061EFCCD"/>
    <w:rsid w:val="062D914D"/>
    <w:rsid w:val="0637E2E6"/>
    <w:rsid w:val="06683D07"/>
    <w:rsid w:val="0673B8C9"/>
    <w:rsid w:val="0691873C"/>
    <w:rsid w:val="0697DE51"/>
    <w:rsid w:val="06B096D0"/>
    <w:rsid w:val="06B86884"/>
    <w:rsid w:val="06BC4C26"/>
    <w:rsid w:val="06CD50AB"/>
    <w:rsid w:val="06F767EA"/>
    <w:rsid w:val="0700AE4B"/>
    <w:rsid w:val="071B1032"/>
    <w:rsid w:val="0730D5A1"/>
    <w:rsid w:val="074060ED"/>
    <w:rsid w:val="07422C81"/>
    <w:rsid w:val="074C4128"/>
    <w:rsid w:val="07567C29"/>
    <w:rsid w:val="0763F5CD"/>
    <w:rsid w:val="07840751"/>
    <w:rsid w:val="078D84FD"/>
    <w:rsid w:val="079FF6A2"/>
    <w:rsid w:val="07CA45CA"/>
    <w:rsid w:val="07CB5455"/>
    <w:rsid w:val="07D58445"/>
    <w:rsid w:val="07D6DB96"/>
    <w:rsid w:val="07D94434"/>
    <w:rsid w:val="07FFCD74"/>
    <w:rsid w:val="0826FBBA"/>
    <w:rsid w:val="082D0AA8"/>
    <w:rsid w:val="0832ED45"/>
    <w:rsid w:val="08344653"/>
    <w:rsid w:val="08868ECA"/>
    <w:rsid w:val="089BCB09"/>
    <w:rsid w:val="08A592C9"/>
    <w:rsid w:val="08CA041C"/>
    <w:rsid w:val="08D6975B"/>
    <w:rsid w:val="0936EF83"/>
    <w:rsid w:val="093856F8"/>
    <w:rsid w:val="096F089A"/>
    <w:rsid w:val="09887B1D"/>
    <w:rsid w:val="09970847"/>
    <w:rsid w:val="09A37424"/>
    <w:rsid w:val="09DB0FDF"/>
    <w:rsid w:val="0A124804"/>
    <w:rsid w:val="0A234C72"/>
    <w:rsid w:val="0A2B82D0"/>
    <w:rsid w:val="0A5716A4"/>
    <w:rsid w:val="0A78EEC0"/>
    <w:rsid w:val="0A94FBAF"/>
    <w:rsid w:val="0AA0075F"/>
    <w:rsid w:val="0AB2EDBB"/>
    <w:rsid w:val="0ABB19AD"/>
    <w:rsid w:val="0AC76A9D"/>
    <w:rsid w:val="0AC99D8E"/>
    <w:rsid w:val="0ADFFEB3"/>
    <w:rsid w:val="0AF55147"/>
    <w:rsid w:val="0AFE1AA8"/>
    <w:rsid w:val="0B1E038A"/>
    <w:rsid w:val="0B2FB922"/>
    <w:rsid w:val="0B569823"/>
    <w:rsid w:val="0B59A4DE"/>
    <w:rsid w:val="0BB5845B"/>
    <w:rsid w:val="0BB8589E"/>
    <w:rsid w:val="0BBA74FA"/>
    <w:rsid w:val="0BBBACB7"/>
    <w:rsid w:val="0BFAAF44"/>
    <w:rsid w:val="0C025F24"/>
    <w:rsid w:val="0C047F0F"/>
    <w:rsid w:val="0C04B93C"/>
    <w:rsid w:val="0C3D441E"/>
    <w:rsid w:val="0C466906"/>
    <w:rsid w:val="0C56C5F1"/>
    <w:rsid w:val="0C857F57"/>
    <w:rsid w:val="0CC5BD89"/>
    <w:rsid w:val="0CC79C51"/>
    <w:rsid w:val="0CE3FBFD"/>
    <w:rsid w:val="0CFD5C1F"/>
    <w:rsid w:val="0D0991FA"/>
    <w:rsid w:val="0D4E3BE9"/>
    <w:rsid w:val="0D500436"/>
    <w:rsid w:val="0D63B8AB"/>
    <w:rsid w:val="0DADE992"/>
    <w:rsid w:val="0DB40F94"/>
    <w:rsid w:val="0DB61739"/>
    <w:rsid w:val="0DBBCB95"/>
    <w:rsid w:val="0DBEDCE3"/>
    <w:rsid w:val="0DF39000"/>
    <w:rsid w:val="0E02C2B1"/>
    <w:rsid w:val="0E479CFC"/>
    <w:rsid w:val="0E7CE62A"/>
    <w:rsid w:val="0E9EB462"/>
    <w:rsid w:val="0EA86676"/>
    <w:rsid w:val="0EAA0491"/>
    <w:rsid w:val="0EAC9EF2"/>
    <w:rsid w:val="0EC25984"/>
    <w:rsid w:val="0ED0CB61"/>
    <w:rsid w:val="0F0C1536"/>
    <w:rsid w:val="0F0E6BF8"/>
    <w:rsid w:val="0F12628D"/>
    <w:rsid w:val="0F2E7A41"/>
    <w:rsid w:val="0F41F6C7"/>
    <w:rsid w:val="0F498932"/>
    <w:rsid w:val="0F4A49A7"/>
    <w:rsid w:val="0F8CA1C0"/>
    <w:rsid w:val="0FDE882E"/>
    <w:rsid w:val="0FF61D75"/>
    <w:rsid w:val="1008E4ED"/>
    <w:rsid w:val="10140174"/>
    <w:rsid w:val="103408A3"/>
    <w:rsid w:val="1034FD50"/>
    <w:rsid w:val="1061356E"/>
    <w:rsid w:val="1092B1E7"/>
    <w:rsid w:val="10A57449"/>
    <w:rsid w:val="10A79C8A"/>
    <w:rsid w:val="10C790AE"/>
    <w:rsid w:val="10CA4C0C"/>
    <w:rsid w:val="10D4DB10"/>
    <w:rsid w:val="10D527D4"/>
    <w:rsid w:val="10E43732"/>
    <w:rsid w:val="110D3BFC"/>
    <w:rsid w:val="111FC808"/>
    <w:rsid w:val="113DE5D0"/>
    <w:rsid w:val="114593B1"/>
    <w:rsid w:val="11715A40"/>
    <w:rsid w:val="11728DA3"/>
    <w:rsid w:val="117D9A58"/>
    <w:rsid w:val="11A0F735"/>
    <w:rsid w:val="11A29E42"/>
    <w:rsid w:val="11B68654"/>
    <w:rsid w:val="1222229B"/>
    <w:rsid w:val="12450B3C"/>
    <w:rsid w:val="1255DC39"/>
    <w:rsid w:val="1256ACBA"/>
    <w:rsid w:val="1267372F"/>
    <w:rsid w:val="128C566F"/>
    <w:rsid w:val="1294CFD5"/>
    <w:rsid w:val="12ADCA4E"/>
    <w:rsid w:val="12BFAE30"/>
    <w:rsid w:val="131715BC"/>
    <w:rsid w:val="132FDF68"/>
    <w:rsid w:val="1340CCB0"/>
    <w:rsid w:val="137CF7FF"/>
    <w:rsid w:val="13803228"/>
    <w:rsid w:val="138DC7AF"/>
    <w:rsid w:val="1390B73F"/>
    <w:rsid w:val="139C8248"/>
    <w:rsid w:val="13A029FB"/>
    <w:rsid w:val="13AAF829"/>
    <w:rsid w:val="13E0FACD"/>
    <w:rsid w:val="13EA2F58"/>
    <w:rsid w:val="142AFECE"/>
    <w:rsid w:val="1468828E"/>
    <w:rsid w:val="1486BD70"/>
    <w:rsid w:val="14A1134B"/>
    <w:rsid w:val="14C30557"/>
    <w:rsid w:val="14C9E506"/>
    <w:rsid w:val="14D0C0A4"/>
    <w:rsid w:val="14ED771B"/>
    <w:rsid w:val="15253BEE"/>
    <w:rsid w:val="1535AD3C"/>
    <w:rsid w:val="15691147"/>
    <w:rsid w:val="157A9CAD"/>
    <w:rsid w:val="1588169F"/>
    <w:rsid w:val="1590395B"/>
    <w:rsid w:val="15D961B7"/>
    <w:rsid w:val="15E5A843"/>
    <w:rsid w:val="162262F3"/>
    <w:rsid w:val="1655B2A0"/>
    <w:rsid w:val="1698DB81"/>
    <w:rsid w:val="16A86EE7"/>
    <w:rsid w:val="16B6200D"/>
    <w:rsid w:val="16C2D7EB"/>
    <w:rsid w:val="16D149E9"/>
    <w:rsid w:val="17193A55"/>
    <w:rsid w:val="173EE85B"/>
    <w:rsid w:val="17590D9D"/>
    <w:rsid w:val="178B01FF"/>
    <w:rsid w:val="17C404D7"/>
    <w:rsid w:val="17E8CF7B"/>
    <w:rsid w:val="17E9D0AD"/>
    <w:rsid w:val="17EAAE7E"/>
    <w:rsid w:val="180A1993"/>
    <w:rsid w:val="180DE15E"/>
    <w:rsid w:val="18106612"/>
    <w:rsid w:val="18AA4F1D"/>
    <w:rsid w:val="18B61CD1"/>
    <w:rsid w:val="18D5F5B5"/>
    <w:rsid w:val="18EFA02E"/>
    <w:rsid w:val="191CAB65"/>
    <w:rsid w:val="193E7EC4"/>
    <w:rsid w:val="19DE21C7"/>
    <w:rsid w:val="1A16DD55"/>
    <w:rsid w:val="1A1F0D50"/>
    <w:rsid w:val="1A2A5E45"/>
    <w:rsid w:val="1A2EAD00"/>
    <w:rsid w:val="1A46A80E"/>
    <w:rsid w:val="1A4EE99F"/>
    <w:rsid w:val="1A9B0C95"/>
    <w:rsid w:val="1A9C7571"/>
    <w:rsid w:val="1AA16AF6"/>
    <w:rsid w:val="1AE36E36"/>
    <w:rsid w:val="1AEB4067"/>
    <w:rsid w:val="1B287A02"/>
    <w:rsid w:val="1B30848E"/>
    <w:rsid w:val="1B358B7F"/>
    <w:rsid w:val="1B3D4445"/>
    <w:rsid w:val="1B47B135"/>
    <w:rsid w:val="1B5268D0"/>
    <w:rsid w:val="1B633637"/>
    <w:rsid w:val="1B68AAF2"/>
    <w:rsid w:val="1B8214F4"/>
    <w:rsid w:val="1B968A23"/>
    <w:rsid w:val="1B992E2F"/>
    <w:rsid w:val="1BB8276F"/>
    <w:rsid w:val="1BF0AA78"/>
    <w:rsid w:val="1BF1C5BD"/>
    <w:rsid w:val="1C30BA85"/>
    <w:rsid w:val="1C387EEE"/>
    <w:rsid w:val="1C40678E"/>
    <w:rsid w:val="1C5AD6A3"/>
    <w:rsid w:val="1C668C0F"/>
    <w:rsid w:val="1C8E03C8"/>
    <w:rsid w:val="1C950E9C"/>
    <w:rsid w:val="1CC4B7F4"/>
    <w:rsid w:val="1CCDF274"/>
    <w:rsid w:val="1CE58EB3"/>
    <w:rsid w:val="1CF13726"/>
    <w:rsid w:val="1D160364"/>
    <w:rsid w:val="1D1F097B"/>
    <w:rsid w:val="1D4AFFB9"/>
    <w:rsid w:val="1DFF7B0E"/>
    <w:rsid w:val="1E0B684F"/>
    <w:rsid w:val="1E1BD406"/>
    <w:rsid w:val="1E1CC0EE"/>
    <w:rsid w:val="1EAFF15B"/>
    <w:rsid w:val="1ECC9E6F"/>
    <w:rsid w:val="1EFCF25A"/>
    <w:rsid w:val="1F1E018F"/>
    <w:rsid w:val="1F58FD78"/>
    <w:rsid w:val="1F836AB8"/>
    <w:rsid w:val="1FAF9653"/>
    <w:rsid w:val="1FDC03D6"/>
    <w:rsid w:val="1FF0BAA3"/>
    <w:rsid w:val="2008F73A"/>
    <w:rsid w:val="200F890B"/>
    <w:rsid w:val="208B8602"/>
    <w:rsid w:val="2090E206"/>
    <w:rsid w:val="20A6354B"/>
    <w:rsid w:val="20AA6A4C"/>
    <w:rsid w:val="20B38413"/>
    <w:rsid w:val="20C11D0D"/>
    <w:rsid w:val="20D29BFF"/>
    <w:rsid w:val="21074687"/>
    <w:rsid w:val="210BA47E"/>
    <w:rsid w:val="210BC285"/>
    <w:rsid w:val="213920F1"/>
    <w:rsid w:val="216AC92E"/>
    <w:rsid w:val="216DC994"/>
    <w:rsid w:val="2171E0D3"/>
    <w:rsid w:val="219A1B60"/>
    <w:rsid w:val="21D65F5C"/>
    <w:rsid w:val="21E3A5C9"/>
    <w:rsid w:val="220F7D7A"/>
    <w:rsid w:val="221715AD"/>
    <w:rsid w:val="22391549"/>
    <w:rsid w:val="225A7253"/>
    <w:rsid w:val="2286FFAF"/>
    <w:rsid w:val="228A29AF"/>
    <w:rsid w:val="228A6D52"/>
    <w:rsid w:val="22A58043"/>
    <w:rsid w:val="22AD5999"/>
    <w:rsid w:val="22E30DAC"/>
    <w:rsid w:val="22F1C98A"/>
    <w:rsid w:val="233AE36D"/>
    <w:rsid w:val="238FEBF7"/>
    <w:rsid w:val="2390AB64"/>
    <w:rsid w:val="2395474E"/>
    <w:rsid w:val="23F28E68"/>
    <w:rsid w:val="2403A0AE"/>
    <w:rsid w:val="2435632A"/>
    <w:rsid w:val="244977BC"/>
    <w:rsid w:val="24750618"/>
    <w:rsid w:val="24860E4E"/>
    <w:rsid w:val="24A38F24"/>
    <w:rsid w:val="24B3E765"/>
    <w:rsid w:val="24BB5425"/>
    <w:rsid w:val="24D74560"/>
    <w:rsid w:val="24E0AEED"/>
    <w:rsid w:val="24EE713A"/>
    <w:rsid w:val="24EF292F"/>
    <w:rsid w:val="252A8E69"/>
    <w:rsid w:val="25506426"/>
    <w:rsid w:val="25C271B8"/>
    <w:rsid w:val="25C69FF3"/>
    <w:rsid w:val="25DD2832"/>
    <w:rsid w:val="25E2A775"/>
    <w:rsid w:val="25F8C24D"/>
    <w:rsid w:val="260D551D"/>
    <w:rsid w:val="261CF691"/>
    <w:rsid w:val="2638D222"/>
    <w:rsid w:val="263B1E4C"/>
    <w:rsid w:val="267B8508"/>
    <w:rsid w:val="269269EA"/>
    <w:rsid w:val="26B75021"/>
    <w:rsid w:val="26E3FDEF"/>
    <w:rsid w:val="26F8DE0D"/>
    <w:rsid w:val="270FBD95"/>
    <w:rsid w:val="2725BE94"/>
    <w:rsid w:val="2727724F"/>
    <w:rsid w:val="2747FB20"/>
    <w:rsid w:val="274E3A89"/>
    <w:rsid w:val="274E8125"/>
    <w:rsid w:val="275E0273"/>
    <w:rsid w:val="277DA41D"/>
    <w:rsid w:val="2782AE78"/>
    <w:rsid w:val="2799B08D"/>
    <w:rsid w:val="27CA2470"/>
    <w:rsid w:val="27CE9D68"/>
    <w:rsid w:val="27F375C3"/>
    <w:rsid w:val="27F64759"/>
    <w:rsid w:val="2813F484"/>
    <w:rsid w:val="2816E9F2"/>
    <w:rsid w:val="28224DA5"/>
    <w:rsid w:val="285DA57E"/>
    <w:rsid w:val="2886A738"/>
    <w:rsid w:val="289EFE87"/>
    <w:rsid w:val="28AFB22D"/>
    <w:rsid w:val="28C97C02"/>
    <w:rsid w:val="28E6F99A"/>
    <w:rsid w:val="28FA15EF"/>
    <w:rsid w:val="2903824A"/>
    <w:rsid w:val="2921E7B1"/>
    <w:rsid w:val="29432B3C"/>
    <w:rsid w:val="2948EAF9"/>
    <w:rsid w:val="295A2AB2"/>
    <w:rsid w:val="296BD4F5"/>
    <w:rsid w:val="29995B74"/>
    <w:rsid w:val="29C8A13B"/>
    <w:rsid w:val="29C955D0"/>
    <w:rsid w:val="2A3BF129"/>
    <w:rsid w:val="2A43269A"/>
    <w:rsid w:val="2A6D03E7"/>
    <w:rsid w:val="2A9F68FA"/>
    <w:rsid w:val="2AA3E01A"/>
    <w:rsid w:val="2AE2A1A4"/>
    <w:rsid w:val="2B251BEC"/>
    <w:rsid w:val="2B44DF10"/>
    <w:rsid w:val="2B4984AD"/>
    <w:rsid w:val="2B6E8044"/>
    <w:rsid w:val="2B719528"/>
    <w:rsid w:val="2B72D9F2"/>
    <w:rsid w:val="2B779644"/>
    <w:rsid w:val="2B78C9D1"/>
    <w:rsid w:val="2B7977CC"/>
    <w:rsid w:val="2B8D1454"/>
    <w:rsid w:val="2BABB892"/>
    <w:rsid w:val="2BF41754"/>
    <w:rsid w:val="2C6A5DF0"/>
    <w:rsid w:val="2CECB844"/>
    <w:rsid w:val="2D1FBF8C"/>
    <w:rsid w:val="2D20CC78"/>
    <w:rsid w:val="2D38B952"/>
    <w:rsid w:val="2D50F2E2"/>
    <w:rsid w:val="2D8F47C5"/>
    <w:rsid w:val="2D8F96E2"/>
    <w:rsid w:val="2DC0C501"/>
    <w:rsid w:val="2DF327FF"/>
    <w:rsid w:val="2E1EA892"/>
    <w:rsid w:val="2E215DBD"/>
    <w:rsid w:val="2E24263D"/>
    <w:rsid w:val="2E297510"/>
    <w:rsid w:val="2E2A5DE5"/>
    <w:rsid w:val="2E2DE1A9"/>
    <w:rsid w:val="2E7D24BC"/>
    <w:rsid w:val="2ED29CE1"/>
    <w:rsid w:val="2EE485CC"/>
    <w:rsid w:val="2EE5E25D"/>
    <w:rsid w:val="2EF42FDF"/>
    <w:rsid w:val="2EF90386"/>
    <w:rsid w:val="2F113E88"/>
    <w:rsid w:val="2F3850B0"/>
    <w:rsid w:val="2F6968C8"/>
    <w:rsid w:val="2F7D3178"/>
    <w:rsid w:val="2FA6FB4D"/>
    <w:rsid w:val="2FD1D74A"/>
    <w:rsid w:val="2FD68867"/>
    <w:rsid w:val="2FDB55B5"/>
    <w:rsid w:val="30045F36"/>
    <w:rsid w:val="300BD0AE"/>
    <w:rsid w:val="301E2014"/>
    <w:rsid w:val="30413F8F"/>
    <w:rsid w:val="306016A3"/>
    <w:rsid w:val="306AF667"/>
    <w:rsid w:val="306B9CDF"/>
    <w:rsid w:val="30746C38"/>
    <w:rsid w:val="307C6EDE"/>
    <w:rsid w:val="3094124F"/>
    <w:rsid w:val="30957FD2"/>
    <w:rsid w:val="30A796CF"/>
    <w:rsid w:val="30C066FF"/>
    <w:rsid w:val="30C275A1"/>
    <w:rsid w:val="30D941D9"/>
    <w:rsid w:val="30D97964"/>
    <w:rsid w:val="30F7D52C"/>
    <w:rsid w:val="31396272"/>
    <w:rsid w:val="313E8B72"/>
    <w:rsid w:val="31520428"/>
    <w:rsid w:val="316509CF"/>
    <w:rsid w:val="3169D8C3"/>
    <w:rsid w:val="317B4130"/>
    <w:rsid w:val="317F9321"/>
    <w:rsid w:val="31AB9687"/>
    <w:rsid w:val="31B0E9E3"/>
    <w:rsid w:val="31C559F8"/>
    <w:rsid w:val="3225A6A0"/>
    <w:rsid w:val="322727FC"/>
    <w:rsid w:val="3228CD2F"/>
    <w:rsid w:val="32360E5C"/>
    <w:rsid w:val="32419AE5"/>
    <w:rsid w:val="3268B23F"/>
    <w:rsid w:val="32A100BA"/>
    <w:rsid w:val="32B5F2A6"/>
    <w:rsid w:val="32B642E7"/>
    <w:rsid w:val="32C3938E"/>
    <w:rsid w:val="32CA40E4"/>
    <w:rsid w:val="3312F828"/>
    <w:rsid w:val="332433B2"/>
    <w:rsid w:val="33355454"/>
    <w:rsid w:val="333DD52D"/>
    <w:rsid w:val="33983FDD"/>
    <w:rsid w:val="33EF882D"/>
    <w:rsid w:val="33F161C3"/>
    <w:rsid w:val="34106826"/>
    <w:rsid w:val="342A260B"/>
    <w:rsid w:val="34366652"/>
    <w:rsid w:val="3437DF12"/>
    <w:rsid w:val="344024A8"/>
    <w:rsid w:val="345B946B"/>
    <w:rsid w:val="3468AB8F"/>
    <w:rsid w:val="346F734F"/>
    <w:rsid w:val="346FDBFE"/>
    <w:rsid w:val="349E4FF4"/>
    <w:rsid w:val="34C9FCFF"/>
    <w:rsid w:val="34CE9DCA"/>
    <w:rsid w:val="34D486B0"/>
    <w:rsid w:val="34DF32FB"/>
    <w:rsid w:val="34E04D83"/>
    <w:rsid w:val="35096C50"/>
    <w:rsid w:val="350A9E52"/>
    <w:rsid w:val="352930BC"/>
    <w:rsid w:val="35316EF4"/>
    <w:rsid w:val="3555F7C7"/>
    <w:rsid w:val="3589AB52"/>
    <w:rsid w:val="359072EA"/>
    <w:rsid w:val="35B62409"/>
    <w:rsid w:val="35DB6F04"/>
    <w:rsid w:val="36079986"/>
    <w:rsid w:val="361A5E16"/>
    <w:rsid w:val="36295BC7"/>
    <w:rsid w:val="364E7D55"/>
    <w:rsid w:val="365FB34D"/>
    <w:rsid w:val="3678B4B8"/>
    <w:rsid w:val="368FB221"/>
    <w:rsid w:val="36FFDE2E"/>
    <w:rsid w:val="370115CE"/>
    <w:rsid w:val="371B8ED2"/>
    <w:rsid w:val="372029BD"/>
    <w:rsid w:val="372D9F6A"/>
    <w:rsid w:val="3747B92E"/>
    <w:rsid w:val="374AB125"/>
    <w:rsid w:val="378B9115"/>
    <w:rsid w:val="378F3EBF"/>
    <w:rsid w:val="3791F6EC"/>
    <w:rsid w:val="37CA50F3"/>
    <w:rsid w:val="37F35A30"/>
    <w:rsid w:val="37FE55B4"/>
    <w:rsid w:val="380DF0DB"/>
    <w:rsid w:val="381615A8"/>
    <w:rsid w:val="382C37C5"/>
    <w:rsid w:val="3830DC23"/>
    <w:rsid w:val="3832EF92"/>
    <w:rsid w:val="385C2532"/>
    <w:rsid w:val="386AD156"/>
    <w:rsid w:val="388C70F2"/>
    <w:rsid w:val="38C66822"/>
    <w:rsid w:val="38D2A697"/>
    <w:rsid w:val="38DB0B8E"/>
    <w:rsid w:val="38FCC22E"/>
    <w:rsid w:val="390B15C8"/>
    <w:rsid w:val="390B174A"/>
    <w:rsid w:val="3934E90C"/>
    <w:rsid w:val="39354A4E"/>
    <w:rsid w:val="3936427D"/>
    <w:rsid w:val="39554D8C"/>
    <w:rsid w:val="39825B23"/>
    <w:rsid w:val="39A52123"/>
    <w:rsid w:val="39B602A2"/>
    <w:rsid w:val="39B760EB"/>
    <w:rsid w:val="39B7D76D"/>
    <w:rsid w:val="39C7AAA2"/>
    <w:rsid w:val="39D76545"/>
    <w:rsid w:val="39DCB03C"/>
    <w:rsid w:val="39E3415A"/>
    <w:rsid w:val="39F54CB7"/>
    <w:rsid w:val="3A2400E3"/>
    <w:rsid w:val="3A286ACF"/>
    <w:rsid w:val="3A2D766E"/>
    <w:rsid w:val="3A35A808"/>
    <w:rsid w:val="3A3B2599"/>
    <w:rsid w:val="3A4530E3"/>
    <w:rsid w:val="3A4C10A9"/>
    <w:rsid w:val="3A53E984"/>
    <w:rsid w:val="3A57314E"/>
    <w:rsid w:val="3ABFD42B"/>
    <w:rsid w:val="3ABFE33D"/>
    <w:rsid w:val="3AC247B3"/>
    <w:rsid w:val="3AD521A2"/>
    <w:rsid w:val="3B069088"/>
    <w:rsid w:val="3B20BAAD"/>
    <w:rsid w:val="3B78FB9D"/>
    <w:rsid w:val="3B9957F7"/>
    <w:rsid w:val="3BA40699"/>
    <w:rsid w:val="3BDDCDC9"/>
    <w:rsid w:val="3C2FD1D2"/>
    <w:rsid w:val="3C57D4A0"/>
    <w:rsid w:val="3C79F2A8"/>
    <w:rsid w:val="3C7A8C8D"/>
    <w:rsid w:val="3C92FEFA"/>
    <w:rsid w:val="3CAB826D"/>
    <w:rsid w:val="3CB5D3D7"/>
    <w:rsid w:val="3CC533D0"/>
    <w:rsid w:val="3CDBA21A"/>
    <w:rsid w:val="3CEA620A"/>
    <w:rsid w:val="3CF4F088"/>
    <w:rsid w:val="3D088F76"/>
    <w:rsid w:val="3D0AC20D"/>
    <w:rsid w:val="3D0F609F"/>
    <w:rsid w:val="3D50EF8F"/>
    <w:rsid w:val="3D9E3626"/>
    <w:rsid w:val="3DAE6405"/>
    <w:rsid w:val="3DBCD618"/>
    <w:rsid w:val="3DDE0AA2"/>
    <w:rsid w:val="3E2478A8"/>
    <w:rsid w:val="3E647E58"/>
    <w:rsid w:val="3E698A8B"/>
    <w:rsid w:val="3E74E16C"/>
    <w:rsid w:val="3E8D0F56"/>
    <w:rsid w:val="3EA8918E"/>
    <w:rsid w:val="3EB1D405"/>
    <w:rsid w:val="3EC87E38"/>
    <w:rsid w:val="3EEF7938"/>
    <w:rsid w:val="3EEFC094"/>
    <w:rsid w:val="3F110585"/>
    <w:rsid w:val="3F37263F"/>
    <w:rsid w:val="3F415219"/>
    <w:rsid w:val="3F4201E1"/>
    <w:rsid w:val="3F9EB8A0"/>
    <w:rsid w:val="3F9EE363"/>
    <w:rsid w:val="3FBCBB73"/>
    <w:rsid w:val="3FD93FE1"/>
    <w:rsid w:val="3FE28F00"/>
    <w:rsid w:val="3FEA51B2"/>
    <w:rsid w:val="3FFDD383"/>
    <w:rsid w:val="3FFE6B38"/>
    <w:rsid w:val="4002EB85"/>
    <w:rsid w:val="40032B98"/>
    <w:rsid w:val="400B9183"/>
    <w:rsid w:val="40181E87"/>
    <w:rsid w:val="40794A41"/>
    <w:rsid w:val="408D41FA"/>
    <w:rsid w:val="4099F968"/>
    <w:rsid w:val="40B050DD"/>
    <w:rsid w:val="410660BC"/>
    <w:rsid w:val="4117CDC2"/>
    <w:rsid w:val="4119CC08"/>
    <w:rsid w:val="414769FA"/>
    <w:rsid w:val="41817AEB"/>
    <w:rsid w:val="41989B32"/>
    <w:rsid w:val="41CA00FE"/>
    <w:rsid w:val="4211671B"/>
    <w:rsid w:val="427176DB"/>
    <w:rsid w:val="4282B429"/>
    <w:rsid w:val="429349B2"/>
    <w:rsid w:val="42A986C7"/>
    <w:rsid w:val="42ACFA03"/>
    <w:rsid w:val="42D52337"/>
    <w:rsid w:val="42E5722C"/>
    <w:rsid w:val="431E5C90"/>
    <w:rsid w:val="432304C2"/>
    <w:rsid w:val="432BDEF3"/>
    <w:rsid w:val="43495689"/>
    <w:rsid w:val="4382D0C1"/>
    <w:rsid w:val="438EE88D"/>
    <w:rsid w:val="439A7DC1"/>
    <w:rsid w:val="43AFE188"/>
    <w:rsid w:val="43CD20E2"/>
    <w:rsid w:val="43D53A1B"/>
    <w:rsid w:val="43D91FEC"/>
    <w:rsid w:val="440594C8"/>
    <w:rsid w:val="4417777F"/>
    <w:rsid w:val="4431EB49"/>
    <w:rsid w:val="4444A58A"/>
    <w:rsid w:val="44799483"/>
    <w:rsid w:val="4485A0B8"/>
    <w:rsid w:val="44869B22"/>
    <w:rsid w:val="448A803D"/>
    <w:rsid w:val="44D4105E"/>
    <w:rsid w:val="44F6F643"/>
    <w:rsid w:val="44FC92DD"/>
    <w:rsid w:val="452C1C67"/>
    <w:rsid w:val="453C15DE"/>
    <w:rsid w:val="4544AF80"/>
    <w:rsid w:val="45B0C53A"/>
    <w:rsid w:val="45BA1489"/>
    <w:rsid w:val="45E8CA35"/>
    <w:rsid w:val="4612D8F8"/>
    <w:rsid w:val="465CB69A"/>
    <w:rsid w:val="46754947"/>
    <w:rsid w:val="4685D51B"/>
    <w:rsid w:val="46A96254"/>
    <w:rsid w:val="46CDC2BA"/>
    <w:rsid w:val="4739E866"/>
    <w:rsid w:val="4740FBAB"/>
    <w:rsid w:val="474C704A"/>
    <w:rsid w:val="475D7DB3"/>
    <w:rsid w:val="475FB2A2"/>
    <w:rsid w:val="477CB57C"/>
    <w:rsid w:val="47E0A78B"/>
    <w:rsid w:val="47EDC7AE"/>
    <w:rsid w:val="47F0BA6C"/>
    <w:rsid w:val="47F90C98"/>
    <w:rsid w:val="48259E31"/>
    <w:rsid w:val="483DF272"/>
    <w:rsid w:val="485E3795"/>
    <w:rsid w:val="4871D231"/>
    <w:rsid w:val="48AFF5C3"/>
    <w:rsid w:val="48B307C6"/>
    <w:rsid w:val="48CEDF24"/>
    <w:rsid w:val="48D389D0"/>
    <w:rsid w:val="48E5C163"/>
    <w:rsid w:val="48FE4A48"/>
    <w:rsid w:val="490B5ABB"/>
    <w:rsid w:val="491CE4C7"/>
    <w:rsid w:val="4953B860"/>
    <w:rsid w:val="49848E60"/>
    <w:rsid w:val="498F809C"/>
    <w:rsid w:val="499D0B11"/>
    <w:rsid w:val="49A73980"/>
    <w:rsid w:val="49D10E66"/>
    <w:rsid w:val="49E83596"/>
    <w:rsid w:val="49F7448A"/>
    <w:rsid w:val="49FFD981"/>
    <w:rsid w:val="4A2D7D9B"/>
    <w:rsid w:val="4A316920"/>
    <w:rsid w:val="4A7DA762"/>
    <w:rsid w:val="4A941002"/>
    <w:rsid w:val="4A94515F"/>
    <w:rsid w:val="4A9C6062"/>
    <w:rsid w:val="4AC14202"/>
    <w:rsid w:val="4AC3AD97"/>
    <w:rsid w:val="4AD11B0C"/>
    <w:rsid w:val="4AEB57BE"/>
    <w:rsid w:val="4B2D82F7"/>
    <w:rsid w:val="4B52E33B"/>
    <w:rsid w:val="4B671621"/>
    <w:rsid w:val="4B6C65E3"/>
    <w:rsid w:val="4B88FD84"/>
    <w:rsid w:val="4B9B84EC"/>
    <w:rsid w:val="4B9D35D1"/>
    <w:rsid w:val="4BA63D74"/>
    <w:rsid w:val="4BB53253"/>
    <w:rsid w:val="4C2CE41B"/>
    <w:rsid w:val="4C82E2C3"/>
    <w:rsid w:val="4C8F6D97"/>
    <w:rsid w:val="4CBD97C0"/>
    <w:rsid w:val="4CC76361"/>
    <w:rsid w:val="4CDB8F6C"/>
    <w:rsid w:val="4CE34592"/>
    <w:rsid w:val="4CF694AC"/>
    <w:rsid w:val="4CFBF15F"/>
    <w:rsid w:val="4CFF3F5B"/>
    <w:rsid w:val="4CFF65A5"/>
    <w:rsid w:val="4D02B2A1"/>
    <w:rsid w:val="4D0615B9"/>
    <w:rsid w:val="4D22CA73"/>
    <w:rsid w:val="4D42115B"/>
    <w:rsid w:val="4DC807E3"/>
    <w:rsid w:val="4E0142BB"/>
    <w:rsid w:val="4E112817"/>
    <w:rsid w:val="4E1FF564"/>
    <w:rsid w:val="4E664978"/>
    <w:rsid w:val="4EC5E435"/>
    <w:rsid w:val="4ED858CB"/>
    <w:rsid w:val="4ED9E0ED"/>
    <w:rsid w:val="4EE1050C"/>
    <w:rsid w:val="4F245EBA"/>
    <w:rsid w:val="4F551CBB"/>
    <w:rsid w:val="4F5BC23B"/>
    <w:rsid w:val="4F5BD5E0"/>
    <w:rsid w:val="4FB1FB71"/>
    <w:rsid w:val="4FBF8573"/>
    <w:rsid w:val="50001781"/>
    <w:rsid w:val="502FB45C"/>
    <w:rsid w:val="5053A73D"/>
    <w:rsid w:val="50B8EF0F"/>
    <w:rsid w:val="50BCB6D2"/>
    <w:rsid w:val="50CCE19D"/>
    <w:rsid w:val="50DC482F"/>
    <w:rsid w:val="50DD3A57"/>
    <w:rsid w:val="50E6AF01"/>
    <w:rsid w:val="50EB4066"/>
    <w:rsid w:val="51000315"/>
    <w:rsid w:val="5101D972"/>
    <w:rsid w:val="510A169C"/>
    <w:rsid w:val="510CC52C"/>
    <w:rsid w:val="51269F5F"/>
    <w:rsid w:val="5144A171"/>
    <w:rsid w:val="514B1929"/>
    <w:rsid w:val="515D3E11"/>
    <w:rsid w:val="51801AB1"/>
    <w:rsid w:val="518A4B30"/>
    <w:rsid w:val="518D4A1D"/>
    <w:rsid w:val="51D12E1C"/>
    <w:rsid w:val="51D58D48"/>
    <w:rsid w:val="51D85A5A"/>
    <w:rsid w:val="51EAA801"/>
    <w:rsid w:val="521C92AB"/>
    <w:rsid w:val="52232B89"/>
    <w:rsid w:val="52920474"/>
    <w:rsid w:val="52CBCECA"/>
    <w:rsid w:val="52DB03DB"/>
    <w:rsid w:val="52DD8840"/>
    <w:rsid w:val="52F02E7F"/>
    <w:rsid w:val="52F79443"/>
    <w:rsid w:val="53272019"/>
    <w:rsid w:val="5334238C"/>
    <w:rsid w:val="53B26CD8"/>
    <w:rsid w:val="53C23327"/>
    <w:rsid w:val="53DFE9B5"/>
    <w:rsid w:val="53FD0F26"/>
    <w:rsid w:val="541678F5"/>
    <w:rsid w:val="5420CB2F"/>
    <w:rsid w:val="543ACC52"/>
    <w:rsid w:val="5459D5D3"/>
    <w:rsid w:val="548D5528"/>
    <w:rsid w:val="54B06548"/>
    <w:rsid w:val="54B310DA"/>
    <w:rsid w:val="54D848A6"/>
    <w:rsid w:val="54DF152B"/>
    <w:rsid w:val="54F14BE8"/>
    <w:rsid w:val="550437DD"/>
    <w:rsid w:val="550B49BC"/>
    <w:rsid w:val="554A1DB2"/>
    <w:rsid w:val="5551F48E"/>
    <w:rsid w:val="55778831"/>
    <w:rsid w:val="557D3EA5"/>
    <w:rsid w:val="5583E468"/>
    <w:rsid w:val="55900E88"/>
    <w:rsid w:val="55908A9E"/>
    <w:rsid w:val="55AB91F4"/>
    <w:rsid w:val="55ADF8D5"/>
    <w:rsid w:val="55BA4068"/>
    <w:rsid w:val="55BA4B76"/>
    <w:rsid w:val="55DA9CE4"/>
    <w:rsid w:val="55DFA9EE"/>
    <w:rsid w:val="55E7EEC9"/>
    <w:rsid w:val="55EE8F8E"/>
    <w:rsid w:val="56053541"/>
    <w:rsid w:val="560EAE00"/>
    <w:rsid w:val="56661824"/>
    <w:rsid w:val="566C5C4C"/>
    <w:rsid w:val="569A06B2"/>
    <w:rsid w:val="56A5EDB5"/>
    <w:rsid w:val="56A746EA"/>
    <w:rsid w:val="57068CAD"/>
    <w:rsid w:val="5719E25C"/>
    <w:rsid w:val="574819D3"/>
    <w:rsid w:val="57621FA0"/>
    <w:rsid w:val="5775E866"/>
    <w:rsid w:val="57771667"/>
    <w:rsid w:val="57853F33"/>
    <w:rsid w:val="57DEFE94"/>
    <w:rsid w:val="57F22A67"/>
    <w:rsid w:val="580982B9"/>
    <w:rsid w:val="582B5100"/>
    <w:rsid w:val="5837EB35"/>
    <w:rsid w:val="584B6C46"/>
    <w:rsid w:val="584CDDFC"/>
    <w:rsid w:val="58AC94A5"/>
    <w:rsid w:val="58E248D4"/>
    <w:rsid w:val="590759FE"/>
    <w:rsid w:val="590FDD4D"/>
    <w:rsid w:val="5910F080"/>
    <w:rsid w:val="59366A81"/>
    <w:rsid w:val="5946B1ED"/>
    <w:rsid w:val="5987DFB3"/>
    <w:rsid w:val="59A2B5E4"/>
    <w:rsid w:val="59AEC49B"/>
    <w:rsid w:val="59B803D7"/>
    <w:rsid w:val="5A0B6E58"/>
    <w:rsid w:val="5A2BB696"/>
    <w:rsid w:val="5A6F747C"/>
    <w:rsid w:val="5A98DD55"/>
    <w:rsid w:val="5AC54EE4"/>
    <w:rsid w:val="5ACA3F4A"/>
    <w:rsid w:val="5ACCE163"/>
    <w:rsid w:val="5AD4F702"/>
    <w:rsid w:val="5AE81DAE"/>
    <w:rsid w:val="5AE98EFE"/>
    <w:rsid w:val="5B074ACD"/>
    <w:rsid w:val="5B12433E"/>
    <w:rsid w:val="5B2D955D"/>
    <w:rsid w:val="5B446ED9"/>
    <w:rsid w:val="5B6BE713"/>
    <w:rsid w:val="5B8401EB"/>
    <w:rsid w:val="5BA093B2"/>
    <w:rsid w:val="5BD28C24"/>
    <w:rsid w:val="5BD68F66"/>
    <w:rsid w:val="5BFE44B3"/>
    <w:rsid w:val="5C168F21"/>
    <w:rsid w:val="5C3FDBA9"/>
    <w:rsid w:val="5C596227"/>
    <w:rsid w:val="5C958A5C"/>
    <w:rsid w:val="5C9BFED4"/>
    <w:rsid w:val="5CDB19C3"/>
    <w:rsid w:val="5CED2547"/>
    <w:rsid w:val="5CF21EC7"/>
    <w:rsid w:val="5CF8130B"/>
    <w:rsid w:val="5D1BF9A7"/>
    <w:rsid w:val="5D1EBB67"/>
    <w:rsid w:val="5D1FA8AE"/>
    <w:rsid w:val="5D34610B"/>
    <w:rsid w:val="5D5D31CD"/>
    <w:rsid w:val="5D66713E"/>
    <w:rsid w:val="5D705FD3"/>
    <w:rsid w:val="5D7ADF74"/>
    <w:rsid w:val="5DB1D435"/>
    <w:rsid w:val="5DC72F04"/>
    <w:rsid w:val="5DD88A2F"/>
    <w:rsid w:val="5DDB282F"/>
    <w:rsid w:val="5DF6EF0B"/>
    <w:rsid w:val="5E35B0E8"/>
    <w:rsid w:val="5E4BC6E2"/>
    <w:rsid w:val="5E6C2FE4"/>
    <w:rsid w:val="5E9DBD04"/>
    <w:rsid w:val="5EC64871"/>
    <w:rsid w:val="5F099109"/>
    <w:rsid w:val="5F0C5408"/>
    <w:rsid w:val="5F4254CB"/>
    <w:rsid w:val="5F775F83"/>
    <w:rsid w:val="5F8643DC"/>
    <w:rsid w:val="5F9B9953"/>
    <w:rsid w:val="5FA9181E"/>
    <w:rsid w:val="5FB7D61A"/>
    <w:rsid w:val="5FD167E7"/>
    <w:rsid w:val="5FD9BDFF"/>
    <w:rsid w:val="5FF7B7D7"/>
    <w:rsid w:val="5FF989C6"/>
    <w:rsid w:val="5FFBFEA7"/>
    <w:rsid w:val="6011D751"/>
    <w:rsid w:val="60153598"/>
    <w:rsid w:val="601F816F"/>
    <w:rsid w:val="601FDCA6"/>
    <w:rsid w:val="603C5AAF"/>
    <w:rsid w:val="605B2F1A"/>
    <w:rsid w:val="605DE94B"/>
    <w:rsid w:val="6068A445"/>
    <w:rsid w:val="608AD706"/>
    <w:rsid w:val="60BED961"/>
    <w:rsid w:val="60C2BC39"/>
    <w:rsid w:val="60DB0A76"/>
    <w:rsid w:val="60E4F20A"/>
    <w:rsid w:val="60E6D0AC"/>
    <w:rsid w:val="60FAAD4C"/>
    <w:rsid w:val="61054E5C"/>
    <w:rsid w:val="61139A2C"/>
    <w:rsid w:val="6116E9A4"/>
    <w:rsid w:val="6174DBCA"/>
    <w:rsid w:val="617E28D5"/>
    <w:rsid w:val="617E96E9"/>
    <w:rsid w:val="61D24639"/>
    <w:rsid w:val="61D2EDCC"/>
    <w:rsid w:val="61D3EE9E"/>
    <w:rsid w:val="62133BA3"/>
    <w:rsid w:val="62151126"/>
    <w:rsid w:val="621CBB0C"/>
    <w:rsid w:val="622EC12E"/>
    <w:rsid w:val="629913EB"/>
    <w:rsid w:val="62A7214A"/>
    <w:rsid w:val="62C63936"/>
    <w:rsid w:val="62D8AD89"/>
    <w:rsid w:val="62DDDDEE"/>
    <w:rsid w:val="62EBFD2B"/>
    <w:rsid w:val="62FC498C"/>
    <w:rsid w:val="6306DEA3"/>
    <w:rsid w:val="63077887"/>
    <w:rsid w:val="633763D9"/>
    <w:rsid w:val="63506336"/>
    <w:rsid w:val="636A2CDE"/>
    <w:rsid w:val="637AA538"/>
    <w:rsid w:val="63A4545A"/>
    <w:rsid w:val="63B30C52"/>
    <w:rsid w:val="63BAD9A2"/>
    <w:rsid w:val="63BD936D"/>
    <w:rsid w:val="63C58B09"/>
    <w:rsid w:val="641B77EC"/>
    <w:rsid w:val="642D5FBA"/>
    <w:rsid w:val="642E2FB7"/>
    <w:rsid w:val="642ED634"/>
    <w:rsid w:val="6431176A"/>
    <w:rsid w:val="643B7BF8"/>
    <w:rsid w:val="643BAAB2"/>
    <w:rsid w:val="646B9602"/>
    <w:rsid w:val="648D1DB1"/>
    <w:rsid w:val="64AE896D"/>
    <w:rsid w:val="64B060FB"/>
    <w:rsid w:val="64B389C7"/>
    <w:rsid w:val="64CEEFE0"/>
    <w:rsid w:val="64DF1B73"/>
    <w:rsid w:val="64E49751"/>
    <w:rsid w:val="64FDB91B"/>
    <w:rsid w:val="652F7042"/>
    <w:rsid w:val="653DDCF9"/>
    <w:rsid w:val="655DA3A7"/>
    <w:rsid w:val="65979367"/>
    <w:rsid w:val="65A1C154"/>
    <w:rsid w:val="65AAEBD3"/>
    <w:rsid w:val="65DD3831"/>
    <w:rsid w:val="65E8DC2C"/>
    <w:rsid w:val="661925CC"/>
    <w:rsid w:val="6633210D"/>
    <w:rsid w:val="6650C852"/>
    <w:rsid w:val="66554997"/>
    <w:rsid w:val="669F51C1"/>
    <w:rsid w:val="66AC2619"/>
    <w:rsid w:val="66BFBDEC"/>
    <w:rsid w:val="6709B345"/>
    <w:rsid w:val="6720703B"/>
    <w:rsid w:val="672331AE"/>
    <w:rsid w:val="673B84A9"/>
    <w:rsid w:val="67529649"/>
    <w:rsid w:val="6762E36E"/>
    <w:rsid w:val="676B553D"/>
    <w:rsid w:val="67768B96"/>
    <w:rsid w:val="677C4805"/>
    <w:rsid w:val="67ECB932"/>
    <w:rsid w:val="6811F190"/>
    <w:rsid w:val="68176A6B"/>
    <w:rsid w:val="681995EF"/>
    <w:rsid w:val="681A501D"/>
    <w:rsid w:val="682B808C"/>
    <w:rsid w:val="68555428"/>
    <w:rsid w:val="686248E2"/>
    <w:rsid w:val="686CF377"/>
    <w:rsid w:val="6880D877"/>
    <w:rsid w:val="688FA01E"/>
    <w:rsid w:val="68BC95B0"/>
    <w:rsid w:val="68DEF6D0"/>
    <w:rsid w:val="68FF382C"/>
    <w:rsid w:val="69172FF1"/>
    <w:rsid w:val="692739A4"/>
    <w:rsid w:val="6933F3B4"/>
    <w:rsid w:val="693A6751"/>
    <w:rsid w:val="69514B31"/>
    <w:rsid w:val="6957DEC4"/>
    <w:rsid w:val="697ACE3C"/>
    <w:rsid w:val="698180F4"/>
    <w:rsid w:val="69987163"/>
    <w:rsid w:val="69A14990"/>
    <w:rsid w:val="69A4AE96"/>
    <w:rsid w:val="69CB4198"/>
    <w:rsid w:val="69D022D9"/>
    <w:rsid w:val="69FE3EBD"/>
    <w:rsid w:val="6A256E34"/>
    <w:rsid w:val="6A34A9CA"/>
    <w:rsid w:val="6A34C133"/>
    <w:rsid w:val="6A3ACF72"/>
    <w:rsid w:val="6A3CD3EE"/>
    <w:rsid w:val="6A3E4BF1"/>
    <w:rsid w:val="6A63564A"/>
    <w:rsid w:val="6A6C460D"/>
    <w:rsid w:val="6A82BDCB"/>
    <w:rsid w:val="6A92C8D2"/>
    <w:rsid w:val="6AA81969"/>
    <w:rsid w:val="6AC84F04"/>
    <w:rsid w:val="6AD07DB3"/>
    <w:rsid w:val="6B0651D6"/>
    <w:rsid w:val="6B1DBB84"/>
    <w:rsid w:val="6B1E3495"/>
    <w:rsid w:val="6B418514"/>
    <w:rsid w:val="6B47AEB9"/>
    <w:rsid w:val="6B5F3083"/>
    <w:rsid w:val="6B703F6E"/>
    <w:rsid w:val="6B7B6E04"/>
    <w:rsid w:val="6B7D4C7A"/>
    <w:rsid w:val="6B83F077"/>
    <w:rsid w:val="6B9F76CD"/>
    <w:rsid w:val="6BA60456"/>
    <w:rsid w:val="6BADE38A"/>
    <w:rsid w:val="6BCA09BF"/>
    <w:rsid w:val="6C1A3C36"/>
    <w:rsid w:val="6CDD5495"/>
    <w:rsid w:val="6CE87FCE"/>
    <w:rsid w:val="6D3063DB"/>
    <w:rsid w:val="6D381D11"/>
    <w:rsid w:val="6D3A2F0A"/>
    <w:rsid w:val="6D69F4E4"/>
    <w:rsid w:val="6D71010C"/>
    <w:rsid w:val="6D8FF7D5"/>
    <w:rsid w:val="6D9ED991"/>
    <w:rsid w:val="6DA2DAC7"/>
    <w:rsid w:val="6DABF11D"/>
    <w:rsid w:val="6DB65443"/>
    <w:rsid w:val="6DD9F469"/>
    <w:rsid w:val="6DF2B460"/>
    <w:rsid w:val="6E184786"/>
    <w:rsid w:val="6E451729"/>
    <w:rsid w:val="6E4961BB"/>
    <w:rsid w:val="6E5E5631"/>
    <w:rsid w:val="6E7191BF"/>
    <w:rsid w:val="6EA058DC"/>
    <w:rsid w:val="6EB9AD9F"/>
    <w:rsid w:val="6EBCF0C5"/>
    <w:rsid w:val="6EEE9733"/>
    <w:rsid w:val="6EF1E58B"/>
    <w:rsid w:val="6F02EF6E"/>
    <w:rsid w:val="6F1B23F2"/>
    <w:rsid w:val="6F29CB8B"/>
    <w:rsid w:val="6F3FF83B"/>
    <w:rsid w:val="6F516B83"/>
    <w:rsid w:val="6F595255"/>
    <w:rsid w:val="6F69FB3F"/>
    <w:rsid w:val="6F6ED67C"/>
    <w:rsid w:val="6F8A8492"/>
    <w:rsid w:val="6F964563"/>
    <w:rsid w:val="6F9CA455"/>
    <w:rsid w:val="6FCB756D"/>
    <w:rsid w:val="6FE45C39"/>
    <w:rsid w:val="6FF0C724"/>
    <w:rsid w:val="700AFDD1"/>
    <w:rsid w:val="701961D8"/>
    <w:rsid w:val="701AC75C"/>
    <w:rsid w:val="703903FA"/>
    <w:rsid w:val="703B3184"/>
    <w:rsid w:val="704A8AEE"/>
    <w:rsid w:val="704C1B31"/>
    <w:rsid w:val="705DB0F5"/>
    <w:rsid w:val="706E2174"/>
    <w:rsid w:val="70B9105E"/>
    <w:rsid w:val="70D4F439"/>
    <w:rsid w:val="70E00B9D"/>
    <w:rsid w:val="70F07B79"/>
    <w:rsid w:val="70FC38C3"/>
    <w:rsid w:val="712C2175"/>
    <w:rsid w:val="7168FE18"/>
    <w:rsid w:val="71825E5C"/>
    <w:rsid w:val="71DAEC75"/>
    <w:rsid w:val="71E469D2"/>
    <w:rsid w:val="71ED5926"/>
    <w:rsid w:val="71F4E4A6"/>
    <w:rsid w:val="7268051A"/>
    <w:rsid w:val="7276DCDC"/>
    <w:rsid w:val="727D4761"/>
    <w:rsid w:val="72B045CD"/>
    <w:rsid w:val="72CACF5C"/>
    <w:rsid w:val="72CCABFF"/>
    <w:rsid w:val="72E2AC4A"/>
    <w:rsid w:val="72FAC557"/>
    <w:rsid w:val="72FE4C62"/>
    <w:rsid w:val="73137792"/>
    <w:rsid w:val="7319FA9A"/>
    <w:rsid w:val="73630E3D"/>
    <w:rsid w:val="737342F6"/>
    <w:rsid w:val="7382F1F6"/>
    <w:rsid w:val="738CA36E"/>
    <w:rsid w:val="739C4B7E"/>
    <w:rsid w:val="73AF8DDF"/>
    <w:rsid w:val="73B0EF95"/>
    <w:rsid w:val="73D91CB0"/>
    <w:rsid w:val="73FC81DF"/>
    <w:rsid w:val="740A6E0D"/>
    <w:rsid w:val="746D14EF"/>
    <w:rsid w:val="7481A410"/>
    <w:rsid w:val="74FE9111"/>
    <w:rsid w:val="751C02D7"/>
    <w:rsid w:val="7525FD50"/>
    <w:rsid w:val="75363821"/>
    <w:rsid w:val="75437135"/>
    <w:rsid w:val="755EDE91"/>
    <w:rsid w:val="75657547"/>
    <w:rsid w:val="75783ED6"/>
    <w:rsid w:val="759EE393"/>
    <w:rsid w:val="75B10F58"/>
    <w:rsid w:val="75C07738"/>
    <w:rsid w:val="75C2CD86"/>
    <w:rsid w:val="75F2DE86"/>
    <w:rsid w:val="76028DB3"/>
    <w:rsid w:val="760F542C"/>
    <w:rsid w:val="761141DE"/>
    <w:rsid w:val="764199EA"/>
    <w:rsid w:val="76832ACD"/>
    <w:rsid w:val="76912CC6"/>
    <w:rsid w:val="7691D355"/>
    <w:rsid w:val="769A7B01"/>
    <w:rsid w:val="76BB5D19"/>
    <w:rsid w:val="76F0AA64"/>
    <w:rsid w:val="771CC45D"/>
    <w:rsid w:val="7730FCAE"/>
    <w:rsid w:val="7757AAD0"/>
    <w:rsid w:val="7791A940"/>
    <w:rsid w:val="779E7F20"/>
    <w:rsid w:val="77B23678"/>
    <w:rsid w:val="77C7F726"/>
    <w:rsid w:val="77CD71E1"/>
    <w:rsid w:val="77CDB46C"/>
    <w:rsid w:val="77D2EDA2"/>
    <w:rsid w:val="78012789"/>
    <w:rsid w:val="7811FA83"/>
    <w:rsid w:val="783F24CF"/>
    <w:rsid w:val="78469D2B"/>
    <w:rsid w:val="7854CC07"/>
    <w:rsid w:val="78698595"/>
    <w:rsid w:val="786D5381"/>
    <w:rsid w:val="7887FF6F"/>
    <w:rsid w:val="788EBFE8"/>
    <w:rsid w:val="78C38671"/>
    <w:rsid w:val="78C5669E"/>
    <w:rsid w:val="78C83B6C"/>
    <w:rsid w:val="78F5FBB4"/>
    <w:rsid w:val="791DF8E0"/>
    <w:rsid w:val="79358C0F"/>
    <w:rsid w:val="7998874D"/>
    <w:rsid w:val="79B02B31"/>
    <w:rsid w:val="79DCBC02"/>
    <w:rsid w:val="79DE5F1D"/>
    <w:rsid w:val="79FFCCB8"/>
    <w:rsid w:val="7A147B9E"/>
    <w:rsid w:val="7A3E5B17"/>
    <w:rsid w:val="7A421AFA"/>
    <w:rsid w:val="7A468664"/>
    <w:rsid w:val="7A570A81"/>
    <w:rsid w:val="7A7FEFCC"/>
    <w:rsid w:val="7A93D6D7"/>
    <w:rsid w:val="7AC07B88"/>
    <w:rsid w:val="7ACE0C86"/>
    <w:rsid w:val="7ADC5118"/>
    <w:rsid w:val="7AF79D8C"/>
    <w:rsid w:val="7AFD121D"/>
    <w:rsid w:val="7B1B1E99"/>
    <w:rsid w:val="7B350157"/>
    <w:rsid w:val="7B90475B"/>
    <w:rsid w:val="7BA604FA"/>
    <w:rsid w:val="7BB14E06"/>
    <w:rsid w:val="7BB7E8BF"/>
    <w:rsid w:val="7BDB36B6"/>
    <w:rsid w:val="7C19169F"/>
    <w:rsid w:val="7C1947EC"/>
    <w:rsid w:val="7C3C420A"/>
    <w:rsid w:val="7C3D53D5"/>
    <w:rsid w:val="7C3F4EC5"/>
    <w:rsid w:val="7C3FFBAF"/>
    <w:rsid w:val="7CA6797A"/>
    <w:rsid w:val="7CA91702"/>
    <w:rsid w:val="7CCBFD13"/>
    <w:rsid w:val="7CCD5180"/>
    <w:rsid w:val="7CD89802"/>
    <w:rsid w:val="7D06ED6C"/>
    <w:rsid w:val="7D0D5FBF"/>
    <w:rsid w:val="7D1476DE"/>
    <w:rsid w:val="7D1645E1"/>
    <w:rsid w:val="7D262235"/>
    <w:rsid w:val="7D3328D5"/>
    <w:rsid w:val="7D3BA28C"/>
    <w:rsid w:val="7D6650E6"/>
    <w:rsid w:val="7DC4B924"/>
    <w:rsid w:val="7DEA35B0"/>
    <w:rsid w:val="7E0ED8E4"/>
    <w:rsid w:val="7E221ED3"/>
    <w:rsid w:val="7E732BB3"/>
    <w:rsid w:val="7EA053F3"/>
    <w:rsid w:val="7EB107F1"/>
    <w:rsid w:val="7EBA9657"/>
    <w:rsid w:val="7ED8A15F"/>
    <w:rsid w:val="7EEF6D5A"/>
    <w:rsid w:val="7F063309"/>
    <w:rsid w:val="7F0DD7F5"/>
    <w:rsid w:val="7F5D183E"/>
    <w:rsid w:val="7F6E1B32"/>
    <w:rsid w:val="7F9BA0F1"/>
    <w:rsid w:val="7FADFBA6"/>
    <w:rsid w:val="7FBF0376"/>
    <w:rsid w:val="7FC15295"/>
    <w:rsid w:val="7FCC7A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42ECBA7A-813D-4A53-B772-65FA7101C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rial" w:eastAsia="Arial" w:hAnsi="Arial"/>
      <w:sz w:val="21"/>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005359"/>
      <w:sz w:val="26"/>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00636A"/>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34"/>
      </w:numPr>
      <w:contextualSpacing/>
    </w:pPr>
  </w:style>
  <w:style w:type="paragraph" w:styleId="ListBullet2">
    <w:name w:val="List Bullet 2"/>
    <w:basedOn w:val="Normal"/>
    <w:uiPriority w:val="99"/>
    <w:unhideWhenUsed/>
    <w:rsid w:val="00326F90"/>
    <w:pPr>
      <w:numPr>
        <w:numId w:val="35"/>
      </w:numPr>
      <w:contextualSpacing/>
    </w:pPr>
  </w:style>
  <w:style w:type="paragraph" w:styleId="ListBullet3">
    <w:name w:val="List Bullet 3"/>
    <w:basedOn w:val="Normal"/>
    <w:uiPriority w:val="99"/>
    <w:unhideWhenUsed/>
    <w:rsid w:val="00326F90"/>
    <w:pPr>
      <w:numPr>
        <w:numId w:val="36"/>
      </w:numPr>
      <w:contextualSpacing/>
    </w:pPr>
  </w:style>
  <w:style w:type="paragraph" w:styleId="ListNumber">
    <w:name w:val="List Number"/>
    <w:basedOn w:val="Normal"/>
    <w:uiPriority w:val="99"/>
    <w:unhideWhenUsed/>
    <w:rsid w:val="00326F90"/>
    <w:pPr>
      <w:numPr>
        <w:numId w:val="38"/>
      </w:numPr>
      <w:contextualSpacing/>
    </w:pPr>
  </w:style>
  <w:style w:type="paragraph" w:styleId="ListNumber2">
    <w:name w:val="List Number 2"/>
    <w:basedOn w:val="Normal"/>
    <w:uiPriority w:val="99"/>
    <w:unhideWhenUsed/>
    <w:rsid w:val="0029639D"/>
    <w:pPr>
      <w:numPr>
        <w:numId w:val="39"/>
      </w:numPr>
      <w:contextualSpacing/>
    </w:pPr>
  </w:style>
  <w:style w:type="paragraph" w:styleId="ListNumber3">
    <w:name w:val="List Number 3"/>
    <w:basedOn w:val="Normal"/>
    <w:uiPriority w:val="99"/>
    <w:unhideWhenUsed/>
    <w:rsid w:val="0029639D"/>
    <w:pPr>
      <w:numPr>
        <w:numId w:val="40"/>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Pr>
      <w:color w:val="0000FF"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Arial" w:eastAsia="Arial" w:hAnsi="Arial"/>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100.ro/timisoara" TargetMode="External"/><Relationship Id="rId18" Type="http://schemas.openxmlformats.org/officeDocument/2006/relationships/hyperlink" Target="https://servicii.primariatm.ro/categorii/curatenie" TargetMode="External"/><Relationship Id="rId26" Type="http://schemas.openxmlformats.org/officeDocument/2006/relationships/hyperlink" Target="https://www.primariatm.ro/managementul-deseurilor-salubrizare/harta-zgomot" TargetMode="External"/><Relationship Id="rId3" Type="http://schemas.openxmlformats.org/officeDocument/2006/relationships/customXml" Target="../customXml/item3.xml"/><Relationship Id="rId21" Type="http://schemas.openxmlformats.org/officeDocument/2006/relationships/hyperlink" Target="https://www.primariatm.ro/hcl/2024/236"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primariatm.ro/hcl/2024/236" TargetMode="External"/><Relationship Id="rId17" Type="http://schemas.openxmlformats.org/officeDocument/2006/relationships/hyperlink" Target="https://www.primariatm.ro/managementul-deseurilor-salubrizare/harta-zgomot" TargetMode="External"/><Relationship Id="rId25" Type="http://schemas.openxmlformats.org/officeDocument/2006/relationships/hyperlink" Target="https://www.primariatm.ro/managementul-deseurilor-salubrizare/calitatea-aerului"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primariatm.ro/managementul-deseurilor-salubrizare/calitatea-aerului" TargetMode="External"/><Relationship Id="rId20" Type="http://schemas.openxmlformats.org/officeDocument/2006/relationships/hyperlink" Target="https://www.primariatm.ro/transparenta/proiecte/SID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imariatm.ro/transparenta/proiecte/SIDU" TargetMode="External"/><Relationship Id="rId24" Type="http://schemas.openxmlformats.org/officeDocument/2006/relationships/hyperlink" Target="https://www.primariatm.ro/hcl/2025/80"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rimariatm.ro/hcl/2025/80" TargetMode="External"/><Relationship Id="rId23" Type="http://schemas.openxmlformats.org/officeDocument/2006/relationships/hyperlink" Target="https://www.primariatm.ro/hcl/2022/586" TargetMode="External"/><Relationship Id="rId28" Type="http://schemas.openxmlformats.org/officeDocument/2006/relationships/header" Target="header1.xml"/><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image" Target="media/image1.png"/><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rimariatm.ro/hcl/2022/586" TargetMode="External"/><Relationship Id="rId22" Type="http://schemas.openxmlformats.org/officeDocument/2006/relationships/hyperlink" Target="https://m100.ro/timisoara" TargetMode="External"/><Relationship Id="rId27" Type="http://schemas.openxmlformats.org/officeDocument/2006/relationships/hyperlink" Target="https://servicii.primariatm.ro/categorii/curatenie" TargetMode="External"/><Relationship Id="rId30" Type="http://schemas.openxmlformats.org/officeDocument/2006/relationships/image" Target="media/image4.png"/><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0494A05F3143A459A589CDED1CB1F27" ma:contentTypeVersion="15" ma:contentTypeDescription="Creați un document nou." ma:contentTypeScope="" ma:versionID="2acb32f54002c155a03d00853b51dc23">
  <xsd:schema xmlns:xsd="http://www.w3.org/2001/XMLSchema" xmlns:xs="http://www.w3.org/2001/XMLSchema" xmlns:p="http://schemas.microsoft.com/office/2006/metadata/properties" xmlns:ns2="34bf5e57-2913-4c8a-b6df-c5c767f9e4b6" xmlns:ns3="e3b7d507-ac2e-44df-ae65-84084e26231b" targetNamespace="http://schemas.microsoft.com/office/2006/metadata/properties" ma:root="true" ma:fieldsID="ba0f2268bef4ab8d2c1406d83bfc15d7" ns2:_="" ns3:_="">
    <xsd:import namespace="34bf5e57-2913-4c8a-b6df-c5c767f9e4b6"/>
    <xsd:import namespace="e3b7d507-ac2e-44df-ae65-84084e26231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5e57-2913-4c8a-b6df-c5c767f9e4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7c837b06-168b-49bd-934c-a7032f4aac1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3b7d507-ac2e-44df-ae65-84084e26231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977289d-c3ef-4e5c-825d-7d2d39d6e598}" ma:internalName="TaxCatchAll" ma:showField="CatchAllData" ma:web="e3b7d507-ac2e-44df-ae65-84084e26231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Partajat c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Partajat cu detali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3b7d507-ac2e-44df-ae65-84084e26231b" xsi:nil="true"/>
    <lcf76f155ced4ddcb4097134ff3c332f xmlns="34bf5e57-2913-4c8a-b6df-c5c767f9e4b6">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1592358B-A1DC-42C5-8E1B-D00BF053C3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5e57-2913-4c8a-b6df-c5c767f9e4b6"/>
    <ds:schemaRef ds:uri="e3b7d507-ac2e-44df-ae65-84084e2623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2EADAD-2452-41E4-A6CB-20C8CB30F7B2}">
  <ds:schemaRefs>
    <ds:schemaRef ds:uri="http://schemas.microsoft.com/office/2006/metadata/properties"/>
    <ds:schemaRef ds:uri="http://schemas.microsoft.com/office/infopath/2007/PartnerControls"/>
    <ds:schemaRef ds:uri="e3b7d507-ac2e-44df-ae65-84084e26231b"/>
    <ds:schemaRef ds:uri="34bf5e57-2913-4c8a-b6df-c5c767f9e4b6"/>
  </ds:schemaRefs>
</ds:datastoreItem>
</file>

<file path=customXml/itemProps4.xml><?xml version="1.0" encoding="utf-8"?>
<ds:datastoreItem xmlns:ds="http://schemas.openxmlformats.org/officeDocument/2006/customXml" ds:itemID="{16128B9A-E064-4294-BB3E-EDFC213099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50</Pages>
  <Words>11981</Words>
  <Characters>68292</Characters>
  <Application>Microsoft Office Word</Application>
  <DocSecurity>0</DocSecurity>
  <Lines>569</Lines>
  <Paragraphs>160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80113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Miruna-Gabriela OLAJOS</cp:lastModifiedBy>
  <cp:revision>4</cp:revision>
  <dcterms:created xsi:type="dcterms:W3CDTF">2026-08-17T13:38:00Z</dcterms:created>
  <dcterms:modified xsi:type="dcterms:W3CDTF">2026-08-18T06:16:00Z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0x01010040494A05F3143A459A589CDED1CB1F27</vt:lpwstr>
  </property>
  <property fmtid="{D5CDD505-2E9C-101B-9397-08002B2CF9AE}" pid="3" name="MediaServiceImageTags">
    <vt:lpwstr/>
  </property>
  <property fmtid="{D5CDD505-2E9C-101B-9397-08002B2CF9AE}" pid="4" name="GrammarlyDocumentId">
    <vt:lpwstr>cbab9f3f-db87-45c0-b0ec-71ffd4b80eef</vt:lpwstr>
  </property>
</Properties>
</file>